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26B968" w14:textId="77777777" w:rsidR="00804638" w:rsidRPr="00F51F43" w:rsidRDefault="00804638" w:rsidP="00B1564D">
      <w:pPr>
        <w:shd w:val="clear" w:color="auto" w:fill="FFFFFF"/>
        <w:spacing w:line="240" w:lineRule="auto"/>
        <w:ind w:left="1276"/>
        <w:contextualSpacing/>
        <w:jc w:val="left"/>
        <w:rPr>
          <w:noProof/>
        </w:rPr>
      </w:pPr>
      <w:r w:rsidRPr="00F51F43">
        <w:rPr>
          <w:noProof/>
        </w:rPr>
        <w:drawing>
          <wp:anchor distT="0" distB="0" distL="114300" distR="114300" simplePos="0" relativeHeight="251658240" behindDoc="0" locked="0" layoutInCell="1" allowOverlap="1" wp14:anchorId="6075C289" wp14:editId="20B4E4AD">
            <wp:simplePos x="0" y="0"/>
            <wp:positionH relativeFrom="margin">
              <wp:posOffset>-635</wp:posOffset>
            </wp:positionH>
            <wp:positionV relativeFrom="paragraph">
              <wp:posOffset>98425</wp:posOffset>
            </wp:positionV>
            <wp:extent cx="762000" cy="762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V Vrapci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Pr="00F51F43">
        <w:rPr>
          <w:noProof/>
        </w:rPr>
        <w:t>Dječji vrtić Vrapčić</w:t>
      </w:r>
    </w:p>
    <w:p w14:paraId="08A3865A" w14:textId="77777777" w:rsidR="00804638" w:rsidRPr="00F51F43" w:rsidRDefault="00804638" w:rsidP="00B1564D">
      <w:pPr>
        <w:shd w:val="clear" w:color="auto" w:fill="FFFFFF"/>
        <w:spacing w:line="240" w:lineRule="auto"/>
        <w:ind w:left="1276"/>
        <w:contextualSpacing/>
        <w:jc w:val="left"/>
        <w:rPr>
          <w:noProof/>
        </w:rPr>
      </w:pPr>
      <w:r w:rsidRPr="00F51F43">
        <w:rPr>
          <w:noProof/>
        </w:rPr>
        <w:t>Mihovila Pavleka Miškine 1</w:t>
      </w:r>
    </w:p>
    <w:p w14:paraId="0465EDAF" w14:textId="77777777" w:rsidR="00804638" w:rsidRPr="00F51F43" w:rsidRDefault="00804638" w:rsidP="00B1564D">
      <w:pPr>
        <w:shd w:val="clear" w:color="auto" w:fill="FFFFFF"/>
        <w:spacing w:line="240" w:lineRule="auto"/>
        <w:ind w:left="1276"/>
        <w:contextualSpacing/>
        <w:jc w:val="left"/>
        <w:rPr>
          <w:noProof/>
        </w:rPr>
      </w:pPr>
      <w:r w:rsidRPr="00F51F43">
        <w:rPr>
          <w:noProof/>
        </w:rPr>
        <w:t>48316 Đelekovec</w:t>
      </w:r>
    </w:p>
    <w:p w14:paraId="555C14E3" w14:textId="77777777" w:rsidR="00804638" w:rsidRPr="00F51F43" w:rsidRDefault="00804638" w:rsidP="00B1564D">
      <w:pPr>
        <w:shd w:val="clear" w:color="auto" w:fill="FFFFFF"/>
        <w:spacing w:line="240" w:lineRule="auto"/>
        <w:ind w:left="1276"/>
        <w:contextualSpacing/>
        <w:jc w:val="left"/>
        <w:rPr>
          <w:noProof/>
        </w:rPr>
      </w:pPr>
      <w:r w:rsidRPr="00F51F43">
        <w:rPr>
          <w:noProof/>
        </w:rPr>
        <w:t>tel./fax.: 048/831-492</w:t>
      </w:r>
    </w:p>
    <w:p w14:paraId="489A18CA" w14:textId="77777777" w:rsidR="00804638" w:rsidRPr="00F51F43" w:rsidRDefault="00804638" w:rsidP="00B1564D">
      <w:pPr>
        <w:shd w:val="clear" w:color="auto" w:fill="FFFFFF"/>
        <w:spacing w:line="240" w:lineRule="auto"/>
        <w:ind w:left="1276"/>
        <w:contextualSpacing/>
        <w:jc w:val="left"/>
        <w:rPr>
          <w:noProof/>
        </w:rPr>
      </w:pPr>
      <w:r w:rsidRPr="00F51F43">
        <w:rPr>
          <w:noProof/>
        </w:rPr>
        <w:t>http://vrapcic-djecji-vrtic.hr/</w:t>
      </w:r>
      <w:r w:rsidRPr="00F51F43">
        <w:rPr>
          <w:noProof/>
        </w:rPr>
        <w:tab/>
      </w:r>
    </w:p>
    <w:p w14:paraId="5AB5CC6E" w14:textId="77777777" w:rsidR="00804638" w:rsidRPr="00F51F43" w:rsidRDefault="00804638" w:rsidP="00B1564D">
      <w:pPr>
        <w:shd w:val="clear" w:color="auto" w:fill="FFFFFF"/>
        <w:spacing w:line="240" w:lineRule="auto"/>
        <w:ind w:left="1276"/>
        <w:contextualSpacing/>
        <w:jc w:val="left"/>
        <w:rPr>
          <w:noProof/>
        </w:rPr>
      </w:pPr>
      <w:r w:rsidRPr="00F51F43">
        <w:rPr>
          <w:noProof/>
        </w:rPr>
        <w:t>info@vrapcic-djecji-vrtic.hr</w:t>
      </w:r>
      <w:r w:rsidRPr="00F51F43">
        <w:rPr>
          <w:noProof/>
        </w:rPr>
        <w:tab/>
      </w:r>
    </w:p>
    <w:p w14:paraId="0B708A01" w14:textId="77777777" w:rsidR="006A2A87" w:rsidRPr="00F51F43" w:rsidRDefault="006A2A87" w:rsidP="00B1564D">
      <w:pPr>
        <w:shd w:val="clear" w:color="auto" w:fill="FFFFFF"/>
        <w:spacing w:after="0" w:line="240" w:lineRule="auto"/>
        <w:ind w:left="1440"/>
        <w:contextualSpacing/>
        <w:jc w:val="left"/>
        <w:textAlignment w:val="baseline"/>
        <w:rPr>
          <w:noProof/>
          <w:bdr w:val="none" w:sz="0" w:space="0" w:color="auto" w:frame="1"/>
        </w:rPr>
      </w:pPr>
    </w:p>
    <w:p w14:paraId="776B0D5F" w14:textId="77777777" w:rsidR="00804638" w:rsidRPr="00F51F43" w:rsidRDefault="00804638" w:rsidP="006A2A87">
      <w:pPr>
        <w:shd w:val="clear" w:color="auto" w:fill="FFFFFF"/>
        <w:spacing w:after="0" w:line="240" w:lineRule="auto"/>
        <w:ind w:left="1440"/>
        <w:jc w:val="left"/>
        <w:textAlignment w:val="baseline"/>
        <w:rPr>
          <w:noProof/>
          <w:bdr w:val="none" w:sz="0" w:space="0" w:color="auto" w:frame="1"/>
        </w:rPr>
      </w:pPr>
    </w:p>
    <w:p w14:paraId="60ECDA83" w14:textId="77777777" w:rsidR="006A2A87" w:rsidRPr="00F51F43" w:rsidRDefault="006A2A87" w:rsidP="006A2A87">
      <w:pPr>
        <w:shd w:val="clear" w:color="auto" w:fill="FFFFFF"/>
        <w:spacing w:after="0" w:line="240" w:lineRule="auto"/>
        <w:jc w:val="left"/>
        <w:textAlignment w:val="baseline"/>
        <w:rPr>
          <w:noProof/>
          <w:bdr w:val="none" w:sz="0" w:space="0" w:color="auto" w:frame="1"/>
        </w:rPr>
      </w:pPr>
    </w:p>
    <w:p w14:paraId="7987CE18" w14:textId="4B8FCDA5" w:rsidR="006A2A87" w:rsidRPr="00F51F43" w:rsidRDefault="00265162" w:rsidP="002F5C6B">
      <w:pPr>
        <w:spacing w:line="276" w:lineRule="auto"/>
        <w:rPr>
          <w:noProof/>
        </w:rPr>
      </w:pPr>
      <w:r w:rsidRPr="00F51F43">
        <w:rPr>
          <w:noProof/>
        </w:rPr>
        <w:t xml:space="preserve">KLASA: </w:t>
      </w:r>
      <w:r w:rsidR="00693B83">
        <w:rPr>
          <w:noProof/>
        </w:rPr>
        <w:t>601-02/26</w:t>
      </w:r>
      <w:r w:rsidR="00A36642" w:rsidRPr="00F51F43">
        <w:rPr>
          <w:noProof/>
        </w:rPr>
        <w:t>-02/08</w:t>
      </w:r>
    </w:p>
    <w:p w14:paraId="69FA6E3F" w14:textId="63DDD7AE" w:rsidR="006A2A87" w:rsidRPr="00F51F43" w:rsidRDefault="006A2A87" w:rsidP="002F5C6B">
      <w:pPr>
        <w:spacing w:line="276" w:lineRule="auto"/>
        <w:rPr>
          <w:noProof/>
        </w:rPr>
      </w:pPr>
      <w:r w:rsidRPr="00F51F43">
        <w:rPr>
          <w:noProof/>
        </w:rPr>
        <w:t xml:space="preserve">URBROJ: </w:t>
      </w:r>
      <w:r w:rsidR="00693B83">
        <w:rPr>
          <w:noProof/>
        </w:rPr>
        <w:t>2137-63-26</w:t>
      </w:r>
      <w:bookmarkStart w:id="0" w:name="_GoBack"/>
      <w:bookmarkEnd w:id="0"/>
      <w:r w:rsidR="00A36642" w:rsidRPr="00F51F43">
        <w:rPr>
          <w:noProof/>
        </w:rPr>
        <w:t>-01</w:t>
      </w:r>
    </w:p>
    <w:p w14:paraId="476446B8" w14:textId="77777777" w:rsidR="006A2A87" w:rsidRPr="00F51F43" w:rsidRDefault="0056585F" w:rsidP="002F5C6B">
      <w:pPr>
        <w:spacing w:line="276" w:lineRule="auto"/>
        <w:rPr>
          <w:noProof/>
        </w:rPr>
      </w:pPr>
      <w:r w:rsidRPr="00F51F43">
        <w:rPr>
          <w:noProof/>
        </w:rPr>
        <w:t>Đelekovec, 30. rujna 2026.</w:t>
      </w:r>
    </w:p>
    <w:p w14:paraId="6CF9E6E5" w14:textId="77777777" w:rsidR="006A2A87" w:rsidRPr="00F51F43" w:rsidRDefault="006A2A87" w:rsidP="006A2A87">
      <w:pPr>
        <w:pStyle w:val="Tijeloteksta"/>
        <w:spacing w:after="0"/>
        <w:jc w:val="left"/>
        <w:rPr>
          <w:noProof/>
        </w:rPr>
      </w:pPr>
    </w:p>
    <w:p w14:paraId="4A1BC82A" w14:textId="77777777" w:rsidR="006A2A87" w:rsidRPr="00F51F43" w:rsidRDefault="006A2A87" w:rsidP="006A2A87">
      <w:pPr>
        <w:pStyle w:val="Tijeloteksta"/>
        <w:spacing w:after="0"/>
        <w:jc w:val="center"/>
        <w:rPr>
          <w:noProof/>
        </w:rPr>
      </w:pPr>
    </w:p>
    <w:p w14:paraId="26DADF88" w14:textId="77777777" w:rsidR="006A2A87" w:rsidRPr="00F51F43" w:rsidRDefault="006A2A87" w:rsidP="006A2A87">
      <w:pPr>
        <w:pStyle w:val="Tijeloteksta"/>
        <w:spacing w:after="0"/>
        <w:jc w:val="left"/>
        <w:rPr>
          <w:noProof/>
        </w:rPr>
      </w:pPr>
    </w:p>
    <w:p w14:paraId="35BE29F1" w14:textId="77777777" w:rsidR="00804638" w:rsidRPr="00F51F43" w:rsidRDefault="00804638" w:rsidP="006A2A87">
      <w:pPr>
        <w:pStyle w:val="Tijeloteksta"/>
        <w:spacing w:after="0"/>
        <w:jc w:val="left"/>
        <w:rPr>
          <w:noProof/>
        </w:rPr>
      </w:pPr>
    </w:p>
    <w:p w14:paraId="5B5BCB9B" w14:textId="77777777" w:rsidR="006A2A87" w:rsidRPr="00F51F43" w:rsidRDefault="006A2A87" w:rsidP="006A2A87">
      <w:pPr>
        <w:pStyle w:val="Tijeloteksta"/>
        <w:spacing w:after="0"/>
        <w:jc w:val="left"/>
        <w:rPr>
          <w:noProof/>
        </w:rPr>
      </w:pPr>
    </w:p>
    <w:p w14:paraId="6B9ED6F7" w14:textId="77777777" w:rsidR="006A2A87" w:rsidRPr="00F51F43" w:rsidRDefault="006A2A87" w:rsidP="006A2A87">
      <w:pPr>
        <w:pStyle w:val="Tijeloteksta"/>
        <w:spacing w:after="0"/>
        <w:jc w:val="center"/>
        <w:rPr>
          <w:b/>
          <w:noProof/>
        </w:rPr>
      </w:pPr>
    </w:p>
    <w:p w14:paraId="47A9C3E1" w14:textId="77777777" w:rsidR="006A2A87" w:rsidRPr="00F51F43" w:rsidRDefault="006A2A87" w:rsidP="006A2A87">
      <w:pPr>
        <w:pStyle w:val="Tijeloteksta"/>
        <w:spacing w:after="0"/>
        <w:jc w:val="center"/>
        <w:rPr>
          <w:b/>
          <w:noProof/>
          <w:sz w:val="40"/>
          <w:szCs w:val="40"/>
        </w:rPr>
      </w:pPr>
      <w:r w:rsidRPr="00F51F43">
        <w:rPr>
          <w:b/>
          <w:noProof/>
          <w:sz w:val="40"/>
          <w:szCs w:val="40"/>
        </w:rPr>
        <w:t xml:space="preserve">GODIŠNJI PLAN I PROGRAM RADA </w:t>
      </w:r>
    </w:p>
    <w:p w14:paraId="56CC7C35" w14:textId="77777777" w:rsidR="006A2A87" w:rsidRPr="00F51F43" w:rsidRDefault="006A2A87" w:rsidP="006A2A87">
      <w:pPr>
        <w:pStyle w:val="Tijeloteksta"/>
        <w:spacing w:after="0"/>
        <w:jc w:val="center"/>
        <w:rPr>
          <w:b/>
          <w:noProof/>
          <w:sz w:val="40"/>
          <w:szCs w:val="40"/>
        </w:rPr>
      </w:pPr>
      <w:r w:rsidRPr="00F51F43">
        <w:rPr>
          <w:b/>
          <w:noProof/>
          <w:sz w:val="40"/>
          <w:szCs w:val="40"/>
        </w:rPr>
        <w:t>DJEČJEG VRTIĆA VRAPČIĆ</w:t>
      </w:r>
    </w:p>
    <w:p w14:paraId="7DC5E58D" w14:textId="77777777" w:rsidR="006A2A87" w:rsidRPr="00F51F43" w:rsidRDefault="001A029B" w:rsidP="006A2A87">
      <w:pPr>
        <w:pStyle w:val="Tijeloteksta"/>
        <w:spacing w:after="0"/>
        <w:jc w:val="center"/>
        <w:rPr>
          <w:b/>
          <w:noProof/>
          <w:sz w:val="40"/>
          <w:szCs w:val="40"/>
        </w:rPr>
      </w:pPr>
      <w:r w:rsidRPr="00F51F43">
        <w:rPr>
          <w:b/>
          <w:noProof/>
          <w:sz w:val="40"/>
          <w:szCs w:val="40"/>
        </w:rPr>
        <w:t xml:space="preserve"> ZA PEDAGOŠKU GODINU 2026./2027</w:t>
      </w:r>
      <w:r w:rsidR="006A2A87" w:rsidRPr="00F51F43">
        <w:rPr>
          <w:b/>
          <w:noProof/>
          <w:sz w:val="40"/>
          <w:szCs w:val="40"/>
        </w:rPr>
        <w:t>.</w:t>
      </w:r>
    </w:p>
    <w:p w14:paraId="2C044C6F" w14:textId="77777777" w:rsidR="006A2A87" w:rsidRPr="00F51F43" w:rsidRDefault="006A2A87" w:rsidP="006A2A87">
      <w:pPr>
        <w:spacing w:after="0"/>
        <w:jc w:val="center"/>
        <w:rPr>
          <w:noProof/>
        </w:rPr>
      </w:pPr>
    </w:p>
    <w:p w14:paraId="3BF4FBB1" w14:textId="77777777" w:rsidR="006A2A87" w:rsidRPr="00F51F43" w:rsidRDefault="006A2A87" w:rsidP="006A2A87">
      <w:pPr>
        <w:spacing w:after="0"/>
        <w:jc w:val="center"/>
        <w:rPr>
          <w:noProof/>
        </w:rPr>
      </w:pPr>
    </w:p>
    <w:p w14:paraId="40688613" w14:textId="77777777" w:rsidR="006A2A87" w:rsidRPr="00F51F43" w:rsidRDefault="006A2A87" w:rsidP="006A2A87">
      <w:pPr>
        <w:spacing w:after="0"/>
        <w:jc w:val="left"/>
        <w:rPr>
          <w:b/>
          <w:noProof/>
        </w:rPr>
      </w:pPr>
    </w:p>
    <w:p w14:paraId="04EC5967" w14:textId="77777777" w:rsidR="006A2A87" w:rsidRPr="00F51F43" w:rsidRDefault="006A2A87" w:rsidP="006A2A87">
      <w:pPr>
        <w:spacing w:after="0"/>
        <w:jc w:val="left"/>
        <w:rPr>
          <w:b/>
          <w:noProof/>
        </w:rPr>
      </w:pPr>
    </w:p>
    <w:p w14:paraId="7A2E775E" w14:textId="77777777" w:rsidR="006A2A87" w:rsidRPr="00F51F43" w:rsidRDefault="006A2A87" w:rsidP="006A2A87">
      <w:pPr>
        <w:spacing w:after="0"/>
        <w:jc w:val="left"/>
        <w:rPr>
          <w:b/>
          <w:noProof/>
        </w:rPr>
      </w:pPr>
    </w:p>
    <w:p w14:paraId="63A63EC4" w14:textId="77777777" w:rsidR="006A2A87" w:rsidRPr="00F51F43" w:rsidRDefault="006A2A87" w:rsidP="006A2A87">
      <w:pPr>
        <w:spacing w:after="0"/>
        <w:jc w:val="left"/>
        <w:rPr>
          <w:b/>
          <w:noProof/>
        </w:rPr>
      </w:pPr>
    </w:p>
    <w:p w14:paraId="7BC2DB83" w14:textId="77777777" w:rsidR="006A2A87" w:rsidRPr="00F51F43" w:rsidRDefault="006A2A87" w:rsidP="006A2A87">
      <w:pPr>
        <w:spacing w:after="0"/>
        <w:jc w:val="left"/>
        <w:rPr>
          <w:b/>
          <w:noProof/>
        </w:rPr>
      </w:pPr>
    </w:p>
    <w:p w14:paraId="7D6C2985" w14:textId="77777777" w:rsidR="006A2A87" w:rsidRPr="00F51F43" w:rsidRDefault="006A2A87" w:rsidP="006A2A87">
      <w:pPr>
        <w:spacing w:after="0"/>
        <w:jc w:val="left"/>
        <w:rPr>
          <w:b/>
          <w:noProof/>
        </w:rPr>
      </w:pPr>
    </w:p>
    <w:p w14:paraId="3981DA1D" w14:textId="77777777" w:rsidR="006A2A87" w:rsidRPr="00F51F43" w:rsidRDefault="006A2A87" w:rsidP="006A2A87">
      <w:pPr>
        <w:spacing w:after="0"/>
        <w:jc w:val="left"/>
        <w:rPr>
          <w:b/>
          <w:noProof/>
        </w:rPr>
      </w:pPr>
    </w:p>
    <w:p w14:paraId="45995BAF" w14:textId="77777777" w:rsidR="006A2A87" w:rsidRPr="00F51F43" w:rsidRDefault="006A2A87" w:rsidP="006A2A87">
      <w:pPr>
        <w:spacing w:after="0"/>
        <w:jc w:val="left"/>
        <w:rPr>
          <w:b/>
          <w:noProof/>
        </w:rPr>
      </w:pPr>
    </w:p>
    <w:p w14:paraId="275F178D" w14:textId="77777777" w:rsidR="00804638" w:rsidRPr="00F51F43" w:rsidRDefault="00804638" w:rsidP="006A2A87">
      <w:pPr>
        <w:spacing w:after="0"/>
        <w:jc w:val="left"/>
        <w:rPr>
          <w:b/>
          <w:noProof/>
        </w:rPr>
      </w:pPr>
    </w:p>
    <w:p w14:paraId="061740F0" w14:textId="77777777" w:rsidR="002F5C6B" w:rsidRPr="00F51F43" w:rsidRDefault="002F5C6B" w:rsidP="006A2A87">
      <w:pPr>
        <w:spacing w:after="0"/>
        <w:jc w:val="left"/>
        <w:rPr>
          <w:b/>
          <w:noProof/>
        </w:rPr>
      </w:pPr>
    </w:p>
    <w:p w14:paraId="4522D9F4" w14:textId="77777777" w:rsidR="006A2A87" w:rsidRPr="00F51F43" w:rsidRDefault="001A029B" w:rsidP="006A2A87">
      <w:pPr>
        <w:spacing w:line="276" w:lineRule="auto"/>
        <w:jc w:val="center"/>
        <w:rPr>
          <w:noProof/>
        </w:rPr>
      </w:pPr>
      <w:r w:rsidRPr="00F51F43">
        <w:rPr>
          <w:noProof/>
        </w:rPr>
        <w:t>Đelekovec, rujan 2026</w:t>
      </w:r>
      <w:r w:rsidR="006A2A87" w:rsidRPr="00F51F43">
        <w:rPr>
          <w:noProof/>
        </w:rPr>
        <w:t>.</w:t>
      </w:r>
    </w:p>
    <w:p w14:paraId="65104A44" w14:textId="77777777" w:rsidR="006A2A87" w:rsidRPr="00F51F43" w:rsidRDefault="006A2A87" w:rsidP="006A2A87">
      <w:pPr>
        <w:spacing w:line="276" w:lineRule="auto"/>
        <w:rPr>
          <w:noProof/>
        </w:rPr>
      </w:pPr>
      <w:r w:rsidRPr="00F51F43">
        <w:rPr>
          <w:noProof/>
        </w:rPr>
        <w:lastRenderedPageBreak/>
        <w:t>Temeljem članka 21. Zakona o ranom i predškolskom odgoju i obrazovanju Upravno vijeće Dječjeg vrtića Vrapčić na 2. sjednici održanoj 30. rujna 2026. donijelo je:</w:t>
      </w:r>
    </w:p>
    <w:p w14:paraId="3CFE10BC" w14:textId="77777777" w:rsidR="006A2A87" w:rsidRPr="00F51F43" w:rsidRDefault="006A2A87" w:rsidP="006A2A87">
      <w:pPr>
        <w:spacing w:after="0" w:line="240" w:lineRule="auto"/>
        <w:rPr>
          <w:noProof/>
        </w:rPr>
      </w:pPr>
    </w:p>
    <w:p w14:paraId="79D4C3B3" w14:textId="77777777" w:rsidR="006A2A87" w:rsidRPr="00F51F43" w:rsidRDefault="006A2A87" w:rsidP="006A2A87">
      <w:pPr>
        <w:spacing w:after="0" w:line="240" w:lineRule="auto"/>
        <w:rPr>
          <w:noProof/>
        </w:rPr>
      </w:pPr>
    </w:p>
    <w:p w14:paraId="7264AE33" w14:textId="77777777" w:rsidR="006A2A87" w:rsidRPr="00F51F43" w:rsidRDefault="006A2A87" w:rsidP="006A2A87">
      <w:pPr>
        <w:spacing w:after="0" w:line="240" w:lineRule="auto"/>
        <w:jc w:val="center"/>
        <w:rPr>
          <w:noProof/>
          <w:sz w:val="40"/>
        </w:rPr>
      </w:pPr>
    </w:p>
    <w:p w14:paraId="1B7BC441" w14:textId="77777777" w:rsidR="006A2A87" w:rsidRPr="00F51F43" w:rsidRDefault="006A2A87" w:rsidP="006A2A87">
      <w:pPr>
        <w:spacing w:line="276" w:lineRule="auto"/>
        <w:jc w:val="center"/>
        <w:rPr>
          <w:b/>
          <w:bCs/>
          <w:noProof/>
          <w:sz w:val="28"/>
          <w:szCs w:val="22"/>
        </w:rPr>
      </w:pPr>
      <w:r w:rsidRPr="00F51F43">
        <w:rPr>
          <w:b/>
          <w:bCs/>
          <w:noProof/>
          <w:sz w:val="28"/>
          <w:szCs w:val="22"/>
        </w:rPr>
        <w:t>ODLUKU</w:t>
      </w:r>
    </w:p>
    <w:p w14:paraId="7624B07A" w14:textId="77777777" w:rsidR="006A2A87" w:rsidRPr="00F51F43" w:rsidRDefault="006A2A87" w:rsidP="006A2A87">
      <w:pPr>
        <w:spacing w:after="0" w:line="240" w:lineRule="auto"/>
        <w:jc w:val="left"/>
        <w:rPr>
          <w:noProof/>
        </w:rPr>
      </w:pPr>
    </w:p>
    <w:p w14:paraId="7893215E" w14:textId="77777777" w:rsidR="006A2A87" w:rsidRPr="00F51F43" w:rsidRDefault="006A2A87" w:rsidP="006A2A87">
      <w:pPr>
        <w:spacing w:after="0" w:line="240" w:lineRule="auto"/>
        <w:rPr>
          <w:noProof/>
        </w:rPr>
      </w:pPr>
    </w:p>
    <w:p w14:paraId="3F740677" w14:textId="77777777" w:rsidR="006A2A87" w:rsidRPr="00F51F43" w:rsidRDefault="006A2A87" w:rsidP="006A2A87">
      <w:pPr>
        <w:spacing w:after="0" w:line="240" w:lineRule="auto"/>
        <w:rPr>
          <w:noProof/>
        </w:rPr>
      </w:pPr>
    </w:p>
    <w:p w14:paraId="6128CBAF" w14:textId="77777777" w:rsidR="006A2A87" w:rsidRPr="00F51F43" w:rsidRDefault="006A2A87" w:rsidP="006A2A87">
      <w:pPr>
        <w:pStyle w:val="Tijeloteksta"/>
        <w:spacing w:after="0"/>
        <w:jc w:val="center"/>
        <w:rPr>
          <w:noProof/>
        </w:rPr>
      </w:pPr>
      <w:r w:rsidRPr="00F51F43">
        <w:rPr>
          <w:noProof/>
        </w:rPr>
        <w:t>o usvajanju Godišnjeg plana i programa rada Dječjeg vrtića Vrapčić za pedagošku godinu 2026./2027.</w:t>
      </w:r>
    </w:p>
    <w:p w14:paraId="751AEB36" w14:textId="77777777" w:rsidR="006A2A87" w:rsidRPr="00F51F43" w:rsidRDefault="006A2A87" w:rsidP="006A2A87">
      <w:pPr>
        <w:spacing w:after="0" w:line="240" w:lineRule="auto"/>
        <w:rPr>
          <w:noProof/>
        </w:rPr>
      </w:pPr>
    </w:p>
    <w:p w14:paraId="24BE7360" w14:textId="77777777" w:rsidR="006A2A87" w:rsidRPr="00F51F43" w:rsidRDefault="006A2A87" w:rsidP="006A2A87">
      <w:pPr>
        <w:spacing w:after="0" w:line="240" w:lineRule="auto"/>
        <w:jc w:val="left"/>
        <w:rPr>
          <w:noProof/>
        </w:rPr>
      </w:pPr>
    </w:p>
    <w:p w14:paraId="395CEDFC" w14:textId="77777777" w:rsidR="006A2A87" w:rsidRPr="00F51F43" w:rsidRDefault="006A2A87" w:rsidP="006A2A87">
      <w:pPr>
        <w:spacing w:after="0" w:line="240" w:lineRule="auto"/>
        <w:jc w:val="left"/>
        <w:rPr>
          <w:noProof/>
        </w:rPr>
      </w:pPr>
    </w:p>
    <w:p w14:paraId="3D22BAA8" w14:textId="77777777" w:rsidR="006A2A87" w:rsidRPr="00F51F43" w:rsidRDefault="006A2A87" w:rsidP="006A2A87">
      <w:pPr>
        <w:spacing w:after="0" w:line="240" w:lineRule="auto"/>
        <w:jc w:val="left"/>
        <w:rPr>
          <w:noProof/>
        </w:rPr>
      </w:pPr>
    </w:p>
    <w:p w14:paraId="785F9E43" w14:textId="77777777" w:rsidR="006A2A87" w:rsidRPr="00F51F43" w:rsidRDefault="006A2A87" w:rsidP="006A2A87">
      <w:pPr>
        <w:spacing w:after="0" w:line="240" w:lineRule="auto"/>
        <w:jc w:val="left"/>
        <w:rPr>
          <w:noProof/>
        </w:rPr>
      </w:pPr>
    </w:p>
    <w:p w14:paraId="07476B60" w14:textId="77777777" w:rsidR="006A2A87" w:rsidRPr="00F51F43" w:rsidRDefault="006A2A87" w:rsidP="006A2A87">
      <w:pPr>
        <w:spacing w:after="0" w:line="240" w:lineRule="auto"/>
        <w:jc w:val="left"/>
        <w:rPr>
          <w:noProof/>
        </w:rPr>
      </w:pPr>
    </w:p>
    <w:p w14:paraId="59EEFF3D" w14:textId="77777777" w:rsidR="006A2A87" w:rsidRPr="00F51F43" w:rsidRDefault="006A2A87" w:rsidP="006A2A87">
      <w:pPr>
        <w:spacing w:after="0" w:line="240" w:lineRule="auto"/>
        <w:jc w:val="left"/>
        <w:rPr>
          <w:noProof/>
        </w:rPr>
      </w:pPr>
    </w:p>
    <w:p w14:paraId="40C2BE4C" w14:textId="77777777" w:rsidR="006A2A87" w:rsidRPr="00F51F43" w:rsidRDefault="006A2A87" w:rsidP="006A2A87">
      <w:pPr>
        <w:spacing w:after="0" w:line="240" w:lineRule="auto"/>
        <w:jc w:val="left"/>
        <w:rPr>
          <w:noProof/>
        </w:rPr>
      </w:pPr>
    </w:p>
    <w:p w14:paraId="0A0B3C1C" w14:textId="77777777" w:rsidR="006A2A87" w:rsidRPr="00F51F43" w:rsidRDefault="006A2A87" w:rsidP="006A2A87">
      <w:pPr>
        <w:spacing w:after="0" w:line="240" w:lineRule="auto"/>
        <w:jc w:val="left"/>
        <w:rPr>
          <w:noProof/>
        </w:rPr>
      </w:pPr>
    </w:p>
    <w:p w14:paraId="6C0DB11F" w14:textId="77777777" w:rsidR="006A2A87" w:rsidRPr="00F51F43" w:rsidRDefault="006A2A87" w:rsidP="006A2A87">
      <w:pPr>
        <w:spacing w:after="0" w:line="240" w:lineRule="auto"/>
        <w:jc w:val="left"/>
        <w:rPr>
          <w:noProof/>
        </w:rPr>
      </w:pPr>
    </w:p>
    <w:p w14:paraId="6450DFE1" w14:textId="77777777" w:rsidR="006A2A87" w:rsidRPr="00F51F43" w:rsidRDefault="006A2A87" w:rsidP="006A2A87">
      <w:pPr>
        <w:spacing w:after="0" w:line="240" w:lineRule="auto"/>
        <w:jc w:val="left"/>
        <w:rPr>
          <w:noProof/>
        </w:rPr>
      </w:pPr>
    </w:p>
    <w:p w14:paraId="0DA9B10E" w14:textId="77777777" w:rsidR="006A2A87" w:rsidRPr="00F51F43" w:rsidRDefault="006A2A87" w:rsidP="006A2A87">
      <w:pPr>
        <w:spacing w:line="276" w:lineRule="auto"/>
        <w:jc w:val="left"/>
        <w:rPr>
          <w:noProof/>
        </w:rPr>
      </w:pPr>
      <w:r w:rsidRPr="00F51F43">
        <w:rPr>
          <w:noProof/>
        </w:rPr>
        <w:t xml:space="preserve">RAVNATELJICA:   </w:t>
      </w:r>
      <w:r w:rsidRPr="00F51F43">
        <w:rPr>
          <w:noProof/>
        </w:rPr>
        <w:tab/>
      </w:r>
      <w:r w:rsidRPr="00F51F43">
        <w:rPr>
          <w:noProof/>
        </w:rPr>
        <w:tab/>
      </w:r>
      <w:r w:rsidRPr="00F51F43">
        <w:rPr>
          <w:noProof/>
        </w:rPr>
        <w:tab/>
      </w:r>
      <w:r w:rsidRPr="00F51F43">
        <w:rPr>
          <w:noProof/>
        </w:rPr>
        <w:tab/>
        <w:t>PREDSJEDNICA UPRAVNOG VIJEĆA:</w:t>
      </w:r>
    </w:p>
    <w:p w14:paraId="41FA124B" w14:textId="77777777" w:rsidR="006A2A87" w:rsidRPr="00F51F43" w:rsidRDefault="006A2A87" w:rsidP="006A2A87">
      <w:pPr>
        <w:spacing w:after="0" w:line="240" w:lineRule="auto"/>
        <w:jc w:val="left"/>
        <w:rPr>
          <w:noProof/>
        </w:rPr>
      </w:pPr>
    </w:p>
    <w:p w14:paraId="319CA788" w14:textId="77777777" w:rsidR="006A2A87" w:rsidRPr="00F51F43" w:rsidRDefault="006A2A87" w:rsidP="006A2A87">
      <w:pPr>
        <w:spacing w:after="0" w:line="240" w:lineRule="auto"/>
        <w:jc w:val="left"/>
        <w:rPr>
          <w:noProof/>
        </w:rPr>
      </w:pPr>
    </w:p>
    <w:p w14:paraId="61D3CF8A" w14:textId="77777777" w:rsidR="006A2A87" w:rsidRPr="00F51F43" w:rsidRDefault="006A2A87" w:rsidP="006A2A87">
      <w:pPr>
        <w:spacing w:after="0" w:line="240" w:lineRule="auto"/>
        <w:jc w:val="left"/>
        <w:rPr>
          <w:noProof/>
        </w:rPr>
      </w:pPr>
    </w:p>
    <w:p w14:paraId="15CDD7BF" w14:textId="77777777" w:rsidR="006A2A87" w:rsidRPr="00F51F43" w:rsidRDefault="00C34331" w:rsidP="006A2A87">
      <w:pPr>
        <w:spacing w:line="276" w:lineRule="auto"/>
        <w:jc w:val="left"/>
        <w:rPr>
          <w:noProof/>
        </w:rPr>
      </w:pPr>
      <w:r w:rsidRPr="00F51F43">
        <w:rPr>
          <w:noProof/>
        </w:rPr>
        <w:t xml:space="preserve">Jelena Posavec, mag. praesc. educ.                  </w:t>
      </w:r>
      <w:r w:rsidR="006A2A87" w:rsidRPr="00F51F43">
        <w:rPr>
          <w:noProof/>
        </w:rPr>
        <w:t>Ivana Serdarušić</w:t>
      </w:r>
    </w:p>
    <w:p w14:paraId="14DA8278" w14:textId="77777777" w:rsidR="0056585F" w:rsidRPr="00F51F43" w:rsidRDefault="0056585F" w:rsidP="006A2A87">
      <w:pPr>
        <w:spacing w:after="0" w:line="240" w:lineRule="auto"/>
        <w:jc w:val="left"/>
        <w:rPr>
          <w:noProof/>
        </w:rPr>
      </w:pPr>
    </w:p>
    <w:p w14:paraId="1DCC0565" w14:textId="77777777" w:rsidR="006A2A87" w:rsidRPr="00F51F43" w:rsidRDefault="006A2A87" w:rsidP="006A2A87">
      <w:pPr>
        <w:spacing w:line="276" w:lineRule="auto"/>
        <w:jc w:val="left"/>
        <w:rPr>
          <w:noProof/>
        </w:rPr>
      </w:pPr>
      <w:r w:rsidRPr="00F51F43">
        <w:rPr>
          <w:noProof/>
        </w:rPr>
        <w:t xml:space="preserve">_______________________                            __________________________                  </w:t>
      </w:r>
    </w:p>
    <w:sdt>
      <w:sdtPr>
        <w:rPr>
          <w:b w:val="0"/>
          <w:bCs w:val="0"/>
          <w:noProof/>
          <w:sz w:val="24"/>
          <w:szCs w:val="20"/>
        </w:rPr>
        <w:id w:val="827335185"/>
        <w:docPartObj>
          <w:docPartGallery w:val="Table of Contents"/>
          <w:docPartUnique/>
        </w:docPartObj>
      </w:sdtPr>
      <w:sdtEndPr>
        <w:rPr>
          <w:b/>
          <w:bCs/>
        </w:rPr>
      </w:sdtEndPr>
      <w:sdtContent>
        <w:p w14:paraId="36F7B854" w14:textId="77777777" w:rsidR="00373169" w:rsidRPr="00F51F43" w:rsidRDefault="00670B52" w:rsidP="00670B52">
          <w:pPr>
            <w:pStyle w:val="TOCNaslov"/>
            <w:spacing w:before="0" w:line="360" w:lineRule="auto"/>
            <w:jc w:val="center"/>
            <w:rPr>
              <w:noProof/>
              <w:sz w:val="22"/>
              <w:szCs w:val="22"/>
            </w:rPr>
          </w:pPr>
          <w:r w:rsidRPr="00F51F43">
            <w:rPr>
              <w:noProof/>
            </w:rPr>
            <w:t>SADRŽAJ</w:t>
          </w:r>
        </w:p>
        <w:p w14:paraId="586730AD" w14:textId="77777777" w:rsidR="00954ED8" w:rsidRDefault="00411C0A">
          <w:pPr>
            <w:pStyle w:val="Sadraj1"/>
            <w:rPr>
              <w:rFonts w:asciiTheme="minorHAnsi" w:eastAsiaTheme="minorEastAsia" w:hAnsiTheme="minorHAnsi" w:cstheme="minorBidi"/>
              <w:color w:val="auto"/>
              <w:sz w:val="22"/>
              <w:szCs w:val="22"/>
            </w:rPr>
          </w:pPr>
          <w:r>
            <w:fldChar w:fldCharType="begin"/>
          </w:r>
          <w:r>
            <w:instrText xml:space="preserve"> TOC \o "1-3" \h \z \u </w:instrText>
          </w:r>
          <w:r>
            <w:fldChar w:fldCharType="separate"/>
          </w:r>
          <w:hyperlink w:anchor="_Toc241563317" w:history="1">
            <w:r w:rsidR="00954ED8" w:rsidRPr="008D5375">
              <w:rPr>
                <w:rStyle w:val="Hiperveza"/>
              </w:rPr>
              <w:t>1. UVOD</w:t>
            </w:r>
            <w:r w:rsidR="00954ED8">
              <w:rPr>
                <w:webHidden/>
              </w:rPr>
              <w:tab/>
            </w:r>
            <w:r w:rsidR="00954ED8">
              <w:rPr>
                <w:webHidden/>
              </w:rPr>
              <w:fldChar w:fldCharType="begin"/>
            </w:r>
            <w:r w:rsidR="00954ED8">
              <w:rPr>
                <w:webHidden/>
              </w:rPr>
              <w:instrText xml:space="preserve"> PAGEREF _Toc241563317 \h </w:instrText>
            </w:r>
            <w:r w:rsidR="00954ED8">
              <w:rPr>
                <w:webHidden/>
              </w:rPr>
            </w:r>
            <w:r w:rsidR="00954ED8">
              <w:rPr>
                <w:webHidden/>
              </w:rPr>
              <w:fldChar w:fldCharType="separate"/>
            </w:r>
            <w:r w:rsidR="00954ED8">
              <w:rPr>
                <w:webHidden/>
              </w:rPr>
              <w:t>6</w:t>
            </w:r>
            <w:r w:rsidR="00954ED8">
              <w:rPr>
                <w:webHidden/>
              </w:rPr>
              <w:fldChar w:fldCharType="end"/>
            </w:r>
          </w:hyperlink>
        </w:p>
        <w:p w14:paraId="09C3459A" w14:textId="77777777" w:rsidR="00954ED8" w:rsidRDefault="00A91286">
          <w:pPr>
            <w:pStyle w:val="Sadraj1"/>
            <w:rPr>
              <w:rFonts w:asciiTheme="minorHAnsi" w:eastAsiaTheme="minorEastAsia" w:hAnsiTheme="minorHAnsi" w:cstheme="minorBidi"/>
              <w:color w:val="auto"/>
              <w:sz w:val="22"/>
              <w:szCs w:val="22"/>
            </w:rPr>
          </w:pPr>
          <w:hyperlink w:anchor="_Toc241563318" w:history="1">
            <w:r w:rsidR="00954ED8" w:rsidRPr="008D5375">
              <w:rPr>
                <w:rStyle w:val="Hiperveza"/>
              </w:rPr>
              <w:t>2. USTROJSTVO  RADA</w:t>
            </w:r>
            <w:r w:rsidR="00954ED8">
              <w:rPr>
                <w:webHidden/>
              </w:rPr>
              <w:tab/>
            </w:r>
            <w:r w:rsidR="00954ED8">
              <w:rPr>
                <w:webHidden/>
              </w:rPr>
              <w:fldChar w:fldCharType="begin"/>
            </w:r>
            <w:r w:rsidR="00954ED8">
              <w:rPr>
                <w:webHidden/>
              </w:rPr>
              <w:instrText xml:space="preserve"> PAGEREF _Toc241563318 \h </w:instrText>
            </w:r>
            <w:r w:rsidR="00954ED8">
              <w:rPr>
                <w:webHidden/>
              </w:rPr>
            </w:r>
            <w:r w:rsidR="00954ED8">
              <w:rPr>
                <w:webHidden/>
              </w:rPr>
              <w:fldChar w:fldCharType="separate"/>
            </w:r>
            <w:r w:rsidR="00954ED8">
              <w:rPr>
                <w:webHidden/>
              </w:rPr>
              <w:t>7</w:t>
            </w:r>
            <w:r w:rsidR="00954ED8">
              <w:rPr>
                <w:webHidden/>
              </w:rPr>
              <w:fldChar w:fldCharType="end"/>
            </w:r>
          </w:hyperlink>
        </w:p>
        <w:p w14:paraId="2351D5E0"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19" w:history="1">
            <w:r w:rsidR="00954ED8" w:rsidRPr="008D5375">
              <w:rPr>
                <w:rStyle w:val="Hiperveza"/>
                <w:noProof/>
              </w:rPr>
              <w:t>2.1. POPIS DJELATNIKA PO RADNIM MJESTIMA</w:t>
            </w:r>
            <w:r w:rsidR="00954ED8">
              <w:rPr>
                <w:noProof/>
                <w:webHidden/>
              </w:rPr>
              <w:tab/>
            </w:r>
            <w:r w:rsidR="00954ED8">
              <w:rPr>
                <w:noProof/>
                <w:webHidden/>
              </w:rPr>
              <w:fldChar w:fldCharType="begin"/>
            </w:r>
            <w:r w:rsidR="00954ED8">
              <w:rPr>
                <w:noProof/>
                <w:webHidden/>
              </w:rPr>
              <w:instrText xml:space="preserve"> PAGEREF _Toc241563319 \h </w:instrText>
            </w:r>
            <w:r w:rsidR="00954ED8">
              <w:rPr>
                <w:noProof/>
                <w:webHidden/>
              </w:rPr>
            </w:r>
            <w:r w:rsidR="00954ED8">
              <w:rPr>
                <w:noProof/>
                <w:webHidden/>
              </w:rPr>
              <w:fldChar w:fldCharType="separate"/>
            </w:r>
            <w:r w:rsidR="00954ED8">
              <w:rPr>
                <w:noProof/>
                <w:webHidden/>
              </w:rPr>
              <w:t>14</w:t>
            </w:r>
            <w:r w:rsidR="00954ED8">
              <w:rPr>
                <w:noProof/>
                <w:webHidden/>
              </w:rPr>
              <w:fldChar w:fldCharType="end"/>
            </w:r>
          </w:hyperlink>
        </w:p>
        <w:p w14:paraId="1586BD4E"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20" w:history="1">
            <w:r w:rsidR="00954ED8" w:rsidRPr="008D5375">
              <w:rPr>
                <w:rStyle w:val="Hiperveza"/>
                <w:noProof/>
                <w:lang w:eastAsia="en-US"/>
              </w:rPr>
              <w:t>2.2. SINDIKALNO ORGANIZIRANJE ZAPOSLENIKA</w:t>
            </w:r>
            <w:r w:rsidR="00954ED8">
              <w:rPr>
                <w:noProof/>
                <w:webHidden/>
              </w:rPr>
              <w:tab/>
            </w:r>
            <w:r w:rsidR="00954ED8">
              <w:rPr>
                <w:noProof/>
                <w:webHidden/>
              </w:rPr>
              <w:fldChar w:fldCharType="begin"/>
            </w:r>
            <w:r w:rsidR="00954ED8">
              <w:rPr>
                <w:noProof/>
                <w:webHidden/>
              </w:rPr>
              <w:instrText xml:space="preserve"> PAGEREF _Toc241563320 \h </w:instrText>
            </w:r>
            <w:r w:rsidR="00954ED8">
              <w:rPr>
                <w:noProof/>
                <w:webHidden/>
              </w:rPr>
            </w:r>
            <w:r w:rsidR="00954ED8">
              <w:rPr>
                <w:noProof/>
                <w:webHidden/>
              </w:rPr>
              <w:fldChar w:fldCharType="separate"/>
            </w:r>
            <w:r w:rsidR="00954ED8">
              <w:rPr>
                <w:noProof/>
                <w:webHidden/>
              </w:rPr>
              <w:t>15</w:t>
            </w:r>
            <w:r w:rsidR="00954ED8">
              <w:rPr>
                <w:noProof/>
                <w:webHidden/>
              </w:rPr>
              <w:fldChar w:fldCharType="end"/>
            </w:r>
          </w:hyperlink>
        </w:p>
        <w:p w14:paraId="6D192563"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21" w:history="1">
            <w:r w:rsidR="00954ED8" w:rsidRPr="008D5375">
              <w:rPr>
                <w:rStyle w:val="Hiperveza"/>
                <w:noProof/>
                <w:lang w:eastAsia="en-US"/>
              </w:rPr>
              <w:t>2.3. STRUKTURA SATNICE ZA PEDAGOŠKU GODINU 2026./2027. ZA SVE DJELATNIKE VRTIĆA</w:t>
            </w:r>
            <w:r w:rsidR="00954ED8">
              <w:rPr>
                <w:noProof/>
                <w:webHidden/>
              </w:rPr>
              <w:tab/>
            </w:r>
            <w:r w:rsidR="00954ED8">
              <w:rPr>
                <w:noProof/>
                <w:webHidden/>
              </w:rPr>
              <w:fldChar w:fldCharType="begin"/>
            </w:r>
            <w:r w:rsidR="00954ED8">
              <w:rPr>
                <w:noProof/>
                <w:webHidden/>
              </w:rPr>
              <w:instrText xml:space="preserve"> PAGEREF _Toc241563321 \h </w:instrText>
            </w:r>
            <w:r w:rsidR="00954ED8">
              <w:rPr>
                <w:noProof/>
                <w:webHidden/>
              </w:rPr>
            </w:r>
            <w:r w:rsidR="00954ED8">
              <w:rPr>
                <w:noProof/>
                <w:webHidden/>
              </w:rPr>
              <w:fldChar w:fldCharType="separate"/>
            </w:r>
            <w:r w:rsidR="00954ED8">
              <w:rPr>
                <w:noProof/>
                <w:webHidden/>
              </w:rPr>
              <w:t>15</w:t>
            </w:r>
            <w:r w:rsidR="00954ED8">
              <w:rPr>
                <w:noProof/>
                <w:webHidden/>
              </w:rPr>
              <w:fldChar w:fldCharType="end"/>
            </w:r>
          </w:hyperlink>
        </w:p>
        <w:p w14:paraId="78BC2ED0"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22" w:history="1">
            <w:r w:rsidR="00954ED8" w:rsidRPr="008D5375">
              <w:rPr>
                <w:rStyle w:val="Hiperveza"/>
                <w:noProof/>
                <w:lang w:eastAsia="en-US"/>
              </w:rPr>
              <w:t>2.3.1. ODGOJITELJI</w:t>
            </w:r>
            <w:r w:rsidR="00954ED8">
              <w:rPr>
                <w:noProof/>
                <w:webHidden/>
              </w:rPr>
              <w:tab/>
            </w:r>
            <w:r w:rsidR="00954ED8">
              <w:rPr>
                <w:noProof/>
                <w:webHidden/>
              </w:rPr>
              <w:fldChar w:fldCharType="begin"/>
            </w:r>
            <w:r w:rsidR="00954ED8">
              <w:rPr>
                <w:noProof/>
                <w:webHidden/>
              </w:rPr>
              <w:instrText xml:space="preserve"> PAGEREF _Toc241563322 \h </w:instrText>
            </w:r>
            <w:r w:rsidR="00954ED8">
              <w:rPr>
                <w:noProof/>
                <w:webHidden/>
              </w:rPr>
            </w:r>
            <w:r w:rsidR="00954ED8">
              <w:rPr>
                <w:noProof/>
                <w:webHidden/>
              </w:rPr>
              <w:fldChar w:fldCharType="separate"/>
            </w:r>
            <w:r w:rsidR="00954ED8">
              <w:rPr>
                <w:noProof/>
                <w:webHidden/>
              </w:rPr>
              <w:t>17</w:t>
            </w:r>
            <w:r w:rsidR="00954ED8">
              <w:rPr>
                <w:noProof/>
                <w:webHidden/>
              </w:rPr>
              <w:fldChar w:fldCharType="end"/>
            </w:r>
          </w:hyperlink>
        </w:p>
        <w:p w14:paraId="665CD879"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23" w:history="1">
            <w:r w:rsidR="00954ED8" w:rsidRPr="008D5375">
              <w:rPr>
                <w:rStyle w:val="Hiperveza"/>
                <w:noProof/>
                <w:lang w:eastAsia="en-US"/>
              </w:rPr>
              <w:t>2.3.2. RADNO VRIJEME ZAJEDNIČKIH SLUŽBI NA RAZINI VRTIĆA</w:t>
            </w:r>
            <w:r w:rsidR="00954ED8">
              <w:rPr>
                <w:noProof/>
                <w:webHidden/>
              </w:rPr>
              <w:tab/>
            </w:r>
            <w:r w:rsidR="00954ED8">
              <w:rPr>
                <w:noProof/>
                <w:webHidden/>
              </w:rPr>
              <w:fldChar w:fldCharType="begin"/>
            </w:r>
            <w:r w:rsidR="00954ED8">
              <w:rPr>
                <w:noProof/>
                <w:webHidden/>
              </w:rPr>
              <w:instrText xml:space="preserve"> PAGEREF _Toc241563323 \h </w:instrText>
            </w:r>
            <w:r w:rsidR="00954ED8">
              <w:rPr>
                <w:noProof/>
                <w:webHidden/>
              </w:rPr>
            </w:r>
            <w:r w:rsidR="00954ED8">
              <w:rPr>
                <w:noProof/>
                <w:webHidden/>
              </w:rPr>
              <w:fldChar w:fldCharType="separate"/>
            </w:r>
            <w:r w:rsidR="00954ED8">
              <w:rPr>
                <w:noProof/>
                <w:webHidden/>
              </w:rPr>
              <w:t>19</w:t>
            </w:r>
            <w:r w:rsidR="00954ED8">
              <w:rPr>
                <w:noProof/>
                <w:webHidden/>
              </w:rPr>
              <w:fldChar w:fldCharType="end"/>
            </w:r>
          </w:hyperlink>
        </w:p>
        <w:p w14:paraId="12E97DFD" w14:textId="77777777" w:rsidR="00954ED8" w:rsidRDefault="00A91286">
          <w:pPr>
            <w:pStyle w:val="Sadraj1"/>
            <w:rPr>
              <w:rFonts w:asciiTheme="minorHAnsi" w:eastAsiaTheme="minorEastAsia" w:hAnsiTheme="minorHAnsi" w:cstheme="minorBidi"/>
              <w:color w:val="auto"/>
              <w:sz w:val="22"/>
              <w:szCs w:val="22"/>
            </w:rPr>
          </w:pPr>
          <w:hyperlink w:anchor="_Toc241563324" w:history="1">
            <w:r w:rsidR="00954ED8" w:rsidRPr="008D5375">
              <w:rPr>
                <w:rStyle w:val="Hiperveza"/>
              </w:rPr>
              <w:t>3. MATERIJALNE POTREBE</w:t>
            </w:r>
            <w:r w:rsidR="00954ED8">
              <w:rPr>
                <w:webHidden/>
              </w:rPr>
              <w:tab/>
            </w:r>
            <w:r w:rsidR="00954ED8">
              <w:rPr>
                <w:webHidden/>
              </w:rPr>
              <w:fldChar w:fldCharType="begin"/>
            </w:r>
            <w:r w:rsidR="00954ED8">
              <w:rPr>
                <w:webHidden/>
              </w:rPr>
              <w:instrText xml:space="preserve"> PAGEREF _Toc241563324 \h </w:instrText>
            </w:r>
            <w:r w:rsidR="00954ED8">
              <w:rPr>
                <w:webHidden/>
              </w:rPr>
            </w:r>
            <w:r w:rsidR="00954ED8">
              <w:rPr>
                <w:webHidden/>
              </w:rPr>
              <w:fldChar w:fldCharType="separate"/>
            </w:r>
            <w:r w:rsidR="00954ED8">
              <w:rPr>
                <w:webHidden/>
              </w:rPr>
              <w:t>24</w:t>
            </w:r>
            <w:r w:rsidR="00954ED8">
              <w:rPr>
                <w:webHidden/>
              </w:rPr>
              <w:fldChar w:fldCharType="end"/>
            </w:r>
          </w:hyperlink>
        </w:p>
        <w:p w14:paraId="22931932" w14:textId="77777777" w:rsidR="00954ED8" w:rsidRDefault="00A91286">
          <w:pPr>
            <w:pStyle w:val="Sadraj1"/>
            <w:rPr>
              <w:rFonts w:asciiTheme="minorHAnsi" w:eastAsiaTheme="minorEastAsia" w:hAnsiTheme="minorHAnsi" w:cstheme="minorBidi"/>
              <w:color w:val="auto"/>
              <w:sz w:val="22"/>
              <w:szCs w:val="22"/>
            </w:rPr>
          </w:pPr>
          <w:hyperlink w:anchor="_Toc241563325" w:history="1">
            <w:r w:rsidR="00954ED8" w:rsidRPr="008D5375">
              <w:rPr>
                <w:rStyle w:val="Hiperveza"/>
              </w:rPr>
              <w:t>4. NJEGA I SKRB ZA TJELESNI RAST I ZDRAVLJE DJECE</w:t>
            </w:r>
            <w:r w:rsidR="00954ED8">
              <w:rPr>
                <w:webHidden/>
              </w:rPr>
              <w:tab/>
            </w:r>
            <w:r w:rsidR="00954ED8">
              <w:rPr>
                <w:webHidden/>
              </w:rPr>
              <w:fldChar w:fldCharType="begin"/>
            </w:r>
            <w:r w:rsidR="00954ED8">
              <w:rPr>
                <w:webHidden/>
              </w:rPr>
              <w:instrText xml:space="preserve"> PAGEREF _Toc241563325 \h </w:instrText>
            </w:r>
            <w:r w:rsidR="00954ED8">
              <w:rPr>
                <w:webHidden/>
              </w:rPr>
            </w:r>
            <w:r w:rsidR="00954ED8">
              <w:rPr>
                <w:webHidden/>
              </w:rPr>
              <w:fldChar w:fldCharType="separate"/>
            </w:r>
            <w:r w:rsidR="00954ED8">
              <w:rPr>
                <w:webHidden/>
              </w:rPr>
              <w:t>28</w:t>
            </w:r>
            <w:r w:rsidR="00954ED8">
              <w:rPr>
                <w:webHidden/>
              </w:rPr>
              <w:fldChar w:fldCharType="end"/>
            </w:r>
          </w:hyperlink>
        </w:p>
        <w:p w14:paraId="003A552E"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26" w:history="1">
            <w:r w:rsidR="00954ED8" w:rsidRPr="008D5375">
              <w:rPr>
                <w:rStyle w:val="Hiperveza"/>
                <w:noProof/>
              </w:rPr>
              <w:t>4.1. PROGRAM MJERA POVEĆANJA SIGURNOSTI U DJEČJEM VRTIĆU</w:t>
            </w:r>
            <w:r w:rsidR="00954ED8">
              <w:rPr>
                <w:noProof/>
                <w:webHidden/>
              </w:rPr>
              <w:tab/>
            </w:r>
            <w:r w:rsidR="00954ED8">
              <w:rPr>
                <w:noProof/>
                <w:webHidden/>
              </w:rPr>
              <w:fldChar w:fldCharType="begin"/>
            </w:r>
            <w:r w:rsidR="00954ED8">
              <w:rPr>
                <w:noProof/>
                <w:webHidden/>
              </w:rPr>
              <w:instrText xml:space="preserve"> PAGEREF _Toc241563326 \h </w:instrText>
            </w:r>
            <w:r w:rsidR="00954ED8">
              <w:rPr>
                <w:noProof/>
                <w:webHidden/>
              </w:rPr>
            </w:r>
            <w:r w:rsidR="00954ED8">
              <w:rPr>
                <w:noProof/>
                <w:webHidden/>
              </w:rPr>
              <w:fldChar w:fldCharType="separate"/>
            </w:r>
            <w:r w:rsidR="00954ED8">
              <w:rPr>
                <w:noProof/>
                <w:webHidden/>
              </w:rPr>
              <w:t>29</w:t>
            </w:r>
            <w:r w:rsidR="00954ED8">
              <w:rPr>
                <w:noProof/>
                <w:webHidden/>
              </w:rPr>
              <w:fldChar w:fldCharType="end"/>
            </w:r>
          </w:hyperlink>
        </w:p>
        <w:p w14:paraId="58E27A29"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27" w:history="1">
            <w:r w:rsidR="00954ED8" w:rsidRPr="008D5375">
              <w:rPr>
                <w:rStyle w:val="Hiperveza"/>
                <w:noProof/>
              </w:rPr>
              <w:t>4.1.1. Ciljevi programa</w:t>
            </w:r>
            <w:r w:rsidR="00954ED8">
              <w:rPr>
                <w:noProof/>
                <w:webHidden/>
              </w:rPr>
              <w:tab/>
            </w:r>
            <w:r w:rsidR="00954ED8">
              <w:rPr>
                <w:noProof/>
                <w:webHidden/>
              </w:rPr>
              <w:fldChar w:fldCharType="begin"/>
            </w:r>
            <w:r w:rsidR="00954ED8">
              <w:rPr>
                <w:noProof/>
                <w:webHidden/>
              </w:rPr>
              <w:instrText xml:space="preserve"> PAGEREF _Toc241563327 \h </w:instrText>
            </w:r>
            <w:r w:rsidR="00954ED8">
              <w:rPr>
                <w:noProof/>
                <w:webHidden/>
              </w:rPr>
            </w:r>
            <w:r w:rsidR="00954ED8">
              <w:rPr>
                <w:noProof/>
                <w:webHidden/>
              </w:rPr>
              <w:fldChar w:fldCharType="separate"/>
            </w:r>
            <w:r w:rsidR="00954ED8">
              <w:rPr>
                <w:noProof/>
                <w:webHidden/>
              </w:rPr>
              <w:t>29</w:t>
            </w:r>
            <w:r w:rsidR="00954ED8">
              <w:rPr>
                <w:noProof/>
                <w:webHidden/>
              </w:rPr>
              <w:fldChar w:fldCharType="end"/>
            </w:r>
          </w:hyperlink>
        </w:p>
        <w:p w14:paraId="0375566F"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28" w:history="1">
            <w:r w:rsidR="00954ED8" w:rsidRPr="008D5375">
              <w:rPr>
                <w:rStyle w:val="Hiperveza"/>
                <w:noProof/>
              </w:rPr>
              <w:t>4.2. PRAĆENJE PSIHOFIZIČKOG RAZVOJA DJECE</w:t>
            </w:r>
            <w:r w:rsidR="00954ED8">
              <w:rPr>
                <w:noProof/>
                <w:webHidden/>
              </w:rPr>
              <w:tab/>
            </w:r>
            <w:r w:rsidR="00954ED8">
              <w:rPr>
                <w:noProof/>
                <w:webHidden/>
              </w:rPr>
              <w:fldChar w:fldCharType="begin"/>
            </w:r>
            <w:r w:rsidR="00954ED8">
              <w:rPr>
                <w:noProof/>
                <w:webHidden/>
              </w:rPr>
              <w:instrText xml:space="preserve"> PAGEREF _Toc241563328 \h </w:instrText>
            </w:r>
            <w:r w:rsidR="00954ED8">
              <w:rPr>
                <w:noProof/>
                <w:webHidden/>
              </w:rPr>
            </w:r>
            <w:r w:rsidR="00954ED8">
              <w:rPr>
                <w:noProof/>
                <w:webHidden/>
              </w:rPr>
              <w:fldChar w:fldCharType="separate"/>
            </w:r>
            <w:r w:rsidR="00954ED8">
              <w:rPr>
                <w:noProof/>
                <w:webHidden/>
              </w:rPr>
              <w:t>30</w:t>
            </w:r>
            <w:r w:rsidR="00954ED8">
              <w:rPr>
                <w:noProof/>
                <w:webHidden/>
              </w:rPr>
              <w:fldChar w:fldCharType="end"/>
            </w:r>
          </w:hyperlink>
        </w:p>
        <w:p w14:paraId="47819287"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29" w:history="1">
            <w:r w:rsidR="00954ED8" w:rsidRPr="008D5375">
              <w:rPr>
                <w:rStyle w:val="Hiperveza"/>
                <w:noProof/>
              </w:rPr>
              <w:t>4.3. SKRB O DNEVNOM RITMU DJECE</w:t>
            </w:r>
            <w:r w:rsidR="00954ED8">
              <w:rPr>
                <w:noProof/>
                <w:webHidden/>
              </w:rPr>
              <w:tab/>
            </w:r>
            <w:r w:rsidR="00954ED8">
              <w:rPr>
                <w:noProof/>
                <w:webHidden/>
              </w:rPr>
              <w:fldChar w:fldCharType="begin"/>
            </w:r>
            <w:r w:rsidR="00954ED8">
              <w:rPr>
                <w:noProof/>
                <w:webHidden/>
              </w:rPr>
              <w:instrText xml:space="preserve"> PAGEREF _Toc241563329 \h </w:instrText>
            </w:r>
            <w:r w:rsidR="00954ED8">
              <w:rPr>
                <w:noProof/>
                <w:webHidden/>
              </w:rPr>
            </w:r>
            <w:r w:rsidR="00954ED8">
              <w:rPr>
                <w:noProof/>
                <w:webHidden/>
              </w:rPr>
              <w:fldChar w:fldCharType="separate"/>
            </w:r>
            <w:r w:rsidR="00954ED8">
              <w:rPr>
                <w:noProof/>
                <w:webHidden/>
              </w:rPr>
              <w:t>32</w:t>
            </w:r>
            <w:r w:rsidR="00954ED8">
              <w:rPr>
                <w:noProof/>
                <w:webHidden/>
              </w:rPr>
              <w:fldChar w:fldCharType="end"/>
            </w:r>
          </w:hyperlink>
        </w:p>
        <w:p w14:paraId="50DF1358"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30" w:history="1">
            <w:r w:rsidR="00954ED8" w:rsidRPr="008D5375">
              <w:rPr>
                <w:rStyle w:val="Hiperveza"/>
                <w:noProof/>
              </w:rPr>
              <w:t>4.4. RAD NA UNAPRJEĐENJU TJELESNO-ZDRAVSTVENE KULTURE</w:t>
            </w:r>
            <w:r w:rsidR="00954ED8">
              <w:rPr>
                <w:noProof/>
                <w:webHidden/>
              </w:rPr>
              <w:tab/>
            </w:r>
            <w:r w:rsidR="00954ED8">
              <w:rPr>
                <w:noProof/>
                <w:webHidden/>
              </w:rPr>
              <w:fldChar w:fldCharType="begin"/>
            </w:r>
            <w:r w:rsidR="00954ED8">
              <w:rPr>
                <w:noProof/>
                <w:webHidden/>
              </w:rPr>
              <w:instrText xml:space="preserve"> PAGEREF _Toc241563330 \h </w:instrText>
            </w:r>
            <w:r w:rsidR="00954ED8">
              <w:rPr>
                <w:noProof/>
                <w:webHidden/>
              </w:rPr>
            </w:r>
            <w:r w:rsidR="00954ED8">
              <w:rPr>
                <w:noProof/>
                <w:webHidden/>
              </w:rPr>
              <w:fldChar w:fldCharType="separate"/>
            </w:r>
            <w:r w:rsidR="00954ED8">
              <w:rPr>
                <w:noProof/>
                <w:webHidden/>
              </w:rPr>
              <w:t>33</w:t>
            </w:r>
            <w:r w:rsidR="00954ED8">
              <w:rPr>
                <w:noProof/>
                <w:webHidden/>
              </w:rPr>
              <w:fldChar w:fldCharType="end"/>
            </w:r>
          </w:hyperlink>
        </w:p>
        <w:p w14:paraId="18F5E9B1"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31" w:history="1">
            <w:r w:rsidR="00954ED8" w:rsidRPr="008D5375">
              <w:rPr>
                <w:rStyle w:val="Hiperveza"/>
                <w:noProof/>
              </w:rPr>
              <w:t>4.5. UNAPRJEĐIVANJE PREHRANE I OSAMOSTALJIVANJE DJECE U PROCESU PREHRANE</w:t>
            </w:r>
            <w:r w:rsidR="00954ED8">
              <w:rPr>
                <w:noProof/>
                <w:webHidden/>
              </w:rPr>
              <w:tab/>
            </w:r>
            <w:r w:rsidR="00954ED8">
              <w:rPr>
                <w:noProof/>
                <w:webHidden/>
              </w:rPr>
              <w:fldChar w:fldCharType="begin"/>
            </w:r>
            <w:r w:rsidR="00954ED8">
              <w:rPr>
                <w:noProof/>
                <w:webHidden/>
              </w:rPr>
              <w:instrText xml:space="preserve"> PAGEREF _Toc241563331 \h </w:instrText>
            </w:r>
            <w:r w:rsidR="00954ED8">
              <w:rPr>
                <w:noProof/>
                <w:webHidden/>
              </w:rPr>
            </w:r>
            <w:r w:rsidR="00954ED8">
              <w:rPr>
                <w:noProof/>
                <w:webHidden/>
              </w:rPr>
              <w:fldChar w:fldCharType="separate"/>
            </w:r>
            <w:r w:rsidR="00954ED8">
              <w:rPr>
                <w:noProof/>
                <w:webHidden/>
              </w:rPr>
              <w:t>34</w:t>
            </w:r>
            <w:r w:rsidR="00954ED8">
              <w:rPr>
                <w:noProof/>
                <w:webHidden/>
              </w:rPr>
              <w:fldChar w:fldCharType="end"/>
            </w:r>
          </w:hyperlink>
        </w:p>
        <w:p w14:paraId="2D12F329"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32" w:history="1">
            <w:r w:rsidR="00954ED8" w:rsidRPr="008D5375">
              <w:rPr>
                <w:rStyle w:val="Hiperveza"/>
                <w:noProof/>
              </w:rPr>
              <w:t>4.5.1. PLAN RADA KUHINJA</w:t>
            </w:r>
            <w:r w:rsidR="00954ED8">
              <w:rPr>
                <w:noProof/>
                <w:webHidden/>
              </w:rPr>
              <w:tab/>
            </w:r>
            <w:r w:rsidR="00954ED8">
              <w:rPr>
                <w:noProof/>
                <w:webHidden/>
              </w:rPr>
              <w:fldChar w:fldCharType="begin"/>
            </w:r>
            <w:r w:rsidR="00954ED8">
              <w:rPr>
                <w:noProof/>
                <w:webHidden/>
              </w:rPr>
              <w:instrText xml:space="preserve"> PAGEREF _Toc241563332 \h </w:instrText>
            </w:r>
            <w:r w:rsidR="00954ED8">
              <w:rPr>
                <w:noProof/>
                <w:webHidden/>
              </w:rPr>
            </w:r>
            <w:r w:rsidR="00954ED8">
              <w:rPr>
                <w:noProof/>
                <w:webHidden/>
              </w:rPr>
              <w:fldChar w:fldCharType="separate"/>
            </w:r>
            <w:r w:rsidR="00954ED8">
              <w:rPr>
                <w:noProof/>
                <w:webHidden/>
              </w:rPr>
              <w:t>35</w:t>
            </w:r>
            <w:r w:rsidR="00954ED8">
              <w:rPr>
                <w:noProof/>
                <w:webHidden/>
              </w:rPr>
              <w:fldChar w:fldCharType="end"/>
            </w:r>
          </w:hyperlink>
        </w:p>
        <w:p w14:paraId="4B0726CA"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33" w:history="1">
            <w:r w:rsidR="00954ED8" w:rsidRPr="008D5375">
              <w:rPr>
                <w:rStyle w:val="Hiperveza"/>
                <w:noProof/>
              </w:rPr>
              <w:t>4.6. ZADAĆE U ODNOSU NA DIJETE</w:t>
            </w:r>
            <w:r w:rsidR="00954ED8">
              <w:rPr>
                <w:noProof/>
                <w:webHidden/>
              </w:rPr>
              <w:tab/>
            </w:r>
            <w:r w:rsidR="00954ED8">
              <w:rPr>
                <w:noProof/>
                <w:webHidden/>
              </w:rPr>
              <w:fldChar w:fldCharType="begin"/>
            </w:r>
            <w:r w:rsidR="00954ED8">
              <w:rPr>
                <w:noProof/>
                <w:webHidden/>
              </w:rPr>
              <w:instrText xml:space="preserve"> PAGEREF _Toc241563333 \h </w:instrText>
            </w:r>
            <w:r w:rsidR="00954ED8">
              <w:rPr>
                <w:noProof/>
                <w:webHidden/>
              </w:rPr>
            </w:r>
            <w:r w:rsidR="00954ED8">
              <w:rPr>
                <w:noProof/>
                <w:webHidden/>
              </w:rPr>
              <w:fldChar w:fldCharType="separate"/>
            </w:r>
            <w:r w:rsidR="00954ED8">
              <w:rPr>
                <w:noProof/>
                <w:webHidden/>
              </w:rPr>
              <w:t>36</w:t>
            </w:r>
            <w:r w:rsidR="00954ED8">
              <w:rPr>
                <w:noProof/>
                <w:webHidden/>
              </w:rPr>
              <w:fldChar w:fldCharType="end"/>
            </w:r>
          </w:hyperlink>
        </w:p>
        <w:p w14:paraId="6C67E461"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34" w:history="1">
            <w:r w:rsidR="00954ED8" w:rsidRPr="008D5375">
              <w:rPr>
                <w:rStyle w:val="Hiperveza"/>
                <w:noProof/>
              </w:rPr>
              <w:t>4.7. ZADAĆE U ODNOSU NA RODITELJE</w:t>
            </w:r>
            <w:r w:rsidR="00954ED8">
              <w:rPr>
                <w:noProof/>
                <w:webHidden/>
              </w:rPr>
              <w:tab/>
            </w:r>
            <w:r w:rsidR="00954ED8">
              <w:rPr>
                <w:noProof/>
                <w:webHidden/>
              </w:rPr>
              <w:fldChar w:fldCharType="begin"/>
            </w:r>
            <w:r w:rsidR="00954ED8">
              <w:rPr>
                <w:noProof/>
                <w:webHidden/>
              </w:rPr>
              <w:instrText xml:space="preserve"> PAGEREF _Toc241563334 \h </w:instrText>
            </w:r>
            <w:r w:rsidR="00954ED8">
              <w:rPr>
                <w:noProof/>
                <w:webHidden/>
              </w:rPr>
            </w:r>
            <w:r w:rsidR="00954ED8">
              <w:rPr>
                <w:noProof/>
                <w:webHidden/>
              </w:rPr>
              <w:fldChar w:fldCharType="separate"/>
            </w:r>
            <w:r w:rsidR="00954ED8">
              <w:rPr>
                <w:noProof/>
                <w:webHidden/>
              </w:rPr>
              <w:t>37</w:t>
            </w:r>
            <w:r w:rsidR="00954ED8">
              <w:rPr>
                <w:noProof/>
                <w:webHidden/>
              </w:rPr>
              <w:fldChar w:fldCharType="end"/>
            </w:r>
          </w:hyperlink>
        </w:p>
        <w:p w14:paraId="68B144A3"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35" w:history="1">
            <w:r w:rsidR="00954ED8" w:rsidRPr="008D5375">
              <w:rPr>
                <w:rStyle w:val="Hiperveza"/>
                <w:noProof/>
              </w:rPr>
              <w:t>4.8. ZADAĆE U ODNOSU NA ODGOJITELJE</w:t>
            </w:r>
            <w:r w:rsidR="00954ED8">
              <w:rPr>
                <w:noProof/>
                <w:webHidden/>
              </w:rPr>
              <w:tab/>
            </w:r>
            <w:r w:rsidR="00954ED8">
              <w:rPr>
                <w:noProof/>
                <w:webHidden/>
              </w:rPr>
              <w:fldChar w:fldCharType="begin"/>
            </w:r>
            <w:r w:rsidR="00954ED8">
              <w:rPr>
                <w:noProof/>
                <w:webHidden/>
              </w:rPr>
              <w:instrText xml:space="preserve"> PAGEREF _Toc241563335 \h </w:instrText>
            </w:r>
            <w:r w:rsidR="00954ED8">
              <w:rPr>
                <w:noProof/>
                <w:webHidden/>
              </w:rPr>
            </w:r>
            <w:r w:rsidR="00954ED8">
              <w:rPr>
                <w:noProof/>
                <w:webHidden/>
              </w:rPr>
              <w:fldChar w:fldCharType="separate"/>
            </w:r>
            <w:r w:rsidR="00954ED8">
              <w:rPr>
                <w:noProof/>
                <w:webHidden/>
              </w:rPr>
              <w:t>37</w:t>
            </w:r>
            <w:r w:rsidR="00954ED8">
              <w:rPr>
                <w:noProof/>
                <w:webHidden/>
              </w:rPr>
              <w:fldChar w:fldCharType="end"/>
            </w:r>
          </w:hyperlink>
        </w:p>
        <w:p w14:paraId="73A31487"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36" w:history="1">
            <w:r w:rsidR="00954ED8" w:rsidRPr="008D5375">
              <w:rPr>
                <w:rStyle w:val="Hiperveza"/>
                <w:noProof/>
              </w:rPr>
              <w:t>4.9. ZADAĆE U ODNOSU NA OSTALE ZAPOSLENIKE</w:t>
            </w:r>
            <w:r w:rsidR="00954ED8">
              <w:rPr>
                <w:noProof/>
                <w:webHidden/>
              </w:rPr>
              <w:tab/>
            </w:r>
            <w:r w:rsidR="00954ED8">
              <w:rPr>
                <w:noProof/>
                <w:webHidden/>
              </w:rPr>
              <w:fldChar w:fldCharType="begin"/>
            </w:r>
            <w:r w:rsidR="00954ED8">
              <w:rPr>
                <w:noProof/>
                <w:webHidden/>
              </w:rPr>
              <w:instrText xml:space="preserve"> PAGEREF _Toc241563336 \h </w:instrText>
            </w:r>
            <w:r w:rsidR="00954ED8">
              <w:rPr>
                <w:noProof/>
                <w:webHidden/>
              </w:rPr>
            </w:r>
            <w:r w:rsidR="00954ED8">
              <w:rPr>
                <w:noProof/>
                <w:webHidden/>
              </w:rPr>
              <w:fldChar w:fldCharType="separate"/>
            </w:r>
            <w:r w:rsidR="00954ED8">
              <w:rPr>
                <w:noProof/>
                <w:webHidden/>
              </w:rPr>
              <w:t>38</w:t>
            </w:r>
            <w:r w:rsidR="00954ED8">
              <w:rPr>
                <w:noProof/>
                <w:webHidden/>
              </w:rPr>
              <w:fldChar w:fldCharType="end"/>
            </w:r>
          </w:hyperlink>
        </w:p>
        <w:p w14:paraId="52576DC9"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37" w:history="1">
            <w:r w:rsidR="00954ED8" w:rsidRPr="008D5375">
              <w:rPr>
                <w:rStyle w:val="Hiperveza"/>
                <w:noProof/>
              </w:rPr>
              <w:t>4.10. ZDRAVSTVENA DOKUMENTACIJA I EVIDENCIJE</w:t>
            </w:r>
            <w:r w:rsidR="00954ED8">
              <w:rPr>
                <w:noProof/>
                <w:webHidden/>
              </w:rPr>
              <w:tab/>
            </w:r>
            <w:r w:rsidR="00954ED8">
              <w:rPr>
                <w:noProof/>
                <w:webHidden/>
              </w:rPr>
              <w:fldChar w:fldCharType="begin"/>
            </w:r>
            <w:r w:rsidR="00954ED8">
              <w:rPr>
                <w:noProof/>
                <w:webHidden/>
              </w:rPr>
              <w:instrText xml:space="preserve"> PAGEREF _Toc241563337 \h </w:instrText>
            </w:r>
            <w:r w:rsidR="00954ED8">
              <w:rPr>
                <w:noProof/>
                <w:webHidden/>
              </w:rPr>
            </w:r>
            <w:r w:rsidR="00954ED8">
              <w:rPr>
                <w:noProof/>
                <w:webHidden/>
              </w:rPr>
              <w:fldChar w:fldCharType="separate"/>
            </w:r>
            <w:r w:rsidR="00954ED8">
              <w:rPr>
                <w:noProof/>
                <w:webHidden/>
              </w:rPr>
              <w:t>38</w:t>
            </w:r>
            <w:r w:rsidR="00954ED8">
              <w:rPr>
                <w:noProof/>
                <w:webHidden/>
              </w:rPr>
              <w:fldChar w:fldCharType="end"/>
            </w:r>
          </w:hyperlink>
        </w:p>
        <w:p w14:paraId="7F1BA3D6"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38" w:history="1">
            <w:r w:rsidR="00954ED8" w:rsidRPr="008D5375">
              <w:rPr>
                <w:rStyle w:val="Hiperveza"/>
                <w:noProof/>
              </w:rPr>
              <w:t>4.11. PLAN SANITARNO-HIGIJENSKOG ODRŽAVANJA VRTIĆA</w:t>
            </w:r>
            <w:r w:rsidR="00954ED8">
              <w:rPr>
                <w:noProof/>
                <w:webHidden/>
              </w:rPr>
              <w:tab/>
            </w:r>
            <w:r w:rsidR="00954ED8">
              <w:rPr>
                <w:noProof/>
                <w:webHidden/>
              </w:rPr>
              <w:fldChar w:fldCharType="begin"/>
            </w:r>
            <w:r w:rsidR="00954ED8">
              <w:rPr>
                <w:noProof/>
                <w:webHidden/>
              </w:rPr>
              <w:instrText xml:space="preserve"> PAGEREF _Toc241563338 \h </w:instrText>
            </w:r>
            <w:r w:rsidR="00954ED8">
              <w:rPr>
                <w:noProof/>
                <w:webHidden/>
              </w:rPr>
            </w:r>
            <w:r w:rsidR="00954ED8">
              <w:rPr>
                <w:noProof/>
                <w:webHidden/>
              </w:rPr>
              <w:fldChar w:fldCharType="separate"/>
            </w:r>
            <w:r w:rsidR="00954ED8">
              <w:rPr>
                <w:noProof/>
                <w:webHidden/>
              </w:rPr>
              <w:t>39</w:t>
            </w:r>
            <w:r w:rsidR="00954ED8">
              <w:rPr>
                <w:noProof/>
                <w:webHidden/>
              </w:rPr>
              <w:fldChar w:fldCharType="end"/>
            </w:r>
          </w:hyperlink>
        </w:p>
        <w:p w14:paraId="6269578E" w14:textId="77777777" w:rsidR="00954ED8" w:rsidRDefault="00A91286">
          <w:pPr>
            <w:pStyle w:val="Sadraj1"/>
            <w:rPr>
              <w:rFonts w:asciiTheme="minorHAnsi" w:eastAsiaTheme="minorEastAsia" w:hAnsiTheme="minorHAnsi" w:cstheme="minorBidi"/>
              <w:color w:val="auto"/>
              <w:sz w:val="22"/>
              <w:szCs w:val="22"/>
            </w:rPr>
          </w:pPr>
          <w:hyperlink w:anchor="_Toc241563339" w:history="1">
            <w:r w:rsidR="00954ED8" w:rsidRPr="008D5375">
              <w:rPr>
                <w:rStyle w:val="Hiperveza"/>
              </w:rPr>
              <w:t>5. ODGOJNO-OBRAZOVNI RAD</w:t>
            </w:r>
            <w:r w:rsidR="00954ED8">
              <w:rPr>
                <w:webHidden/>
              </w:rPr>
              <w:tab/>
            </w:r>
            <w:r w:rsidR="00954ED8">
              <w:rPr>
                <w:webHidden/>
              </w:rPr>
              <w:fldChar w:fldCharType="begin"/>
            </w:r>
            <w:r w:rsidR="00954ED8">
              <w:rPr>
                <w:webHidden/>
              </w:rPr>
              <w:instrText xml:space="preserve"> PAGEREF _Toc241563339 \h </w:instrText>
            </w:r>
            <w:r w:rsidR="00954ED8">
              <w:rPr>
                <w:webHidden/>
              </w:rPr>
            </w:r>
            <w:r w:rsidR="00954ED8">
              <w:rPr>
                <w:webHidden/>
              </w:rPr>
              <w:fldChar w:fldCharType="separate"/>
            </w:r>
            <w:r w:rsidR="00954ED8">
              <w:rPr>
                <w:webHidden/>
              </w:rPr>
              <w:t>40</w:t>
            </w:r>
            <w:r w:rsidR="00954ED8">
              <w:rPr>
                <w:webHidden/>
              </w:rPr>
              <w:fldChar w:fldCharType="end"/>
            </w:r>
          </w:hyperlink>
        </w:p>
        <w:p w14:paraId="7E50C484"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0" w:history="1">
            <w:r w:rsidR="00954ED8" w:rsidRPr="008D5375">
              <w:rPr>
                <w:rStyle w:val="Hiperveza"/>
                <w:noProof/>
              </w:rPr>
              <w:t>5.1. GLOBALNI RAZVOJNI ZADATCI</w:t>
            </w:r>
            <w:r w:rsidR="00954ED8">
              <w:rPr>
                <w:noProof/>
                <w:webHidden/>
              </w:rPr>
              <w:tab/>
            </w:r>
            <w:r w:rsidR="00954ED8">
              <w:rPr>
                <w:noProof/>
                <w:webHidden/>
              </w:rPr>
              <w:fldChar w:fldCharType="begin"/>
            </w:r>
            <w:r w:rsidR="00954ED8">
              <w:rPr>
                <w:noProof/>
                <w:webHidden/>
              </w:rPr>
              <w:instrText xml:space="preserve"> PAGEREF _Toc241563340 \h </w:instrText>
            </w:r>
            <w:r w:rsidR="00954ED8">
              <w:rPr>
                <w:noProof/>
                <w:webHidden/>
              </w:rPr>
            </w:r>
            <w:r w:rsidR="00954ED8">
              <w:rPr>
                <w:noProof/>
                <w:webHidden/>
              </w:rPr>
              <w:fldChar w:fldCharType="separate"/>
            </w:r>
            <w:r w:rsidR="00954ED8">
              <w:rPr>
                <w:noProof/>
                <w:webHidden/>
              </w:rPr>
              <w:t>41</w:t>
            </w:r>
            <w:r w:rsidR="00954ED8">
              <w:rPr>
                <w:noProof/>
                <w:webHidden/>
              </w:rPr>
              <w:fldChar w:fldCharType="end"/>
            </w:r>
          </w:hyperlink>
        </w:p>
        <w:p w14:paraId="7B8FE54D"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1" w:history="1">
            <w:r w:rsidR="00954ED8" w:rsidRPr="008D5375">
              <w:rPr>
                <w:rStyle w:val="Hiperveza"/>
                <w:noProof/>
              </w:rPr>
              <w:t>5.2. BITNI ZADATCI ODGOJNO-OBRAZOVNOG RADA NA NIVOU USTANOVE</w:t>
            </w:r>
            <w:r w:rsidR="00954ED8">
              <w:rPr>
                <w:noProof/>
                <w:webHidden/>
              </w:rPr>
              <w:tab/>
            </w:r>
            <w:r w:rsidR="00954ED8">
              <w:rPr>
                <w:noProof/>
                <w:webHidden/>
              </w:rPr>
              <w:fldChar w:fldCharType="begin"/>
            </w:r>
            <w:r w:rsidR="00954ED8">
              <w:rPr>
                <w:noProof/>
                <w:webHidden/>
              </w:rPr>
              <w:instrText xml:space="preserve"> PAGEREF _Toc241563341 \h </w:instrText>
            </w:r>
            <w:r w:rsidR="00954ED8">
              <w:rPr>
                <w:noProof/>
                <w:webHidden/>
              </w:rPr>
            </w:r>
            <w:r w:rsidR="00954ED8">
              <w:rPr>
                <w:noProof/>
                <w:webHidden/>
              </w:rPr>
              <w:fldChar w:fldCharType="separate"/>
            </w:r>
            <w:r w:rsidR="00954ED8">
              <w:rPr>
                <w:noProof/>
                <w:webHidden/>
              </w:rPr>
              <w:t>41</w:t>
            </w:r>
            <w:r w:rsidR="00954ED8">
              <w:rPr>
                <w:noProof/>
                <w:webHidden/>
              </w:rPr>
              <w:fldChar w:fldCharType="end"/>
            </w:r>
          </w:hyperlink>
        </w:p>
        <w:p w14:paraId="5A5CA3CC"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2" w:history="1">
            <w:r w:rsidR="00954ED8" w:rsidRPr="008D5375">
              <w:rPr>
                <w:rStyle w:val="Hiperveza"/>
                <w:noProof/>
              </w:rPr>
              <w:t>5.3. KRAĆI PROGRAMI</w:t>
            </w:r>
            <w:r w:rsidR="00954ED8">
              <w:rPr>
                <w:noProof/>
                <w:webHidden/>
              </w:rPr>
              <w:tab/>
            </w:r>
            <w:r w:rsidR="00954ED8">
              <w:rPr>
                <w:noProof/>
                <w:webHidden/>
              </w:rPr>
              <w:fldChar w:fldCharType="begin"/>
            </w:r>
            <w:r w:rsidR="00954ED8">
              <w:rPr>
                <w:noProof/>
                <w:webHidden/>
              </w:rPr>
              <w:instrText xml:space="preserve"> PAGEREF _Toc241563342 \h </w:instrText>
            </w:r>
            <w:r w:rsidR="00954ED8">
              <w:rPr>
                <w:noProof/>
                <w:webHidden/>
              </w:rPr>
            </w:r>
            <w:r w:rsidR="00954ED8">
              <w:rPr>
                <w:noProof/>
                <w:webHidden/>
              </w:rPr>
              <w:fldChar w:fldCharType="separate"/>
            </w:r>
            <w:r w:rsidR="00954ED8">
              <w:rPr>
                <w:noProof/>
                <w:webHidden/>
              </w:rPr>
              <w:t>44</w:t>
            </w:r>
            <w:r w:rsidR="00954ED8">
              <w:rPr>
                <w:noProof/>
                <w:webHidden/>
              </w:rPr>
              <w:fldChar w:fldCharType="end"/>
            </w:r>
          </w:hyperlink>
        </w:p>
        <w:p w14:paraId="2F04A772"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3" w:history="1">
            <w:r w:rsidR="00954ED8" w:rsidRPr="008D5375">
              <w:rPr>
                <w:rStyle w:val="Hiperveza"/>
                <w:noProof/>
              </w:rPr>
              <w:t>5.4. PROJEKTI</w:t>
            </w:r>
            <w:r w:rsidR="00954ED8">
              <w:rPr>
                <w:noProof/>
                <w:webHidden/>
              </w:rPr>
              <w:tab/>
            </w:r>
            <w:r w:rsidR="00954ED8">
              <w:rPr>
                <w:noProof/>
                <w:webHidden/>
              </w:rPr>
              <w:fldChar w:fldCharType="begin"/>
            </w:r>
            <w:r w:rsidR="00954ED8">
              <w:rPr>
                <w:noProof/>
                <w:webHidden/>
              </w:rPr>
              <w:instrText xml:space="preserve"> PAGEREF _Toc241563343 \h </w:instrText>
            </w:r>
            <w:r w:rsidR="00954ED8">
              <w:rPr>
                <w:noProof/>
                <w:webHidden/>
              </w:rPr>
            </w:r>
            <w:r w:rsidR="00954ED8">
              <w:rPr>
                <w:noProof/>
                <w:webHidden/>
              </w:rPr>
              <w:fldChar w:fldCharType="separate"/>
            </w:r>
            <w:r w:rsidR="00954ED8">
              <w:rPr>
                <w:noProof/>
                <w:webHidden/>
              </w:rPr>
              <w:t>45</w:t>
            </w:r>
            <w:r w:rsidR="00954ED8">
              <w:rPr>
                <w:noProof/>
                <w:webHidden/>
              </w:rPr>
              <w:fldChar w:fldCharType="end"/>
            </w:r>
          </w:hyperlink>
        </w:p>
        <w:p w14:paraId="60988E30"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4" w:history="1">
            <w:r w:rsidR="00954ED8" w:rsidRPr="008D5375">
              <w:rPr>
                <w:rStyle w:val="Hiperveza"/>
                <w:noProof/>
              </w:rPr>
              <w:t>5.5. KALENDAR VAŽNIJIH DATUMA TIJEKOM PEDAGOŠKE GODINE 2026./2027.</w:t>
            </w:r>
            <w:r w:rsidR="00954ED8">
              <w:rPr>
                <w:noProof/>
                <w:webHidden/>
              </w:rPr>
              <w:tab/>
            </w:r>
            <w:r w:rsidR="00954ED8">
              <w:rPr>
                <w:noProof/>
                <w:webHidden/>
              </w:rPr>
              <w:fldChar w:fldCharType="begin"/>
            </w:r>
            <w:r w:rsidR="00954ED8">
              <w:rPr>
                <w:noProof/>
                <w:webHidden/>
              </w:rPr>
              <w:instrText xml:space="preserve"> PAGEREF _Toc241563344 \h </w:instrText>
            </w:r>
            <w:r w:rsidR="00954ED8">
              <w:rPr>
                <w:noProof/>
                <w:webHidden/>
              </w:rPr>
            </w:r>
            <w:r w:rsidR="00954ED8">
              <w:rPr>
                <w:noProof/>
                <w:webHidden/>
              </w:rPr>
              <w:fldChar w:fldCharType="separate"/>
            </w:r>
            <w:r w:rsidR="00954ED8">
              <w:rPr>
                <w:noProof/>
                <w:webHidden/>
              </w:rPr>
              <w:t>46</w:t>
            </w:r>
            <w:r w:rsidR="00954ED8">
              <w:rPr>
                <w:noProof/>
                <w:webHidden/>
              </w:rPr>
              <w:fldChar w:fldCharType="end"/>
            </w:r>
          </w:hyperlink>
        </w:p>
        <w:p w14:paraId="5793B61B"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5" w:history="1">
            <w:r w:rsidR="00954ED8" w:rsidRPr="008D5375">
              <w:rPr>
                <w:rStyle w:val="Hiperveza"/>
                <w:noProof/>
              </w:rPr>
              <w:t>5.6. BRIGA O DJECI S TRAJNIM POSEBNIM ODGOJNO-OBRAZOVNIM POTREBAMA</w:t>
            </w:r>
            <w:r w:rsidR="00954ED8">
              <w:rPr>
                <w:noProof/>
                <w:webHidden/>
              </w:rPr>
              <w:tab/>
            </w:r>
            <w:r w:rsidR="00954ED8">
              <w:rPr>
                <w:noProof/>
                <w:webHidden/>
              </w:rPr>
              <w:fldChar w:fldCharType="begin"/>
            </w:r>
            <w:r w:rsidR="00954ED8">
              <w:rPr>
                <w:noProof/>
                <w:webHidden/>
              </w:rPr>
              <w:instrText xml:space="preserve"> PAGEREF _Toc241563345 \h </w:instrText>
            </w:r>
            <w:r w:rsidR="00954ED8">
              <w:rPr>
                <w:noProof/>
                <w:webHidden/>
              </w:rPr>
            </w:r>
            <w:r w:rsidR="00954ED8">
              <w:rPr>
                <w:noProof/>
                <w:webHidden/>
              </w:rPr>
              <w:fldChar w:fldCharType="separate"/>
            </w:r>
            <w:r w:rsidR="00954ED8">
              <w:rPr>
                <w:noProof/>
                <w:webHidden/>
              </w:rPr>
              <w:t>48</w:t>
            </w:r>
            <w:r w:rsidR="00954ED8">
              <w:rPr>
                <w:noProof/>
                <w:webHidden/>
              </w:rPr>
              <w:fldChar w:fldCharType="end"/>
            </w:r>
          </w:hyperlink>
        </w:p>
        <w:p w14:paraId="58BE0E83"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6" w:history="1">
            <w:r w:rsidR="00954ED8" w:rsidRPr="008D5375">
              <w:rPr>
                <w:rStyle w:val="Hiperveza"/>
                <w:noProof/>
              </w:rPr>
              <w:t>5.7. VOĐENJE PEDAGOŠKE DOKUMENTACIJE TE PLANIRANJE I PRAĆENJE RAZVOJA I UČENJA DJECE</w:t>
            </w:r>
            <w:r w:rsidR="00954ED8">
              <w:rPr>
                <w:noProof/>
                <w:webHidden/>
              </w:rPr>
              <w:tab/>
            </w:r>
            <w:r w:rsidR="00954ED8">
              <w:rPr>
                <w:noProof/>
                <w:webHidden/>
              </w:rPr>
              <w:fldChar w:fldCharType="begin"/>
            </w:r>
            <w:r w:rsidR="00954ED8">
              <w:rPr>
                <w:noProof/>
                <w:webHidden/>
              </w:rPr>
              <w:instrText xml:space="preserve"> PAGEREF _Toc241563346 \h </w:instrText>
            </w:r>
            <w:r w:rsidR="00954ED8">
              <w:rPr>
                <w:noProof/>
                <w:webHidden/>
              </w:rPr>
            </w:r>
            <w:r w:rsidR="00954ED8">
              <w:rPr>
                <w:noProof/>
                <w:webHidden/>
              </w:rPr>
              <w:fldChar w:fldCharType="separate"/>
            </w:r>
            <w:r w:rsidR="00954ED8">
              <w:rPr>
                <w:noProof/>
                <w:webHidden/>
              </w:rPr>
              <w:t>48</w:t>
            </w:r>
            <w:r w:rsidR="00954ED8">
              <w:rPr>
                <w:noProof/>
                <w:webHidden/>
              </w:rPr>
              <w:fldChar w:fldCharType="end"/>
            </w:r>
          </w:hyperlink>
        </w:p>
        <w:p w14:paraId="0E3F963A"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7" w:history="1">
            <w:r w:rsidR="00954ED8" w:rsidRPr="008D5375">
              <w:rPr>
                <w:rStyle w:val="Hiperveza"/>
                <w:noProof/>
              </w:rPr>
              <w:t>5.8. IZLETI</w:t>
            </w:r>
            <w:r w:rsidR="00954ED8">
              <w:rPr>
                <w:noProof/>
                <w:webHidden/>
              </w:rPr>
              <w:tab/>
            </w:r>
            <w:r w:rsidR="00954ED8">
              <w:rPr>
                <w:noProof/>
                <w:webHidden/>
              </w:rPr>
              <w:fldChar w:fldCharType="begin"/>
            </w:r>
            <w:r w:rsidR="00954ED8">
              <w:rPr>
                <w:noProof/>
                <w:webHidden/>
              </w:rPr>
              <w:instrText xml:space="preserve"> PAGEREF _Toc241563347 \h </w:instrText>
            </w:r>
            <w:r w:rsidR="00954ED8">
              <w:rPr>
                <w:noProof/>
                <w:webHidden/>
              </w:rPr>
            </w:r>
            <w:r w:rsidR="00954ED8">
              <w:rPr>
                <w:noProof/>
                <w:webHidden/>
              </w:rPr>
              <w:fldChar w:fldCharType="separate"/>
            </w:r>
            <w:r w:rsidR="00954ED8">
              <w:rPr>
                <w:noProof/>
                <w:webHidden/>
              </w:rPr>
              <w:t>51</w:t>
            </w:r>
            <w:r w:rsidR="00954ED8">
              <w:rPr>
                <w:noProof/>
                <w:webHidden/>
              </w:rPr>
              <w:fldChar w:fldCharType="end"/>
            </w:r>
          </w:hyperlink>
        </w:p>
        <w:p w14:paraId="3872F25B" w14:textId="77777777" w:rsidR="00954ED8" w:rsidRDefault="00A91286">
          <w:pPr>
            <w:pStyle w:val="Sadraj1"/>
            <w:rPr>
              <w:rFonts w:asciiTheme="minorHAnsi" w:eastAsiaTheme="minorEastAsia" w:hAnsiTheme="minorHAnsi" w:cstheme="minorBidi"/>
              <w:color w:val="auto"/>
              <w:sz w:val="22"/>
              <w:szCs w:val="22"/>
            </w:rPr>
          </w:pPr>
          <w:hyperlink w:anchor="_Toc241563348" w:history="1">
            <w:r w:rsidR="00954ED8" w:rsidRPr="008D5375">
              <w:rPr>
                <w:rStyle w:val="Hiperveza"/>
              </w:rPr>
              <w:t>6. STRUČNO USAVRŠAVANJE</w:t>
            </w:r>
            <w:r w:rsidR="00954ED8">
              <w:rPr>
                <w:webHidden/>
              </w:rPr>
              <w:tab/>
            </w:r>
            <w:r w:rsidR="00954ED8">
              <w:rPr>
                <w:webHidden/>
              </w:rPr>
              <w:fldChar w:fldCharType="begin"/>
            </w:r>
            <w:r w:rsidR="00954ED8">
              <w:rPr>
                <w:webHidden/>
              </w:rPr>
              <w:instrText xml:space="preserve"> PAGEREF _Toc241563348 \h </w:instrText>
            </w:r>
            <w:r w:rsidR="00954ED8">
              <w:rPr>
                <w:webHidden/>
              </w:rPr>
            </w:r>
            <w:r w:rsidR="00954ED8">
              <w:rPr>
                <w:webHidden/>
              </w:rPr>
              <w:fldChar w:fldCharType="separate"/>
            </w:r>
            <w:r w:rsidR="00954ED8">
              <w:rPr>
                <w:webHidden/>
              </w:rPr>
              <w:t>65</w:t>
            </w:r>
            <w:r w:rsidR="00954ED8">
              <w:rPr>
                <w:webHidden/>
              </w:rPr>
              <w:fldChar w:fldCharType="end"/>
            </w:r>
          </w:hyperlink>
        </w:p>
        <w:p w14:paraId="2CC86B3F"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49" w:history="1">
            <w:r w:rsidR="00954ED8" w:rsidRPr="008D5375">
              <w:rPr>
                <w:rStyle w:val="Hiperveza"/>
                <w:noProof/>
                <w:lang w:eastAsia="en-US" w:bidi="en-US"/>
              </w:rPr>
              <w:t>6.1.  PLAN I PROGRAM ODGOJITELJSKIH VIJEĆA</w:t>
            </w:r>
            <w:r w:rsidR="00954ED8">
              <w:rPr>
                <w:noProof/>
                <w:webHidden/>
              </w:rPr>
              <w:tab/>
            </w:r>
            <w:r w:rsidR="00954ED8">
              <w:rPr>
                <w:noProof/>
                <w:webHidden/>
              </w:rPr>
              <w:fldChar w:fldCharType="begin"/>
            </w:r>
            <w:r w:rsidR="00954ED8">
              <w:rPr>
                <w:noProof/>
                <w:webHidden/>
              </w:rPr>
              <w:instrText xml:space="preserve"> PAGEREF _Toc241563349 \h </w:instrText>
            </w:r>
            <w:r w:rsidR="00954ED8">
              <w:rPr>
                <w:noProof/>
                <w:webHidden/>
              </w:rPr>
            </w:r>
            <w:r w:rsidR="00954ED8">
              <w:rPr>
                <w:noProof/>
                <w:webHidden/>
              </w:rPr>
              <w:fldChar w:fldCharType="separate"/>
            </w:r>
            <w:r w:rsidR="00954ED8">
              <w:rPr>
                <w:noProof/>
                <w:webHidden/>
              </w:rPr>
              <w:t>68</w:t>
            </w:r>
            <w:r w:rsidR="00954ED8">
              <w:rPr>
                <w:noProof/>
                <w:webHidden/>
              </w:rPr>
              <w:fldChar w:fldCharType="end"/>
            </w:r>
          </w:hyperlink>
        </w:p>
        <w:p w14:paraId="1FC70FBA"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0" w:history="1">
            <w:r w:rsidR="00954ED8" w:rsidRPr="008D5375">
              <w:rPr>
                <w:rStyle w:val="Hiperveza"/>
                <w:noProof/>
                <w:lang w:eastAsia="en-US" w:bidi="en-US"/>
              </w:rPr>
              <w:t>6.2. STRUČNO USAVRŠAVANJE U USTANOVI</w:t>
            </w:r>
            <w:r w:rsidR="00954ED8">
              <w:rPr>
                <w:noProof/>
                <w:webHidden/>
              </w:rPr>
              <w:tab/>
            </w:r>
            <w:r w:rsidR="00954ED8">
              <w:rPr>
                <w:noProof/>
                <w:webHidden/>
              </w:rPr>
              <w:fldChar w:fldCharType="begin"/>
            </w:r>
            <w:r w:rsidR="00954ED8">
              <w:rPr>
                <w:noProof/>
                <w:webHidden/>
              </w:rPr>
              <w:instrText xml:space="preserve"> PAGEREF _Toc241563350 \h </w:instrText>
            </w:r>
            <w:r w:rsidR="00954ED8">
              <w:rPr>
                <w:noProof/>
                <w:webHidden/>
              </w:rPr>
            </w:r>
            <w:r w:rsidR="00954ED8">
              <w:rPr>
                <w:noProof/>
                <w:webHidden/>
              </w:rPr>
              <w:fldChar w:fldCharType="separate"/>
            </w:r>
            <w:r w:rsidR="00954ED8">
              <w:rPr>
                <w:noProof/>
                <w:webHidden/>
              </w:rPr>
              <w:t>69</w:t>
            </w:r>
            <w:r w:rsidR="00954ED8">
              <w:rPr>
                <w:noProof/>
                <w:webHidden/>
              </w:rPr>
              <w:fldChar w:fldCharType="end"/>
            </w:r>
          </w:hyperlink>
        </w:p>
        <w:p w14:paraId="32B3231F"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1" w:history="1">
            <w:r w:rsidR="00954ED8" w:rsidRPr="008D5375">
              <w:rPr>
                <w:rStyle w:val="Hiperveza"/>
                <w:noProof/>
                <w:lang w:eastAsia="en-US" w:bidi="en-US"/>
              </w:rPr>
              <w:t>6.3. STRUČNO USAVRŠAVANJE IZVAN USTANOVE</w:t>
            </w:r>
            <w:r w:rsidR="00954ED8">
              <w:rPr>
                <w:noProof/>
                <w:webHidden/>
              </w:rPr>
              <w:tab/>
            </w:r>
            <w:r w:rsidR="00954ED8">
              <w:rPr>
                <w:noProof/>
                <w:webHidden/>
              </w:rPr>
              <w:fldChar w:fldCharType="begin"/>
            </w:r>
            <w:r w:rsidR="00954ED8">
              <w:rPr>
                <w:noProof/>
                <w:webHidden/>
              </w:rPr>
              <w:instrText xml:space="preserve"> PAGEREF _Toc241563351 \h </w:instrText>
            </w:r>
            <w:r w:rsidR="00954ED8">
              <w:rPr>
                <w:noProof/>
                <w:webHidden/>
              </w:rPr>
            </w:r>
            <w:r w:rsidR="00954ED8">
              <w:rPr>
                <w:noProof/>
                <w:webHidden/>
              </w:rPr>
              <w:fldChar w:fldCharType="separate"/>
            </w:r>
            <w:r w:rsidR="00954ED8">
              <w:rPr>
                <w:noProof/>
                <w:webHidden/>
              </w:rPr>
              <w:t>71</w:t>
            </w:r>
            <w:r w:rsidR="00954ED8">
              <w:rPr>
                <w:noProof/>
                <w:webHidden/>
              </w:rPr>
              <w:fldChar w:fldCharType="end"/>
            </w:r>
          </w:hyperlink>
        </w:p>
        <w:p w14:paraId="1D5719DB"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2" w:history="1">
            <w:r w:rsidR="00954ED8" w:rsidRPr="008D5375">
              <w:rPr>
                <w:rStyle w:val="Hiperveza"/>
                <w:noProof/>
              </w:rPr>
              <w:t>6.4. RADNI DOGOVORI I INTERNI STRUČNI AKTIVI</w:t>
            </w:r>
            <w:r w:rsidR="00954ED8">
              <w:rPr>
                <w:noProof/>
                <w:webHidden/>
              </w:rPr>
              <w:tab/>
            </w:r>
            <w:r w:rsidR="00954ED8">
              <w:rPr>
                <w:noProof/>
                <w:webHidden/>
              </w:rPr>
              <w:fldChar w:fldCharType="begin"/>
            </w:r>
            <w:r w:rsidR="00954ED8">
              <w:rPr>
                <w:noProof/>
                <w:webHidden/>
              </w:rPr>
              <w:instrText xml:space="preserve"> PAGEREF _Toc241563352 \h </w:instrText>
            </w:r>
            <w:r w:rsidR="00954ED8">
              <w:rPr>
                <w:noProof/>
                <w:webHidden/>
              </w:rPr>
            </w:r>
            <w:r w:rsidR="00954ED8">
              <w:rPr>
                <w:noProof/>
                <w:webHidden/>
              </w:rPr>
              <w:fldChar w:fldCharType="separate"/>
            </w:r>
            <w:r w:rsidR="00954ED8">
              <w:rPr>
                <w:noProof/>
                <w:webHidden/>
              </w:rPr>
              <w:t>72</w:t>
            </w:r>
            <w:r w:rsidR="00954ED8">
              <w:rPr>
                <w:noProof/>
                <w:webHidden/>
              </w:rPr>
              <w:fldChar w:fldCharType="end"/>
            </w:r>
          </w:hyperlink>
        </w:p>
        <w:p w14:paraId="3187A5E0"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3" w:history="1">
            <w:r w:rsidR="00954ED8" w:rsidRPr="008D5375">
              <w:rPr>
                <w:rStyle w:val="Hiperveza"/>
                <w:noProof/>
              </w:rPr>
              <w:t>6.5. MJESEČNO PLANIRANJE</w:t>
            </w:r>
            <w:r w:rsidR="00954ED8">
              <w:rPr>
                <w:noProof/>
                <w:webHidden/>
              </w:rPr>
              <w:tab/>
            </w:r>
            <w:r w:rsidR="00954ED8">
              <w:rPr>
                <w:noProof/>
                <w:webHidden/>
              </w:rPr>
              <w:fldChar w:fldCharType="begin"/>
            </w:r>
            <w:r w:rsidR="00954ED8">
              <w:rPr>
                <w:noProof/>
                <w:webHidden/>
              </w:rPr>
              <w:instrText xml:space="preserve"> PAGEREF _Toc241563353 \h </w:instrText>
            </w:r>
            <w:r w:rsidR="00954ED8">
              <w:rPr>
                <w:noProof/>
                <w:webHidden/>
              </w:rPr>
            </w:r>
            <w:r w:rsidR="00954ED8">
              <w:rPr>
                <w:noProof/>
                <w:webHidden/>
              </w:rPr>
              <w:fldChar w:fldCharType="separate"/>
            </w:r>
            <w:r w:rsidR="00954ED8">
              <w:rPr>
                <w:noProof/>
                <w:webHidden/>
              </w:rPr>
              <w:t>72</w:t>
            </w:r>
            <w:r w:rsidR="00954ED8">
              <w:rPr>
                <w:noProof/>
                <w:webHidden/>
              </w:rPr>
              <w:fldChar w:fldCharType="end"/>
            </w:r>
          </w:hyperlink>
        </w:p>
        <w:p w14:paraId="3BF34882"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4" w:history="1">
            <w:r w:rsidR="00954ED8" w:rsidRPr="008D5375">
              <w:rPr>
                <w:rStyle w:val="Hiperveza"/>
                <w:noProof/>
              </w:rPr>
              <w:t>6.6. PLAN RADA S PRIPRAVNICIMA</w:t>
            </w:r>
            <w:r w:rsidR="00954ED8">
              <w:rPr>
                <w:noProof/>
                <w:webHidden/>
              </w:rPr>
              <w:tab/>
            </w:r>
            <w:r w:rsidR="00954ED8">
              <w:rPr>
                <w:noProof/>
                <w:webHidden/>
              </w:rPr>
              <w:fldChar w:fldCharType="begin"/>
            </w:r>
            <w:r w:rsidR="00954ED8">
              <w:rPr>
                <w:noProof/>
                <w:webHidden/>
              </w:rPr>
              <w:instrText xml:space="preserve"> PAGEREF _Toc241563354 \h </w:instrText>
            </w:r>
            <w:r w:rsidR="00954ED8">
              <w:rPr>
                <w:noProof/>
                <w:webHidden/>
              </w:rPr>
            </w:r>
            <w:r w:rsidR="00954ED8">
              <w:rPr>
                <w:noProof/>
                <w:webHidden/>
              </w:rPr>
              <w:fldChar w:fldCharType="separate"/>
            </w:r>
            <w:r w:rsidR="00954ED8">
              <w:rPr>
                <w:noProof/>
                <w:webHidden/>
              </w:rPr>
              <w:t>72</w:t>
            </w:r>
            <w:r w:rsidR="00954ED8">
              <w:rPr>
                <w:noProof/>
                <w:webHidden/>
              </w:rPr>
              <w:fldChar w:fldCharType="end"/>
            </w:r>
          </w:hyperlink>
        </w:p>
        <w:p w14:paraId="7F317DA9"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5" w:history="1">
            <w:r w:rsidR="00954ED8" w:rsidRPr="008D5375">
              <w:rPr>
                <w:rStyle w:val="Hiperveza"/>
                <w:noProof/>
              </w:rPr>
              <w:t>6.7. STRUČNO-PEDAGOŠKA PRAKSA STUDENATA</w:t>
            </w:r>
            <w:r w:rsidR="00954ED8">
              <w:rPr>
                <w:noProof/>
                <w:webHidden/>
              </w:rPr>
              <w:tab/>
            </w:r>
            <w:r w:rsidR="00954ED8">
              <w:rPr>
                <w:noProof/>
                <w:webHidden/>
              </w:rPr>
              <w:fldChar w:fldCharType="begin"/>
            </w:r>
            <w:r w:rsidR="00954ED8">
              <w:rPr>
                <w:noProof/>
                <w:webHidden/>
              </w:rPr>
              <w:instrText xml:space="preserve"> PAGEREF _Toc241563355 \h </w:instrText>
            </w:r>
            <w:r w:rsidR="00954ED8">
              <w:rPr>
                <w:noProof/>
                <w:webHidden/>
              </w:rPr>
            </w:r>
            <w:r w:rsidR="00954ED8">
              <w:rPr>
                <w:noProof/>
                <w:webHidden/>
              </w:rPr>
              <w:fldChar w:fldCharType="separate"/>
            </w:r>
            <w:r w:rsidR="00954ED8">
              <w:rPr>
                <w:noProof/>
                <w:webHidden/>
              </w:rPr>
              <w:t>73</w:t>
            </w:r>
            <w:r w:rsidR="00954ED8">
              <w:rPr>
                <w:noProof/>
                <w:webHidden/>
              </w:rPr>
              <w:fldChar w:fldCharType="end"/>
            </w:r>
          </w:hyperlink>
        </w:p>
        <w:p w14:paraId="28AEC5D1" w14:textId="77777777" w:rsidR="00954ED8" w:rsidRDefault="00A91286">
          <w:pPr>
            <w:pStyle w:val="Sadraj1"/>
            <w:rPr>
              <w:rFonts w:asciiTheme="minorHAnsi" w:eastAsiaTheme="minorEastAsia" w:hAnsiTheme="minorHAnsi" w:cstheme="minorBidi"/>
              <w:color w:val="auto"/>
              <w:sz w:val="22"/>
              <w:szCs w:val="22"/>
            </w:rPr>
          </w:pPr>
          <w:hyperlink w:anchor="_Toc241563356" w:history="1">
            <w:r w:rsidR="00954ED8" w:rsidRPr="008D5375">
              <w:rPr>
                <w:rStyle w:val="Hiperveza"/>
              </w:rPr>
              <w:t>7. SURADNJA S RODITELJIMA</w:t>
            </w:r>
            <w:r w:rsidR="00954ED8">
              <w:rPr>
                <w:webHidden/>
              </w:rPr>
              <w:tab/>
            </w:r>
            <w:r w:rsidR="00954ED8">
              <w:rPr>
                <w:webHidden/>
              </w:rPr>
              <w:fldChar w:fldCharType="begin"/>
            </w:r>
            <w:r w:rsidR="00954ED8">
              <w:rPr>
                <w:webHidden/>
              </w:rPr>
              <w:instrText xml:space="preserve"> PAGEREF _Toc241563356 \h </w:instrText>
            </w:r>
            <w:r w:rsidR="00954ED8">
              <w:rPr>
                <w:webHidden/>
              </w:rPr>
            </w:r>
            <w:r w:rsidR="00954ED8">
              <w:rPr>
                <w:webHidden/>
              </w:rPr>
              <w:fldChar w:fldCharType="separate"/>
            </w:r>
            <w:r w:rsidR="00954ED8">
              <w:rPr>
                <w:webHidden/>
              </w:rPr>
              <w:t>74</w:t>
            </w:r>
            <w:r w:rsidR="00954ED8">
              <w:rPr>
                <w:webHidden/>
              </w:rPr>
              <w:fldChar w:fldCharType="end"/>
            </w:r>
          </w:hyperlink>
        </w:p>
        <w:p w14:paraId="53E79B7F"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7" w:history="1">
            <w:r w:rsidR="00954ED8" w:rsidRPr="008D5375">
              <w:rPr>
                <w:rStyle w:val="Hiperveza"/>
                <w:noProof/>
              </w:rPr>
              <w:t>7.1. OBLICI SURADNJE S RODITELJIMA</w:t>
            </w:r>
            <w:r w:rsidR="00954ED8">
              <w:rPr>
                <w:noProof/>
                <w:webHidden/>
              </w:rPr>
              <w:tab/>
            </w:r>
            <w:r w:rsidR="00954ED8">
              <w:rPr>
                <w:noProof/>
                <w:webHidden/>
              </w:rPr>
              <w:fldChar w:fldCharType="begin"/>
            </w:r>
            <w:r w:rsidR="00954ED8">
              <w:rPr>
                <w:noProof/>
                <w:webHidden/>
              </w:rPr>
              <w:instrText xml:space="preserve"> PAGEREF _Toc241563357 \h </w:instrText>
            </w:r>
            <w:r w:rsidR="00954ED8">
              <w:rPr>
                <w:noProof/>
                <w:webHidden/>
              </w:rPr>
            </w:r>
            <w:r w:rsidR="00954ED8">
              <w:rPr>
                <w:noProof/>
                <w:webHidden/>
              </w:rPr>
              <w:fldChar w:fldCharType="separate"/>
            </w:r>
            <w:r w:rsidR="00954ED8">
              <w:rPr>
                <w:noProof/>
                <w:webHidden/>
              </w:rPr>
              <w:t>77</w:t>
            </w:r>
            <w:r w:rsidR="00954ED8">
              <w:rPr>
                <w:noProof/>
                <w:webHidden/>
              </w:rPr>
              <w:fldChar w:fldCharType="end"/>
            </w:r>
          </w:hyperlink>
        </w:p>
        <w:p w14:paraId="7745364B"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8" w:history="1">
            <w:r w:rsidR="00954ED8" w:rsidRPr="008D5375">
              <w:rPr>
                <w:rStyle w:val="Hiperveza"/>
                <w:noProof/>
              </w:rPr>
              <w:t>7.2. RODITELJSKI  SASTANCI</w:t>
            </w:r>
            <w:r w:rsidR="00954ED8">
              <w:rPr>
                <w:noProof/>
                <w:webHidden/>
              </w:rPr>
              <w:tab/>
            </w:r>
            <w:r w:rsidR="00954ED8">
              <w:rPr>
                <w:noProof/>
                <w:webHidden/>
              </w:rPr>
              <w:fldChar w:fldCharType="begin"/>
            </w:r>
            <w:r w:rsidR="00954ED8">
              <w:rPr>
                <w:noProof/>
                <w:webHidden/>
              </w:rPr>
              <w:instrText xml:space="preserve"> PAGEREF _Toc241563358 \h </w:instrText>
            </w:r>
            <w:r w:rsidR="00954ED8">
              <w:rPr>
                <w:noProof/>
                <w:webHidden/>
              </w:rPr>
            </w:r>
            <w:r w:rsidR="00954ED8">
              <w:rPr>
                <w:noProof/>
                <w:webHidden/>
              </w:rPr>
              <w:fldChar w:fldCharType="separate"/>
            </w:r>
            <w:r w:rsidR="00954ED8">
              <w:rPr>
                <w:noProof/>
                <w:webHidden/>
              </w:rPr>
              <w:t>79</w:t>
            </w:r>
            <w:r w:rsidR="00954ED8">
              <w:rPr>
                <w:noProof/>
                <w:webHidden/>
              </w:rPr>
              <w:fldChar w:fldCharType="end"/>
            </w:r>
          </w:hyperlink>
        </w:p>
        <w:p w14:paraId="3540CF50"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59" w:history="1">
            <w:r w:rsidR="00954ED8" w:rsidRPr="008D5375">
              <w:rPr>
                <w:rStyle w:val="Hiperveza"/>
                <w:noProof/>
              </w:rPr>
              <w:t>7.3. NEPOSREDNO SUDJELOVANJE RODITELJA U ODGOJNO-OBRAZOVNOM PROCESU</w:t>
            </w:r>
            <w:r w:rsidR="00954ED8">
              <w:rPr>
                <w:noProof/>
                <w:webHidden/>
              </w:rPr>
              <w:tab/>
            </w:r>
            <w:r w:rsidR="00954ED8">
              <w:rPr>
                <w:noProof/>
                <w:webHidden/>
              </w:rPr>
              <w:fldChar w:fldCharType="begin"/>
            </w:r>
            <w:r w:rsidR="00954ED8">
              <w:rPr>
                <w:noProof/>
                <w:webHidden/>
              </w:rPr>
              <w:instrText xml:space="preserve"> PAGEREF _Toc241563359 \h </w:instrText>
            </w:r>
            <w:r w:rsidR="00954ED8">
              <w:rPr>
                <w:noProof/>
                <w:webHidden/>
              </w:rPr>
            </w:r>
            <w:r w:rsidR="00954ED8">
              <w:rPr>
                <w:noProof/>
                <w:webHidden/>
              </w:rPr>
              <w:fldChar w:fldCharType="separate"/>
            </w:r>
            <w:r w:rsidR="00954ED8">
              <w:rPr>
                <w:noProof/>
                <w:webHidden/>
              </w:rPr>
              <w:t>81</w:t>
            </w:r>
            <w:r w:rsidR="00954ED8">
              <w:rPr>
                <w:noProof/>
                <w:webHidden/>
              </w:rPr>
              <w:fldChar w:fldCharType="end"/>
            </w:r>
          </w:hyperlink>
        </w:p>
        <w:p w14:paraId="125DF17A"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60" w:history="1">
            <w:r w:rsidR="00954ED8" w:rsidRPr="008D5375">
              <w:rPr>
                <w:rStyle w:val="Hiperveza"/>
                <w:noProof/>
              </w:rPr>
              <w:t>7.4. ZAJEDNIČKE RADIONICE I DRUŽENJA S RODITELJIMA</w:t>
            </w:r>
            <w:r w:rsidR="00954ED8">
              <w:rPr>
                <w:noProof/>
                <w:webHidden/>
              </w:rPr>
              <w:tab/>
            </w:r>
            <w:r w:rsidR="00954ED8">
              <w:rPr>
                <w:noProof/>
                <w:webHidden/>
              </w:rPr>
              <w:fldChar w:fldCharType="begin"/>
            </w:r>
            <w:r w:rsidR="00954ED8">
              <w:rPr>
                <w:noProof/>
                <w:webHidden/>
              </w:rPr>
              <w:instrText xml:space="preserve"> PAGEREF _Toc241563360 \h </w:instrText>
            </w:r>
            <w:r w:rsidR="00954ED8">
              <w:rPr>
                <w:noProof/>
                <w:webHidden/>
              </w:rPr>
            </w:r>
            <w:r w:rsidR="00954ED8">
              <w:rPr>
                <w:noProof/>
                <w:webHidden/>
              </w:rPr>
              <w:fldChar w:fldCharType="separate"/>
            </w:r>
            <w:r w:rsidR="00954ED8">
              <w:rPr>
                <w:noProof/>
                <w:webHidden/>
              </w:rPr>
              <w:t>98</w:t>
            </w:r>
            <w:r w:rsidR="00954ED8">
              <w:rPr>
                <w:noProof/>
                <w:webHidden/>
              </w:rPr>
              <w:fldChar w:fldCharType="end"/>
            </w:r>
          </w:hyperlink>
        </w:p>
        <w:p w14:paraId="39059EC0"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61" w:history="1">
            <w:r w:rsidR="00954ED8" w:rsidRPr="008D5375">
              <w:rPr>
                <w:rStyle w:val="Hiperveza"/>
                <w:noProof/>
              </w:rPr>
              <w:t>7.5. PODRŠKA RODITELJIMA U JAČANJU RODITELJSKIH KOMPETENCIJA</w:t>
            </w:r>
            <w:r w:rsidR="00954ED8">
              <w:rPr>
                <w:noProof/>
                <w:webHidden/>
              </w:rPr>
              <w:tab/>
            </w:r>
            <w:r w:rsidR="00954ED8">
              <w:rPr>
                <w:noProof/>
                <w:webHidden/>
              </w:rPr>
              <w:fldChar w:fldCharType="begin"/>
            </w:r>
            <w:r w:rsidR="00954ED8">
              <w:rPr>
                <w:noProof/>
                <w:webHidden/>
              </w:rPr>
              <w:instrText xml:space="preserve"> PAGEREF _Toc241563361 \h </w:instrText>
            </w:r>
            <w:r w:rsidR="00954ED8">
              <w:rPr>
                <w:noProof/>
                <w:webHidden/>
              </w:rPr>
            </w:r>
            <w:r w:rsidR="00954ED8">
              <w:rPr>
                <w:noProof/>
                <w:webHidden/>
              </w:rPr>
              <w:fldChar w:fldCharType="separate"/>
            </w:r>
            <w:r w:rsidR="00954ED8">
              <w:rPr>
                <w:noProof/>
                <w:webHidden/>
              </w:rPr>
              <w:t>102</w:t>
            </w:r>
            <w:r w:rsidR="00954ED8">
              <w:rPr>
                <w:noProof/>
                <w:webHidden/>
              </w:rPr>
              <w:fldChar w:fldCharType="end"/>
            </w:r>
          </w:hyperlink>
        </w:p>
        <w:p w14:paraId="27A805E4" w14:textId="77777777" w:rsidR="00954ED8" w:rsidRDefault="00A91286">
          <w:pPr>
            <w:pStyle w:val="Sadraj1"/>
            <w:rPr>
              <w:rFonts w:asciiTheme="minorHAnsi" w:eastAsiaTheme="minorEastAsia" w:hAnsiTheme="minorHAnsi" w:cstheme="minorBidi"/>
              <w:color w:val="auto"/>
              <w:sz w:val="22"/>
              <w:szCs w:val="22"/>
            </w:rPr>
          </w:pPr>
          <w:hyperlink w:anchor="_Toc241563362" w:history="1">
            <w:r w:rsidR="00954ED8" w:rsidRPr="008D5375">
              <w:rPr>
                <w:rStyle w:val="Hiperveza"/>
              </w:rPr>
              <w:t>8. SURADNJA S DRUŠTVENIM ČIMBENICIMA</w:t>
            </w:r>
            <w:r w:rsidR="00954ED8">
              <w:rPr>
                <w:webHidden/>
              </w:rPr>
              <w:tab/>
            </w:r>
            <w:r w:rsidR="00954ED8">
              <w:rPr>
                <w:webHidden/>
              </w:rPr>
              <w:fldChar w:fldCharType="begin"/>
            </w:r>
            <w:r w:rsidR="00954ED8">
              <w:rPr>
                <w:webHidden/>
              </w:rPr>
              <w:instrText xml:space="preserve"> PAGEREF _Toc241563362 \h </w:instrText>
            </w:r>
            <w:r w:rsidR="00954ED8">
              <w:rPr>
                <w:webHidden/>
              </w:rPr>
            </w:r>
            <w:r w:rsidR="00954ED8">
              <w:rPr>
                <w:webHidden/>
              </w:rPr>
              <w:fldChar w:fldCharType="separate"/>
            </w:r>
            <w:r w:rsidR="00954ED8">
              <w:rPr>
                <w:webHidden/>
              </w:rPr>
              <w:t>106</w:t>
            </w:r>
            <w:r w:rsidR="00954ED8">
              <w:rPr>
                <w:webHidden/>
              </w:rPr>
              <w:fldChar w:fldCharType="end"/>
            </w:r>
          </w:hyperlink>
        </w:p>
        <w:p w14:paraId="73F6C302"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63" w:history="1">
            <w:r w:rsidR="00954ED8" w:rsidRPr="008D5375">
              <w:rPr>
                <w:rStyle w:val="Hiperveza"/>
                <w:noProof/>
              </w:rPr>
              <w:t>8.1. JAVNE PREZENTACIJE ODGOJNO-OBRAZOVNOG RADA</w:t>
            </w:r>
            <w:r w:rsidR="00954ED8">
              <w:rPr>
                <w:noProof/>
                <w:webHidden/>
              </w:rPr>
              <w:tab/>
            </w:r>
            <w:r w:rsidR="00954ED8">
              <w:rPr>
                <w:noProof/>
                <w:webHidden/>
              </w:rPr>
              <w:fldChar w:fldCharType="begin"/>
            </w:r>
            <w:r w:rsidR="00954ED8">
              <w:rPr>
                <w:noProof/>
                <w:webHidden/>
              </w:rPr>
              <w:instrText xml:space="preserve"> PAGEREF _Toc241563363 \h </w:instrText>
            </w:r>
            <w:r w:rsidR="00954ED8">
              <w:rPr>
                <w:noProof/>
                <w:webHidden/>
              </w:rPr>
            </w:r>
            <w:r w:rsidR="00954ED8">
              <w:rPr>
                <w:noProof/>
                <w:webHidden/>
              </w:rPr>
              <w:fldChar w:fldCharType="separate"/>
            </w:r>
            <w:r w:rsidR="00954ED8">
              <w:rPr>
                <w:noProof/>
                <w:webHidden/>
              </w:rPr>
              <w:t>107</w:t>
            </w:r>
            <w:r w:rsidR="00954ED8">
              <w:rPr>
                <w:noProof/>
                <w:webHidden/>
              </w:rPr>
              <w:fldChar w:fldCharType="end"/>
            </w:r>
          </w:hyperlink>
        </w:p>
        <w:p w14:paraId="5CA412FE"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64" w:history="1">
            <w:r w:rsidR="00954ED8" w:rsidRPr="008D5375">
              <w:rPr>
                <w:rStyle w:val="Hiperveza"/>
                <w:noProof/>
              </w:rPr>
              <w:t>8.2. PLAN I PROGRAM REALIZACIJE JAVNIH, KULTURNO-UMJETNIČKIH I SLIČNIH DOGAĐAJA ZA DJECU</w:t>
            </w:r>
            <w:r w:rsidR="00954ED8">
              <w:rPr>
                <w:noProof/>
                <w:webHidden/>
              </w:rPr>
              <w:tab/>
            </w:r>
            <w:r w:rsidR="00954ED8">
              <w:rPr>
                <w:noProof/>
                <w:webHidden/>
              </w:rPr>
              <w:fldChar w:fldCharType="begin"/>
            </w:r>
            <w:r w:rsidR="00954ED8">
              <w:rPr>
                <w:noProof/>
                <w:webHidden/>
              </w:rPr>
              <w:instrText xml:space="preserve"> PAGEREF _Toc241563364 \h </w:instrText>
            </w:r>
            <w:r w:rsidR="00954ED8">
              <w:rPr>
                <w:noProof/>
                <w:webHidden/>
              </w:rPr>
            </w:r>
            <w:r w:rsidR="00954ED8">
              <w:rPr>
                <w:noProof/>
                <w:webHidden/>
              </w:rPr>
              <w:fldChar w:fldCharType="separate"/>
            </w:r>
            <w:r w:rsidR="00954ED8">
              <w:rPr>
                <w:noProof/>
                <w:webHidden/>
              </w:rPr>
              <w:t>113</w:t>
            </w:r>
            <w:r w:rsidR="00954ED8">
              <w:rPr>
                <w:noProof/>
                <w:webHidden/>
              </w:rPr>
              <w:fldChar w:fldCharType="end"/>
            </w:r>
          </w:hyperlink>
        </w:p>
        <w:p w14:paraId="1D799070" w14:textId="77777777" w:rsidR="00954ED8" w:rsidRDefault="00A91286">
          <w:pPr>
            <w:pStyle w:val="Sadraj1"/>
            <w:rPr>
              <w:rFonts w:asciiTheme="minorHAnsi" w:eastAsiaTheme="minorEastAsia" w:hAnsiTheme="minorHAnsi" w:cstheme="minorBidi"/>
              <w:color w:val="auto"/>
              <w:sz w:val="22"/>
              <w:szCs w:val="22"/>
            </w:rPr>
          </w:pPr>
          <w:hyperlink w:anchor="_Toc241563365" w:history="1">
            <w:r w:rsidR="00954ED8" w:rsidRPr="008D5375">
              <w:rPr>
                <w:rStyle w:val="Hiperveza"/>
              </w:rPr>
              <w:t>9. SAMOVREDNOVANJE I VREDNOVANJE PROGRAMA</w:t>
            </w:r>
            <w:r w:rsidR="00954ED8">
              <w:rPr>
                <w:webHidden/>
              </w:rPr>
              <w:tab/>
            </w:r>
            <w:r w:rsidR="00954ED8">
              <w:rPr>
                <w:webHidden/>
              </w:rPr>
              <w:fldChar w:fldCharType="begin"/>
            </w:r>
            <w:r w:rsidR="00954ED8">
              <w:rPr>
                <w:webHidden/>
              </w:rPr>
              <w:instrText xml:space="preserve"> PAGEREF _Toc241563365 \h </w:instrText>
            </w:r>
            <w:r w:rsidR="00954ED8">
              <w:rPr>
                <w:webHidden/>
              </w:rPr>
            </w:r>
            <w:r w:rsidR="00954ED8">
              <w:rPr>
                <w:webHidden/>
              </w:rPr>
              <w:fldChar w:fldCharType="separate"/>
            </w:r>
            <w:r w:rsidR="00954ED8">
              <w:rPr>
                <w:webHidden/>
              </w:rPr>
              <w:t>117</w:t>
            </w:r>
            <w:r w:rsidR="00954ED8">
              <w:rPr>
                <w:webHidden/>
              </w:rPr>
              <w:fldChar w:fldCharType="end"/>
            </w:r>
          </w:hyperlink>
        </w:p>
        <w:p w14:paraId="5BA6DD52" w14:textId="77777777" w:rsidR="00954ED8" w:rsidRDefault="00A91286">
          <w:pPr>
            <w:pStyle w:val="Sadraj1"/>
            <w:rPr>
              <w:rFonts w:asciiTheme="minorHAnsi" w:eastAsiaTheme="minorEastAsia" w:hAnsiTheme="minorHAnsi" w:cstheme="minorBidi"/>
              <w:color w:val="auto"/>
              <w:sz w:val="22"/>
              <w:szCs w:val="22"/>
            </w:rPr>
          </w:pPr>
          <w:hyperlink w:anchor="_Toc241563366" w:history="1">
            <w:r w:rsidR="00954ED8" w:rsidRPr="008D5375">
              <w:rPr>
                <w:rStyle w:val="Hiperveza"/>
              </w:rPr>
              <w:t>10. PLAN I PROGRAM RADA RAVNATELJICE I ČLANOVA STRUČNOG TIMA</w:t>
            </w:r>
            <w:r w:rsidR="00954ED8">
              <w:rPr>
                <w:webHidden/>
              </w:rPr>
              <w:tab/>
            </w:r>
            <w:r w:rsidR="00954ED8">
              <w:rPr>
                <w:webHidden/>
              </w:rPr>
              <w:fldChar w:fldCharType="begin"/>
            </w:r>
            <w:r w:rsidR="00954ED8">
              <w:rPr>
                <w:webHidden/>
              </w:rPr>
              <w:instrText xml:space="preserve"> PAGEREF _Toc241563366 \h </w:instrText>
            </w:r>
            <w:r w:rsidR="00954ED8">
              <w:rPr>
                <w:webHidden/>
              </w:rPr>
            </w:r>
            <w:r w:rsidR="00954ED8">
              <w:rPr>
                <w:webHidden/>
              </w:rPr>
              <w:fldChar w:fldCharType="separate"/>
            </w:r>
            <w:r w:rsidR="00954ED8">
              <w:rPr>
                <w:webHidden/>
              </w:rPr>
              <w:t>119</w:t>
            </w:r>
            <w:r w:rsidR="00954ED8">
              <w:rPr>
                <w:webHidden/>
              </w:rPr>
              <w:fldChar w:fldCharType="end"/>
            </w:r>
          </w:hyperlink>
        </w:p>
        <w:p w14:paraId="2B857B51"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67" w:history="1">
            <w:r w:rsidR="00954ED8" w:rsidRPr="008D5375">
              <w:rPr>
                <w:rStyle w:val="Hiperveza"/>
                <w:noProof/>
                <w:kern w:val="36"/>
                <w:lang w:eastAsia="en-US"/>
              </w:rPr>
              <w:t>10.1. GODIŠNJI PLAN I PROGRAM RADA RAVNATELJICE ZA PEDAGOŠKU GODINU 2026./2027.</w:t>
            </w:r>
            <w:r w:rsidR="00954ED8">
              <w:rPr>
                <w:noProof/>
                <w:webHidden/>
              </w:rPr>
              <w:tab/>
            </w:r>
            <w:r w:rsidR="00954ED8">
              <w:rPr>
                <w:noProof/>
                <w:webHidden/>
              </w:rPr>
              <w:fldChar w:fldCharType="begin"/>
            </w:r>
            <w:r w:rsidR="00954ED8">
              <w:rPr>
                <w:noProof/>
                <w:webHidden/>
              </w:rPr>
              <w:instrText xml:space="preserve"> PAGEREF _Toc241563367 \h </w:instrText>
            </w:r>
            <w:r w:rsidR="00954ED8">
              <w:rPr>
                <w:noProof/>
                <w:webHidden/>
              </w:rPr>
            </w:r>
            <w:r w:rsidR="00954ED8">
              <w:rPr>
                <w:noProof/>
                <w:webHidden/>
              </w:rPr>
              <w:fldChar w:fldCharType="separate"/>
            </w:r>
            <w:r w:rsidR="00954ED8">
              <w:rPr>
                <w:noProof/>
                <w:webHidden/>
              </w:rPr>
              <w:t>119</w:t>
            </w:r>
            <w:r w:rsidR="00954ED8">
              <w:rPr>
                <w:noProof/>
                <w:webHidden/>
              </w:rPr>
              <w:fldChar w:fldCharType="end"/>
            </w:r>
          </w:hyperlink>
        </w:p>
        <w:p w14:paraId="3AD894D0"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68" w:history="1">
            <w:r w:rsidR="00954ED8" w:rsidRPr="008D5375">
              <w:rPr>
                <w:rStyle w:val="Hiperveza"/>
                <w:noProof/>
                <w:lang w:eastAsia="en-US"/>
              </w:rPr>
              <w:t>1. ZADAĆE I DJELATNOSTI U ODNOSU NA USTROJSTVO RADA</w:t>
            </w:r>
            <w:r w:rsidR="00954ED8">
              <w:rPr>
                <w:noProof/>
                <w:webHidden/>
              </w:rPr>
              <w:tab/>
            </w:r>
            <w:r w:rsidR="00954ED8">
              <w:rPr>
                <w:noProof/>
                <w:webHidden/>
              </w:rPr>
              <w:fldChar w:fldCharType="begin"/>
            </w:r>
            <w:r w:rsidR="00954ED8">
              <w:rPr>
                <w:noProof/>
                <w:webHidden/>
              </w:rPr>
              <w:instrText xml:space="preserve"> PAGEREF _Toc241563368 \h </w:instrText>
            </w:r>
            <w:r w:rsidR="00954ED8">
              <w:rPr>
                <w:noProof/>
                <w:webHidden/>
              </w:rPr>
            </w:r>
            <w:r w:rsidR="00954ED8">
              <w:rPr>
                <w:noProof/>
                <w:webHidden/>
              </w:rPr>
              <w:fldChar w:fldCharType="separate"/>
            </w:r>
            <w:r w:rsidR="00954ED8">
              <w:rPr>
                <w:noProof/>
                <w:webHidden/>
              </w:rPr>
              <w:t>119</w:t>
            </w:r>
            <w:r w:rsidR="00954ED8">
              <w:rPr>
                <w:noProof/>
                <w:webHidden/>
              </w:rPr>
              <w:fldChar w:fldCharType="end"/>
            </w:r>
          </w:hyperlink>
        </w:p>
        <w:p w14:paraId="21D1C6DB"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69" w:history="1">
            <w:r w:rsidR="00954ED8" w:rsidRPr="008D5375">
              <w:rPr>
                <w:rStyle w:val="Hiperveza"/>
                <w:noProof/>
                <w:lang w:eastAsia="en-US"/>
              </w:rPr>
              <w:t>2. ZADAĆE I DJELATNOSTI U ODNOSU NA MATERIJALNE UVJETE</w:t>
            </w:r>
            <w:r w:rsidR="00954ED8">
              <w:rPr>
                <w:noProof/>
                <w:webHidden/>
              </w:rPr>
              <w:tab/>
            </w:r>
            <w:r w:rsidR="00954ED8">
              <w:rPr>
                <w:noProof/>
                <w:webHidden/>
              </w:rPr>
              <w:fldChar w:fldCharType="begin"/>
            </w:r>
            <w:r w:rsidR="00954ED8">
              <w:rPr>
                <w:noProof/>
                <w:webHidden/>
              </w:rPr>
              <w:instrText xml:space="preserve"> PAGEREF _Toc241563369 \h </w:instrText>
            </w:r>
            <w:r w:rsidR="00954ED8">
              <w:rPr>
                <w:noProof/>
                <w:webHidden/>
              </w:rPr>
            </w:r>
            <w:r w:rsidR="00954ED8">
              <w:rPr>
                <w:noProof/>
                <w:webHidden/>
              </w:rPr>
              <w:fldChar w:fldCharType="separate"/>
            </w:r>
            <w:r w:rsidR="00954ED8">
              <w:rPr>
                <w:noProof/>
                <w:webHidden/>
              </w:rPr>
              <w:t>120</w:t>
            </w:r>
            <w:r w:rsidR="00954ED8">
              <w:rPr>
                <w:noProof/>
                <w:webHidden/>
              </w:rPr>
              <w:fldChar w:fldCharType="end"/>
            </w:r>
          </w:hyperlink>
        </w:p>
        <w:p w14:paraId="07C68A7E"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70" w:history="1">
            <w:r w:rsidR="00954ED8" w:rsidRPr="008D5375">
              <w:rPr>
                <w:rStyle w:val="Hiperveza"/>
                <w:noProof/>
                <w:lang w:eastAsia="en-US"/>
              </w:rPr>
              <w:t>3. ZADAĆE I DJELATNOSTI U ODNOSU NA DIJETE</w:t>
            </w:r>
            <w:r w:rsidR="00954ED8">
              <w:rPr>
                <w:noProof/>
                <w:webHidden/>
              </w:rPr>
              <w:tab/>
            </w:r>
            <w:r w:rsidR="00954ED8">
              <w:rPr>
                <w:noProof/>
                <w:webHidden/>
              </w:rPr>
              <w:fldChar w:fldCharType="begin"/>
            </w:r>
            <w:r w:rsidR="00954ED8">
              <w:rPr>
                <w:noProof/>
                <w:webHidden/>
              </w:rPr>
              <w:instrText xml:space="preserve"> PAGEREF _Toc241563370 \h </w:instrText>
            </w:r>
            <w:r w:rsidR="00954ED8">
              <w:rPr>
                <w:noProof/>
                <w:webHidden/>
              </w:rPr>
            </w:r>
            <w:r w:rsidR="00954ED8">
              <w:rPr>
                <w:noProof/>
                <w:webHidden/>
              </w:rPr>
              <w:fldChar w:fldCharType="separate"/>
            </w:r>
            <w:r w:rsidR="00954ED8">
              <w:rPr>
                <w:noProof/>
                <w:webHidden/>
              </w:rPr>
              <w:t>121</w:t>
            </w:r>
            <w:r w:rsidR="00954ED8">
              <w:rPr>
                <w:noProof/>
                <w:webHidden/>
              </w:rPr>
              <w:fldChar w:fldCharType="end"/>
            </w:r>
          </w:hyperlink>
        </w:p>
        <w:p w14:paraId="66BBA976"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71" w:history="1">
            <w:r w:rsidR="00954ED8" w:rsidRPr="008D5375">
              <w:rPr>
                <w:rStyle w:val="Hiperveza"/>
                <w:noProof/>
                <w:lang w:eastAsia="en-US"/>
              </w:rPr>
              <w:t>4. ZADAĆE I DJELATNOSTI U ODNOSU NA SURADNJU I PARTNERSTVO S RODITELJIMA</w:t>
            </w:r>
            <w:r w:rsidR="00954ED8">
              <w:rPr>
                <w:noProof/>
                <w:webHidden/>
              </w:rPr>
              <w:tab/>
            </w:r>
            <w:r w:rsidR="00954ED8">
              <w:rPr>
                <w:noProof/>
                <w:webHidden/>
              </w:rPr>
              <w:fldChar w:fldCharType="begin"/>
            </w:r>
            <w:r w:rsidR="00954ED8">
              <w:rPr>
                <w:noProof/>
                <w:webHidden/>
              </w:rPr>
              <w:instrText xml:space="preserve"> PAGEREF _Toc241563371 \h </w:instrText>
            </w:r>
            <w:r w:rsidR="00954ED8">
              <w:rPr>
                <w:noProof/>
                <w:webHidden/>
              </w:rPr>
            </w:r>
            <w:r w:rsidR="00954ED8">
              <w:rPr>
                <w:noProof/>
                <w:webHidden/>
              </w:rPr>
              <w:fldChar w:fldCharType="separate"/>
            </w:r>
            <w:r w:rsidR="00954ED8">
              <w:rPr>
                <w:noProof/>
                <w:webHidden/>
              </w:rPr>
              <w:t>122</w:t>
            </w:r>
            <w:r w:rsidR="00954ED8">
              <w:rPr>
                <w:noProof/>
                <w:webHidden/>
              </w:rPr>
              <w:fldChar w:fldCharType="end"/>
            </w:r>
          </w:hyperlink>
        </w:p>
        <w:p w14:paraId="4860FBB8"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72" w:history="1">
            <w:r w:rsidR="00954ED8" w:rsidRPr="008D5375">
              <w:rPr>
                <w:rStyle w:val="Hiperveza"/>
                <w:noProof/>
                <w:lang w:eastAsia="en-US"/>
              </w:rPr>
              <w:t>5. ZADAĆE I DJELATNOSTI U ODNOSU NA STRUČNO USAVRŠAVANJE</w:t>
            </w:r>
            <w:r w:rsidR="00954ED8">
              <w:rPr>
                <w:noProof/>
                <w:webHidden/>
              </w:rPr>
              <w:tab/>
            </w:r>
            <w:r w:rsidR="00954ED8">
              <w:rPr>
                <w:noProof/>
                <w:webHidden/>
              </w:rPr>
              <w:fldChar w:fldCharType="begin"/>
            </w:r>
            <w:r w:rsidR="00954ED8">
              <w:rPr>
                <w:noProof/>
                <w:webHidden/>
              </w:rPr>
              <w:instrText xml:space="preserve"> PAGEREF _Toc241563372 \h </w:instrText>
            </w:r>
            <w:r w:rsidR="00954ED8">
              <w:rPr>
                <w:noProof/>
                <w:webHidden/>
              </w:rPr>
            </w:r>
            <w:r w:rsidR="00954ED8">
              <w:rPr>
                <w:noProof/>
                <w:webHidden/>
              </w:rPr>
              <w:fldChar w:fldCharType="separate"/>
            </w:r>
            <w:r w:rsidR="00954ED8">
              <w:rPr>
                <w:noProof/>
                <w:webHidden/>
              </w:rPr>
              <w:t>123</w:t>
            </w:r>
            <w:r w:rsidR="00954ED8">
              <w:rPr>
                <w:noProof/>
                <w:webHidden/>
              </w:rPr>
              <w:fldChar w:fldCharType="end"/>
            </w:r>
          </w:hyperlink>
        </w:p>
        <w:p w14:paraId="4BA5923E"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73" w:history="1">
            <w:r w:rsidR="00954ED8" w:rsidRPr="008D5375">
              <w:rPr>
                <w:rStyle w:val="Hiperveza"/>
                <w:noProof/>
                <w:lang w:eastAsia="en-US"/>
              </w:rPr>
              <w:t>6. ZADAĆE I DJELATNOSTI U ODNOSU NA DJECU S POSEBNIM ODGOJNO-OBRAZOVNIM POTREBAMA</w:t>
            </w:r>
            <w:r w:rsidR="00954ED8">
              <w:rPr>
                <w:noProof/>
                <w:webHidden/>
              </w:rPr>
              <w:tab/>
            </w:r>
            <w:r w:rsidR="00954ED8">
              <w:rPr>
                <w:noProof/>
                <w:webHidden/>
              </w:rPr>
              <w:fldChar w:fldCharType="begin"/>
            </w:r>
            <w:r w:rsidR="00954ED8">
              <w:rPr>
                <w:noProof/>
                <w:webHidden/>
              </w:rPr>
              <w:instrText xml:space="preserve"> PAGEREF _Toc241563373 \h </w:instrText>
            </w:r>
            <w:r w:rsidR="00954ED8">
              <w:rPr>
                <w:noProof/>
                <w:webHidden/>
              </w:rPr>
            </w:r>
            <w:r w:rsidR="00954ED8">
              <w:rPr>
                <w:noProof/>
                <w:webHidden/>
              </w:rPr>
              <w:fldChar w:fldCharType="separate"/>
            </w:r>
            <w:r w:rsidR="00954ED8">
              <w:rPr>
                <w:noProof/>
                <w:webHidden/>
              </w:rPr>
              <w:t>123</w:t>
            </w:r>
            <w:r w:rsidR="00954ED8">
              <w:rPr>
                <w:noProof/>
                <w:webHidden/>
              </w:rPr>
              <w:fldChar w:fldCharType="end"/>
            </w:r>
          </w:hyperlink>
        </w:p>
        <w:p w14:paraId="29E82A8B"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74" w:history="1">
            <w:r w:rsidR="00954ED8" w:rsidRPr="008D5375">
              <w:rPr>
                <w:rStyle w:val="Hiperveza"/>
                <w:noProof/>
                <w:lang w:eastAsia="en-US"/>
              </w:rPr>
              <w:t>7. ZADAĆE I DJELATNOSTI U ODNOSU NA RAD UPRAVNOG VIJEĆA DJEČJEG VRTIĆA VRAPČIĆ</w:t>
            </w:r>
            <w:r w:rsidR="00954ED8">
              <w:rPr>
                <w:noProof/>
                <w:webHidden/>
              </w:rPr>
              <w:tab/>
            </w:r>
            <w:r w:rsidR="00954ED8">
              <w:rPr>
                <w:noProof/>
                <w:webHidden/>
              </w:rPr>
              <w:fldChar w:fldCharType="begin"/>
            </w:r>
            <w:r w:rsidR="00954ED8">
              <w:rPr>
                <w:noProof/>
                <w:webHidden/>
              </w:rPr>
              <w:instrText xml:space="preserve"> PAGEREF _Toc241563374 \h </w:instrText>
            </w:r>
            <w:r w:rsidR="00954ED8">
              <w:rPr>
                <w:noProof/>
                <w:webHidden/>
              </w:rPr>
            </w:r>
            <w:r w:rsidR="00954ED8">
              <w:rPr>
                <w:noProof/>
                <w:webHidden/>
              </w:rPr>
              <w:fldChar w:fldCharType="separate"/>
            </w:r>
            <w:r w:rsidR="00954ED8">
              <w:rPr>
                <w:noProof/>
                <w:webHidden/>
              </w:rPr>
              <w:t>124</w:t>
            </w:r>
            <w:r w:rsidR="00954ED8">
              <w:rPr>
                <w:noProof/>
                <w:webHidden/>
              </w:rPr>
              <w:fldChar w:fldCharType="end"/>
            </w:r>
          </w:hyperlink>
        </w:p>
        <w:p w14:paraId="4AB4DE0D" w14:textId="77777777" w:rsidR="00954ED8" w:rsidRDefault="00A91286">
          <w:pPr>
            <w:pStyle w:val="Sadraj3"/>
            <w:tabs>
              <w:tab w:val="right" w:leader="dot" w:pos="9062"/>
            </w:tabs>
            <w:rPr>
              <w:rFonts w:asciiTheme="minorHAnsi" w:eastAsiaTheme="minorEastAsia" w:hAnsiTheme="minorHAnsi" w:cstheme="minorBidi"/>
              <w:noProof/>
              <w:color w:val="auto"/>
              <w:sz w:val="22"/>
              <w:szCs w:val="22"/>
            </w:rPr>
          </w:pPr>
          <w:hyperlink w:anchor="_Toc241563375" w:history="1">
            <w:r w:rsidR="00954ED8" w:rsidRPr="008D5375">
              <w:rPr>
                <w:rStyle w:val="Hiperveza"/>
                <w:noProof/>
                <w:lang w:eastAsia="en-US"/>
              </w:rPr>
              <w:t>8. OSTALI POSLOVI I ZADAĆE RAVNATELJICE</w:t>
            </w:r>
            <w:r w:rsidR="00954ED8">
              <w:rPr>
                <w:noProof/>
                <w:webHidden/>
              </w:rPr>
              <w:tab/>
            </w:r>
            <w:r w:rsidR="00954ED8">
              <w:rPr>
                <w:noProof/>
                <w:webHidden/>
              </w:rPr>
              <w:fldChar w:fldCharType="begin"/>
            </w:r>
            <w:r w:rsidR="00954ED8">
              <w:rPr>
                <w:noProof/>
                <w:webHidden/>
              </w:rPr>
              <w:instrText xml:space="preserve"> PAGEREF _Toc241563375 \h </w:instrText>
            </w:r>
            <w:r w:rsidR="00954ED8">
              <w:rPr>
                <w:noProof/>
                <w:webHidden/>
              </w:rPr>
            </w:r>
            <w:r w:rsidR="00954ED8">
              <w:rPr>
                <w:noProof/>
                <w:webHidden/>
              </w:rPr>
              <w:fldChar w:fldCharType="separate"/>
            </w:r>
            <w:r w:rsidR="00954ED8">
              <w:rPr>
                <w:noProof/>
                <w:webHidden/>
              </w:rPr>
              <w:t>124</w:t>
            </w:r>
            <w:r w:rsidR="00954ED8">
              <w:rPr>
                <w:noProof/>
                <w:webHidden/>
              </w:rPr>
              <w:fldChar w:fldCharType="end"/>
            </w:r>
          </w:hyperlink>
        </w:p>
        <w:p w14:paraId="17B78479"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76" w:history="1">
            <w:r w:rsidR="00954ED8" w:rsidRPr="008D5375">
              <w:rPr>
                <w:rStyle w:val="Hiperveza"/>
                <w:noProof/>
              </w:rPr>
              <w:t>10.2. GODIŠNJI PLAN I PROGRAM RADA STRUČNE SURADNICE PEDAGOGINJE</w:t>
            </w:r>
            <w:r w:rsidR="00954ED8">
              <w:rPr>
                <w:noProof/>
                <w:webHidden/>
              </w:rPr>
              <w:tab/>
            </w:r>
            <w:r w:rsidR="00954ED8">
              <w:rPr>
                <w:noProof/>
                <w:webHidden/>
              </w:rPr>
              <w:fldChar w:fldCharType="begin"/>
            </w:r>
            <w:r w:rsidR="00954ED8">
              <w:rPr>
                <w:noProof/>
                <w:webHidden/>
              </w:rPr>
              <w:instrText xml:space="preserve"> PAGEREF _Toc241563376 \h </w:instrText>
            </w:r>
            <w:r w:rsidR="00954ED8">
              <w:rPr>
                <w:noProof/>
                <w:webHidden/>
              </w:rPr>
            </w:r>
            <w:r w:rsidR="00954ED8">
              <w:rPr>
                <w:noProof/>
                <w:webHidden/>
              </w:rPr>
              <w:fldChar w:fldCharType="separate"/>
            </w:r>
            <w:r w:rsidR="00954ED8">
              <w:rPr>
                <w:noProof/>
                <w:webHidden/>
              </w:rPr>
              <w:t>125</w:t>
            </w:r>
            <w:r w:rsidR="00954ED8">
              <w:rPr>
                <w:noProof/>
                <w:webHidden/>
              </w:rPr>
              <w:fldChar w:fldCharType="end"/>
            </w:r>
          </w:hyperlink>
        </w:p>
        <w:p w14:paraId="7661D113"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77" w:history="1">
            <w:r w:rsidR="00954ED8" w:rsidRPr="008D5375">
              <w:rPr>
                <w:rStyle w:val="Hiperveza"/>
                <w:noProof/>
              </w:rPr>
              <w:t>10.3. GODIŠNJI PLAN I PROGRAM RADA STRUČNE SURADNICE PSIHOLOGINJE</w:t>
            </w:r>
            <w:r w:rsidR="00954ED8">
              <w:rPr>
                <w:noProof/>
                <w:webHidden/>
              </w:rPr>
              <w:tab/>
            </w:r>
            <w:r w:rsidR="00954ED8">
              <w:rPr>
                <w:noProof/>
                <w:webHidden/>
              </w:rPr>
              <w:fldChar w:fldCharType="begin"/>
            </w:r>
            <w:r w:rsidR="00954ED8">
              <w:rPr>
                <w:noProof/>
                <w:webHidden/>
              </w:rPr>
              <w:instrText xml:space="preserve"> PAGEREF _Toc241563377 \h </w:instrText>
            </w:r>
            <w:r w:rsidR="00954ED8">
              <w:rPr>
                <w:noProof/>
                <w:webHidden/>
              </w:rPr>
            </w:r>
            <w:r w:rsidR="00954ED8">
              <w:rPr>
                <w:noProof/>
                <w:webHidden/>
              </w:rPr>
              <w:fldChar w:fldCharType="separate"/>
            </w:r>
            <w:r w:rsidR="00954ED8">
              <w:rPr>
                <w:noProof/>
                <w:webHidden/>
              </w:rPr>
              <w:t>129</w:t>
            </w:r>
            <w:r w:rsidR="00954ED8">
              <w:rPr>
                <w:noProof/>
                <w:webHidden/>
              </w:rPr>
              <w:fldChar w:fldCharType="end"/>
            </w:r>
          </w:hyperlink>
        </w:p>
        <w:p w14:paraId="219EABCF" w14:textId="77777777" w:rsidR="00954ED8" w:rsidRDefault="00A91286">
          <w:pPr>
            <w:pStyle w:val="Sadraj2"/>
            <w:tabs>
              <w:tab w:val="right" w:leader="dot" w:pos="9062"/>
            </w:tabs>
            <w:rPr>
              <w:rFonts w:asciiTheme="minorHAnsi" w:eastAsiaTheme="minorEastAsia" w:hAnsiTheme="minorHAnsi" w:cstheme="minorBidi"/>
              <w:noProof/>
              <w:color w:val="auto"/>
              <w:sz w:val="22"/>
              <w:szCs w:val="22"/>
            </w:rPr>
          </w:pPr>
          <w:hyperlink w:anchor="_Toc241563378" w:history="1">
            <w:r w:rsidR="00954ED8" w:rsidRPr="008D5375">
              <w:rPr>
                <w:rStyle w:val="Hiperveza"/>
                <w:noProof/>
              </w:rPr>
              <w:t>10.4. GODIŠNJI PLAN I PROGRAM RADA ZDRAVSTVENE VODITELJICE</w:t>
            </w:r>
            <w:r w:rsidR="00954ED8">
              <w:rPr>
                <w:noProof/>
                <w:webHidden/>
              </w:rPr>
              <w:tab/>
            </w:r>
            <w:r w:rsidR="00954ED8">
              <w:rPr>
                <w:noProof/>
                <w:webHidden/>
              </w:rPr>
              <w:fldChar w:fldCharType="begin"/>
            </w:r>
            <w:r w:rsidR="00954ED8">
              <w:rPr>
                <w:noProof/>
                <w:webHidden/>
              </w:rPr>
              <w:instrText xml:space="preserve"> PAGEREF _Toc241563378 \h </w:instrText>
            </w:r>
            <w:r w:rsidR="00954ED8">
              <w:rPr>
                <w:noProof/>
                <w:webHidden/>
              </w:rPr>
            </w:r>
            <w:r w:rsidR="00954ED8">
              <w:rPr>
                <w:noProof/>
                <w:webHidden/>
              </w:rPr>
              <w:fldChar w:fldCharType="separate"/>
            </w:r>
            <w:r w:rsidR="00954ED8">
              <w:rPr>
                <w:noProof/>
                <w:webHidden/>
              </w:rPr>
              <w:t>132</w:t>
            </w:r>
            <w:r w:rsidR="00954ED8">
              <w:rPr>
                <w:noProof/>
                <w:webHidden/>
              </w:rPr>
              <w:fldChar w:fldCharType="end"/>
            </w:r>
          </w:hyperlink>
        </w:p>
        <w:p w14:paraId="5F31D8DF" w14:textId="77777777" w:rsidR="00E866A1" w:rsidRDefault="00411C0A">
          <w:pPr>
            <w:pStyle w:val="Sadraj2"/>
            <w:tabs>
              <w:tab w:val="right" w:leader="dot" w:pos="9062"/>
            </w:tabs>
            <w:spacing w:after="0"/>
            <w:ind w:left="284" w:right="567"/>
            <w:jc w:val="left"/>
          </w:pPr>
          <w:r>
            <w:fldChar w:fldCharType="end"/>
          </w:r>
        </w:p>
      </w:sdtContent>
    </w:sdt>
    <w:p w14:paraId="1659D774" w14:textId="77777777" w:rsidR="003D7468" w:rsidRPr="00F51F43" w:rsidRDefault="003A5BB7" w:rsidP="00071CAD">
      <w:pPr>
        <w:pStyle w:val="Naslov1"/>
        <w:rPr>
          <w:noProof/>
        </w:rPr>
      </w:pPr>
      <w:bookmarkStart w:id="1" w:name="_Toc241563317"/>
      <w:r w:rsidRPr="00F51F43">
        <w:rPr>
          <w:noProof/>
        </w:rPr>
        <w:lastRenderedPageBreak/>
        <w:t>1. UVOD</w:t>
      </w:r>
      <w:bookmarkEnd w:id="1"/>
    </w:p>
    <w:p w14:paraId="0FAB3AF6" w14:textId="77777777" w:rsidR="003D7468" w:rsidRPr="00F51F43" w:rsidRDefault="00B80FF7" w:rsidP="0097237E">
      <w:pPr>
        <w:ind w:firstLine="720"/>
        <w:rPr>
          <w:noProof/>
        </w:rPr>
      </w:pPr>
      <w:r w:rsidRPr="00F51F43">
        <w:rPr>
          <w:noProof/>
        </w:rPr>
        <w:t>Dječji vrtić Vrapčić izgrađuje</w:t>
      </w:r>
      <w:r w:rsidR="00B17F1B" w:rsidRPr="00F51F43">
        <w:rPr>
          <w:noProof/>
        </w:rPr>
        <w:t xml:space="preserve"> odgojno-obrazovnu praksu koja je okrenuta djetetu te koja razvija njegovu samostalnost i odgovornost čime se zadovoljavaju individualno različite potrebe djece i uvažavaju njihova osnovna prava.</w:t>
      </w:r>
      <w:r w:rsidR="0097237E" w:rsidRPr="00F51F43">
        <w:rPr>
          <w:noProof/>
        </w:rPr>
        <w:t xml:space="preserve"> Ta se samostalno</w:t>
      </w:r>
      <w:r w:rsidR="006B75B2" w:rsidRPr="00F51F43">
        <w:rPr>
          <w:noProof/>
        </w:rPr>
        <w:t>st i odgovornost najviše očituje</w:t>
      </w:r>
      <w:r w:rsidR="0097237E" w:rsidRPr="00F51F43">
        <w:rPr>
          <w:noProof/>
        </w:rPr>
        <w:t xml:space="preserve"> u brizi za sebe i druge (djecu i odrasle) u svojoj okolini, kao i u preuzimanju inicijative u kreiranju odgojno-obrazovnog procesa. Dječji interesi postaju vodilja u osmišljavanju i prostorno-materijalnog konteksta i situacija povoljnih za učenje.</w:t>
      </w:r>
      <w:r w:rsidR="00B17F1B" w:rsidRPr="00F51F43">
        <w:rPr>
          <w:noProof/>
        </w:rPr>
        <w:t xml:space="preserve"> U procesu razvoja našeg Vrtića, veliku pozornost posvećujemo novim spoznajama s područja ranog </w:t>
      </w:r>
      <w:r w:rsidRPr="00F51F43">
        <w:rPr>
          <w:noProof/>
        </w:rPr>
        <w:t xml:space="preserve">i predškolskog </w:t>
      </w:r>
      <w:r w:rsidR="00B17F1B" w:rsidRPr="00F51F43">
        <w:rPr>
          <w:noProof/>
        </w:rPr>
        <w:t>odgoja i obrazovanja</w:t>
      </w:r>
      <w:r w:rsidR="006B75B2" w:rsidRPr="00F51F43">
        <w:rPr>
          <w:noProof/>
        </w:rPr>
        <w:t xml:space="preserve"> te uvođenju inovacija i novih odgojno-obrazovnih metoda rada</w:t>
      </w:r>
      <w:r w:rsidR="00B17F1B" w:rsidRPr="00F51F43">
        <w:rPr>
          <w:noProof/>
        </w:rPr>
        <w:t>. Držimo da je preduvjet kvalitetnih promjena odgojno-obrazovne prakse upravo cjeloživotno učenje.</w:t>
      </w:r>
      <w:r w:rsidRPr="00F51F43">
        <w:rPr>
          <w:noProof/>
        </w:rPr>
        <w:t xml:space="preserve"> Zbog toga se odgojno-obrazovni djelatnici Vrtića redovito stručno usavršavaju</w:t>
      </w:r>
      <w:r w:rsidR="0080237C" w:rsidRPr="00F51F43">
        <w:rPr>
          <w:noProof/>
        </w:rPr>
        <w:t xml:space="preserve"> i </w:t>
      </w:r>
      <w:r w:rsidR="0097237E" w:rsidRPr="00F51F43">
        <w:rPr>
          <w:noProof/>
        </w:rPr>
        <w:t>nastoje i</w:t>
      </w:r>
      <w:r w:rsidR="0080237C" w:rsidRPr="00F51F43">
        <w:rPr>
          <w:noProof/>
        </w:rPr>
        <w:t>sto</w:t>
      </w:r>
      <w:r w:rsidR="0097237E" w:rsidRPr="00F51F43">
        <w:rPr>
          <w:noProof/>
        </w:rPr>
        <w:t xml:space="preserve"> primijeniti u neposrednom</w:t>
      </w:r>
      <w:r w:rsidR="0080237C" w:rsidRPr="00F51F43">
        <w:rPr>
          <w:noProof/>
        </w:rPr>
        <w:t xml:space="preserve"> r</w:t>
      </w:r>
      <w:r w:rsidR="0097237E" w:rsidRPr="00F51F43">
        <w:rPr>
          <w:noProof/>
        </w:rPr>
        <w:t>adu sa svim sudionicima odgojno-obrazovnog procesa</w:t>
      </w:r>
      <w:r w:rsidRPr="00F51F43">
        <w:rPr>
          <w:noProof/>
        </w:rPr>
        <w:t>.</w:t>
      </w:r>
      <w:r w:rsidR="00B17F1B" w:rsidRPr="00F51F43">
        <w:rPr>
          <w:noProof/>
        </w:rPr>
        <w:t xml:space="preserve"> Razmjena različitih načina razmišljanja svakog od nas najviše pogoduje stvaranju kvalitetnijeg kurikuluma Vrtića. Potičemo i njegujemo različite oblike suradnje s roditeljima.</w:t>
      </w:r>
      <w:r w:rsidR="00DC162F" w:rsidRPr="00F51F43">
        <w:rPr>
          <w:noProof/>
        </w:rPr>
        <w:t xml:space="preserve"> </w:t>
      </w:r>
      <w:r w:rsidR="00FE1291" w:rsidRPr="00F51F43">
        <w:rPr>
          <w:noProof/>
        </w:rPr>
        <w:t>Svake</w:t>
      </w:r>
      <w:r w:rsidR="0097237E" w:rsidRPr="00F51F43">
        <w:rPr>
          <w:noProof/>
        </w:rPr>
        <w:t xml:space="preserve"> pedagoške godine </w:t>
      </w:r>
      <w:r w:rsidR="00FE1291" w:rsidRPr="00F51F43">
        <w:rPr>
          <w:noProof/>
        </w:rPr>
        <w:t>sve se</w:t>
      </w:r>
      <w:r w:rsidR="0097237E" w:rsidRPr="00F51F43">
        <w:rPr>
          <w:noProof/>
        </w:rPr>
        <w:t xml:space="preserve"> više </w:t>
      </w:r>
      <w:r w:rsidR="00FE1291" w:rsidRPr="00F51F43">
        <w:rPr>
          <w:noProof/>
        </w:rPr>
        <w:t>otvaramo</w:t>
      </w:r>
      <w:r w:rsidR="0097237E" w:rsidRPr="00F51F43">
        <w:rPr>
          <w:noProof/>
        </w:rPr>
        <w:t xml:space="preserve"> prema roditeljima kao prema suradnicima, sukreatorima</w:t>
      </w:r>
      <w:r w:rsidR="00C319AA" w:rsidRPr="00F51F43">
        <w:rPr>
          <w:noProof/>
        </w:rPr>
        <w:t xml:space="preserve"> </w:t>
      </w:r>
      <w:r w:rsidR="0097237E" w:rsidRPr="00F51F43">
        <w:rPr>
          <w:noProof/>
        </w:rPr>
        <w:t xml:space="preserve">odgojno-obrazovnog procesa osmišljavajući različite načine njihova uključivanja u život i rad Vrtića. </w:t>
      </w:r>
    </w:p>
    <w:p w14:paraId="37019D39" w14:textId="77777777" w:rsidR="00515488" w:rsidRPr="00F51F43" w:rsidRDefault="00DC162F" w:rsidP="007D0C57">
      <w:pPr>
        <w:ind w:firstLine="720"/>
        <w:rPr>
          <w:noProof/>
        </w:rPr>
      </w:pPr>
      <w:r w:rsidRPr="00F51F43">
        <w:rPr>
          <w:noProof/>
        </w:rPr>
        <w:t>I ove će se pedagoške godine k</w:t>
      </w:r>
      <w:r w:rsidR="003D7468" w:rsidRPr="00F51F43">
        <w:rPr>
          <w:noProof/>
        </w:rPr>
        <w:t>oristit</w:t>
      </w:r>
      <w:r w:rsidRPr="00F51F43">
        <w:rPr>
          <w:noProof/>
        </w:rPr>
        <w:t>i</w:t>
      </w:r>
      <w:r w:rsidR="003D7468" w:rsidRPr="00F51F43">
        <w:rPr>
          <w:noProof/>
        </w:rPr>
        <w:t xml:space="preserve"> </w:t>
      </w:r>
      <w:r w:rsidR="001D3F96" w:rsidRPr="00F51F43">
        <w:rPr>
          <w:noProof/>
        </w:rPr>
        <w:t>suvremene metode i tehnike</w:t>
      </w:r>
      <w:r w:rsidR="00CA2D64" w:rsidRPr="00F51F43">
        <w:rPr>
          <w:noProof/>
        </w:rPr>
        <w:t xml:space="preserve"> rada</w:t>
      </w:r>
      <w:r w:rsidRPr="00F51F43">
        <w:rPr>
          <w:noProof/>
        </w:rPr>
        <w:t>,</w:t>
      </w:r>
      <w:r w:rsidR="001D3F96" w:rsidRPr="00F51F43">
        <w:rPr>
          <w:noProof/>
        </w:rPr>
        <w:t xml:space="preserve"> od </w:t>
      </w:r>
      <w:r w:rsidR="00D700CA" w:rsidRPr="00F51F43">
        <w:rPr>
          <w:noProof/>
        </w:rPr>
        <w:t>provođenja</w:t>
      </w:r>
      <w:r w:rsidR="003D7468" w:rsidRPr="00F51F43">
        <w:rPr>
          <w:noProof/>
        </w:rPr>
        <w:t xml:space="preserve"> projekata, </w:t>
      </w:r>
      <w:r w:rsidR="00CA2D64" w:rsidRPr="00F51F43">
        <w:rPr>
          <w:noProof/>
        </w:rPr>
        <w:t>samorefleksije i refleksije u rad</w:t>
      </w:r>
      <w:r w:rsidR="00FE1291" w:rsidRPr="00F51F43">
        <w:rPr>
          <w:noProof/>
        </w:rPr>
        <w:t>u</w:t>
      </w:r>
      <w:r w:rsidR="00CA2D64" w:rsidRPr="00F51F43">
        <w:rPr>
          <w:noProof/>
        </w:rPr>
        <w:t xml:space="preserve"> s odgojiteljima, ali i s djecom,</w:t>
      </w:r>
      <w:r w:rsidRPr="00F51F43">
        <w:rPr>
          <w:noProof/>
        </w:rPr>
        <w:t xml:space="preserve"> do promatranja</w:t>
      </w:r>
      <w:r w:rsidR="003D7468" w:rsidRPr="00F51F43">
        <w:rPr>
          <w:noProof/>
        </w:rPr>
        <w:t xml:space="preserve"> i sustavnog praćenja dječjeg napretka i razvoja</w:t>
      </w:r>
      <w:r w:rsidR="00CA2D64" w:rsidRPr="00F51F43">
        <w:rPr>
          <w:noProof/>
        </w:rPr>
        <w:t xml:space="preserve"> prema najnovijim spoznajama i preporukama</w:t>
      </w:r>
      <w:r w:rsidR="003D7468" w:rsidRPr="00F51F43">
        <w:rPr>
          <w:noProof/>
        </w:rPr>
        <w:t xml:space="preserve">. </w:t>
      </w:r>
      <w:r w:rsidR="00CA2D64" w:rsidRPr="00F51F43">
        <w:rPr>
          <w:noProof/>
        </w:rPr>
        <w:t>Rad s djecom s teškoćama u razvoju</w:t>
      </w:r>
      <w:r w:rsidR="00FE1291" w:rsidRPr="00F51F43">
        <w:rPr>
          <w:noProof/>
        </w:rPr>
        <w:t>, s djecom koja pokazuju nepoželjna ponašanja, kao i s njihovim roditeljima</w:t>
      </w:r>
      <w:r w:rsidR="00CA2D64" w:rsidRPr="00F51F43">
        <w:rPr>
          <w:noProof/>
        </w:rPr>
        <w:t xml:space="preserve"> postat će sustavniji. </w:t>
      </w:r>
      <w:r w:rsidR="003D7468" w:rsidRPr="00F51F43">
        <w:rPr>
          <w:noProof/>
        </w:rPr>
        <w:t>Nastojat ćemo osigurati uvjete za poticanje samostalnosti djeteta, razvoj njegova samopouzdanja i vjere u vlastiti uspjeh. Pritom</w:t>
      </w:r>
      <w:r w:rsidR="001D3F96" w:rsidRPr="00F51F43">
        <w:rPr>
          <w:noProof/>
        </w:rPr>
        <w:t xml:space="preserve"> </w:t>
      </w:r>
      <w:r w:rsidR="003D7468" w:rsidRPr="00F51F43">
        <w:rPr>
          <w:noProof/>
        </w:rPr>
        <w:t>ćemo se služiti bogatim poticajnim sredstvima</w:t>
      </w:r>
      <w:r w:rsidR="00D700CA" w:rsidRPr="00F51F43">
        <w:rPr>
          <w:noProof/>
        </w:rPr>
        <w:t xml:space="preserve"> i materijalima</w:t>
      </w:r>
      <w:r w:rsidR="003D7468" w:rsidRPr="00F51F43">
        <w:rPr>
          <w:noProof/>
        </w:rPr>
        <w:t xml:space="preserve"> i okruženjem koje poziva na igru kao osnovni</w:t>
      </w:r>
      <w:r w:rsidR="00D700CA" w:rsidRPr="00F51F43">
        <w:rPr>
          <w:noProof/>
        </w:rPr>
        <w:t>m</w:t>
      </w:r>
      <w:r w:rsidR="003D7468" w:rsidRPr="00F51F43">
        <w:rPr>
          <w:noProof/>
        </w:rPr>
        <w:t xml:space="preserve"> oblik</w:t>
      </w:r>
      <w:r w:rsidR="00D700CA" w:rsidRPr="00F51F43">
        <w:rPr>
          <w:noProof/>
        </w:rPr>
        <w:t>om</w:t>
      </w:r>
      <w:r w:rsidR="003D7468" w:rsidRPr="00F51F43">
        <w:rPr>
          <w:noProof/>
        </w:rPr>
        <w:t xml:space="preserve"> učenja predškolskog djeteta.</w:t>
      </w:r>
      <w:r w:rsidR="00515488" w:rsidRPr="00F51F43">
        <w:rPr>
          <w:noProof/>
        </w:rPr>
        <w:t xml:space="preserve"> U svim našim nastojanjima uvijek </w:t>
      </w:r>
      <w:r w:rsidR="0085290E" w:rsidRPr="00F51F43">
        <w:rPr>
          <w:noProof/>
        </w:rPr>
        <w:t xml:space="preserve">ćemo imati na umu našu </w:t>
      </w:r>
      <w:r w:rsidR="00515488" w:rsidRPr="00F51F43">
        <w:rPr>
          <w:noProof/>
        </w:rPr>
        <w:t>misiju.</w:t>
      </w:r>
    </w:p>
    <w:p w14:paraId="53F973D7" w14:textId="77777777" w:rsidR="00CC6AFD" w:rsidRPr="00F51F43" w:rsidRDefault="00CC6AFD" w:rsidP="0035237B">
      <w:pPr>
        <w:rPr>
          <w:noProof/>
        </w:rPr>
      </w:pPr>
    </w:p>
    <w:p w14:paraId="23DDDAAB" w14:textId="77777777" w:rsidR="00515488" w:rsidRPr="00F51F43" w:rsidRDefault="00515488" w:rsidP="00824034">
      <w:pPr>
        <w:pStyle w:val="Odlomakpopisa"/>
        <w:numPr>
          <w:ilvl w:val="0"/>
          <w:numId w:val="8"/>
        </w:numPr>
        <w:spacing w:after="0" w:line="360" w:lineRule="auto"/>
        <w:rPr>
          <w:noProof/>
          <w:szCs w:val="24"/>
          <w:lang w:val="hr-HR"/>
        </w:rPr>
      </w:pPr>
      <w:r w:rsidRPr="00F51F43">
        <w:rPr>
          <w:noProof/>
          <w:szCs w:val="24"/>
          <w:lang w:val="hr-HR"/>
        </w:rPr>
        <w:t>NAŠA MISIJA</w:t>
      </w:r>
    </w:p>
    <w:p w14:paraId="111AAA9D" w14:textId="77777777" w:rsidR="00CC6AFD" w:rsidRPr="00F51F43" w:rsidRDefault="0085290E" w:rsidP="0035237B">
      <w:pPr>
        <w:rPr>
          <w:noProof/>
        </w:rPr>
      </w:pPr>
      <w:r w:rsidRPr="00F51F43">
        <w:rPr>
          <w:bCs/>
          <w:noProof/>
        </w:rPr>
        <w:t>Naša misija je osigurati uvjete za provođenje odgojno-obrazovnog procesa koji će omogućiti zadovoljavanje potreba, interesa i mogućnosti svakog djeteta te osigurati uvjete koji će omogućiti poštivanje prava svakog djeteta, ali i svakog čimbenika koji je uključen u rad ove ustanove, bilo kao zaposlenik, kao roditelj ili kao vanjski čimbenik.</w:t>
      </w:r>
    </w:p>
    <w:p w14:paraId="4710105E" w14:textId="77777777" w:rsidR="003A5BB7" w:rsidRPr="00F51F43" w:rsidRDefault="003A5BB7" w:rsidP="00071CAD">
      <w:pPr>
        <w:pStyle w:val="Naslov1"/>
        <w:rPr>
          <w:noProof/>
        </w:rPr>
      </w:pPr>
      <w:bookmarkStart w:id="2" w:name="_Toc241563318"/>
      <w:r w:rsidRPr="00F51F43">
        <w:rPr>
          <w:noProof/>
        </w:rPr>
        <w:lastRenderedPageBreak/>
        <w:t>2. USTROJSTVO  RADA</w:t>
      </w:r>
      <w:bookmarkEnd w:id="2"/>
    </w:p>
    <w:p w14:paraId="4E50BCFD" w14:textId="77777777" w:rsidR="00904901" w:rsidRPr="00F51F43" w:rsidRDefault="00D700CA" w:rsidP="00904901">
      <w:pPr>
        <w:tabs>
          <w:tab w:val="left" w:pos="709"/>
        </w:tabs>
        <w:contextualSpacing/>
        <w:rPr>
          <w:b/>
          <w:bCs/>
          <w:noProof/>
        </w:rPr>
      </w:pPr>
      <w:r w:rsidRPr="00F51F43">
        <w:rPr>
          <w:noProof/>
        </w:rPr>
        <w:tab/>
      </w:r>
      <w:r w:rsidR="00B15C82" w:rsidRPr="00F51F43">
        <w:rPr>
          <w:noProof/>
        </w:rPr>
        <w:t>D</w:t>
      </w:r>
      <w:r w:rsidR="00904901" w:rsidRPr="00F51F43">
        <w:rPr>
          <w:noProof/>
        </w:rPr>
        <w:t xml:space="preserve">ječji vrtić </w:t>
      </w:r>
      <w:r w:rsidR="00B15C82" w:rsidRPr="00F51F43">
        <w:rPr>
          <w:noProof/>
        </w:rPr>
        <w:t>Vrapčić (u daljnjem tekstu</w:t>
      </w:r>
      <w:r w:rsidR="00904901" w:rsidRPr="00F51F43">
        <w:rPr>
          <w:noProof/>
        </w:rPr>
        <w:t>:</w:t>
      </w:r>
      <w:r w:rsidR="00DF6F0B" w:rsidRPr="00F51F43">
        <w:rPr>
          <w:noProof/>
        </w:rPr>
        <w:t xml:space="preserve"> Vrtić) u pedagoškoj godini 202</w:t>
      </w:r>
      <w:r w:rsidR="00C34331" w:rsidRPr="00F51F43">
        <w:rPr>
          <w:noProof/>
        </w:rPr>
        <w:t>6</w:t>
      </w:r>
      <w:r w:rsidR="00DF6F0B" w:rsidRPr="00F51F43">
        <w:rPr>
          <w:noProof/>
        </w:rPr>
        <w:t>./202</w:t>
      </w:r>
      <w:r w:rsidR="00C34331" w:rsidRPr="00F51F43">
        <w:rPr>
          <w:noProof/>
        </w:rPr>
        <w:t>7</w:t>
      </w:r>
      <w:r w:rsidR="00904901" w:rsidRPr="00F51F43">
        <w:rPr>
          <w:noProof/>
        </w:rPr>
        <w:t>. djelatnost ranog i predškolskog odgoja i obrazovanja provodi</w:t>
      </w:r>
      <w:r w:rsidR="00B15C82" w:rsidRPr="00F51F43">
        <w:rPr>
          <w:noProof/>
        </w:rPr>
        <w:t>t će</w:t>
      </w:r>
      <w:r w:rsidR="00904901" w:rsidRPr="00F51F43">
        <w:rPr>
          <w:noProof/>
        </w:rPr>
        <w:t xml:space="preserve"> </w:t>
      </w:r>
      <w:r w:rsidR="000C3560" w:rsidRPr="00F51F43">
        <w:rPr>
          <w:noProof/>
        </w:rPr>
        <w:t xml:space="preserve">u </w:t>
      </w:r>
      <w:r w:rsidR="00C34331" w:rsidRPr="00F51F43">
        <w:rPr>
          <w:b/>
          <w:noProof/>
        </w:rPr>
        <w:t>sedam</w:t>
      </w:r>
      <w:r w:rsidR="000C3560" w:rsidRPr="00F51F43">
        <w:rPr>
          <w:b/>
          <w:noProof/>
        </w:rPr>
        <w:t xml:space="preserve"> područnih objekata</w:t>
      </w:r>
      <w:r w:rsidR="00904901" w:rsidRPr="00F51F43">
        <w:rPr>
          <w:b/>
          <w:bCs/>
          <w:noProof/>
        </w:rPr>
        <w:t>:</w:t>
      </w:r>
    </w:p>
    <w:p w14:paraId="0A6F23C2" w14:textId="77777777" w:rsidR="00904901" w:rsidRPr="00F51F43" w:rsidRDefault="00B15C82" w:rsidP="00E04358">
      <w:pPr>
        <w:numPr>
          <w:ilvl w:val="0"/>
          <w:numId w:val="20"/>
        </w:numPr>
        <w:spacing w:after="0"/>
        <w:contextualSpacing/>
        <w:rPr>
          <w:bCs/>
          <w:noProof/>
        </w:rPr>
      </w:pPr>
      <w:r w:rsidRPr="00F51F43">
        <w:rPr>
          <w:bCs/>
          <w:noProof/>
        </w:rPr>
        <w:t>područni objekt „Ivančica“</w:t>
      </w:r>
      <w:r w:rsidR="00904901" w:rsidRPr="00F51F43">
        <w:rPr>
          <w:bCs/>
          <w:noProof/>
        </w:rPr>
        <w:t xml:space="preserve"> Koprivnički Ivanec</w:t>
      </w:r>
      <w:r w:rsidR="00BE6897" w:rsidRPr="00F51F43">
        <w:rPr>
          <w:bCs/>
          <w:noProof/>
        </w:rPr>
        <w:t xml:space="preserve"> (Koprivnička ulica</w:t>
      </w:r>
      <w:r w:rsidR="00C65CE8" w:rsidRPr="00F51F43">
        <w:rPr>
          <w:bCs/>
          <w:noProof/>
        </w:rPr>
        <w:t xml:space="preserve"> 27</w:t>
      </w:r>
      <w:r w:rsidR="00BE6897" w:rsidRPr="00F51F43">
        <w:rPr>
          <w:bCs/>
          <w:noProof/>
        </w:rPr>
        <w:t>)</w:t>
      </w:r>
    </w:p>
    <w:p w14:paraId="64BB87E4" w14:textId="77777777" w:rsidR="00BE6897" w:rsidRPr="00F51F43" w:rsidRDefault="00BE6897" w:rsidP="00E04358">
      <w:pPr>
        <w:numPr>
          <w:ilvl w:val="0"/>
          <w:numId w:val="20"/>
        </w:numPr>
        <w:spacing w:after="0"/>
        <w:contextualSpacing/>
        <w:rPr>
          <w:bCs/>
          <w:noProof/>
        </w:rPr>
      </w:pPr>
      <w:r w:rsidRPr="00F51F43">
        <w:rPr>
          <w:bCs/>
          <w:noProof/>
        </w:rPr>
        <w:t>područni objekt „Ivančica“ Koprivnički Ivanec (Vinogradska ulica</w:t>
      </w:r>
      <w:r w:rsidR="00C65CE8" w:rsidRPr="00F51F43">
        <w:rPr>
          <w:bCs/>
          <w:noProof/>
        </w:rPr>
        <w:t xml:space="preserve"> 28a</w:t>
      </w:r>
      <w:r w:rsidRPr="00F51F43">
        <w:rPr>
          <w:bCs/>
          <w:noProof/>
        </w:rPr>
        <w:t>)</w:t>
      </w:r>
    </w:p>
    <w:p w14:paraId="09591B6F" w14:textId="77777777" w:rsidR="00904901" w:rsidRPr="00F51F43" w:rsidRDefault="00B15C82" w:rsidP="00E04358">
      <w:pPr>
        <w:numPr>
          <w:ilvl w:val="0"/>
          <w:numId w:val="20"/>
        </w:numPr>
        <w:spacing w:after="0"/>
        <w:contextualSpacing/>
        <w:rPr>
          <w:noProof/>
        </w:rPr>
      </w:pPr>
      <w:r w:rsidRPr="00F51F43">
        <w:rPr>
          <w:bCs/>
          <w:noProof/>
        </w:rPr>
        <w:t>područni objekt „Iskrica“</w:t>
      </w:r>
      <w:r w:rsidR="00904901" w:rsidRPr="00F51F43">
        <w:rPr>
          <w:bCs/>
          <w:noProof/>
        </w:rPr>
        <w:t xml:space="preserve"> Đelekovec</w:t>
      </w:r>
    </w:p>
    <w:p w14:paraId="3A7E307D" w14:textId="77777777" w:rsidR="00C8599B" w:rsidRPr="00F51F43" w:rsidRDefault="00B15C82" w:rsidP="00E04358">
      <w:pPr>
        <w:pStyle w:val="Odlomakpopisa"/>
        <w:numPr>
          <w:ilvl w:val="0"/>
          <w:numId w:val="20"/>
        </w:numPr>
        <w:spacing w:after="0" w:line="360" w:lineRule="auto"/>
        <w:rPr>
          <w:noProof/>
          <w:szCs w:val="24"/>
          <w:lang w:val="hr-HR"/>
        </w:rPr>
      </w:pPr>
      <w:r w:rsidRPr="00F51F43">
        <w:rPr>
          <w:bCs/>
          <w:noProof/>
          <w:szCs w:val="24"/>
          <w:lang w:val="hr-HR"/>
        </w:rPr>
        <w:t>područni objekt  „Zvončić“</w:t>
      </w:r>
      <w:r w:rsidR="00904901" w:rsidRPr="00F51F43">
        <w:rPr>
          <w:bCs/>
          <w:noProof/>
          <w:szCs w:val="24"/>
          <w:lang w:val="hr-HR"/>
        </w:rPr>
        <w:t xml:space="preserve"> Gola</w:t>
      </w:r>
    </w:p>
    <w:p w14:paraId="161709F9" w14:textId="77777777" w:rsidR="00C8599B" w:rsidRPr="00F51F43" w:rsidRDefault="00C8599B" w:rsidP="00E04358">
      <w:pPr>
        <w:pStyle w:val="Odlomakpopisa"/>
        <w:numPr>
          <w:ilvl w:val="0"/>
          <w:numId w:val="20"/>
        </w:numPr>
        <w:spacing w:after="0" w:line="360" w:lineRule="auto"/>
        <w:rPr>
          <w:noProof/>
          <w:szCs w:val="24"/>
          <w:lang w:val="hr-HR"/>
        </w:rPr>
      </w:pPr>
      <w:r w:rsidRPr="00F51F43">
        <w:rPr>
          <w:bCs/>
          <w:noProof/>
          <w:szCs w:val="24"/>
          <w:lang w:val="hr-HR"/>
        </w:rPr>
        <w:t>p</w:t>
      </w:r>
      <w:r w:rsidR="00B15C82" w:rsidRPr="00F51F43">
        <w:rPr>
          <w:bCs/>
          <w:noProof/>
          <w:szCs w:val="24"/>
          <w:lang w:val="hr-HR"/>
        </w:rPr>
        <w:t>odručni objekt „Bambi“</w:t>
      </w:r>
      <w:r w:rsidR="00904901" w:rsidRPr="00F51F43">
        <w:rPr>
          <w:bCs/>
          <w:noProof/>
          <w:szCs w:val="24"/>
          <w:lang w:val="hr-HR"/>
        </w:rPr>
        <w:t xml:space="preserve"> Ždala</w:t>
      </w:r>
    </w:p>
    <w:p w14:paraId="0CE651C7" w14:textId="77777777" w:rsidR="00904901" w:rsidRPr="00F51F43" w:rsidRDefault="00904901" w:rsidP="00E04358">
      <w:pPr>
        <w:pStyle w:val="Odlomakpopisa"/>
        <w:numPr>
          <w:ilvl w:val="0"/>
          <w:numId w:val="20"/>
        </w:numPr>
        <w:spacing w:after="0" w:line="360" w:lineRule="auto"/>
        <w:rPr>
          <w:noProof/>
          <w:szCs w:val="24"/>
          <w:lang w:val="hr-HR"/>
        </w:rPr>
      </w:pPr>
      <w:r w:rsidRPr="00F51F43">
        <w:rPr>
          <w:bCs/>
          <w:noProof/>
          <w:szCs w:val="24"/>
          <w:lang w:val="hr-HR"/>
        </w:rPr>
        <w:t>područni objekt „Potočić“ Koprivnički Bregi</w:t>
      </w:r>
    </w:p>
    <w:p w14:paraId="7ADBFB3B" w14:textId="77777777" w:rsidR="008C78D3" w:rsidRPr="00F51F43" w:rsidRDefault="008C78D3" w:rsidP="00E04358">
      <w:pPr>
        <w:pStyle w:val="Odlomakpopisa"/>
        <w:numPr>
          <w:ilvl w:val="0"/>
          <w:numId w:val="20"/>
        </w:numPr>
        <w:spacing w:after="0" w:line="360" w:lineRule="auto"/>
        <w:rPr>
          <w:noProof/>
          <w:szCs w:val="24"/>
          <w:lang w:val="hr-HR"/>
        </w:rPr>
      </w:pPr>
      <w:r w:rsidRPr="00F51F43">
        <w:rPr>
          <w:noProof/>
          <w:szCs w:val="24"/>
          <w:lang w:val="hr-HR"/>
        </w:rPr>
        <w:t>područni objekt „Dabrić“ Legrad</w:t>
      </w:r>
    </w:p>
    <w:p w14:paraId="6442129F" w14:textId="77777777" w:rsidR="003B760E" w:rsidRPr="00F51F43" w:rsidRDefault="003B760E" w:rsidP="00904901">
      <w:pPr>
        <w:keepNext/>
        <w:tabs>
          <w:tab w:val="left" w:pos="709"/>
        </w:tabs>
        <w:spacing w:before="120"/>
        <w:contextualSpacing/>
        <w:jc w:val="left"/>
        <w:rPr>
          <w:b/>
          <w:bCs/>
          <w:noProof/>
        </w:rPr>
      </w:pPr>
      <w:r w:rsidRPr="00F51F43">
        <w:rPr>
          <w:b/>
          <w:bCs/>
          <w:noProof/>
        </w:rPr>
        <w:t>Tablica 1: Osnovni podatci ustanove po područnim objektima</w:t>
      </w:r>
      <w:r w:rsidR="00B15C82" w:rsidRPr="00F51F43">
        <w:rPr>
          <w:b/>
          <w:bCs/>
          <w:noProof/>
        </w:rPr>
        <w:t xml:space="preserve"> u pedagoškoj god</w:t>
      </w:r>
      <w:r w:rsidR="000C3560" w:rsidRPr="00F51F43">
        <w:rPr>
          <w:b/>
          <w:bCs/>
          <w:noProof/>
        </w:rPr>
        <w:t>ini 202</w:t>
      </w:r>
      <w:r w:rsidR="00251ABD" w:rsidRPr="00F51F43">
        <w:rPr>
          <w:b/>
          <w:bCs/>
          <w:noProof/>
        </w:rPr>
        <w:t>6</w:t>
      </w:r>
      <w:r w:rsidR="000C3560" w:rsidRPr="00F51F43">
        <w:rPr>
          <w:b/>
          <w:bCs/>
          <w:noProof/>
        </w:rPr>
        <w:t>./202</w:t>
      </w:r>
      <w:r w:rsidR="00251ABD" w:rsidRPr="00F51F43">
        <w:rPr>
          <w:b/>
          <w:bCs/>
          <w:noProof/>
        </w:rPr>
        <w:t>7</w:t>
      </w:r>
      <w:r w:rsidR="00B15C82" w:rsidRPr="00F51F43">
        <w:rPr>
          <w:b/>
          <w:bCs/>
          <w:noProof/>
        </w:rPr>
        <w:t>.</w:t>
      </w:r>
    </w:p>
    <w:tbl>
      <w:tblPr>
        <w:tblStyle w:val="Reetkatablice"/>
        <w:tblW w:w="0" w:type="auto"/>
        <w:jc w:val="center"/>
        <w:tblLook w:val="04A0" w:firstRow="1" w:lastRow="0" w:firstColumn="1" w:lastColumn="0" w:noHBand="0" w:noVBand="1"/>
      </w:tblPr>
      <w:tblGrid>
        <w:gridCol w:w="2289"/>
        <w:gridCol w:w="2321"/>
        <w:gridCol w:w="1454"/>
        <w:gridCol w:w="3168"/>
      </w:tblGrid>
      <w:tr w:rsidR="001A029B" w:rsidRPr="00F51F43" w14:paraId="5B34283B" w14:textId="77777777" w:rsidTr="00B15C82">
        <w:trPr>
          <w:cantSplit/>
          <w:tblHeader/>
          <w:jc w:val="center"/>
        </w:trPr>
        <w:tc>
          <w:tcPr>
            <w:tcW w:w="9288" w:type="dxa"/>
            <w:gridSpan w:val="4"/>
            <w:shd w:val="clear" w:color="auto" w:fill="D9EAD3"/>
            <w:tcMar>
              <w:top w:w="80" w:type="dxa"/>
              <w:left w:w="80" w:type="dxa"/>
              <w:bottom w:w="80" w:type="dxa"/>
              <w:right w:w="80" w:type="dxa"/>
            </w:tcMar>
            <w:vAlign w:val="center"/>
          </w:tcPr>
          <w:p w14:paraId="55D15845" w14:textId="77777777" w:rsidR="00B15C82" w:rsidRPr="00F51F43" w:rsidRDefault="00B15C82" w:rsidP="00B15C82">
            <w:pPr>
              <w:spacing w:after="0" w:line="240" w:lineRule="auto"/>
              <w:jc w:val="center"/>
              <w:rPr>
                <w:noProof/>
                <w:sz w:val="20"/>
                <w:szCs w:val="20"/>
              </w:rPr>
            </w:pPr>
            <w:r w:rsidRPr="00F51F43">
              <w:rPr>
                <w:b/>
                <w:noProof/>
                <w:sz w:val="20"/>
                <w:szCs w:val="20"/>
              </w:rPr>
              <w:t>PODATCI USTANOVE PO OBJEKTIMA</w:t>
            </w:r>
          </w:p>
        </w:tc>
      </w:tr>
      <w:tr w:rsidR="001A029B" w:rsidRPr="00F51F43" w14:paraId="41F4C583" w14:textId="77777777" w:rsidTr="00115B75">
        <w:trPr>
          <w:cantSplit/>
          <w:jc w:val="center"/>
        </w:trPr>
        <w:tc>
          <w:tcPr>
            <w:tcW w:w="2302" w:type="dxa"/>
            <w:tcMar>
              <w:top w:w="80" w:type="dxa"/>
              <w:left w:w="80" w:type="dxa"/>
              <w:bottom w:w="80" w:type="dxa"/>
              <w:right w:w="80" w:type="dxa"/>
            </w:tcMar>
            <w:vAlign w:val="center"/>
          </w:tcPr>
          <w:p w14:paraId="7AF83F1D" w14:textId="77777777" w:rsidR="00B15C82" w:rsidRPr="00F51F43" w:rsidRDefault="00B15C82" w:rsidP="00B15C82">
            <w:pPr>
              <w:spacing w:after="0" w:line="240" w:lineRule="auto"/>
              <w:jc w:val="center"/>
              <w:rPr>
                <w:noProof/>
                <w:sz w:val="20"/>
                <w:szCs w:val="20"/>
              </w:rPr>
            </w:pPr>
            <w:r w:rsidRPr="00F51F43">
              <w:rPr>
                <w:noProof/>
                <w:sz w:val="20"/>
                <w:szCs w:val="20"/>
              </w:rPr>
              <w:t>OBJEKT/SKUPINA</w:t>
            </w:r>
          </w:p>
        </w:tc>
        <w:tc>
          <w:tcPr>
            <w:tcW w:w="2342" w:type="dxa"/>
            <w:tcMar>
              <w:top w:w="80" w:type="dxa"/>
              <w:left w:w="80" w:type="dxa"/>
              <w:bottom w:w="80" w:type="dxa"/>
              <w:right w:w="80" w:type="dxa"/>
            </w:tcMar>
            <w:vAlign w:val="center"/>
          </w:tcPr>
          <w:p w14:paraId="209A3A04" w14:textId="77777777" w:rsidR="00B15C82" w:rsidRPr="00F51F43" w:rsidRDefault="00B15C82" w:rsidP="00B15C82">
            <w:pPr>
              <w:spacing w:after="0" w:line="240" w:lineRule="auto"/>
              <w:jc w:val="center"/>
              <w:rPr>
                <w:noProof/>
                <w:sz w:val="20"/>
                <w:szCs w:val="20"/>
              </w:rPr>
            </w:pPr>
            <w:r w:rsidRPr="00F51F43">
              <w:rPr>
                <w:noProof/>
                <w:sz w:val="20"/>
                <w:szCs w:val="20"/>
              </w:rPr>
              <w:t>ADRESA</w:t>
            </w:r>
          </w:p>
        </w:tc>
        <w:tc>
          <w:tcPr>
            <w:tcW w:w="1466" w:type="dxa"/>
            <w:tcMar>
              <w:top w:w="80" w:type="dxa"/>
              <w:left w:w="80" w:type="dxa"/>
              <w:bottom w:w="80" w:type="dxa"/>
              <w:right w:w="80" w:type="dxa"/>
            </w:tcMar>
            <w:vAlign w:val="center"/>
          </w:tcPr>
          <w:p w14:paraId="57B0764E" w14:textId="77777777" w:rsidR="00B15C82" w:rsidRPr="00F51F43" w:rsidRDefault="00B15C82" w:rsidP="00B15C82">
            <w:pPr>
              <w:spacing w:after="0" w:line="240" w:lineRule="auto"/>
              <w:jc w:val="center"/>
              <w:rPr>
                <w:noProof/>
                <w:sz w:val="20"/>
                <w:szCs w:val="20"/>
              </w:rPr>
            </w:pPr>
            <w:r w:rsidRPr="00F51F43">
              <w:rPr>
                <w:noProof/>
                <w:sz w:val="20"/>
                <w:szCs w:val="20"/>
              </w:rPr>
              <w:t>TELEFON</w:t>
            </w:r>
          </w:p>
          <w:p w14:paraId="27B779C9" w14:textId="77777777" w:rsidR="00B15C82" w:rsidRPr="00F51F43" w:rsidRDefault="00B15C82" w:rsidP="00B15C82">
            <w:pPr>
              <w:spacing w:after="0" w:line="240" w:lineRule="auto"/>
              <w:jc w:val="center"/>
              <w:rPr>
                <w:noProof/>
                <w:sz w:val="20"/>
                <w:szCs w:val="20"/>
              </w:rPr>
            </w:pPr>
            <w:r w:rsidRPr="00F51F43">
              <w:rPr>
                <w:noProof/>
                <w:sz w:val="20"/>
                <w:szCs w:val="20"/>
              </w:rPr>
              <w:t>MOBITEL</w:t>
            </w:r>
          </w:p>
        </w:tc>
        <w:tc>
          <w:tcPr>
            <w:tcW w:w="3178" w:type="dxa"/>
            <w:tcMar>
              <w:top w:w="80" w:type="dxa"/>
              <w:left w:w="80" w:type="dxa"/>
              <w:bottom w:w="80" w:type="dxa"/>
              <w:right w:w="80" w:type="dxa"/>
            </w:tcMar>
            <w:vAlign w:val="center"/>
          </w:tcPr>
          <w:p w14:paraId="44C7D9A1" w14:textId="77777777" w:rsidR="00B15C82" w:rsidRPr="00F51F43" w:rsidRDefault="00B15C82" w:rsidP="00B15C82">
            <w:pPr>
              <w:spacing w:after="0" w:line="240" w:lineRule="auto"/>
              <w:jc w:val="center"/>
              <w:rPr>
                <w:noProof/>
                <w:sz w:val="20"/>
                <w:szCs w:val="20"/>
              </w:rPr>
            </w:pPr>
            <w:r w:rsidRPr="00F51F43">
              <w:rPr>
                <w:noProof/>
                <w:sz w:val="20"/>
                <w:szCs w:val="20"/>
              </w:rPr>
              <w:t>ELEKTRONIČKA ADRESA</w:t>
            </w:r>
          </w:p>
        </w:tc>
      </w:tr>
      <w:tr w:rsidR="001A029B" w:rsidRPr="00F51F43" w14:paraId="53BCA100" w14:textId="77777777" w:rsidTr="00115B75">
        <w:trPr>
          <w:cantSplit/>
          <w:jc w:val="center"/>
        </w:trPr>
        <w:tc>
          <w:tcPr>
            <w:tcW w:w="2302" w:type="dxa"/>
            <w:tcMar>
              <w:top w:w="80" w:type="dxa"/>
              <w:left w:w="80" w:type="dxa"/>
              <w:bottom w:w="80" w:type="dxa"/>
              <w:right w:w="80" w:type="dxa"/>
            </w:tcMar>
            <w:vAlign w:val="center"/>
          </w:tcPr>
          <w:p w14:paraId="664A0C21" w14:textId="77777777" w:rsidR="00B15C82" w:rsidRPr="00F51F43" w:rsidRDefault="00B15C82" w:rsidP="00B15C82">
            <w:pPr>
              <w:spacing w:after="0" w:line="240" w:lineRule="auto"/>
              <w:jc w:val="center"/>
              <w:rPr>
                <w:noProof/>
                <w:sz w:val="20"/>
                <w:szCs w:val="20"/>
              </w:rPr>
            </w:pPr>
            <w:r w:rsidRPr="00F51F43">
              <w:rPr>
                <w:noProof/>
                <w:sz w:val="20"/>
                <w:szCs w:val="20"/>
              </w:rPr>
              <w:t>UPRAVA</w:t>
            </w:r>
          </w:p>
        </w:tc>
        <w:tc>
          <w:tcPr>
            <w:tcW w:w="2342" w:type="dxa"/>
            <w:tcMar>
              <w:top w:w="80" w:type="dxa"/>
              <w:left w:w="80" w:type="dxa"/>
              <w:bottom w:w="80" w:type="dxa"/>
              <w:right w:w="80" w:type="dxa"/>
            </w:tcMar>
            <w:vAlign w:val="center"/>
          </w:tcPr>
          <w:p w14:paraId="41C02A26" w14:textId="77777777" w:rsidR="00B15C82" w:rsidRPr="00F51F43" w:rsidRDefault="00115B75" w:rsidP="00B15C82">
            <w:pPr>
              <w:spacing w:after="0" w:line="240" w:lineRule="auto"/>
              <w:jc w:val="center"/>
              <w:rPr>
                <w:noProof/>
                <w:sz w:val="20"/>
                <w:szCs w:val="20"/>
              </w:rPr>
            </w:pPr>
            <w:r w:rsidRPr="00F51F43">
              <w:rPr>
                <w:noProof/>
                <w:sz w:val="20"/>
                <w:szCs w:val="20"/>
              </w:rPr>
              <w:t>MIHOVILA PAVLEKA MIŠKINE 1</w:t>
            </w:r>
          </w:p>
          <w:p w14:paraId="041DDDAF" w14:textId="77777777" w:rsidR="00115B75" w:rsidRPr="00F51F43" w:rsidRDefault="00115B75" w:rsidP="00B15C82">
            <w:pPr>
              <w:spacing w:after="0" w:line="240" w:lineRule="auto"/>
              <w:jc w:val="center"/>
              <w:rPr>
                <w:noProof/>
                <w:sz w:val="20"/>
                <w:szCs w:val="20"/>
              </w:rPr>
            </w:pPr>
            <w:r w:rsidRPr="00F51F43">
              <w:rPr>
                <w:noProof/>
                <w:sz w:val="20"/>
                <w:szCs w:val="20"/>
              </w:rPr>
              <w:t>48316 ĐELEKOVEC</w:t>
            </w:r>
          </w:p>
        </w:tc>
        <w:tc>
          <w:tcPr>
            <w:tcW w:w="1466" w:type="dxa"/>
            <w:tcMar>
              <w:top w:w="80" w:type="dxa"/>
              <w:left w:w="80" w:type="dxa"/>
              <w:bottom w:w="80" w:type="dxa"/>
              <w:right w:w="80" w:type="dxa"/>
            </w:tcMar>
            <w:vAlign w:val="center"/>
          </w:tcPr>
          <w:p w14:paraId="08CE28F1" w14:textId="77777777" w:rsidR="00B15C82" w:rsidRPr="00F51F43" w:rsidRDefault="00B15C82" w:rsidP="00B15C82">
            <w:pPr>
              <w:spacing w:after="0" w:line="240" w:lineRule="auto"/>
              <w:jc w:val="center"/>
              <w:rPr>
                <w:noProof/>
                <w:sz w:val="20"/>
                <w:szCs w:val="20"/>
              </w:rPr>
            </w:pPr>
            <w:r w:rsidRPr="00F51F43">
              <w:rPr>
                <w:noProof/>
                <w:sz w:val="20"/>
                <w:szCs w:val="20"/>
              </w:rPr>
              <w:t>048 831 492</w:t>
            </w:r>
          </w:p>
          <w:p w14:paraId="68055906" w14:textId="77777777" w:rsidR="00B15C82" w:rsidRPr="00F51F43" w:rsidRDefault="00B15C82" w:rsidP="00B15C82">
            <w:pPr>
              <w:spacing w:after="0" w:line="240" w:lineRule="auto"/>
              <w:jc w:val="center"/>
              <w:rPr>
                <w:noProof/>
                <w:sz w:val="20"/>
                <w:szCs w:val="20"/>
              </w:rPr>
            </w:pPr>
            <w:r w:rsidRPr="00F51F43">
              <w:rPr>
                <w:noProof/>
                <w:sz w:val="20"/>
                <w:szCs w:val="20"/>
              </w:rPr>
              <w:t>095 511 0693</w:t>
            </w:r>
          </w:p>
          <w:p w14:paraId="30353337" w14:textId="77777777" w:rsidR="00B15C82" w:rsidRPr="00F51F43" w:rsidRDefault="00B15C82" w:rsidP="00B15C82">
            <w:pPr>
              <w:spacing w:after="0" w:line="240" w:lineRule="auto"/>
              <w:jc w:val="center"/>
              <w:rPr>
                <w:noProof/>
                <w:sz w:val="20"/>
                <w:szCs w:val="20"/>
              </w:rPr>
            </w:pPr>
          </w:p>
        </w:tc>
        <w:tc>
          <w:tcPr>
            <w:tcW w:w="3178" w:type="dxa"/>
            <w:tcMar>
              <w:top w:w="80" w:type="dxa"/>
              <w:left w:w="80" w:type="dxa"/>
              <w:bottom w:w="80" w:type="dxa"/>
              <w:right w:w="80" w:type="dxa"/>
            </w:tcMar>
            <w:vAlign w:val="center"/>
          </w:tcPr>
          <w:p w14:paraId="03FA9E60" w14:textId="77777777" w:rsidR="00B15C82" w:rsidRPr="00F51F43" w:rsidRDefault="00BE6897" w:rsidP="00B15C82">
            <w:pPr>
              <w:spacing w:after="0" w:line="240" w:lineRule="auto"/>
              <w:jc w:val="center"/>
              <w:rPr>
                <w:noProof/>
                <w:sz w:val="20"/>
                <w:szCs w:val="20"/>
              </w:rPr>
            </w:pPr>
            <w:r w:rsidRPr="00F51F43">
              <w:rPr>
                <w:noProof/>
                <w:sz w:val="20"/>
                <w:szCs w:val="20"/>
              </w:rPr>
              <w:t>info@vrapcic-djecji-vrtic.hr</w:t>
            </w:r>
          </w:p>
          <w:p w14:paraId="409A70BD" w14:textId="77777777" w:rsidR="00BE6897" w:rsidRPr="00F51F43" w:rsidRDefault="00BE6897" w:rsidP="00B15C82">
            <w:pPr>
              <w:spacing w:after="0" w:line="240" w:lineRule="auto"/>
              <w:jc w:val="center"/>
              <w:rPr>
                <w:noProof/>
                <w:sz w:val="20"/>
                <w:szCs w:val="20"/>
              </w:rPr>
            </w:pPr>
            <w:r w:rsidRPr="00F51F43">
              <w:rPr>
                <w:noProof/>
                <w:sz w:val="20"/>
                <w:szCs w:val="20"/>
              </w:rPr>
              <w:t>ravnateljica@vrapcic-djecji-vrtic.hr</w:t>
            </w:r>
          </w:p>
          <w:p w14:paraId="7FE3CE69" w14:textId="77777777" w:rsidR="00BE6897" w:rsidRPr="00F51F43" w:rsidRDefault="00A91286" w:rsidP="00B15C82">
            <w:pPr>
              <w:spacing w:after="0" w:line="240" w:lineRule="auto"/>
              <w:jc w:val="center"/>
              <w:rPr>
                <w:noProof/>
                <w:sz w:val="20"/>
                <w:szCs w:val="20"/>
              </w:rPr>
            </w:pPr>
            <w:hyperlink r:id="rId9" w:history="1">
              <w:r w:rsidR="00251ABD" w:rsidRPr="00F51F43">
                <w:rPr>
                  <w:rStyle w:val="Hiperveza"/>
                  <w:noProof/>
                  <w:color w:val="auto"/>
                  <w:sz w:val="20"/>
                  <w:szCs w:val="20"/>
                </w:rPr>
                <w:t>pedagoginja@vrapcic-djecji-vrtic.hr</w:t>
              </w:r>
            </w:hyperlink>
          </w:p>
          <w:p w14:paraId="6172847C" w14:textId="77777777" w:rsidR="00251ABD" w:rsidRPr="00F51F43" w:rsidRDefault="00251ABD" w:rsidP="00251ABD">
            <w:pPr>
              <w:spacing w:after="0" w:line="240" w:lineRule="auto"/>
              <w:jc w:val="center"/>
              <w:rPr>
                <w:noProof/>
                <w:sz w:val="20"/>
                <w:szCs w:val="20"/>
              </w:rPr>
            </w:pPr>
            <w:r w:rsidRPr="00F51F43">
              <w:rPr>
                <w:noProof/>
                <w:sz w:val="20"/>
                <w:szCs w:val="20"/>
              </w:rPr>
              <w:t>psihologinja@vrapcic-djecji-vrtic.hr</w:t>
            </w:r>
          </w:p>
          <w:p w14:paraId="01516A15" w14:textId="77777777" w:rsidR="00251ABD" w:rsidRPr="00F51F43" w:rsidRDefault="00251ABD" w:rsidP="00251ABD">
            <w:pPr>
              <w:spacing w:after="0" w:line="240" w:lineRule="auto"/>
              <w:jc w:val="center"/>
              <w:rPr>
                <w:noProof/>
                <w:sz w:val="20"/>
                <w:szCs w:val="20"/>
              </w:rPr>
            </w:pPr>
            <w:r w:rsidRPr="00F51F43">
              <w:rPr>
                <w:noProof/>
                <w:sz w:val="20"/>
                <w:szCs w:val="20"/>
              </w:rPr>
              <w:t>zdravstvena@vrapcic-djecji-vrtic.hr</w:t>
            </w:r>
          </w:p>
          <w:p w14:paraId="2B5F63B9" w14:textId="77777777" w:rsidR="00BE6897" w:rsidRPr="00F51F43" w:rsidRDefault="00BE6897" w:rsidP="00B15C82">
            <w:pPr>
              <w:spacing w:after="0" w:line="240" w:lineRule="auto"/>
              <w:jc w:val="center"/>
              <w:rPr>
                <w:noProof/>
                <w:sz w:val="20"/>
                <w:szCs w:val="20"/>
              </w:rPr>
            </w:pPr>
            <w:r w:rsidRPr="00F51F43">
              <w:rPr>
                <w:noProof/>
                <w:sz w:val="20"/>
                <w:szCs w:val="20"/>
              </w:rPr>
              <w:t>racunovodstvo@vrapcic-djecji-vrtic.hr</w:t>
            </w:r>
          </w:p>
          <w:p w14:paraId="05817D9D" w14:textId="77777777" w:rsidR="00BE6897" w:rsidRPr="00F51F43" w:rsidRDefault="00BE6897" w:rsidP="00B15C82">
            <w:pPr>
              <w:spacing w:after="0" w:line="240" w:lineRule="auto"/>
              <w:jc w:val="center"/>
              <w:rPr>
                <w:noProof/>
                <w:sz w:val="20"/>
                <w:szCs w:val="20"/>
              </w:rPr>
            </w:pPr>
            <w:r w:rsidRPr="00F51F43">
              <w:rPr>
                <w:noProof/>
                <w:sz w:val="20"/>
                <w:szCs w:val="20"/>
              </w:rPr>
              <w:t>tajnistvo@vrapcic-djecji-vrtic.hr</w:t>
            </w:r>
          </w:p>
        </w:tc>
      </w:tr>
      <w:tr w:rsidR="001A029B" w:rsidRPr="00F51F43" w14:paraId="405154E2" w14:textId="77777777" w:rsidTr="00115B75">
        <w:trPr>
          <w:cantSplit/>
          <w:jc w:val="center"/>
        </w:trPr>
        <w:tc>
          <w:tcPr>
            <w:tcW w:w="2302" w:type="dxa"/>
            <w:tcMar>
              <w:top w:w="80" w:type="dxa"/>
              <w:left w:w="80" w:type="dxa"/>
              <w:bottom w:w="80" w:type="dxa"/>
              <w:right w:w="80" w:type="dxa"/>
            </w:tcMar>
            <w:vAlign w:val="center"/>
          </w:tcPr>
          <w:p w14:paraId="06795E99" w14:textId="77777777" w:rsidR="00B15C82" w:rsidRPr="00F51F43" w:rsidRDefault="00B15C82" w:rsidP="00B15C82">
            <w:pPr>
              <w:spacing w:after="0" w:line="240" w:lineRule="auto"/>
              <w:jc w:val="center"/>
              <w:rPr>
                <w:noProof/>
                <w:sz w:val="20"/>
                <w:szCs w:val="20"/>
              </w:rPr>
            </w:pPr>
            <w:r w:rsidRPr="00F51F43">
              <w:rPr>
                <w:noProof/>
                <w:sz w:val="20"/>
                <w:szCs w:val="20"/>
              </w:rPr>
              <w:t>„BAMBI“ ŽDALA</w:t>
            </w:r>
          </w:p>
        </w:tc>
        <w:tc>
          <w:tcPr>
            <w:tcW w:w="2342" w:type="dxa"/>
            <w:tcMar>
              <w:top w:w="80" w:type="dxa"/>
              <w:left w:w="80" w:type="dxa"/>
              <w:bottom w:w="80" w:type="dxa"/>
              <w:right w:w="80" w:type="dxa"/>
            </w:tcMar>
            <w:vAlign w:val="center"/>
          </w:tcPr>
          <w:p w14:paraId="792ECA6D" w14:textId="77777777" w:rsidR="00B15C82" w:rsidRPr="00F51F43" w:rsidRDefault="00B15C82" w:rsidP="00B15C82">
            <w:pPr>
              <w:spacing w:after="0" w:line="240" w:lineRule="auto"/>
              <w:jc w:val="center"/>
              <w:rPr>
                <w:noProof/>
                <w:sz w:val="20"/>
                <w:szCs w:val="20"/>
              </w:rPr>
            </w:pPr>
            <w:r w:rsidRPr="00F51F43">
              <w:rPr>
                <w:noProof/>
                <w:sz w:val="20"/>
                <w:szCs w:val="20"/>
              </w:rPr>
              <w:t>BRAĆE RADIĆA bb</w:t>
            </w:r>
          </w:p>
          <w:p w14:paraId="1318B64E" w14:textId="77777777" w:rsidR="00B15C82" w:rsidRPr="00F51F43" w:rsidRDefault="00B15C82" w:rsidP="00B15C82">
            <w:pPr>
              <w:spacing w:after="0" w:line="240" w:lineRule="auto"/>
              <w:jc w:val="center"/>
              <w:rPr>
                <w:noProof/>
                <w:sz w:val="20"/>
                <w:szCs w:val="20"/>
              </w:rPr>
            </w:pPr>
            <w:r w:rsidRPr="00F51F43">
              <w:rPr>
                <w:noProof/>
                <w:sz w:val="20"/>
                <w:szCs w:val="20"/>
              </w:rPr>
              <w:t>48332 ŽDALA</w:t>
            </w:r>
          </w:p>
        </w:tc>
        <w:tc>
          <w:tcPr>
            <w:tcW w:w="1466" w:type="dxa"/>
            <w:tcMar>
              <w:top w:w="80" w:type="dxa"/>
              <w:left w:w="80" w:type="dxa"/>
              <w:bottom w:w="80" w:type="dxa"/>
              <w:right w:w="80" w:type="dxa"/>
            </w:tcMar>
            <w:vAlign w:val="center"/>
          </w:tcPr>
          <w:p w14:paraId="361687CF" w14:textId="77777777" w:rsidR="00B15C82" w:rsidRPr="00F51F43" w:rsidRDefault="00B15C82" w:rsidP="00B15C82">
            <w:pPr>
              <w:spacing w:after="0" w:line="240" w:lineRule="auto"/>
              <w:jc w:val="center"/>
              <w:rPr>
                <w:noProof/>
                <w:sz w:val="20"/>
                <w:szCs w:val="20"/>
              </w:rPr>
            </w:pPr>
            <w:r w:rsidRPr="00F51F43">
              <w:rPr>
                <w:noProof/>
                <w:sz w:val="20"/>
                <w:szCs w:val="20"/>
              </w:rPr>
              <w:t>048 866 078</w:t>
            </w:r>
          </w:p>
          <w:p w14:paraId="1964CFE4" w14:textId="77777777" w:rsidR="00B15C82" w:rsidRPr="00F51F43" w:rsidRDefault="00B15C82" w:rsidP="00B15C82">
            <w:pPr>
              <w:spacing w:after="0" w:line="240" w:lineRule="auto"/>
              <w:jc w:val="center"/>
              <w:rPr>
                <w:noProof/>
                <w:sz w:val="20"/>
                <w:szCs w:val="20"/>
              </w:rPr>
            </w:pPr>
            <w:r w:rsidRPr="00F51F43">
              <w:rPr>
                <w:noProof/>
                <w:sz w:val="20"/>
                <w:szCs w:val="20"/>
              </w:rPr>
              <w:t xml:space="preserve">099 401 </w:t>
            </w:r>
            <w:r w:rsidR="00DE6677" w:rsidRPr="00F51F43">
              <w:rPr>
                <w:noProof/>
                <w:sz w:val="20"/>
                <w:szCs w:val="20"/>
              </w:rPr>
              <w:t>2024</w:t>
            </w:r>
          </w:p>
        </w:tc>
        <w:tc>
          <w:tcPr>
            <w:tcW w:w="3178" w:type="dxa"/>
            <w:tcMar>
              <w:top w:w="80" w:type="dxa"/>
              <w:left w:w="80" w:type="dxa"/>
              <w:bottom w:w="80" w:type="dxa"/>
              <w:right w:w="80" w:type="dxa"/>
            </w:tcMar>
            <w:vAlign w:val="center"/>
          </w:tcPr>
          <w:p w14:paraId="4B882070" w14:textId="77777777" w:rsidR="00B15C82" w:rsidRPr="00F51F43" w:rsidRDefault="00B15C82" w:rsidP="00B15C82">
            <w:pPr>
              <w:spacing w:after="0" w:line="240" w:lineRule="auto"/>
              <w:jc w:val="center"/>
              <w:rPr>
                <w:noProof/>
                <w:sz w:val="20"/>
                <w:szCs w:val="20"/>
              </w:rPr>
            </w:pPr>
            <w:r w:rsidRPr="00F51F43">
              <w:rPr>
                <w:noProof/>
                <w:sz w:val="20"/>
                <w:szCs w:val="20"/>
              </w:rPr>
              <w:t>vrtic.zdala@gmail.com</w:t>
            </w:r>
          </w:p>
        </w:tc>
      </w:tr>
      <w:tr w:rsidR="001A029B" w:rsidRPr="00F51F43" w14:paraId="6CA2C9A3" w14:textId="77777777" w:rsidTr="00115B75">
        <w:trPr>
          <w:cantSplit/>
          <w:jc w:val="center"/>
        </w:trPr>
        <w:tc>
          <w:tcPr>
            <w:tcW w:w="2302" w:type="dxa"/>
            <w:tcMar>
              <w:top w:w="80" w:type="dxa"/>
              <w:left w:w="80" w:type="dxa"/>
              <w:bottom w:w="80" w:type="dxa"/>
              <w:right w:w="80" w:type="dxa"/>
            </w:tcMar>
            <w:vAlign w:val="center"/>
          </w:tcPr>
          <w:p w14:paraId="0B324709" w14:textId="77777777" w:rsidR="00B15C82" w:rsidRPr="00F51F43" w:rsidRDefault="00B15C82" w:rsidP="00B15C82">
            <w:pPr>
              <w:spacing w:after="0" w:line="240" w:lineRule="auto"/>
              <w:jc w:val="center"/>
              <w:rPr>
                <w:noProof/>
                <w:sz w:val="20"/>
                <w:szCs w:val="20"/>
              </w:rPr>
            </w:pPr>
            <w:r w:rsidRPr="00F51F43">
              <w:rPr>
                <w:noProof/>
                <w:sz w:val="20"/>
                <w:szCs w:val="20"/>
              </w:rPr>
              <w:t>„ISKRICA“ ĐELEKOVEC</w:t>
            </w:r>
          </w:p>
        </w:tc>
        <w:tc>
          <w:tcPr>
            <w:tcW w:w="2342" w:type="dxa"/>
            <w:tcMar>
              <w:top w:w="80" w:type="dxa"/>
              <w:left w:w="80" w:type="dxa"/>
              <w:bottom w:w="80" w:type="dxa"/>
              <w:right w:w="80" w:type="dxa"/>
            </w:tcMar>
            <w:vAlign w:val="center"/>
          </w:tcPr>
          <w:p w14:paraId="22DBCB16" w14:textId="77777777" w:rsidR="00B15C82" w:rsidRPr="00F51F43" w:rsidRDefault="00B15C82" w:rsidP="00B15C82">
            <w:pPr>
              <w:spacing w:after="0" w:line="240" w:lineRule="auto"/>
              <w:jc w:val="center"/>
              <w:rPr>
                <w:noProof/>
                <w:sz w:val="20"/>
                <w:szCs w:val="20"/>
              </w:rPr>
            </w:pPr>
            <w:r w:rsidRPr="00F51F43">
              <w:rPr>
                <w:noProof/>
                <w:sz w:val="20"/>
                <w:szCs w:val="20"/>
              </w:rPr>
              <w:t>MIRKA VIRIUSA 28</w:t>
            </w:r>
          </w:p>
          <w:p w14:paraId="650AC1EA" w14:textId="77777777" w:rsidR="00B15C82" w:rsidRPr="00F51F43" w:rsidRDefault="00B15C82" w:rsidP="00B15C82">
            <w:pPr>
              <w:spacing w:after="0" w:line="240" w:lineRule="auto"/>
              <w:jc w:val="center"/>
              <w:rPr>
                <w:noProof/>
                <w:sz w:val="20"/>
                <w:szCs w:val="20"/>
              </w:rPr>
            </w:pPr>
            <w:r w:rsidRPr="00F51F43">
              <w:rPr>
                <w:noProof/>
                <w:sz w:val="20"/>
                <w:szCs w:val="20"/>
              </w:rPr>
              <w:t>48316 ĐELEKOVEC</w:t>
            </w:r>
          </w:p>
        </w:tc>
        <w:tc>
          <w:tcPr>
            <w:tcW w:w="1466" w:type="dxa"/>
            <w:tcMar>
              <w:top w:w="80" w:type="dxa"/>
              <w:left w:w="80" w:type="dxa"/>
              <w:bottom w:w="80" w:type="dxa"/>
              <w:right w:w="80" w:type="dxa"/>
            </w:tcMar>
            <w:vAlign w:val="center"/>
          </w:tcPr>
          <w:p w14:paraId="68BE0D50" w14:textId="77777777" w:rsidR="00B15C82" w:rsidRPr="00F51F43" w:rsidRDefault="00B15C82" w:rsidP="00B15C82">
            <w:pPr>
              <w:spacing w:after="0" w:line="240" w:lineRule="auto"/>
              <w:jc w:val="center"/>
              <w:rPr>
                <w:noProof/>
                <w:sz w:val="20"/>
                <w:szCs w:val="20"/>
              </w:rPr>
            </w:pPr>
            <w:r w:rsidRPr="00F51F43">
              <w:rPr>
                <w:noProof/>
                <w:sz w:val="20"/>
                <w:szCs w:val="20"/>
              </w:rPr>
              <w:t>048 834 553</w:t>
            </w:r>
          </w:p>
          <w:p w14:paraId="5E11B810" w14:textId="77777777" w:rsidR="00B15C82" w:rsidRPr="00F51F43" w:rsidRDefault="00B15C82" w:rsidP="00B15C82">
            <w:pPr>
              <w:spacing w:after="0" w:line="240" w:lineRule="auto"/>
              <w:jc w:val="center"/>
              <w:rPr>
                <w:noProof/>
                <w:sz w:val="20"/>
                <w:szCs w:val="20"/>
              </w:rPr>
            </w:pPr>
            <w:r w:rsidRPr="00F51F43">
              <w:rPr>
                <w:noProof/>
                <w:sz w:val="20"/>
                <w:szCs w:val="20"/>
              </w:rPr>
              <w:t>095 820 3615</w:t>
            </w:r>
          </w:p>
        </w:tc>
        <w:tc>
          <w:tcPr>
            <w:tcW w:w="3178" w:type="dxa"/>
            <w:tcMar>
              <w:top w:w="80" w:type="dxa"/>
              <w:left w:w="80" w:type="dxa"/>
              <w:bottom w:w="80" w:type="dxa"/>
              <w:right w:w="80" w:type="dxa"/>
            </w:tcMar>
            <w:vAlign w:val="center"/>
          </w:tcPr>
          <w:p w14:paraId="68CF1D45" w14:textId="77777777" w:rsidR="00B15C82" w:rsidRPr="00F51F43" w:rsidRDefault="00B15C82" w:rsidP="00B15C82">
            <w:pPr>
              <w:spacing w:after="0" w:line="240" w:lineRule="auto"/>
              <w:jc w:val="center"/>
              <w:rPr>
                <w:noProof/>
                <w:sz w:val="20"/>
                <w:szCs w:val="20"/>
              </w:rPr>
            </w:pPr>
            <w:r w:rsidRPr="00F51F43">
              <w:rPr>
                <w:noProof/>
                <w:sz w:val="20"/>
                <w:szCs w:val="20"/>
              </w:rPr>
              <w:t>djecji.vrtic.iskrica@gmail.com</w:t>
            </w:r>
          </w:p>
        </w:tc>
      </w:tr>
      <w:tr w:rsidR="001A029B" w:rsidRPr="00F51F43" w14:paraId="301C7FB2" w14:textId="77777777" w:rsidTr="00115B75">
        <w:trPr>
          <w:cantSplit/>
          <w:jc w:val="center"/>
        </w:trPr>
        <w:tc>
          <w:tcPr>
            <w:tcW w:w="2302" w:type="dxa"/>
            <w:tcMar>
              <w:top w:w="80" w:type="dxa"/>
              <w:left w:w="80" w:type="dxa"/>
              <w:bottom w:w="80" w:type="dxa"/>
              <w:right w:w="80" w:type="dxa"/>
            </w:tcMar>
            <w:vAlign w:val="center"/>
          </w:tcPr>
          <w:p w14:paraId="3C1E6FCC" w14:textId="77777777" w:rsidR="00B15C82" w:rsidRPr="00F51F43" w:rsidRDefault="00B15C82" w:rsidP="00B15C82">
            <w:pPr>
              <w:spacing w:after="0" w:line="240" w:lineRule="auto"/>
              <w:jc w:val="center"/>
              <w:rPr>
                <w:noProof/>
                <w:sz w:val="20"/>
                <w:szCs w:val="20"/>
              </w:rPr>
            </w:pPr>
            <w:r w:rsidRPr="00F51F43">
              <w:rPr>
                <w:noProof/>
                <w:sz w:val="20"/>
                <w:szCs w:val="20"/>
              </w:rPr>
              <w:t>„IVANČICA“ KOPRIVNIČKI IVANEC</w:t>
            </w:r>
          </w:p>
        </w:tc>
        <w:tc>
          <w:tcPr>
            <w:tcW w:w="2342" w:type="dxa"/>
            <w:tcMar>
              <w:top w:w="80" w:type="dxa"/>
              <w:left w:w="80" w:type="dxa"/>
              <w:bottom w:w="80" w:type="dxa"/>
              <w:right w:w="80" w:type="dxa"/>
            </w:tcMar>
            <w:vAlign w:val="center"/>
          </w:tcPr>
          <w:p w14:paraId="76B3A911" w14:textId="77777777" w:rsidR="00B15C82" w:rsidRPr="00F51F43" w:rsidRDefault="00115B75" w:rsidP="00B15C82">
            <w:pPr>
              <w:spacing w:after="0" w:line="240" w:lineRule="auto"/>
              <w:jc w:val="center"/>
              <w:rPr>
                <w:noProof/>
                <w:sz w:val="20"/>
                <w:szCs w:val="20"/>
              </w:rPr>
            </w:pPr>
            <w:r w:rsidRPr="00F51F43">
              <w:rPr>
                <w:noProof/>
                <w:sz w:val="20"/>
                <w:szCs w:val="20"/>
              </w:rPr>
              <w:t>KOPRIVNIČKA ULICA 27</w:t>
            </w:r>
          </w:p>
          <w:p w14:paraId="6569E7B6" w14:textId="77777777" w:rsidR="00B15C82" w:rsidRPr="00F51F43" w:rsidRDefault="00B15C82" w:rsidP="00B15C82">
            <w:pPr>
              <w:spacing w:after="0" w:line="240" w:lineRule="auto"/>
              <w:jc w:val="center"/>
              <w:rPr>
                <w:noProof/>
                <w:sz w:val="20"/>
                <w:szCs w:val="20"/>
              </w:rPr>
            </w:pPr>
            <w:r w:rsidRPr="00F51F43">
              <w:rPr>
                <w:noProof/>
                <w:sz w:val="20"/>
                <w:szCs w:val="20"/>
              </w:rPr>
              <w:t>48314 KOPRIVNIČKI IVANEC</w:t>
            </w:r>
          </w:p>
        </w:tc>
        <w:tc>
          <w:tcPr>
            <w:tcW w:w="1466" w:type="dxa"/>
            <w:tcMar>
              <w:top w:w="80" w:type="dxa"/>
              <w:left w:w="80" w:type="dxa"/>
              <w:bottom w:w="80" w:type="dxa"/>
              <w:right w:w="80" w:type="dxa"/>
            </w:tcMar>
            <w:vAlign w:val="center"/>
          </w:tcPr>
          <w:p w14:paraId="2AEB18BF" w14:textId="77777777" w:rsidR="00B15C82" w:rsidRPr="00F51F43" w:rsidRDefault="00B15C82" w:rsidP="00B15C82">
            <w:pPr>
              <w:shd w:val="clear" w:color="auto" w:fill="FFFFFF"/>
              <w:spacing w:after="0" w:line="240" w:lineRule="auto"/>
              <w:jc w:val="center"/>
              <w:rPr>
                <w:noProof/>
                <w:sz w:val="20"/>
                <w:szCs w:val="20"/>
              </w:rPr>
            </w:pPr>
            <w:r w:rsidRPr="00F51F43">
              <w:rPr>
                <w:noProof/>
                <w:sz w:val="20"/>
                <w:szCs w:val="20"/>
              </w:rPr>
              <w:t>048 638 339</w:t>
            </w:r>
          </w:p>
          <w:p w14:paraId="182112E2" w14:textId="77777777" w:rsidR="00B15C82" w:rsidRPr="00F51F43" w:rsidRDefault="00B15C82" w:rsidP="00B15C82">
            <w:pPr>
              <w:shd w:val="clear" w:color="auto" w:fill="FFFFFF"/>
              <w:spacing w:after="0" w:line="240" w:lineRule="auto"/>
              <w:jc w:val="center"/>
              <w:rPr>
                <w:noProof/>
                <w:sz w:val="20"/>
                <w:szCs w:val="20"/>
              </w:rPr>
            </w:pPr>
            <w:r w:rsidRPr="00F51F43">
              <w:rPr>
                <w:noProof/>
                <w:sz w:val="20"/>
                <w:szCs w:val="20"/>
              </w:rPr>
              <w:t>099 401 2026</w:t>
            </w:r>
          </w:p>
        </w:tc>
        <w:tc>
          <w:tcPr>
            <w:tcW w:w="3178" w:type="dxa"/>
            <w:tcMar>
              <w:top w:w="80" w:type="dxa"/>
              <w:left w:w="80" w:type="dxa"/>
              <w:bottom w:w="80" w:type="dxa"/>
              <w:right w:w="80" w:type="dxa"/>
            </w:tcMar>
            <w:vAlign w:val="center"/>
          </w:tcPr>
          <w:p w14:paraId="47DE241E" w14:textId="77777777" w:rsidR="00B15C82" w:rsidRPr="00F51F43" w:rsidRDefault="00A91286" w:rsidP="00B15C82">
            <w:pPr>
              <w:spacing w:after="0" w:line="240" w:lineRule="auto"/>
              <w:jc w:val="center"/>
              <w:rPr>
                <w:noProof/>
                <w:sz w:val="20"/>
                <w:szCs w:val="20"/>
              </w:rPr>
            </w:pPr>
            <w:hyperlink r:id="rId10" w:tgtFrame="_blank" w:history="1">
              <w:r w:rsidR="00B15C82" w:rsidRPr="00F51F43">
                <w:rPr>
                  <w:noProof/>
                  <w:sz w:val="20"/>
                  <w:szCs w:val="20"/>
                </w:rPr>
                <w:t>vrtic.ivancica.ivanec@gmail.com</w:t>
              </w:r>
            </w:hyperlink>
          </w:p>
        </w:tc>
      </w:tr>
      <w:tr w:rsidR="001A029B" w:rsidRPr="00F51F43" w14:paraId="34A61DC8" w14:textId="77777777" w:rsidTr="00115B75">
        <w:trPr>
          <w:cantSplit/>
          <w:jc w:val="center"/>
        </w:trPr>
        <w:tc>
          <w:tcPr>
            <w:tcW w:w="2302" w:type="dxa"/>
            <w:tcMar>
              <w:top w:w="80" w:type="dxa"/>
              <w:left w:w="80" w:type="dxa"/>
              <w:bottom w:w="80" w:type="dxa"/>
              <w:right w:w="80" w:type="dxa"/>
            </w:tcMar>
            <w:vAlign w:val="center"/>
          </w:tcPr>
          <w:p w14:paraId="505B9F9D" w14:textId="77777777" w:rsidR="00BE6897" w:rsidRPr="00F51F43" w:rsidRDefault="00BE6897" w:rsidP="00B15C82">
            <w:pPr>
              <w:spacing w:after="0" w:line="240" w:lineRule="auto"/>
              <w:jc w:val="center"/>
              <w:rPr>
                <w:noProof/>
                <w:sz w:val="20"/>
                <w:szCs w:val="20"/>
              </w:rPr>
            </w:pPr>
            <w:r w:rsidRPr="00F51F43">
              <w:rPr>
                <w:noProof/>
                <w:sz w:val="20"/>
                <w:szCs w:val="20"/>
              </w:rPr>
              <w:t>„IVANČICA“ KOPRIVNIČKI IVANEC</w:t>
            </w:r>
          </w:p>
        </w:tc>
        <w:tc>
          <w:tcPr>
            <w:tcW w:w="2342" w:type="dxa"/>
            <w:tcMar>
              <w:top w:w="80" w:type="dxa"/>
              <w:left w:w="80" w:type="dxa"/>
              <w:bottom w:w="80" w:type="dxa"/>
              <w:right w:w="80" w:type="dxa"/>
            </w:tcMar>
            <w:vAlign w:val="center"/>
          </w:tcPr>
          <w:p w14:paraId="66071C9B" w14:textId="77777777" w:rsidR="00BE6897" w:rsidRPr="00F51F43" w:rsidRDefault="00BE6897" w:rsidP="00B15C82">
            <w:pPr>
              <w:spacing w:after="0" w:line="240" w:lineRule="auto"/>
              <w:jc w:val="center"/>
              <w:rPr>
                <w:noProof/>
                <w:sz w:val="20"/>
                <w:szCs w:val="20"/>
              </w:rPr>
            </w:pPr>
            <w:r w:rsidRPr="00F51F43">
              <w:rPr>
                <w:noProof/>
                <w:sz w:val="20"/>
                <w:szCs w:val="20"/>
              </w:rPr>
              <w:t>VINOGRADSKA ULICA 28A</w:t>
            </w:r>
          </w:p>
          <w:p w14:paraId="39E14698" w14:textId="77777777" w:rsidR="00BE6897" w:rsidRPr="00F51F43" w:rsidRDefault="00BE6897" w:rsidP="00B15C82">
            <w:pPr>
              <w:spacing w:after="0" w:line="240" w:lineRule="auto"/>
              <w:jc w:val="center"/>
              <w:rPr>
                <w:noProof/>
                <w:sz w:val="20"/>
                <w:szCs w:val="20"/>
              </w:rPr>
            </w:pPr>
            <w:r w:rsidRPr="00F51F43">
              <w:rPr>
                <w:noProof/>
                <w:sz w:val="20"/>
                <w:szCs w:val="20"/>
              </w:rPr>
              <w:t>48314 KOPRIVNIČKI IVANEC</w:t>
            </w:r>
          </w:p>
        </w:tc>
        <w:tc>
          <w:tcPr>
            <w:tcW w:w="1466" w:type="dxa"/>
            <w:tcMar>
              <w:top w:w="80" w:type="dxa"/>
              <w:left w:w="80" w:type="dxa"/>
              <w:bottom w:w="80" w:type="dxa"/>
              <w:right w:w="80" w:type="dxa"/>
            </w:tcMar>
            <w:vAlign w:val="center"/>
          </w:tcPr>
          <w:p w14:paraId="125DF85C" w14:textId="77777777" w:rsidR="00BE6897" w:rsidRPr="00F51F43" w:rsidRDefault="0056585F" w:rsidP="00B15C82">
            <w:pPr>
              <w:shd w:val="clear" w:color="auto" w:fill="FFFFFF"/>
              <w:spacing w:after="0" w:line="240" w:lineRule="auto"/>
              <w:jc w:val="center"/>
              <w:rPr>
                <w:noProof/>
                <w:sz w:val="20"/>
                <w:szCs w:val="20"/>
              </w:rPr>
            </w:pPr>
            <w:r w:rsidRPr="00F51F43">
              <w:rPr>
                <w:noProof/>
                <w:sz w:val="20"/>
                <w:szCs w:val="20"/>
              </w:rPr>
              <w:t>048 733 224</w:t>
            </w:r>
          </w:p>
        </w:tc>
        <w:tc>
          <w:tcPr>
            <w:tcW w:w="3178" w:type="dxa"/>
            <w:tcMar>
              <w:top w:w="80" w:type="dxa"/>
              <w:left w:w="80" w:type="dxa"/>
              <w:bottom w:w="80" w:type="dxa"/>
              <w:right w:w="80" w:type="dxa"/>
            </w:tcMar>
            <w:vAlign w:val="center"/>
          </w:tcPr>
          <w:p w14:paraId="3A0D8B4F" w14:textId="77777777" w:rsidR="00BE6897" w:rsidRPr="00F51F43" w:rsidRDefault="00BE6897" w:rsidP="00B15C82">
            <w:pPr>
              <w:spacing w:after="0" w:line="240" w:lineRule="auto"/>
              <w:jc w:val="center"/>
              <w:rPr>
                <w:noProof/>
                <w:sz w:val="20"/>
                <w:szCs w:val="20"/>
              </w:rPr>
            </w:pPr>
            <w:r w:rsidRPr="00F51F43">
              <w:rPr>
                <w:noProof/>
                <w:sz w:val="20"/>
                <w:szCs w:val="20"/>
              </w:rPr>
              <w:t>djecjivrticivancica2@gmail.com</w:t>
            </w:r>
          </w:p>
        </w:tc>
      </w:tr>
      <w:tr w:rsidR="001A029B" w:rsidRPr="00F51F43" w14:paraId="590CA2F8" w14:textId="77777777" w:rsidTr="00115B75">
        <w:trPr>
          <w:cantSplit/>
          <w:jc w:val="center"/>
        </w:trPr>
        <w:tc>
          <w:tcPr>
            <w:tcW w:w="2302" w:type="dxa"/>
            <w:tcMar>
              <w:top w:w="80" w:type="dxa"/>
              <w:left w:w="80" w:type="dxa"/>
              <w:bottom w:w="80" w:type="dxa"/>
              <w:right w:w="80" w:type="dxa"/>
            </w:tcMar>
            <w:vAlign w:val="center"/>
          </w:tcPr>
          <w:p w14:paraId="63D15174" w14:textId="77777777" w:rsidR="00B15C82" w:rsidRPr="00F51F43" w:rsidRDefault="00B15C82" w:rsidP="00B15C82">
            <w:pPr>
              <w:spacing w:after="0" w:line="240" w:lineRule="auto"/>
              <w:jc w:val="center"/>
              <w:rPr>
                <w:noProof/>
                <w:sz w:val="20"/>
                <w:szCs w:val="20"/>
              </w:rPr>
            </w:pPr>
            <w:r w:rsidRPr="00F51F43">
              <w:rPr>
                <w:noProof/>
                <w:sz w:val="20"/>
                <w:szCs w:val="20"/>
              </w:rPr>
              <w:t>„POTOČIĆ“ KOPRIVNIČKI BREGI</w:t>
            </w:r>
          </w:p>
        </w:tc>
        <w:tc>
          <w:tcPr>
            <w:tcW w:w="2342" w:type="dxa"/>
            <w:tcMar>
              <w:top w:w="80" w:type="dxa"/>
              <w:left w:w="80" w:type="dxa"/>
              <w:bottom w:w="80" w:type="dxa"/>
              <w:right w:w="80" w:type="dxa"/>
            </w:tcMar>
            <w:vAlign w:val="center"/>
          </w:tcPr>
          <w:p w14:paraId="702EBA23" w14:textId="77777777" w:rsidR="00B15C82" w:rsidRPr="00F51F43" w:rsidRDefault="00B15C82" w:rsidP="00B15C82">
            <w:pPr>
              <w:spacing w:after="0" w:line="240" w:lineRule="auto"/>
              <w:jc w:val="center"/>
              <w:rPr>
                <w:noProof/>
                <w:sz w:val="20"/>
                <w:szCs w:val="20"/>
              </w:rPr>
            </w:pPr>
            <w:r w:rsidRPr="00F51F43">
              <w:rPr>
                <w:noProof/>
                <w:sz w:val="20"/>
                <w:szCs w:val="20"/>
              </w:rPr>
              <w:t>TRG SVETOG ROKA 2</w:t>
            </w:r>
          </w:p>
          <w:p w14:paraId="4BA7B93D" w14:textId="77777777" w:rsidR="00B15C82" w:rsidRPr="00F51F43" w:rsidRDefault="00B15C82" w:rsidP="00B15C82">
            <w:pPr>
              <w:spacing w:after="0" w:line="240" w:lineRule="auto"/>
              <w:jc w:val="center"/>
              <w:rPr>
                <w:noProof/>
                <w:sz w:val="20"/>
                <w:szCs w:val="20"/>
              </w:rPr>
            </w:pPr>
            <w:r w:rsidRPr="00F51F43">
              <w:rPr>
                <w:noProof/>
                <w:sz w:val="20"/>
                <w:szCs w:val="20"/>
              </w:rPr>
              <w:t>48324 KOPRIVNIČKI BREGI</w:t>
            </w:r>
          </w:p>
        </w:tc>
        <w:tc>
          <w:tcPr>
            <w:tcW w:w="1466" w:type="dxa"/>
            <w:tcMar>
              <w:top w:w="80" w:type="dxa"/>
              <w:left w:w="80" w:type="dxa"/>
              <w:bottom w:w="80" w:type="dxa"/>
              <w:right w:w="80" w:type="dxa"/>
            </w:tcMar>
            <w:vAlign w:val="center"/>
          </w:tcPr>
          <w:p w14:paraId="7C7A41FB" w14:textId="77777777" w:rsidR="00B15C82" w:rsidRPr="00F51F43" w:rsidRDefault="00B15C82" w:rsidP="00B15C82">
            <w:pPr>
              <w:spacing w:after="0" w:line="240" w:lineRule="auto"/>
              <w:jc w:val="center"/>
              <w:rPr>
                <w:noProof/>
                <w:sz w:val="20"/>
                <w:szCs w:val="20"/>
              </w:rPr>
            </w:pPr>
            <w:r w:rsidRPr="00F51F43">
              <w:rPr>
                <w:noProof/>
                <w:sz w:val="20"/>
                <w:szCs w:val="20"/>
              </w:rPr>
              <w:t>048 810 224</w:t>
            </w:r>
          </w:p>
          <w:p w14:paraId="79423ECE" w14:textId="77777777" w:rsidR="00B15C82" w:rsidRPr="00F51F43" w:rsidRDefault="00115B75" w:rsidP="00B15C82">
            <w:pPr>
              <w:spacing w:after="0" w:line="240" w:lineRule="auto"/>
              <w:jc w:val="center"/>
              <w:rPr>
                <w:noProof/>
                <w:sz w:val="20"/>
                <w:szCs w:val="20"/>
              </w:rPr>
            </w:pPr>
            <w:r w:rsidRPr="00F51F43">
              <w:rPr>
                <w:noProof/>
                <w:sz w:val="20"/>
                <w:szCs w:val="20"/>
              </w:rPr>
              <w:t xml:space="preserve">095 </w:t>
            </w:r>
            <w:r w:rsidR="00B15C82" w:rsidRPr="00F51F43">
              <w:rPr>
                <w:noProof/>
                <w:sz w:val="20"/>
                <w:szCs w:val="20"/>
              </w:rPr>
              <w:t>511 0816</w:t>
            </w:r>
          </w:p>
        </w:tc>
        <w:tc>
          <w:tcPr>
            <w:tcW w:w="3178" w:type="dxa"/>
            <w:tcMar>
              <w:top w:w="80" w:type="dxa"/>
              <w:left w:w="80" w:type="dxa"/>
              <w:bottom w:w="80" w:type="dxa"/>
              <w:right w:w="80" w:type="dxa"/>
            </w:tcMar>
            <w:vAlign w:val="center"/>
          </w:tcPr>
          <w:p w14:paraId="7D705227" w14:textId="77777777" w:rsidR="00B15C82" w:rsidRPr="00F51F43" w:rsidRDefault="00A91286" w:rsidP="00B15C82">
            <w:pPr>
              <w:spacing w:after="0" w:line="240" w:lineRule="auto"/>
              <w:jc w:val="center"/>
              <w:rPr>
                <w:noProof/>
                <w:sz w:val="20"/>
                <w:szCs w:val="20"/>
              </w:rPr>
            </w:pPr>
            <w:hyperlink r:id="rId11">
              <w:r w:rsidR="00B15C82" w:rsidRPr="00F51F43">
                <w:rPr>
                  <w:noProof/>
                  <w:sz w:val="20"/>
                  <w:szCs w:val="20"/>
                </w:rPr>
                <w:t>dvpotocickopbregi@gmail.com</w:t>
              </w:r>
            </w:hyperlink>
          </w:p>
        </w:tc>
      </w:tr>
      <w:tr w:rsidR="001A029B" w:rsidRPr="00F51F43" w14:paraId="4826F7BD" w14:textId="77777777" w:rsidTr="00115B75">
        <w:trPr>
          <w:cantSplit/>
          <w:jc w:val="center"/>
        </w:trPr>
        <w:tc>
          <w:tcPr>
            <w:tcW w:w="2302" w:type="dxa"/>
            <w:tcMar>
              <w:top w:w="80" w:type="dxa"/>
              <w:left w:w="80" w:type="dxa"/>
              <w:bottom w:w="80" w:type="dxa"/>
              <w:right w:w="80" w:type="dxa"/>
            </w:tcMar>
            <w:vAlign w:val="center"/>
          </w:tcPr>
          <w:p w14:paraId="54D4E739" w14:textId="77777777" w:rsidR="00B15C82" w:rsidRPr="00F51F43" w:rsidRDefault="00B15C82" w:rsidP="00B15C82">
            <w:pPr>
              <w:spacing w:after="0" w:line="240" w:lineRule="auto"/>
              <w:jc w:val="center"/>
              <w:rPr>
                <w:noProof/>
                <w:sz w:val="20"/>
                <w:szCs w:val="20"/>
              </w:rPr>
            </w:pPr>
            <w:r w:rsidRPr="00F51F43">
              <w:rPr>
                <w:noProof/>
                <w:sz w:val="20"/>
                <w:szCs w:val="20"/>
              </w:rPr>
              <w:lastRenderedPageBreak/>
              <w:t>„ZVONČIĆ“ GOLA</w:t>
            </w:r>
          </w:p>
        </w:tc>
        <w:tc>
          <w:tcPr>
            <w:tcW w:w="2342" w:type="dxa"/>
            <w:tcMar>
              <w:top w:w="80" w:type="dxa"/>
              <w:left w:w="80" w:type="dxa"/>
              <w:bottom w:w="80" w:type="dxa"/>
              <w:right w:w="80" w:type="dxa"/>
            </w:tcMar>
            <w:vAlign w:val="center"/>
          </w:tcPr>
          <w:p w14:paraId="06B75B77" w14:textId="77777777" w:rsidR="00B15C82" w:rsidRPr="00F51F43" w:rsidRDefault="00B15C82" w:rsidP="00B15C82">
            <w:pPr>
              <w:spacing w:after="0" w:line="240" w:lineRule="auto"/>
              <w:jc w:val="center"/>
              <w:rPr>
                <w:noProof/>
                <w:sz w:val="20"/>
                <w:szCs w:val="20"/>
              </w:rPr>
            </w:pPr>
            <w:r w:rsidRPr="00F51F43">
              <w:rPr>
                <w:noProof/>
                <w:sz w:val="20"/>
                <w:szCs w:val="20"/>
              </w:rPr>
              <w:t>TRG KARDINALA ALOJZIJA STEPINCA 4a</w:t>
            </w:r>
          </w:p>
          <w:p w14:paraId="433C8AF8" w14:textId="77777777" w:rsidR="00B15C82" w:rsidRPr="00F51F43" w:rsidRDefault="00B15C82" w:rsidP="00B15C82">
            <w:pPr>
              <w:spacing w:after="0" w:line="240" w:lineRule="auto"/>
              <w:jc w:val="center"/>
              <w:rPr>
                <w:noProof/>
                <w:sz w:val="20"/>
                <w:szCs w:val="20"/>
              </w:rPr>
            </w:pPr>
            <w:r w:rsidRPr="00F51F43">
              <w:rPr>
                <w:noProof/>
                <w:sz w:val="20"/>
                <w:szCs w:val="20"/>
              </w:rPr>
              <w:t>48331 GOLA</w:t>
            </w:r>
          </w:p>
        </w:tc>
        <w:tc>
          <w:tcPr>
            <w:tcW w:w="1466" w:type="dxa"/>
            <w:tcMar>
              <w:top w:w="80" w:type="dxa"/>
              <w:left w:w="80" w:type="dxa"/>
              <w:bottom w:w="80" w:type="dxa"/>
              <w:right w:w="80" w:type="dxa"/>
            </w:tcMar>
            <w:vAlign w:val="center"/>
          </w:tcPr>
          <w:p w14:paraId="04AC226A" w14:textId="77777777" w:rsidR="00B15C82" w:rsidRPr="00F51F43" w:rsidRDefault="00B15C82" w:rsidP="00B15C82">
            <w:pPr>
              <w:spacing w:after="0" w:line="240" w:lineRule="auto"/>
              <w:jc w:val="center"/>
              <w:rPr>
                <w:noProof/>
                <w:sz w:val="20"/>
                <w:szCs w:val="20"/>
              </w:rPr>
            </w:pPr>
            <w:r w:rsidRPr="00F51F43">
              <w:rPr>
                <w:noProof/>
                <w:sz w:val="20"/>
                <w:szCs w:val="20"/>
              </w:rPr>
              <w:t>048 833 403</w:t>
            </w:r>
          </w:p>
          <w:p w14:paraId="5AB0F993" w14:textId="77777777" w:rsidR="00B15C82" w:rsidRPr="00F51F43" w:rsidRDefault="00B15C82" w:rsidP="00B15C82">
            <w:pPr>
              <w:spacing w:after="0" w:line="240" w:lineRule="auto"/>
              <w:jc w:val="center"/>
              <w:rPr>
                <w:noProof/>
                <w:sz w:val="20"/>
                <w:szCs w:val="20"/>
              </w:rPr>
            </w:pPr>
            <w:r w:rsidRPr="00F51F43">
              <w:rPr>
                <w:noProof/>
                <w:sz w:val="20"/>
                <w:szCs w:val="20"/>
              </w:rPr>
              <w:t>099 401</w:t>
            </w:r>
            <w:r w:rsidR="00115B75" w:rsidRPr="00F51F43">
              <w:rPr>
                <w:noProof/>
                <w:sz w:val="20"/>
                <w:szCs w:val="20"/>
              </w:rPr>
              <w:t xml:space="preserve"> </w:t>
            </w:r>
            <w:r w:rsidRPr="00F51F43">
              <w:rPr>
                <w:noProof/>
                <w:sz w:val="20"/>
                <w:szCs w:val="20"/>
              </w:rPr>
              <w:t>2028</w:t>
            </w:r>
          </w:p>
        </w:tc>
        <w:tc>
          <w:tcPr>
            <w:tcW w:w="3178" w:type="dxa"/>
            <w:tcMar>
              <w:top w:w="80" w:type="dxa"/>
              <w:left w:w="80" w:type="dxa"/>
              <w:bottom w:w="80" w:type="dxa"/>
              <w:right w:w="80" w:type="dxa"/>
            </w:tcMar>
            <w:vAlign w:val="center"/>
          </w:tcPr>
          <w:p w14:paraId="526357AA" w14:textId="77777777" w:rsidR="00B15C82" w:rsidRPr="00F51F43" w:rsidRDefault="00B15C82" w:rsidP="00B15C82">
            <w:pPr>
              <w:spacing w:after="0" w:line="240" w:lineRule="auto"/>
              <w:jc w:val="center"/>
              <w:rPr>
                <w:noProof/>
                <w:sz w:val="20"/>
                <w:szCs w:val="20"/>
              </w:rPr>
            </w:pPr>
            <w:r w:rsidRPr="00F51F43">
              <w:rPr>
                <w:noProof/>
                <w:sz w:val="20"/>
                <w:szCs w:val="20"/>
              </w:rPr>
              <w:t>zvoncicgola@gmail.com</w:t>
            </w:r>
          </w:p>
        </w:tc>
      </w:tr>
      <w:tr w:rsidR="001A029B" w:rsidRPr="00F51F43" w14:paraId="5BBB5F93" w14:textId="77777777" w:rsidTr="00115B75">
        <w:trPr>
          <w:cantSplit/>
          <w:jc w:val="center"/>
        </w:trPr>
        <w:tc>
          <w:tcPr>
            <w:tcW w:w="2302" w:type="dxa"/>
            <w:tcMar>
              <w:top w:w="80" w:type="dxa"/>
              <w:left w:w="80" w:type="dxa"/>
              <w:bottom w:w="80" w:type="dxa"/>
              <w:right w:w="80" w:type="dxa"/>
            </w:tcMar>
            <w:vAlign w:val="center"/>
          </w:tcPr>
          <w:p w14:paraId="19FAE57B" w14:textId="77777777" w:rsidR="009049BF" w:rsidRPr="00F51F43" w:rsidRDefault="009049BF" w:rsidP="00B15C82">
            <w:pPr>
              <w:spacing w:after="0" w:line="240" w:lineRule="auto"/>
              <w:jc w:val="center"/>
              <w:rPr>
                <w:noProof/>
                <w:sz w:val="20"/>
                <w:szCs w:val="20"/>
              </w:rPr>
            </w:pPr>
            <w:r w:rsidRPr="00F51F43">
              <w:rPr>
                <w:noProof/>
                <w:sz w:val="20"/>
                <w:szCs w:val="20"/>
              </w:rPr>
              <w:t>„ZVONČIĆ“ GOLA – SKUPINA ZVJEZDICE</w:t>
            </w:r>
          </w:p>
        </w:tc>
        <w:tc>
          <w:tcPr>
            <w:tcW w:w="2342" w:type="dxa"/>
            <w:tcMar>
              <w:top w:w="80" w:type="dxa"/>
              <w:left w:w="80" w:type="dxa"/>
              <w:bottom w:w="80" w:type="dxa"/>
              <w:right w:w="80" w:type="dxa"/>
            </w:tcMar>
            <w:vAlign w:val="center"/>
          </w:tcPr>
          <w:p w14:paraId="49424EAA" w14:textId="77777777" w:rsidR="009049BF" w:rsidRPr="00F51F43" w:rsidRDefault="009049BF" w:rsidP="009049BF">
            <w:pPr>
              <w:spacing w:after="0" w:line="240" w:lineRule="auto"/>
              <w:jc w:val="center"/>
              <w:rPr>
                <w:noProof/>
                <w:sz w:val="20"/>
                <w:szCs w:val="20"/>
              </w:rPr>
            </w:pPr>
            <w:r w:rsidRPr="00F51F43">
              <w:rPr>
                <w:noProof/>
                <w:sz w:val="20"/>
                <w:szCs w:val="20"/>
              </w:rPr>
              <w:t>TRG KARDINALA ALOJZIJA STEPINCA 4a</w:t>
            </w:r>
          </w:p>
          <w:p w14:paraId="0FD0A554" w14:textId="77777777" w:rsidR="009049BF" w:rsidRPr="00F51F43" w:rsidRDefault="009049BF" w:rsidP="009049BF">
            <w:pPr>
              <w:spacing w:after="0" w:line="240" w:lineRule="auto"/>
              <w:jc w:val="center"/>
              <w:rPr>
                <w:noProof/>
                <w:sz w:val="20"/>
                <w:szCs w:val="20"/>
              </w:rPr>
            </w:pPr>
            <w:r w:rsidRPr="00F51F43">
              <w:rPr>
                <w:noProof/>
                <w:sz w:val="20"/>
                <w:szCs w:val="20"/>
              </w:rPr>
              <w:t>48331 GOLA</w:t>
            </w:r>
          </w:p>
        </w:tc>
        <w:tc>
          <w:tcPr>
            <w:tcW w:w="1466" w:type="dxa"/>
            <w:tcMar>
              <w:top w:w="80" w:type="dxa"/>
              <w:left w:w="80" w:type="dxa"/>
              <w:bottom w:w="80" w:type="dxa"/>
              <w:right w:w="80" w:type="dxa"/>
            </w:tcMar>
            <w:vAlign w:val="center"/>
          </w:tcPr>
          <w:p w14:paraId="52634BA0" w14:textId="77777777" w:rsidR="009049BF" w:rsidRPr="00F51F43" w:rsidRDefault="009049BF" w:rsidP="009049BF">
            <w:pPr>
              <w:spacing w:after="0" w:line="240" w:lineRule="auto"/>
              <w:jc w:val="center"/>
              <w:rPr>
                <w:noProof/>
                <w:sz w:val="20"/>
                <w:szCs w:val="20"/>
              </w:rPr>
            </w:pPr>
            <w:r w:rsidRPr="00F51F43">
              <w:rPr>
                <w:noProof/>
                <w:sz w:val="20"/>
                <w:szCs w:val="20"/>
              </w:rPr>
              <w:t>048 833 403</w:t>
            </w:r>
          </w:p>
          <w:p w14:paraId="4659173C" w14:textId="77777777" w:rsidR="009049BF" w:rsidRPr="00F51F43" w:rsidRDefault="002B57FD" w:rsidP="00B15C82">
            <w:pPr>
              <w:spacing w:after="0" w:line="240" w:lineRule="auto"/>
              <w:jc w:val="center"/>
              <w:rPr>
                <w:noProof/>
                <w:sz w:val="20"/>
                <w:szCs w:val="20"/>
              </w:rPr>
            </w:pPr>
            <w:r w:rsidRPr="00F51F43">
              <w:rPr>
                <w:noProof/>
                <w:sz w:val="20"/>
                <w:szCs w:val="20"/>
              </w:rPr>
              <w:t>099 401 2028</w:t>
            </w:r>
          </w:p>
        </w:tc>
        <w:tc>
          <w:tcPr>
            <w:tcW w:w="3178" w:type="dxa"/>
            <w:tcMar>
              <w:top w:w="80" w:type="dxa"/>
              <w:left w:w="80" w:type="dxa"/>
              <w:bottom w:w="80" w:type="dxa"/>
              <w:right w:w="80" w:type="dxa"/>
            </w:tcMar>
            <w:vAlign w:val="center"/>
          </w:tcPr>
          <w:p w14:paraId="62DD3807" w14:textId="77777777" w:rsidR="009049BF" w:rsidRPr="00F51F43" w:rsidRDefault="009049BF" w:rsidP="00B15C82">
            <w:pPr>
              <w:spacing w:after="0" w:line="240" w:lineRule="auto"/>
              <w:jc w:val="center"/>
              <w:rPr>
                <w:noProof/>
                <w:sz w:val="20"/>
                <w:szCs w:val="20"/>
              </w:rPr>
            </w:pPr>
            <w:r w:rsidRPr="00F51F43">
              <w:rPr>
                <w:noProof/>
                <w:sz w:val="20"/>
                <w:szCs w:val="20"/>
              </w:rPr>
              <w:t>zvjezdice.gola@gmail.com</w:t>
            </w:r>
          </w:p>
        </w:tc>
      </w:tr>
      <w:tr w:rsidR="001A029B" w:rsidRPr="00F51F43" w14:paraId="6FAFA63F" w14:textId="77777777" w:rsidTr="00115B75">
        <w:trPr>
          <w:cantSplit/>
          <w:jc w:val="center"/>
        </w:trPr>
        <w:tc>
          <w:tcPr>
            <w:tcW w:w="2302" w:type="dxa"/>
            <w:tcMar>
              <w:top w:w="80" w:type="dxa"/>
              <w:left w:w="80" w:type="dxa"/>
              <w:bottom w:w="80" w:type="dxa"/>
              <w:right w:w="80" w:type="dxa"/>
            </w:tcMar>
            <w:vAlign w:val="center"/>
          </w:tcPr>
          <w:p w14:paraId="3E4E6DFC" w14:textId="77777777" w:rsidR="000C3560" w:rsidRPr="00F51F43" w:rsidRDefault="000C3560" w:rsidP="00B15C82">
            <w:pPr>
              <w:spacing w:after="0" w:line="240" w:lineRule="auto"/>
              <w:jc w:val="center"/>
              <w:rPr>
                <w:noProof/>
                <w:sz w:val="20"/>
                <w:szCs w:val="20"/>
              </w:rPr>
            </w:pPr>
            <w:r w:rsidRPr="00F51F43">
              <w:rPr>
                <w:noProof/>
                <w:sz w:val="20"/>
                <w:szCs w:val="20"/>
              </w:rPr>
              <w:t>„ZVONČICA“ GOLA - SKUPINA</w:t>
            </w:r>
          </w:p>
          <w:p w14:paraId="61DE1F62" w14:textId="77777777" w:rsidR="00B15C82" w:rsidRPr="00F51F43" w:rsidRDefault="000C3560" w:rsidP="00B15C82">
            <w:pPr>
              <w:spacing w:after="0" w:line="240" w:lineRule="auto"/>
              <w:jc w:val="center"/>
              <w:rPr>
                <w:noProof/>
                <w:sz w:val="20"/>
                <w:szCs w:val="20"/>
              </w:rPr>
            </w:pPr>
            <w:r w:rsidRPr="00F51F43">
              <w:rPr>
                <w:noProof/>
                <w:sz w:val="20"/>
                <w:szCs w:val="20"/>
              </w:rPr>
              <w:t>VESELE RODE</w:t>
            </w:r>
          </w:p>
        </w:tc>
        <w:tc>
          <w:tcPr>
            <w:tcW w:w="2342" w:type="dxa"/>
            <w:tcMar>
              <w:top w:w="80" w:type="dxa"/>
              <w:left w:w="80" w:type="dxa"/>
              <w:bottom w:w="80" w:type="dxa"/>
              <w:right w:w="80" w:type="dxa"/>
            </w:tcMar>
            <w:vAlign w:val="center"/>
          </w:tcPr>
          <w:p w14:paraId="2166CD58" w14:textId="77777777" w:rsidR="00B15C82" w:rsidRPr="00F51F43" w:rsidRDefault="00B15C82" w:rsidP="00B15C82">
            <w:pPr>
              <w:spacing w:after="0" w:line="240" w:lineRule="auto"/>
              <w:jc w:val="center"/>
              <w:rPr>
                <w:noProof/>
                <w:sz w:val="20"/>
                <w:szCs w:val="20"/>
              </w:rPr>
            </w:pPr>
            <w:r w:rsidRPr="00F51F43">
              <w:rPr>
                <w:noProof/>
                <w:sz w:val="20"/>
                <w:szCs w:val="20"/>
              </w:rPr>
              <w:t>TRG KARDINALA ALOJZIJA STEPINCA 6</w:t>
            </w:r>
          </w:p>
          <w:p w14:paraId="7FE05B2B" w14:textId="77777777" w:rsidR="00B15C82" w:rsidRPr="00F51F43" w:rsidRDefault="00B15C82" w:rsidP="00B15C82">
            <w:pPr>
              <w:spacing w:after="0" w:line="240" w:lineRule="auto"/>
              <w:jc w:val="center"/>
              <w:rPr>
                <w:noProof/>
                <w:sz w:val="20"/>
                <w:szCs w:val="20"/>
              </w:rPr>
            </w:pPr>
            <w:r w:rsidRPr="00F51F43">
              <w:rPr>
                <w:noProof/>
                <w:sz w:val="20"/>
                <w:szCs w:val="20"/>
              </w:rPr>
              <w:t>48331 GOLA</w:t>
            </w:r>
          </w:p>
        </w:tc>
        <w:tc>
          <w:tcPr>
            <w:tcW w:w="1466" w:type="dxa"/>
            <w:tcMar>
              <w:top w:w="80" w:type="dxa"/>
              <w:left w:w="80" w:type="dxa"/>
              <w:bottom w:w="80" w:type="dxa"/>
              <w:right w:w="80" w:type="dxa"/>
            </w:tcMar>
            <w:vAlign w:val="center"/>
          </w:tcPr>
          <w:p w14:paraId="5D167548" w14:textId="77777777" w:rsidR="00B15C82" w:rsidRPr="00F51F43" w:rsidRDefault="00B15C82" w:rsidP="00B15C82">
            <w:pPr>
              <w:spacing w:after="0" w:line="240" w:lineRule="auto"/>
              <w:jc w:val="center"/>
              <w:rPr>
                <w:noProof/>
                <w:sz w:val="20"/>
                <w:szCs w:val="20"/>
              </w:rPr>
            </w:pPr>
            <w:r w:rsidRPr="00F51F43">
              <w:rPr>
                <w:noProof/>
                <w:sz w:val="20"/>
                <w:szCs w:val="20"/>
              </w:rPr>
              <w:t>095 820 3608</w:t>
            </w:r>
          </w:p>
        </w:tc>
        <w:tc>
          <w:tcPr>
            <w:tcW w:w="3178" w:type="dxa"/>
            <w:tcMar>
              <w:top w:w="80" w:type="dxa"/>
              <w:left w:w="80" w:type="dxa"/>
              <w:bottom w:w="80" w:type="dxa"/>
              <w:right w:w="80" w:type="dxa"/>
            </w:tcMar>
            <w:vAlign w:val="center"/>
          </w:tcPr>
          <w:p w14:paraId="419E4451" w14:textId="77777777" w:rsidR="00B15C82" w:rsidRPr="00F51F43" w:rsidRDefault="00B15C82" w:rsidP="00B15C82">
            <w:pPr>
              <w:spacing w:after="0" w:line="240" w:lineRule="auto"/>
              <w:jc w:val="center"/>
              <w:rPr>
                <w:noProof/>
                <w:sz w:val="20"/>
                <w:szCs w:val="20"/>
              </w:rPr>
            </w:pPr>
            <w:r w:rsidRPr="00F51F43">
              <w:rPr>
                <w:noProof/>
                <w:sz w:val="20"/>
                <w:szCs w:val="20"/>
              </w:rPr>
              <w:t>veselerode.gola18@gmail.com</w:t>
            </w:r>
          </w:p>
        </w:tc>
      </w:tr>
      <w:tr w:rsidR="001A029B" w:rsidRPr="00F51F43" w14:paraId="50BFFAAC" w14:textId="77777777" w:rsidTr="00115B75">
        <w:trPr>
          <w:cantSplit/>
          <w:jc w:val="center"/>
        </w:trPr>
        <w:tc>
          <w:tcPr>
            <w:tcW w:w="2302" w:type="dxa"/>
            <w:tcMar>
              <w:top w:w="80" w:type="dxa"/>
              <w:left w:w="80" w:type="dxa"/>
              <w:bottom w:w="80" w:type="dxa"/>
              <w:right w:w="80" w:type="dxa"/>
            </w:tcMar>
            <w:vAlign w:val="center"/>
          </w:tcPr>
          <w:p w14:paraId="4089C263" w14:textId="77777777" w:rsidR="00CC65EB" w:rsidRPr="00F51F43" w:rsidRDefault="00CC65EB" w:rsidP="00CC65EB">
            <w:pPr>
              <w:spacing w:after="0" w:line="240" w:lineRule="auto"/>
              <w:jc w:val="center"/>
              <w:rPr>
                <w:noProof/>
                <w:sz w:val="20"/>
                <w:szCs w:val="20"/>
              </w:rPr>
            </w:pPr>
            <w:r w:rsidRPr="00F51F43">
              <w:rPr>
                <w:noProof/>
                <w:sz w:val="20"/>
                <w:szCs w:val="20"/>
              </w:rPr>
              <w:t>„ZVONČICA“ GOLA - SKUPINA</w:t>
            </w:r>
          </w:p>
          <w:p w14:paraId="7FF32169" w14:textId="77777777" w:rsidR="00CC65EB" w:rsidRPr="00F51F43" w:rsidRDefault="00CC65EB" w:rsidP="00CC65EB">
            <w:pPr>
              <w:spacing w:after="0" w:line="240" w:lineRule="auto"/>
              <w:jc w:val="center"/>
              <w:rPr>
                <w:noProof/>
                <w:sz w:val="20"/>
                <w:szCs w:val="20"/>
              </w:rPr>
            </w:pPr>
            <w:r w:rsidRPr="00F51F43">
              <w:rPr>
                <w:noProof/>
                <w:sz w:val="20"/>
                <w:szCs w:val="20"/>
              </w:rPr>
              <w:t>PČELICE</w:t>
            </w:r>
          </w:p>
        </w:tc>
        <w:tc>
          <w:tcPr>
            <w:tcW w:w="2342" w:type="dxa"/>
            <w:tcMar>
              <w:top w:w="80" w:type="dxa"/>
              <w:left w:w="80" w:type="dxa"/>
              <w:bottom w:w="80" w:type="dxa"/>
              <w:right w:w="80" w:type="dxa"/>
            </w:tcMar>
            <w:vAlign w:val="center"/>
          </w:tcPr>
          <w:p w14:paraId="2D55A3FE" w14:textId="77777777" w:rsidR="00CC65EB" w:rsidRPr="00F51F43" w:rsidRDefault="00CC65EB" w:rsidP="00CC65EB">
            <w:pPr>
              <w:spacing w:after="0" w:line="240" w:lineRule="auto"/>
              <w:jc w:val="center"/>
              <w:rPr>
                <w:noProof/>
                <w:sz w:val="20"/>
                <w:szCs w:val="20"/>
              </w:rPr>
            </w:pPr>
            <w:r w:rsidRPr="00F51F43">
              <w:rPr>
                <w:noProof/>
                <w:sz w:val="20"/>
                <w:szCs w:val="20"/>
              </w:rPr>
              <w:t>TRG KARDINALA ALOJZIJA STEPINCA 6</w:t>
            </w:r>
          </w:p>
          <w:p w14:paraId="49812203" w14:textId="77777777" w:rsidR="00CC65EB" w:rsidRPr="00F51F43" w:rsidRDefault="00CC65EB" w:rsidP="00CC65EB">
            <w:pPr>
              <w:spacing w:after="0" w:line="240" w:lineRule="auto"/>
              <w:jc w:val="center"/>
              <w:rPr>
                <w:noProof/>
                <w:sz w:val="20"/>
                <w:szCs w:val="20"/>
              </w:rPr>
            </w:pPr>
            <w:r w:rsidRPr="00F51F43">
              <w:rPr>
                <w:noProof/>
                <w:sz w:val="20"/>
                <w:szCs w:val="20"/>
              </w:rPr>
              <w:t>48331 GOLA</w:t>
            </w:r>
          </w:p>
        </w:tc>
        <w:tc>
          <w:tcPr>
            <w:tcW w:w="1466" w:type="dxa"/>
            <w:tcMar>
              <w:top w:w="80" w:type="dxa"/>
              <w:left w:w="80" w:type="dxa"/>
              <w:bottom w:w="80" w:type="dxa"/>
              <w:right w:w="80" w:type="dxa"/>
            </w:tcMar>
            <w:vAlign w:val="center"/>
          </w:tcPr>
          <w:p w14:paraId="7A02A5A7" w14:textId="77777777" w:rsidR="00CC65EB" w:rsidRPr="00F51F43" w:rsidRDefault="00CC65EB" w:rsidP="00CC65EB">
            <w:pPr>
              <w:spacing w:after="0" w:line="240" w:lineRule="auto"/>
              <w:jc w:val="center"/>
              <w:rPr>
                <w:noProof/>
                <w:sz w:val="20"/>
                <w:szCs w:val="20"/>
              </w:rPr>
            </w:pPr>
            <w:r w:rsidRPr="00F51F43">
              <w:rPr>
                <w:noProof/>
                <w:sz w:val="20"/>
                <w:szCs w:val="20"/>
              </w:rPr>
              <w:t>048 625 553</w:t>
            </w:r>
          </w:p>
          <w:p w14:paraId="5299EC55" w14:textId="77777777" w:rsidR="00CC65EB" w:rsidRPr="00F51F43" w:rsidRDefault="00CC65EB" w:rsidP="00CC65EB">
            <w:pPr>
              <w:spacing w:after="0" w:line="240" w:lineRule="auto"/>
              <w:jc w:val="center"/>
              <w:rPr>
                <w:noProof/>
                <w:sz w:val="20"/>
                <w:szCs w:val="20"/>
              </w:rPr>
            </w:pPr>
            <w:r w:rsidRPr="00F51F43">
              <w:rPr>
                <w:noProof/>
                <w:sz w:val="20"/>
                <w:szCs w:val="20"/>
              </w:rPr>
              <w:t>095 820 3606</w:t>
            </w:r>
          </w:p>
        </w:tc>
        <w:tc>
          <w:tcPr>
            <w:tcW w:w="3178" w:type="dxa"/>
            <w:tcMar>
              <w:top w:w="80" w:type="dxa"/>
              <w:left w:w="80" w:type="dxa"/>
              <w:bottom w:w="80" w:type="dxa"/>
              <w:right w:w="80" w:type="dxa"/>
            </w:tcMar>
            <w:vAlign w:val="center"/>
          </w:tcPr>
          <w:p w14:paraId="760C4BAC" w14:textId="77777777" w:rsidR="00CC65EB" w:rsidRPr="00F51F43" w:rsidRDefault="00CC65EB" w:rsidP="00CC65EB">
            <w:pPr>
              <w:spacing w:after="0" w:line="240" w:lineRule="auto"/>
              <w:jc w:val="center"/>
              <w:rPr>
                <w:noProof/>
                <w:sz w:val="20"/>
                <w:szCs w:val="20"/>
              </w:rPr>
            </w:pPr>
            <w:r w:rsidRPr="00F51F43">
              <w:rPr>
                <w:noProof/>
                <w:sz w:val="20"/>
                <w:szCs w:val="20"/>
              </w:rPr>
              <w:t>pcelicegola@gmail.com</w:t>
            </w:r>
          </w:p>
        </w:tc>
      </w:tr>
      <w:tr w:rsidR="001A029B" w:rsidRPr="00F51F43" w14:paraId="13402BD2" w14:textId="77777777" w:rsidTr="00115B75">
        <w:trPr>
          <w:cantSplit/>
          <w:jc w:val="center"/>
        </w:trPr>
        <w:tc>
          <w:tcPr>
            <w:tcW w:w="2302" w:type="dxa"/>
            <w:tcMar>
              <w:top w:w="80" w:type="dxa"/>
              <w:left w:w="80" w:type="dxa"/>
              <w:bottom w:w="80" w:type="dxa"/>
              <w:right w:w="80" w:type="dxa"/>
            </w:tcMar>
            <w:vAlign w:val="center"/>
          </w:tcPr>
          <w:p w14:paraId="7000759E" w14:textId="77777777" w:rsidR="000C3560" w:rsidRPr="00F51F43" w:rsidRDefault="000C3560" w:rsidP="000C3560">
            <w:pPr>
              <w:spacing w:after="0" w:line="240" w:lineRule="auto"/>
              <w:jc w:val="center"/>
              <w:rPr>
                <w:noProof/>
                <w:sz w:val="20"/>
                <w:szCs w:val="20"/>
              </w:rPr>
            </w:pPr>
            <w:r w:rsidRPr="00F51F43">
              <w:rPr>
                <w:noProof/>
                <w:sz w:val="20"/>
                <w:szCs w:val="20"/>
              </w:rPr>
              <w:t>„ZVONČICA“ GOLA - SKUPINA</w:t>
            </w:r>
          </w:p>
          <w:p w14:paraId="5CAD2622" w14:textId="77777777" w:rsidR="000C3560" w:rsidRPr="00F51F43" w:rsidRDefault="000C3560" w:rsidP="000C3560">
            <w:pPr>
              <w:spacing w:after="0" w:line="240" w:lineRule="auto"/>
              <w:jc w:val="center"/>
              <w:rPr>
                <w:noProof/>
                <w:sz w:val="20"/>
                <w:szCs w:val="20"/>
              </w:rPr>
            </w:pPr>
            <w:r w:rsidRPr="00F51F43">
              <w:rPr>
                <w:noProof/>
                <w:sz w:val="20"/>
                <w:szCs w:val="20"/>
              </w:rPr>
              <w:t>MALI ZEKO</w:t>
            </w:r>
          </w:p>
        </w:tc>
        <w:tc>
          <w:tcPr>
            <w:tcW w:w="2342" w:type="dxa"/>
            <w:tcMar>
              <w:top w:w="80" w:type="dxa"/>
              <w:left w:w="80" w:type="dxa"/>
              <w:bottom w:w="80" w:type="dxa"/>
              <w:right w:w="80" w:type="dxa"/>
            </w:tcMar>
            <w:vAlign w:val="center"/>
          </w:tcPr>
          <w:p w14:paraId="799CCA61" w14:textId="77777777" w:rsidR="000C3560" w:rsidRPr="00F51F43" w:rsidRDefault="00167762" w:rsidP="000C3560">
            <w:pPr>
              <w:spacing w:after="0" w:line="240" w:lineRule="auto"/>
              <w:jc w:val="center"/>
              <w:rPr>
                <w:noProof/>
                <w:sz w:val="20"/>
                <w:szCs w:val="20"/>
              </w:rPr>
            </w:pPr>
            <w:r w:rsidRPr="00F51F43">
              <w:rPr>
                <w:noProof/>
                <w:sz w:val="20"/>
                <w:szCs w:val="20"/>
              </w:rPr>
              <w:t>MIHOVILA PAVLEKA MIŠKINE 1</w:t>
            </w:r>
          </w:p>
          <w:p w14:paraId="0F0CD7E3" w14:textId="77777777" w:rsidR="000C3560" w:rsidRPr="00F51F43" w:rsidRDefault="000C3560" w:rsidP="000C3560">
            <w:pPr>
              <w:spacing w:after="0" w:line="240" w:lineRule="auto"/>
              <w:jc w:val="center"/>
              <w:rPr>
                <w:noProof/>
                <w:sz w:val="20"/>
                <w:szCs w:val="20"/>
              </w:rPr>
            </w:pPr>
            <w:r w:rsidRPr="00F51F43">
              <w:rPr>
                <w:noProof/>
                <w:sz w:val="20"/>
                <w:szCs w:val="20"/>
              </w:rPr>
              <w:t>48331 GOLA</w:t>
            </w:r>
          </w:p>
        </w:tc>
        <w:tc>
          <w:tcPr>
            <w:tcW w:w="1466" w:type="dxa"/>
            <w:tcMar>
              <w:top w:w="80" w:type="dxa"/>
              <w:left w:w="80" w:type="dxa"/>
              <w:bottom w:w="80" w:type="dxa"/>
              <w:right w:w="80" w:type="dxa"/>
            </w:tcMar>
            <w:vAlign w:val="center"/>
          </w:tcPr>
          <w:p w14:paraId="7AC2E1A0" w14:textId="77777777" w:rsidR="000C3560" w:rsidRPr="00F51F43" w:rsidRDefault="00A671A7" w:rsidP="000C3560">
            <w:pPr>
              <w:spacing w:after="0" w:line="240" w:lineRule="auto"/>
              <w:jc w:val="center"/>
              <w:rPr>
                <w:noProof/>
                <w:sz w:val="20"/>
                <w:szCs w:val="20"/>
              </w:rPr>
            </w:pPr>
            <w:r w:rsidRPr="00F51F43">
              <w:rPr>
                <w:noProof/>
                <w:sz w:val="20"/>
                <w:szCs w:val="20"/>
              </w:rPr>
              <w:t>091 604 0851</w:t>
            </w:r>
          </w:p>
        </w:tc>
        <w:tc>
          <w:tcPr>
            <w:tcW w:w="3178" w:type="dxa"/>
            <w:tcMar>
              <w:top w:w="80" w:type="dxa"/>
              <w:left w:w="80" w:type="dxa"/>
              <w:bottom w:w="80" w:type="dxa"/>
              <w:right w:w="80" w:type="dxa"/>
            </w:tcMar>
            <w:vAlign w:val="center"/>
          </w:tcPr>
          <w:p w14:paraId="21569FE1" w14:textId="77777777" w:rsidR="000C3560" w:rsidRPr="00F51F43" w:rsidRDefault="000C3560" w:rsidP="000C3560">
            <w:pPr>
              <w:spacing w:after="0" w:line="240" w:lineRule="auto"/>
              <w:jc w:val="center"/>
              <w:rPr>
                <w:noProof/>
                <w:sz w:val="20"/>
                <w:szCs w:val="20"/>
              </w:rPr>
            </w:pPr>
            <w:r w:rsidRPr="00F51F43">
              <w:rPr>
                <w:noProof/>
                <w:sz w:val="20"/>
                <w:szCs w:val="20"/>
              </w:rPr>
              <w:t>mali.zecici4@gmail.com</w:t>
            </w:r>
          </w:p>
        </w:tc>
      </w:tr>
      <w:tr w:rsidR="001A029B" w:rsidRPr="00F51F43" w14:paraId="269F36AD" w14:textId="77777777" w:rsidTr="00115B75">
        <w:trPr>
          <w:cantSplit/>
          <w:jc w:val="center"/>
        </w:trPr>
        <w:tc>
          <w:tcPr>
            <w:tcW w:w="2302" w:type="dxa"/>
            <w:tcMar>
              <w:top w:w="80" w:type="dxa"/>
              <w:left w:w="80" w:type="dxa"/>
              <w:bottom w:w="80" w:type="dxa"/>
              <w:right w:w="80" w:type="dxa"/>
            </w:tcMar>
            <w:vAlign w:val="center"/>
          </w:tcPr>
          <w:p w14:paraId="1FDDC9CB" w14:textId="77777777" w:rsidR="008C78D3" w:rsidRPr="00F51F43" w:rsidRDefault="008C78D3" w:rsidP="000C3560">
            <w:pPr>
              <w:spacing w:after="0" w:line="240" w:lineRule="auto"/>
              <w:jc w:val="center"/>
              <w:rPr>
                <w:noProof/>
                <w:sz w:val="20"/>
                <w:szCs w:val="20"/>
              </w:rPr>
            </w:pPr>
            <w:r w:rsidRPr="00F51F43">
              <w:rPr>
                <w:noProof/>
                <w:sz w:val="20"/>
                <w:szCs w:val="20"/>
              </w:rPr>
              <w:t>„ZVONČICA“ GOLA -SKUPINA SOVICE</w:t>
            </w:r>
          </w:p>
        </w:tc>
        <w:tc>
          <w:tcPr>
            <w:tcW w:w="2342" w:type="dxa"/>
            <w:tcMar>
              <w:top w:w="80" w:type="dxa"/>
              <w:left w:w="80" w:type="dxa"/>
              <w:bottom w:w="80" w:type="dxa"/>
              <w:right w:w="80" w:type="dxa"/>
            </w:tcMar>
            <w:vAlign w:val="center"/>
          </w:tcPr>
          <w:p w14:paraId="1A93348F" w14:textId="77777777" w:rsidR="008C78D3" w:rsidRPr="00F51F43" w:rsidRDefault="008C78D3" w:rsidP="008C78D3">
            <w:pPr>
              <w:spacing w:after="0" w:line="240" w:lineRule="auto"/>
              <w:jc w:val="center"/>
              <w:rPr>
                <w:noProof/>
                <w:sz w:val="20"/>
                <w:szCs w:val="20"/>
              </w:rPr>
            </w:pPr>
            <w:r w:rsidRPr="00F51F43">
              <w:rPr>
                <w:noProof/>
                <w:sz w:val="20"/>
                <w:szCs w:val="20"/>
              </w:rPr>
              <w:t>MIHOVILA PAVLEKA MIŠKINE 1</w:t>
            </w:r>
          </w:p>
          <w:p w14:paraId="1C541430" w14:textId="77777777" w:rsidR="008C78D3" w:rsidRPr="00F51F43" w:rsidRDefault="008C78D3" w:rsidP="008C78D3">
            <w:pPr>
              <w:spacing w:after="0" w:line="240" w:lineRule="auto"/>
              <w:jc w:val="center"/>
              <w:rPr>
                <w:noProof/>
                <w:sz w:val="20"/>
                <w:szCs w:val="20"/>
              </w:rPr>
            </w:pPr>
            <w:r w:rsidRPr="00F51F43">
              <w:rPr>
                <w:noProof/>
                <w:sz w:val="20"/>
                <w:szCs w:val="20"/>
              </w:rPr>
              <w:t>48331 GOLA</w:t>
            </w:r>
          </w:p>
        </w:tc>
        <w:tc>
          <w:tcPr>
            <w:tcW w:w="1466" w:type="dxa"/>
            <w:tcMar>
              <w:top w:w="80" w:type="dxa"/>
              <w:left w:w="80" w:type="dxa"/>
              <w:bottom w:w="80" w:type="dxa"/>
              <w:right w:w="80" w:type="dxa"/>
            </w:tcMar>
            <w:vAlign w:val="center"/>
          </w:tcPr>
          <w:p w14:paraId="60973ECA" w14:textId="77777777" w:rsidR="008C78D3" w:rsidRPr="00F51F43" w:rsidRDefault="008C78D3" w:rsidP="000C3560">
            <w:pPr>
              <w:spacing w:after="0" w:line="240" w:lineRule="auto"/>
              <w:jc w:val="center"/>
              <w:rPr>
                <w:noProof/>
                <w:sz w:val="20"/>
                <w:szCs w:val="20"/>
              </w:rPr>
            </w:pPr>
            <w:r w:rsidRPr="00F51F43">
              <w:rPr>
                <w:noProof/>
                <w:sz w:val="20"/>
                <w:szCs w:val="20"/>
              </w:rPr>
              <w:t>091 604 0851</w:t>
            </w:r>
          </w:p>
        </w:tc>
        <w:tc>
          <w:tcPr>
            <w:tcW w:w="3178" w:type="dxa"/>
            <w:tcMar>
              <w:top w:w="80" w:type="dxa"/>
              <w:left w:w="80" w:type="dxa"/>
              <w:bottom w:w="80" w:type="dxa"/>
              <w:right w:w="80" w:type="dxa"/>
            </w:tcMar>
            <w:vAlign w:val="center"/>
          </w:tcPr>
          <w:p w14:paraId="2550C4EB" w14:textId="77777777" w:rsidR="008C78D3" w:rsidRPr="00F51F43" w:rsidRDefault="008C78D3" w:rsidP="000C3560">
            <w:pPr>
              <w:spacing w:after="0" w:line="240" w:lineRule="auto"/>
              <w:jc w:val="center"/>
              <w:rPr>
                <w:noProof/>
                <w:sz w:val="20"/>
                <w:szCs w:val="20"/>
              </w:rPr>
            </w:pPr>
            <w:r w:rsidRPr="00F51F43">
              <w:rPr>
                <w:noProof/>
                <w:sz w:val="20"/>
                <w:szCs w:val="20"/>
              </w:rPr>
              <w:t>golasovice8@gmail.com</w:t>
            </w:r>
          </w:p>
        </w:tc>
      </w:tr>
      <w:tr w:rsidR="00BE6897" w:rsidRPr="00F51F43" w14:paraId="3DFD967A" w14:textId="77777777" w:rsidTr="00115B75">
        <w:trPr>
          <w:cantSplit/>
          <w:jc w:val="center"/>
        </w:trPr>
        <w:tc>
          <w:tcPr>
            <w:tcW w:w="2302" w:type="dxa"/>
            <w:tcMar>
              <w:top w:w="80" w:type="dxa"/>
              <w:left w:w="80" w:type="dxa"/>
              <w:bottom w:w="80" w:type="dxa"/>
              <w:right w:w="80" w:type="dxa"/>
            </w:tcMar>
            <w:vAlign w:val="center"/>
          </w:tcPr>
          <w:p w14:paraId="45015361" w14:textId="77777777" w:rsidR="00815C4A" w:rsidRPr="00F51F43" w:rsidRDefault="008C78D3" w:rsidP="000C3560">
            <w:pPr>
              <w:spacing w:after="0" w:line="240" w:lineRule="auto"/>
              <w:jc w:val="center"/>
              <w:rPr>
                <w:noProof/>
                <w:sz w:val="20"/>
                <w:szCs w:val="20"/>
              </w:rPr>
            </w:pPr>
            <w:r w:rsidRPr="00F51F43">
              <w:rPr>
                <w:noProof/>
                <w:sz w:val="20"/>
                <w:szCs w:val="20"/>
              </w:rPr>
              <w:t>„DABRIĆ“ LEGRAD</w:t>
            </w:r>
          </w:p>
        </w:tc>
        <w:tc>
          <w:tcPr>
            <w:tcW w:w="2342" w:type="dxa"/>
            <w:tcMar>
              <w:top w:w="80" w:type="dxa"/>
              <w:left w:w="80" w:type="dxa"/>
              <w:bottom w:w="80" w:type="dxa"/>
              <w:right w:w="80" w:type="dxa"/>
            </w:tcMar>
            <w:vAlign w:val="center"/>
          </w:tcPr>
          <w:p w14:paraId="5EE8837B" w14:textId="77777777" w:rsidR="00815C4A" w:rsidRPr="00F51F43" w:rsidRDefault="008C78D3" w:rsidP="005F01A3">
            <w:pPr>
              <w:spacing w:after="0" w:line="240" w:lineRule="auto"/>
              <w:jc w:val="center"/>
              <w:rPr>
                <w:noProof/>
                <w:sz w:val="20"/>
                <w:szCs w:val="20"/>
              </w:rPr>
            </w:pPr>
            <w:r w:rsidRPr="00F51F43">
              <w:rPr>
                <w:noProof/>
                <w:sz w:val="20"/>
                <w:szCs w:val="20"/>
              </w:rPr>
              <w:t>Trg Sv. Trojstva 45</w:t>
            </w:r>
          </w:p>
          <w:p w14:paraId="1908FE52" w14:textId="77777777" w:rsidR="008C78D3" w:rsidRPr="00F51F43" w:rsidRDefault="008C78D3" w:rsidP="005F01A3">
            <w:pPr>
              <w:spacing w:after="0" w:line="240" w:lineRule="auto"/>
              <w:jc w:val="center"/>
              <w:rPr>
                <w:noProof/>
                <w:sz w:val="20"/>
                <w:szCs w:val="20"/>
              </w:rPr>
            </w:pPr>
            <w:r w:rsidRPr="00F51F43">
              <w:rPr>
                <w:noProof/>
                <w:sz w:val="20"/>
                <w:szCs w:val="20"/>
              </w:rPr>
              <w:t>48317 Legrad</w:t>
            </w:r>
          </w:p>
        </w:tc>
        <w:tc>
          <w:tcPr>
            <w:tcW w:w="1466" w:type="dxa"/>
            <w:tcMar>
              <w:top w:w="80" w:type="dxa"/>
              <w:left w:w="80" w:type="dxa"/>
              <w:bottom w:w="80" w:type="dxa"/>
              <w:right w:w="80" w:type="dxa"/>
            </w:tcMar>
            <w:vAlign w:val="center"/>
          </w:tcPr>
          <w:p w14:paraId="09115434" w14:textId="77777777" w:rsidR="00815C4A" w:rsidRPr="00F51F43" w:rsidRDefault="00897BBD" w:rsidP="000C3560">
            <w:pPr>
              <w:spacing w:after="0" w:line="240" w:lineRule="auto"/>
              <w:jc w:val="center"/>
              <w:rPr>
                <w:noProof/>
                <w:sz w:val="20"/>
                <w:szCs w:val="20"/>
              </w:rPr>
            </w:pPr>
            <w:r w:rsidRPr="00F51F43">
              <w:rPr>
                <w:noProof/>
                <w:sz w:val="20"/>
                <w:szCs w:val="20"/>
              </w:rPr>
              <w:t>048 835 318</w:t>
            </w:r>
          </w:p>
        </w:tc>
        <w:tc>
          <w:tcPr>
            <w:tcW w:w="3178" w:type="dxa"/>
            <w:tcMar>
              <w:top w:w="80" w:type="dxa"/>
              <w:left w:w="80" w:type="dxa"/>
              <w:bottom w:w="80" w:type="dxa"/>
              <w:right w:w="80" w:type="dxa"/>
            </w:tcMar>
            <w:vAlign w:val="center"/>
          </w:tcPr>
          <w:p w14:paraId="78D7FC25" w14:textId="77777777" w:rsidR="00815C4A" w:rsidRPr="00F51F43" w:rsidRDefault="008C78D3" w:rsidP="000C3560">
            <w:pPr>
              <w:spacing w:after="0" w:line="240" w:lineRule="auto"/>
              <w:jc w:val="center"/>
              <w:rPr>
                <w:noProof/>
                <w:sz w:val="20"/>
                <w:szCs w:val="20"/>
              </w:rPr>
            </w:pPr>
            <w:r w:rsidRPr="00F51F43">
              <w:rPr>
                <w:noProof/>
                <w:sz w:val="20"/>
                <w:szCs w:val="20"/>
              </w:rPr>
              <w:t>djecjivrticdabric14@gmail.com</w:t>
            </w:r>
          </w:p>
          <w:p w14:paraId="10F10C8F" w14:textId="77777777" w:rsidR="00810307" w:rsidRPr="00F51F43" w:rsidRDefault="00810307" w:rsidP="000C3560">
            <w:pPr>
              <w:spacing w:after="0" w:line="240" w:lineRule="auto"/>
              <w:jc w:val="center"/>
              <w:rPr>
                <w:noProof/>
                <w:sz w:val="20"/>
                <w:szCs w:val="20"/>
              </w:rPr>
            </w:pPr>
            <w:r w:rsidRPr="00F51F43">
              <w:rPr>
                <w:noProof/>
                <w:sz w:val="20"/>
                <w:szCs w:val="20"/>
              </w:rPr>
              <w:t>djecji.vrtic.dabric@kc.t-com.hr</w:t>
            </w:r>
          </w:p>
          <w:p w14:paraId="0A7B79D5" w14:textId="77777777" w:rsidR="008C78D3" w:rsidRPr="00F51F43" w:rsidRDefault="008C78D3" w:rsidP="000C3560">
            <w:pPr>
              <w:spacing w:after="0" w:line="240" w:lineRule="auto"/>
              <w:jc w:val="center"/>
              <w:rPr>
                <w:noProof/>
                <w:sz w:val="20"/>
                <w:szCs w:val="20"/>
              </w:rPr>
            </w:pPr>
          </w:p>
        </w:tc>
      </w:tr>
    </w:tbl>
    <w:p w14:paraId="4482A5B4" w14:textId="77777777" w:rsidR="009622AC" w:rsidRPr="00F51F43" w:rsidRDefault="009622AC" w:rsidP="00071CAD">
      <w:pPr>
        <w:rPr>
          <w:noProof/>
        </w:rPr>
      </w:pPr>
    </w:p>
    <w:p w14:paraId="631BCCFF" w14:textId="77777777" w:rsidR="000C6415" w:rsidRPr="00F51F43" w:rsidRDefault="000C6415" w:rsidP="00071CAD">
      <w:pPr>
        <w:rPr>
          <w:noProof/>
        </w:rPr>
      </w:pPr>
      <w:r w:rsidRPr="00F51F43">
        <w:rPr>
          <w:noProof/>
        </w:rPr>
        <w:t xml:space="preserve">Bitne zadaće na unaprjeđivanju ustrojstva rada: </w:t>
      </w:r>
    </w:p>
    <w:p w14:paraId="3C942DFA" w14:textId="77777777" w:rsidR="000C6415" w:rsidRPr="00F51F43" w:rsidRDefault="000C6415" w:rsidP="00824034">
      <w:pPr>
        <w:numPr>
          <w:ilvl w:val="0"/>
          <w:numId w:val="5"/>
        </w:numPr>
        <w:spacing w:after="0"/>
        <w:rPr>
          <w:noProof/>
        </w:rPr>
      </w:pPr>
      <w:r w:rsidRPr="00F51F43">
        <w:rPr>
          <w:noProof/>
        </w:rPr>
        <w:t>ustrojstvo rada postaviti u skladu s potrebama djece i roditelja na razini odgojnih skupina, objekata i cjelokupnog Vrtića</w:t>
      </w:r>
    </w:p>
    <w:p w14:paraId="1BB49368" w14:textId="77777777" w:rsidR="000C6415" w:rsidRPr="00F51F43" w:rsidRDefault="000C6415" w:rsidP="00824034">
      <w:pPr>
        <w:numPr>
          <w:ilvl w:val="0"/>
          <w:numId w:val="5"/>
        </w:numPr>
        <w:spacing w:after="0"/>
        <w:rPr>
          <w:noProof/>
        </w:rPr>
      </w:pPr>
      <w:r w:rsidRPr="00F51F43">
        <w:rPr>
          <w:noProof/>
        </w:rPr>
        <w:t>pratiti iskorištenost radnog vremena svih djelatnika i po potrebi ga mijenjati u svrhu ostvarivanja bolje kvalitete rada, a u skladu s programom racionalizacije</w:t>
      </w:r>
    </w:p>
    <w:p w14:paraId="7987D079" w14:textId="77777777" w:rsidR="000C6415" w:rsidRPr="00F51F43" w:rsidRDefault="000C6415" w:rsidP="00824034">
      <w:pPr>
        <w:numPr>
          <w:ilvl w:val="0"/>
          <w:numId w:val="5"/>
        </w:numPr>
        <w:spacing w:after="0"/>
        <w:rPr>
          <w:noProof/>
        </w:rPr>
      </w:pPr>
      <w:r w:rsidRPr="00F51F43">
        <w:rPr>
          <w:noProof/>
        </w:rPr>
        <w:t>preoblikovati materijalnu sredinu u svrhu učinkovitijeg ostvarivanja razvojnih zadataka u određenim skupinama, unutarnje uređenje prostora</w:t>
      </w:r>
    </w:p>
    <w:p w14:paraId="6A55AE09" w14:textId="77777777" w:rsidR="000C6415" w:rsidRPr="00F51F43" w:rsidRDefault="000C6415" w:rsidP="00824034">
      <w:pPr>
        <w:numPr>
          <w:ilvl w:val="0"/>
          <w:numId w:val="5"/>
        </w:numPr>
        <w:spacing w:after="0"/>
        <w:rPr>
          <w:noProof/>
        </w:rPr>
      </w:pPr>
      <w:r w:rsidRPr="00F51F43">
        <w:rPr>
          <w:noProof/>
        </w:rPr>
        <w:t>usklađivati provođenje kraćih programa s redovitim desetosatnim programom unutar rada Vrtića</w:t>
      </w:r>
    </w:p>
    <w:p w14:paraId="740287AD" w14:textId="77777777" w:rsidR="000C6415" w:rsidRPr="00F51F43" w:rsidRDefault="000C6415" w:rsidP="00904901">
      <w:pPr>
        <w:tabs>
          <w:tab w:val="left" w:pos="709"/>
        </w:tabs>
        <w:contextualSpacing/>
        <w:rPr>
          <w:noProof/>
        </w:rPr>
      </w:pPr>
    </w:p>
    <w:p w14:paraId="201BF415" w14:textId="77777777" w:rsidR="00B517E6" w:rsidRPr="00F51F43" w:rsidRDefault="00B517E6" w:rsidP="0035237B">
      <w:pPr>
        <w:ind w:firstLine="720"/>
        <w:rPr>
          <w:noProof/>
        </w:rPr>
      </w:pPr>
      <w:r w:rsidRPr="00F51F43">
        <w:rPr>
          <w:noProof/>
        </w:rPr>
        <w:t>Cilj kojem težimo u ovome području je praćenje potreba korisnika i stvaranje optimalnih uvjeta za život i rad funkcionalnom organizacijom rada, radnim vremenom Vrtića i djelatnika, sigurnim i kvalitetnim okruženjem.</w:t>
      </w:r>
    </w:p>
    <w:p w14:paraId="6B6F8365" w14:textId="77777777" w:rsidR="00854345" w:rsidRPr="00F51F43" w:rsidRDefault="00B517E6" w:rsidP="0035237B">
      <w:pPr>
        <w:ind w:firstLine="720"/>
        <w:rPr>
          <w:noProof/>
        </w:rPr>
      </w:pPr>
      <w:r w:rsidRPr="00F51F43">
        <w:rPr>
          <w:noProof/>
        </w:rPr>
        <w:t>Pedagoška godina</w:t>
      </w:r>
      <w:r w:rsidR="000C3560" w:rsidRPr="00F51F43">
        <w:rPr>
          <w:noProof/>
        </w:rPr>
        <w:t xml:space="preserve"> 202</w:t>
      </w:r>
      <w:r w:rsidR="00C34331" w:rsidRPr="00F51F43">
        <w:rPr>
          <w:noProof/>
        </w:rPr>
        <w:t>6</w:t>
      </w:r>
      <w:r w:rsidR="000C3560" w:rsidRPr="00F51F43">
        <w:rPr>
          <w:noProof/>
        </w:rPr>
        <w:t>./202</w:t>
      </w:r>
      <w:r w:rsidR="00C34331" w:rsidRPr="00F51F43">
        <w:rPr>
          <w:noProof/>
        </w:rPr>
        <w:t>7</w:t>
      </w:r>
      <w:r w:rsidR="00FB6B5F" w:rsidRPr="00F51F43">
        <w:rPr>
          <w:noProof/>
        </w:rPr>
        <w:t>.</w:t>
      </w:r>
      <w:r w:rsidR="00BE6897" w:rsidRPr="00F51F43">
        <w:rPr>
          <w:noProof/>
        </w:rPr>
        <w:t xml:space="preserve"> započela je 1</w:t>
      </w:r>
      <w:r w:rsidRPr="00F51F43">
        <w:rPr>
          <w:noProof/>
        </w:rPr>
        <w:t xml:space="preserve">. rujna </w:t>
      </w:r>
      <w:r w:rsidR="000C3560" w:rsidRPr="00F51F43">
        <w:rPr>
          <w:noProof/>
        </w:rPr>
        <w:t>202</w:t>
      </w:r>
      <w:r w:rsidR="00C34331" w:rsidRPr="00F51F43">
        <w:rPr>
          <w:noProof/>
        </w:rPr>
        <w:t>6</w:t>
      </w:r>
      <w:r w:rsidR="00CD279F" w:rsidRPr="00F51F43">
        <w:rPr>
          <w:noProof/>
        </w:rPr>
        <w:t>.</w:t>
      </w:r>
      <w:r w:rsidRPr="00F51F43">
        <w:rPr>
          <w:noProof/>
        </w:rPr>
        <w:t xml:space="preserve">, a završit će </w:t>
      </w:r>
      <w:r w:rsidR="004B3950" w:rsidRPr="00F51F43">
        <w:rPr>
          <w:noProof/>
        </w:rPr>
        <w:t>31. k</w:t>
      </w:r>
      <w:r w:rsidR="000C3560" w:rsidRPr="00F51F43">
        <w:rPr>
          <w:noProof/>
        </w:rPr>
        <w:t>olovoza 202</w:t>
      </w:r>
      <w:r w:rsidR="00C34331" w:rsidRPr="00F51F43">
        <w:rPr>
          <w:noProof/>
        </w:rPr>
        <w:t>7</w:t>
      </w:r>
      <w:r w:rsidR="009049BF" w:rsidRPr="00F51F43">
        <w:rPr>
          <w:noProof/>
        </w:rPr>
        <w:t>.</w:t>
      </w:r>
      <w:r w:rsidR="00441EE3" w:rsidRPr="00F51F43">
        <w:rPr>
          <w:noProof/>
        </w:rPr>
        <w:t xml:space="preserve"> godine.</w:t>
      </w:r>
      <w:r w:rsidR="00627777" w:rsidRPr="00F51F43">
        <w:rPr>
          <w:noProof/>
        </w:rPr>
        <w:t xml:space="preserve"> </w:t>
      </w:r>
      <w:r w:rsidR="00FB6B5F" w:rsidRPr="00F51F43">
        <w:rPr>
          <w:noProof/>
        </w:rPr>
        <w:t>Radno vrijeme Vrtića</w:t>
      </w:r>
      <w:r w:rsidR="003E2088" w:rsidRPr="00F51F43">
        <w:rPr>
          <w:noProof/>
        </w:rPr>
        <w:t xml:space="preserve"> u </w:t>
      </w:r>
      <w:r w:rsidR="004B3950" w:rsidRPr="00F51F43">
        <w:rPr>
          <w:noProof/>
        </w:rPr>
        <w:t>područnim objektima</w:t>
      </w:r>
      <w:r w:rsidR="00FB6B5F" w:rsidRPr="00F51F43">
        <w:rPr>
          <w:noProof/>
        </w:rPr>
        <w:t xml:space="preserve"> bit će od 6</w:t>
      </w:r>
      <w:r w:rsidR="00D1201E" w:rsidRPr="00F51F43">
        <w:rPr>
          <w:noProof/>
        </w:rPr>
        <w:t>:</w:t>
      </w:r>
      <w:r w:rsidR="00FB6B5F" w:rsidRPr="00F51F43">
        <w:rPr>
          <w:noProof/>
        </w:rPr>
        <w:t xml:space="preserve">00 do </w:t>
      </w:r>
      <w:r w:rsidR="004B3950" w:rsidRPr="00F51F43">
        <w:rPr>
          <w:noProof/>
        </w:rPr>
        <w:t>16</w:t>
      </w:r>
      <w:r w:rsidR="00D1201E" w:rsidRPr="00F51F43">
        <w:rPr>
          <w:noProof/>
        </w:rPr>
        <w:t>:</w:t>
      </w:r>
      <w:r w:rsidR="00FB6B5F" w:rsidRPr="00F51F43">
        <w:rPr>
          <w:noProof/>
        </w:rPr>
        <w:t>00</w:t>
      </w:r>
      <w:r w:rsidR="004B3950" w:rsidRPr="00F51F43">
        <w:rPr>
          <w:noProof/>
        </w:rPr>
        <w:t xml:space="preserve"> sati</w:t>
      </w:r>
      <w:r w:rsidR="00FB6B5F" w:rsidRPr="00F51F43">
        <w:rPr>
          <w:noProof/>
        </w:rPr>
        <w:t xml:space="preserve"> u</w:t>
      </w:r>
      <w:r w:rsidR="00CC6AFD" w:rsidRPr="00F51F43">
        <w:rPr>
          <w:noProof/>
        </w:rPr>
        <w:t xml:space="preserve"> sklopu kojega će se održavati redoviti</w:t>
      </w:r>
      <w:r w:rsidR="00FB6B5F" w:rsidRPr="00F51F43">
        <w:rPr>
          <w:noProof/>
        </w:rPr>
        <w:t xml:space="preserve"> deseto</w:t>
      </w:r>
      <w:r w:rsidR="00CC6AFD" w:rsidRPr="00F51F43">
        <w:rPr>
          <w:noProof/>
        </w:rPr>
        <w:t>satni</w:t>
      </w:r>
      <w:r w:rsidR="00FB6B5F" w:rsidRPr="00F51F43">
        <w:rPr>
          <w:noProof/>
        </w:rPr>
        <w:t xml:space="preserve"> jaslički</w:t>
      </w:r>
      <w:r w:rsidR="00CC6AFD" w:rsidRPr="00F51F43">
        <w:rPr>
          <w:noProof/>
        </w:rPr>
        <w:t xml:space="preserve"> i</w:t>
      </w:r>
      <w:r w:rsidR="00FB6B5F" w:rsidRPr="00F51F43">
        <w:rPr>
          <w:noProof/>
        </w:rPr>
        <w:t xml:space="preserve"> </w:t>
      </w:r>
      <w:r w:rsidR="00CC6AFD" w:rsidRPr="00F51F43">
        <w:rPr>
          <w:noProof/>
        </w:rPr>
        <w:t xml:space="preserve">vrtićki </w:t>
      </w:r>
      <w:r w:rsidR="00FB6B5F" w:rsidRPr="00F51F43">
        <w:rPr>
          <w:noProof/>
        </w:rPr>
        <w:t>program</w:t>
      </w:r>
      <w:r w:rsidR="006B59FA" w:rsidRPr="00F51F43">
        <w:rPr>
          <w:noProof/>
        </w:rPr>
        <w:t>.</w:t>
      </w:r>
      <w:r w:rsidR="00FB6B5F" w:rsidRPr="00F51F43">
        <w:rPr>
          <w:noProof/>
        </w:rPr>
        <w:t xml:space="preserve"> </w:t>
      </w:r>
      <w:r w:rsidR="003E2088" w:rsidRPr="00F51F43">
        <w:rPr>
          <w:noProof/>
        </w:rPr>
        <w:t xml:space="preserve">Program </w:t>
      </w:r>
      <w:r w:rsidR="003E2088" w:rsidRPr="00F51F43">
        <w:rPr>
          <w:noProof/>
        </w:rPr>
        <w:lastRenderedPageBreak/>
        <w:t xml:space="preserve">predškole </w:t>
      </w:r>
      <w:r w:rsidR="004B3950" w:rsidRPr="00F51F43">
        <w:rPr>
          <w:noProof/>
        </w:rPr>
        <w:t>integriran u redoviti desetosatni program</w:t>
      </w:r>
      <w:r w:rsidR="00441EE3" w:rsidRPr="00F51F43">
        <w:rPr>
          <w:noProof/>
        </w:rPr>
        <w:t xml:space="preserve"> (do pet</w:t>
      </w:r>
      <w:r w:rsidR="000C3560" w:rsidRPr="00F51F43">
        <w:rPr>
          <w:noProof/>
        </w:rPr>
        <w:t>ero</w:t>
      </w:r>
      <w:r w:rsidR="00111D2B" w:rsidRPr="00F51F43">
        <w:rPr>
          <w:noProof/>
        </w:rPr>
        <w:t xml:space="preserve"> polaznika)</w:t>
      </w:r>
      <w:r w:rsidR="004B3950" w:rsidRPr="00F51F43">
        <w:rPr>
          <w:noProof/>
        </w:rPr>
        <w:t xml:space="preserve"> provodit će se</w:t>
      </w:r>
      <w:r w:rsidR="00C34331" w:rsidRPr="00F51F43">
        <w:rPr>
          <w:noProof/>
        </w:rPr>
        <w:t xml:space="preserve"> od 1</w:t>
      </w:r>
      <w:r w:rsidR="00854345" w:rsidRPr="00F51F43">
        <w:rPr>
          <w:noProof/>
        </w:rPr>
        <w:t>.</w:t>
      </w:r>
      <w:r w:rsidR="00033474" w:rsidRPr="00F51F43">
        <w:rPr>
          <w:noProof/>
        </w:rPr>
        <w:t xml:space="preserve"> </w:t>
      </w:r>
      <w:r w:rsidR="00C34331" w:rsidRPr="00F51F43">
        <w:rPr>
          <w:noProof/>
        </w:rPr>
        <w:t>listopada 2026</w:t>
      </w:r>
      <w:r w:rsidR="00854345" w:rsidRPr="00F51F43">
        <w:rPr>
          <w:noProof/>
        </w:rPr>
        <w:t>.</w:t>
      </w:r>
      <w:r w:rsidR="00441EE3" w:rsidRPr="00F51F43">
        <w:rPr>
          <w:noProof/>
        </w:rPr>
        <w:t xml:space="preserve"> </w:t>
      </w:r>
      <w:r w:rsidR="00854345" w:rsidRPr="00F51F43">
        <w:rPr>
          <w:noProof/>
        </w:rPr>
        <w:t>g</w:t>
      </w:r>
      <w:r w:rsidR="00441EE3" w:rsidRPr="00F51F43">
        <w:rPr>
          <w:noProof/>
        </w:rPr>
        <w:t>odine</w:t>
      </w:r>
      <w:r w:rsidR="00707097" w:rsidRPr="00F51F43">
        <w:rPr>
          <w:noProof/>
        </w:rPr>
        <w:t xml:space="preserve"> </w:t>
      </w:r>
      <w:r w:rsidR="00854345" w:rsidRPr="00F51F43">
        <w:rPr>
          <w:noProof/>
        </w:rPr>
        <w:t>do 31.</w:t>
      </w:r>
      <w:r w:rsidR="00C34331" w:rsidRPr="00F51F43">
        <w:rPr>
          <w:noProof/>
        </w:rPr>
        <w:t xml:space="preserve"> svibnja 2027</w:t>
      </w:r>
      <w:r w:rsidR="00854345" w:rsidRPr="00F51F43">
        <w:rPr>
          <w:noProof/>
        </w:rPr>
        <w:t>.</w:t>
      </w:r>
      <w:r w:rsidR="00BE6897" w:rsidRPr="00F51F43">
        <w:rPr>
          <w:noProof/>
        </w:rPr>
        <w:t xml:space="preserve"> godine</w:t>
      </w:r>
      <w:r w:rsidR="004B3950" w:rsidRPr="00F51F43">
        <w:rPr>
          <w:noProof/>
        </w:rPr>
        <w:t xml:space="preserve"> </w:t>
      </w:r>
      <w:r w:rsidR="00C34331" w:rsidRPr="00F51F43">
        <w:rPr>
          <w:noProof/>
        </w:rPr>
        <w:t>dva</w:t>
      </w:r>
      <w:r w:rsidR="004B3950" w:rsidRPr="00F51F43">
        <w:rPr>
          <w:noProof/>
        </w:rPr>
        <w:t xml:space="preserve"> puta tjedno</w:t>
      </w:r>
      <w:r w:rsidR="000C3560" w:rsidRPr="00F51F43">
        <w:rPr>
          <w:noProof/>
        </w:rPr>
        <w:t xml:space="preserve"> </w:t>
      </w:r>
      <w:r w:rsidR="003D69AC" w:rsidRPr="00F51F43">
        <w:rPr>
          <w:noProof/>
        </w:rPr>
        <w:t>ovisno o organizaciji rada područnog objekta u kojem će se realizirati spomenuti program</w:t>
      </w:r>
      <w:r w:rsidR="00510DE1" w:rsidRPr="00F51F43">
        <w:rPr>
          <w:noProof/>
        </w:rPr>
        <w:t>.</w:t>
      </w:r>
      <w:r w:rsidR="0038275F" w:rsidRPr="00F51F43">
        <w:rPr>
          <w:noProof/>
        </w:rPr>
        <w:t xml:space="preserve"> </w:t>
      </w:r>
    </w:p>
    <w:p w14:paraId="3010BB9E" w14:textId="77777777" w:rsidR="00002B30" w:rsidRPr="00F51F43" w:rsidRDefault="004B3950" w:rsidP="00002B30">
      <w:pPr>
        <w:pStyle w:val="pdq2pgselectionanchorcontainer"/>
        <w:spacing w:before="0" w:after="120"/>
        <w:rPr>
          <w:noProof/>
          <w:lang w:val="hr-HR"/>
        </w:rPr>
      </w:pPr>
      <w:r w:rsidRPr="00F51F43">
        <w:rPr>
          <w:noProof/>
          <w:lang w:val="hr-HR"/>
        </w:rPr>
        <w:t xml:space="preserve"> </w:t>
      </w:r>
      <w:r w:rsidR="00002B30" w:rsidRPr="00F51F43">
        <w:rPr>
          <w:noProof/>
          <w:lang w:val="hr-HR"/>
        </w:rPr>
        <w:t>U popodnevnim satima u prostorima područnih objekata, sukladno iskazanim potrebama i organizacijskim mogućnostima Vrtića, provodit će se kraći programi.</w:t>
      </w:r>
    </w:p>
    <w:p w14:paraId="0CFA750B" w14:textId="77777777" w:rsidR="00002B30" w:rsidRPr="00F51F43" w:rsidRDefault="00002B30" w:rsidP="00002B30">
      <w:pPr>
        <w:rPr>
          <w:noProof/>
          <w:lang w:eastAsia="en-US"/>
        </w:rPr>
      </w:pPr>
      <w:r w:rsidRPr="00F51F43">
        <w:rPr>
          <w:noProof/>
          <w:lang w:eastAsia="en-US"/>
        </w:rPr>
        <w:t>Vrtić će raditi tijekom cijele pedagoške godine. Tijekom ljetnih mjeseci rad će se organizirati prema posebnom Planu ljetne organizacije rada, vodeći računa o iskazanim potrebama roditelja, broju prisutne djece, kadrovskim mogućnostima te racionalnoj organizaciji rada.</w:t>
      </w:r>
    </w:p>
    <w:p w14:paraId="7F68D5E6" w14:textId="77777777" w:rsidR="00002B30" w:rsidRPr="00F51F43" w:rsidRDefault="00002B30" w:rsidP="00002B30">
      <w:pPr>
        <w:rPr>
          <w:noProof/>
          <w:lang w:eastAsia="en-US"/>
        </w:rPr>
      </w:pPr>
      <w:r w:rsidRPr="00F51F43">
        <w:rPr>
          <w:noProof/>
          <w:lang w:eastAsia="en-US"/>
        </w:rPr>
        <w:t>Tijekom lipnja i/ili srpnja 2027. godine provest će se ispitivanje potreba roditelja za korištenjem usluga Vrtića tijekom kolovoza. Na temelju dobivenih podataka utvrdit će se broj djece, lokacije rada, raspored zaposlenika i način organizacije odgojno-obrazovnog rada.</w:t>
      </w:r>
    </w:p>
    <w:p w14:paraId="73E2CD84" w14:textId="77777777" w:rsidR="00002B30" w:rsidRPr="00F51F43" w:rsidRDefault="00002B30" w:rsidP="00002B30">
      <w:pPr>
        <w:rPr>
          <w:noProof/>
          <w:lang w:eastAsia="en-US"/>
        </w:rPr>
      </w:pPr>
      <w:r w:rsidRPr="00F51F43">
        <w:rPr>
          <w:b/>
          <w:bCs/>
          <w:noProof/>
          <w:lang w:eastAsia="en-US"/>
        </w:rPr>
        <w:t>Ljetna organizacija rada planira se od 1. do 21. kolovoza 2027. godine</w:t>
      </w:r>
      <w:r w:rsidRPr="00F51F43">
        <w:rPr>
          <w:noProof/>
          <w:lang w:eastAsia="en-US"/>
        </w:rPr>
        <w:t>, uz mogućnost prilagodbe organizacije rada stvarnim potrebama korisnika i organizacijskim mogućnostima Vrtića.</w:t>
      </w:r>
    </w:p>
    <w:p w14:paraId="5EF32F9F" w14:textId="77777777" w:rsidR="00FB6B5F" w:rsidRPr="00F51F43" w:rsidRDefault="00FB6B5F" w:rsidP="0035237B">
      <w:pPr>
        <w:ind w:firstLine="720"/>
        <w:rPr>
          <w:noProof/>
        </w:rPr>
      </w:pPr>
    </w:p>
    <w:p w14:paraId="3276CB8B" w14:textId="77777777" w:rsidR="00FB6B5F" w:rsidRPr="00F51F43" w:rsidRDefault="001075FD" w:rsidP="0035237B">
      <w:pPr>
        <w:ind w:firstLine="720"/>
        <w:rPr>
          <w:noProof/>
        </w:rPr>
      </w:pPr>
      <w:r w:rsidRPr="00F51F43">
        <w:rPr>
          <w:noProof/>
        </w:rPr>
        <w:t>Redoviti</w:t>
      </w:r>
      <w:r w:rsidR="00515488" w:rsidRPr="00F51F43">
        <w:rPr>
          <w:noProof/>
        </w:rPr>
        <w:t xml:space="preserve"> desetosatni program odvijat</w:t>
      </w:r>
      <w:r w:rsidR="00FB6B5F" w:rsidRPr="00F51F43">
        <w:rPr>
          <w:noProof/>
        </w:rPr>
        <w:t xml:space="preserve"> će se tijekom cijele pedagoške godine</w:t>
      </w:r>
      <w:r w:rsidR="00CC6AFD" w:rsidRPr="00F51F43">
        <w:rPr>
          <w:noProof/>
        </w:rPr>
        <w:t xml:space="preserve"> (12 mjeseci), dok će se kraći</w:t>
      </w:r>
      <w:r w:rsidR="00FB6B5F" w:rsidRPr="00F51F43">
        <w:rPr>
          <w:noProof/>
        </w:rPr>
        <w:t xml:space="preserve"> program</w:t>
      </w:r>
      <w:r w:rsidR="008150C7" w:rsidRPr="00F51F43">
        <w:rPr>
          <w:noProof/>
        </w:rPr>
        <w:t>i odvijati od 1.</w:t>
      </w:r>
      <w:r w:rsidR="0001581F" w:rsidRPr="00F51F43">
        <w:rPr>
          <w:noProof/>
        </w:rPr>
        <w:t xml:space="preserve"> listopada </w:t>
      </w:r>
      <w:r w:rsidR="008150C7" w:rsidRPr="00F51F43">
        <w:rPr>
          <w:noProof/>
        </w:rPr>
        <w:t>202</w:t>
      </w:r>
      <w:r w:rsidR="00251ABD" w:rsidRPr="00F51F43">
        <w:rPr>
          <w:noProof/>
        </w:rPr>
        <w:t>6</w:t>
      </w:r>
      <w:r w:rsidR="008150C7" w:rsidRPr="00F51F43">
        <w:rPr>
          <w:noProof/>
        </w:rPr>
        <w:t>. do 31</w:t>
      </w:r>
      <w:r w:rsidR="0001581F" w:rsidRPr="00F51F43">
        <w:rPr>
          <w:noProof/>
        </w:rPr>
        <w:t xml:space="preserve">. svibnja </w:t>
      </w:r>
      <w:r w:rsidR="008150C7" w:rsidRPr="00F51F43">
        <w:rPr>
          <w:noProof/>
        </w:rPr>
        <w:t>202</w:t>
      </w:r>
      <w:r w:rsidR="00251ABD" w:rsidRPr="00F51F43">
        <w:rPr>
          <w:noProof/>
        </w:rPr>
        <w:t>7</w:t>
      </w:r>
      <w:r w:rsidR="00515488" w:rsidRPr="00F51F43">
        <w:rPr>
          <w:noProof/>
        </w:rPr>
        <w:t>. (8 mjeseci).</w:t>
      </w:r>
    </w:p>
    <w:p w14:paraId="126B52BD" w14:textId="77777777" w:rsidR="00C302C2" w:rsidRPr="00F51F43" w:rsidRDefault="00C34331" w:rsidP="0073604D">
      <w:pPr>
        <w:ind w:firstLine="720"/>
        <w:rPr>
          <w:noProof/>
        </w:rPr>
      </w:pPr>
      <w:r w:rsidRPr="00F51F43">
        <w:rPr>
          <w:noProof/>
        </w:rPr>
        <w:t>Od 1. rujna 2026</w:t>
      </w:r>
      <w:r w:rsidR="00627777" w:rsidRPr="00F51F43">
        <w:rPr>
          <w:noProof/>
        </w:rPr>
        <w:t xml:space="preserve">. </w:t>
      </w:r>
      <w:r w:rsidR="00374A00" w:rsidRPr="00F51F43">
        <w:rPr>
          <w:noProof/>
        </w:rPr>
        <w:t xml:space="preserve">godine </w:t>
      </w:r>
      <w:r w:rsidR="00627777" w:rsidRPr="00F51F43">
        <w:rPr>
          <w:noProof/>
        </w:rPr>
        <w:t>novoupisana djeca u ovoj ped</w:t>
      </w:r>
      <w:r w:rsidR="008150C7" w:rsidRPr="00F51F43">
        <w:rPr>
          <w:noProof/>
        </w:rPr>
        <w:t>agoškoj godini provela su prvi</w:t>
      </w:r>
      <w:r w:rsidR="00C302C2" w:rsidRPr="00F51F43">
        <w:rPr>
          <w:noProof/>
        </w:rPr>
        <w:t xml:space="preserve"> dan </w:t>
      </w:r>
      <w:r w:rsidR="00627777" w:rsidRPr="00F51F43">
        <w:rPr>
          <w:noProof/>
        </w:rPr>
        <w:t>prilagodbe u Vr</w:t>
      </w:r>
      <w:r w:rsidR="00BD5ED4" w:rsidRPr="00F51F43">
        <w:rPr>
          <w:noProof/>
        </w:rPr>
        <w:t xml:space="preserve">tiću </w:t>
      </w:r>
      <w:r w:rsidR="008150C7" w:rsidRPr="00F51F43">
        <w:rPr>
          <w:noProof/>
        </w:rPr>
        <w:t>boraveći</w:t>
      </w:r>
      <w:r w:rsidR="00441EE3" w:rsidRPr="00F51F43">
        <w:rPr>
          <w:noProof/>
        </w:rPr>
        <w:t xml:space="preserve"> 90 minuta</w:t>
      </w:r>
      <w:r w:rsidR="0073604D" w:rsidRPr="00F51F43">
        <w:rPr>
          <w:noProof/>
        </w:rPr>
        <w:t xml:space="preserve"> u skupini</w:t>
      </w:r>
      <w:r w:rsidR="00627777" w:rsidRPr="00F51F43">
        <w:rPr>
          <w:noProof/>
        </w:rPr>
        <w:t xml:space="preserve"> sa svojim roditeljima.</w:t>
      </w:r>
      <w:r w:rsidR="008150C7" w:rsidRPr="00F51F43">
        <w:rPr>
          <w:noProof/>
        </w:rPr>
        <w:t xml:space="preserve"> Drug</w:t>
      </w:r>
      <w:r w:rsidR="0073604D" w:rsidRPr="00F51F43">
        <w:rPr>
          <w:noProof/>
        </w:rPr>
        <w:t>i</w:t>
      </w:r>
      <w:r w:rsidR="00B472AD" w:rsidRPr="00F51F43">
        <w:rPr>
          <w:noProof/>
        </w:rPr>
        <w:t xml:space="preserve"> dan</w:t>
      </w:r>
      <w:r w:rsidR="008150C7" w:rsidRPr="00F51F43">
        <w:rPr>
          <w:noProof/>
        </w:rPr>
        <w:t xml:space="preserve"> </w:t>
      </w:r>
      <w:r w:rsidR="00115B75" w:rsidRPr="00F51F43">
        <w:rPr>
          <w:noProof/>
        </w:rPr>
        <w:t>djeca su boravila</w:t>
      </w:r>
      <w:r w:rsidR="001A364A" w:rsidRPr="00F51F43">
        <w:rPr>
          <w:noProof/>
        </w:rPr>
        <w:t xml:space="preserve"> </w:t>
      </w:r>
      <w:r w:rsidR="008150C7" w:rsidRPr="00F51F43">
        <w:rPr>
          <w:noProof/>
        </w:rPr>
        <w:t xml:space="preserve">u skupini </w:t>
      </w:r>
      <w:r w:rsidR="00441EE3" w:rsidRPr="00F51F43">
        <w:rPr>
          <w:noProof/>
        </w:rPr>
        <w:t>90 minuta</w:t>
      </w:r>
      <w:r w:rsidR="008150C7" w:rsidRPr="00F51F43">
        <w:rPr>
          <w:noProof/>
        </w:rPr>
        <w:t xml:space="preserve"> bez</w:t>
      </w:r>
      <w:r w:rsidR="001A364A" w:rsidRPr="00F51F43">
        <w:rPr>
          <w:noProof/>
        </w:rPr>
        <w:t xml:space="preserve"> roditelja,</w:t>
      </w:r>
      <w:r w:rsidR="0073604D" w:rsidRPr="00F51F43">
        <w:rPr>
          <w:noProof/>
        </w:rPr>
        <w:t xml:space="preserve"> a treći i četvrti</w:t>
      </w:r>
      <w:r w:rsidR="001A364A" w:rsidRPr="00F51F43">
        <w:rPr>
          <w:noProof/>
        </w:rPr>
        <w:t xml:space="preserve"> </w:t>
      </w:r>
      <w:r w:rsidR="0073604D" w:rsidRPr="00F51F43">
        <w:rPr>
          <w:noProof/>
        </w:rPr>
        <w:t>dan</w:t>
      </w:r>
      <w:r w:rsidR="001A364A" w:rsidRPr="00F51F43">
        <w:rPr>
          <w:noProof/>
        </w:rPr>
        <w:t xml:space="preserve"> boravila</w:t>
      </w:r>
      <w:r w:rsidR="008150C7" w:rsidRPr="00F51F43">
        <w:rPr>
          <w:noProof/>
        </w:rPr>
        <w:t xml:space="preserve"> su samostalno do 1</w:t>
      </w:r>
      <w:r w:rsidR="005304BF" w:rsidRPr="00F51F43">
        <w:rPr>
          <w:noProof/>
        </w:rPr>
        <w:t>2</w:t>
      </w:r>
      <w:r w:rsidR="008150C7" w:rsidRPr="00F51F43">
        <w:rPr>
          <w:noProof/>
        </w:rPr>
        <w:t>:00 sati.</w:t>
      </w:r>
      <w:r w:rsidR="00C302C2" w:rsidRPr="00F51F43">
        <w:rPr>
          <w:noProof/>
        </w:rPr>
        <w:t xml:space="preserve"> </w:t>
      </w:r>
      <w:r w:rsidR="008150C7" w:rsidRPr="00F51F43">
        <w:rPr>
          <w:noProof/>
        </w:rPr>
        <w:t>O</w:t>
      </w:r>
      <w:r w:rsidR="005304BF" w:rsidRPr="00F51F43">
        <w:rPr>
          <w:noProof/>
        </w:rPr>
        <w:t xml:space="preserve">stale </w:t>
      </w:r>
      <w:r w:rsidR="008150C7" w:rsidRPr="00F51F43">
        <w:rPr>
          <w:noProof/>
        </w:rPr>
        <w:t>dan</w:t>
      </w:r>
      <w:r w:rsidR="005304BF" w:rsidRPr="00F51F43">
        <w:rPr>
          <w:noProof/>
        </w:rPr>
        <w:t>e</w:t>
      </w:r>
      <w:r w:rsidR="00C302C2" w:rsidRPr="00F51F43">
        <w:rPr>
          <w:noProof/>
        </w:rPr>
        <w:t xml:space="preserve"> boravka </w:t>
      </w:r>
      <w:r w:rsidR="001A364A" w:rsidRPr="00F51F43">
        <w:rPr>
          <w:noProof/>
        </w:rPr>
        <w:t>mogla</w:t>
      </w:r>
      <w:r w:rsidR="008150C7" w:rsidRPr="00F51F43">
        <w:rPr>
          <w:noProof/>
        </w:rPr>
        <w:t xml:space="preserve"> su prema individualnoj procjeni odgojiteljica krenuti</w:t>
      </w:r>
      <w:r w:rsidR="00C302C2" w:rsidRPr="00F51F43">
        <w:rPr>
          <w:noProof/>
        </w:rPr>
        <w:t xml:space="preserve"> u vrtić</w:t>
      </w:r>
      <w:r w:rsidR="008150C7" w:rsidRPr="00F51F43">
        <w:rPr>
          <w:noProof/>
        </w:rPr>
        <w:t xml:space="preserve"> i</w:t>
      </w:r>
      <w:r w:rsidR="00C302C2" w:rsidRPr="00F51F43">
        <w:rPr>
          <w:noProof/>
        </w:rPr>
        <w:t xml:space="preserve"> spavati.</w:t>
      </w:r>
      <w:r w:rsidR="00627777" w:rsidRPr="00F51F43">
        <w:rPr>
          <w:noProof/>
        </w:rPr>
        <w:t xml:space="preserve"> </w:t>
      </w:r>
    </w:p>
    <w:p w14:paraId="3A51DBD3" w14:textId="77777777" w:rsidR="00BD5ED4" w:rsidRPr="00F51F43" w:rsidRDefault="00BD5ED4" w:rsidP="0035237B">
      <w:pPr>
        <w:ind w:firstLine="720"/>
        <w:rPr>
          <w:noProof/>
        </w:rPr>
      </w:pPr>
      <w:r w:rsidRPr="00F51F43">
        <w:rPr>
          <w:noProof/>
        </w:rPr>
        <w:t>Ove pedagoške godine temeljem upisa djece i suglasnosti Ministarstva</w:t>
      </w:r>
      <w:r w:rsidR="00AA706B" w:rsidRPr="00F51F43">
        <w:rPr>
          <w:noProof/>
        </w:rPr>
        <w:t xml:space="preserve"> znanosti, </w:t>
      </w:r>
      <w:r w:rsidR="00AE74A3" w:rsidRPr="00F51F43">
        <w:rPr>
          <w:noProof/>
        </w:rPr>
        <w:t xml:space="preserve"> obrazovanja</w:t>
      </w:r>
      <w:r w:rsidRPr="00F51F43">
        <w:rPr>
          <w:noProof/>
        </w:rPr>
        <w:t xml:space="preserve"> </w:t>
      </w:r>
      <w:r w:rsidR="00AA706B" w:rsidRPr="00F51F43">
        <w:rPr>
          <w:noProof/>
        </w:rPr>
        <w:t xml:space="preserve">i mladih </w:t>
      </w:r>
      <w:r w:rsidRPr="00F51F43">
        <w:rPr>
          <w:noProof/>
        </w:rPr>
        <w:t>realizirat ćemo sljedeće programe:</w:t>
      </w:r>
    </w:p>
    <w:p w14:paraId="716B0C36" w14:textId="77777777" w:rsidR="003D7468" w:rsidRPr="00F51F43" w:rsidRDefault="00AB63AB" w:rsidP="00AB63AB">
      <w:pPr>
        <w:ind w:firstLine="360"/>
        <w:rPr>
          <w:noProof/>
        </w:rPr>
      </w:pPr>
      <w:r w:rsidRPr="00F51F43">
        <w:rPr>
          <w:noProof/>
        </w:rPr>
        <w:t xml:space="preserve">- </w:t>
      </w:r>
      <w:r w:rsidR="00C302C2" w:rsidRPr="00F51F43">
        <w:rPr>
          <w:noProof/>
        </w:rPr>
        <w:t>Redoviti desetosatni</w:t>
      </w:r>
      <w:r w:rsidR="003D7468" w:rsidRPr="00F51F43">
        <w:rPr>
          <w:noProof/>
        </w:rPr>
        <w:t xml:space="preserve"> </w:t>
      </w:r>
      <w:r w:rsidR="00FB6B5F" w:rsidRPr="00F51F43">
        <w:rPr>
          <w:noProof/>
        </w:rPr>
        <w:t xml:space="preserve">jaslički </w:t>
      </w:r>
      <w:r w:rsidR="003D7468" w:rsidRPr="00F51F43">
        <w:rPr>
          <w:noProof/>
        </w:rPr>
        <w:t>prog</w:t>
      </w:r>
      <w:r w:rsidR="00BD5ED4" w:rsidRPr="00F51F43">
        <w:rPr>
          <w:noProof/>
        </w:rPr>
        <w:t>ram</w:t>
      </w:r>
      <w:r w:rsidR="00AE74A3" w:rsidRPr="00F51F43">
        <w:rPr>
          <w:noProof/>
        </w:rPr>
        <w:t xml:space="preserve">: </w:t>
      </w:r>
      <w:r w:rsidR="00B837D7" w:rsidRPr="00F51F43">
        <w:rPr>
          <w:noProof/>
        </w:rPr>
        <w:t>devet skupina</w:t>
      </w:r>
    </w:p>
    <w:p w14:paraId="32C0564D" w14:textId="77777777" w:rsidR="00FB6B5F" w:rsidRPr="00F51F43" w:rsidRDefault="00AB63AB" w:rsidP="00AB63AB">
      <w:pPr>
        <w:ind w:firstLine="360"/>
        <w:rPr>
          <w:noProof/>
        </w:rPr>
      </w:pPr>
      <w:r w:rsidRPr="00F51F43">
        <w:rPr>
          <w:noProof/>
        </w:rPr>
        <w:t xml:space="preserve">- </w:t>
      </w:r>
      <w:r w:rsidR="00C302C2" w:rsidRPr="00F51F43">
        <w:rPr>
          <w:noProof/>
        </w:rPr>
        <w:t xml:space="preserve">Redoviti desetosatni </w:t>
      </w:r>
      <w:r w:rsidR="00FB6B5F" w:rsidRPr="00F51F43">
        <w:rPr>
          <w:noProof/>
        </w:rPr>
        <w:t>vrtićki program</w:t>
      </w:r>
      <w:r w:rsidR="00AE74A3" w:rsidRPr="00F51F43">
        <w:rPr>
          <w:noProof/>
        </w:rPr>
        <w:t xml:space="preserve">: </w:t>
      </w:r>
      <w:r w:rsidR="00B837D7" w:rsidRPr="00F51F43">
        <w:rPr>
          <w:noProof/>
        </w:rPr>
        <w:t>dvanaest skupina</w:t>
      </w:r>
    </w:p>
    <w:p w14:paraId="17BB83FE" w14:textId="77777777" w:rsidR="00AE74A3" w:rsidRPr="00F51F43" w:rsidRDefault="00AB63AB" w:rsidP="0001581F">
      <w:pPr>
        <w:ind w:firstLine="360"/>
        <w:rPr>
          <w:noProof/>
        </w:rPr>
      </w:pPr>
      <w:r w:rsidRPr="00F51F43">
        <w:rPr>
          <w:noProof/>
        </w:rPr>
        <w:t xml:space="preserve">- </w:t>
      </w:r>
      <w:r w:rsidR="00AE74A3" w:rsidRPr="00F51F43">
        <w:rPr>
          <w:noProof/>
        </w:rPr>
        <w:t xml:space="preserve">Program predškole </w:t>
      </w:r>
    </w:p>
    <w:p w14:paraId="0FC36DB6" w14:textId="77777777" w:rsidR="00251ABD" w:rsidRPr="00F51F43" w:rsidRDefault="00251ABD" w:rsidP="0001581F">
      <w:pPr>
        <w:ind w:firstLine="360"/>
        <w:rPr>
          <w:noProof/>
        </w:rPr>
      </w:pPr>
      <w:r w:rsidRPr="00F51F43">
        <w:rPr>
          <w:noProof/>
        </w:rPr>
        <w:lastRenderedPageBreak/>
        <w:t>- Program katoličkog vjerskog odgoja – integriran u redoviti desetosatni program u jednoj skupini („Zvončić“ Gola)</w:t>
      </w:r>
    </w:p>
    <w:p w14:paraId="575488B4" w14:textId="77777777" w:rsidR="00C302C2" w:rsidRPr="00F51F43" w:rsidRDefault="003E6042" w:rsidP="00251ABD">
      <w:pPr>
        <w:ind w:left="426"/>
        <w:rPr>
          <w:noProof/>
        </w:rPr>
      </w:pPr>
      <w:r w:rsidRPr="00F51F43">
        <w:rPr>
          <w:noProof/>
        </w:rPr>
        <w:t>- k</w:t>
      </w:r>
      <w:r w:rsidR="00567217" w:rsidRPr="00F51F43">
        <w:rPr>
          <w:noProof/>
        </w:rPr>
        <w:t>raći p</w:t>
      </w:r>
      <w:r w:rsidR="00C302C2" w:rsidRPr="00F51F43">
        <w:rPr>
          <w:noProof/>
        </w:rPr>
        <w:t>rogram folk</w:t>
      </w:r>
      <w:r w:rsidR="00567217" w:rsidRPr="00F51F43">
        <w:rPr>
          <w:noProof/>
        </w:rPr>
        <w:t>l</w:t>
      </w:r>
      <w:r w:rsidR="00C302C2" w:rsidRPr="00F51F43">
        <w:rPr>
          <w:noProof/>
        </w:rPr>
        <w:t>orno-plesne igraonice – integriran u redoviti deset</w:t>
      </w:r>
      <w:r w:rsidR="007261D6" w:rsidRPr="00F51F43">
        <w:rPr>
          <w:noProof/>
        </w:rPr>
        <w:t xml:space="preserve">osatni program u </w:t>
      </w:r>
      <w:r w:rsidR="00251ABD" w:rsidRPr="00F51F43">
        <w:rPr>
          <w:noProof/>
        </w:rPr>
        <w:t>jednoj skupini</w:t>
      </w:r>
      <w:r w:rsidR="007A1D97" w:rsidRPr="00F51F43">
        <w:rPr>
          <w:noProof/>
        </w:rPr>
        <w:t xml:space="preserve"> (</w:t>
      </w:r>
      <w:r w:rsidR="007261D6" w:rsidRPr="00F51F43">
        <w:rPr>
          <w:noProof/>
        </w:rPr>
        <w:t>„Ivančica“ Koprivnički Ivanec</w:t>
      </w:r>
      <w:r w:rsidR="007A1D97" w:rsidRPr="00F51F43">
        <w:rPr>
          <w:noProof/>
        </w:rPr>
        <w:t>)</w:t>
      </w:r>
    </w:p>
    <w:p w14:paraId="610D33F6" w14:textId="77777777" w:rsidR="00734C73" w:rsidRPr="00F51F43" w:rsidRDefault="00734C73" w:rsidP="00251ABD">
      <w:pPr>
        <w:ind w:left="426"/>
        <w:rPr>
          <w:noProof/>
        </w:rPr>
      </w:pPr>
      <w:r w:rsidRPr="00F51F43">
        <w:rPr>
          <w:noProof/>
        </w:rPr>
        <w:t>- mala sportska škola ( „Potočić“ Koprivnički Bregi)</w:t>
      </w:r>
    </w:p>
    <w:p w14:paraId="528F44A6" w14:textId="77777777" w:rsidR="00115B75" w:rsidRPr="00F51F43" w:rsidRDefault="00115B75" w:rsidP="000C6415">
      <w:pPr>
        <w:rPr>
          <w:b/>
          <w:noProof/>
        </w:rPr>
      </w:pPr>
    </w:p>
    <w:p w14:paraId="5D497DCD" w14:textId="77777777" w:rsidR="000C6415" w:rsidRPr="00F51F43" w:rsidRDefault="000C6415" w:rsidP="000C6415">
      <w:pPr>
        <w:keepNext/>
        <w:spacing w:before="120"/>
        <w:jc w:val="left"/>
        <w:rPr>
          <w:b/>
          <w:bCs/>
          <w:noProof/>
        </w:rPr>
      </w:pPr>
      <w:r w:rsidRPr="00F51F43">
        <w:rPr>
          <w:b/>
          <w:bCs/>
          <w:noProof/>
        </w:rPr>
        <w:t>Tablica 2: Raspored održavanja kraćih programa u pedagoškoj godini 2026./2027.</w:t>
      </w:r>
    </w:p>
    <w:tbl>
      <w:tblPr>
        <w:tblStyle w:val="Reetkatablice"/>
        <w:tblW w:w="9755" w:type="dxa"/>
        <w:jc w:val="center"/>
        <w:tblLayout w:type="fixed"/>
        <w:tblLook w:val="01E0" w:firstRow="1" w:lastRow="1" w:firstColumn="1" w:lastColumn="1" w:noHBand="0" w:noVBand="0"/>
      </w:tblPr>
      <w:tblGrid>
        <w:gridCol w:w="1843"/>
        <w:gridCol w:w="1985"/>
        <w:gridCol w:w="1759"/>
        <w:gridCol w:w="1418"/>
        <w:gridCol w:w="1501"/>
        <w:gridCol w:w="1249"/>
      </w:tblGrid>
      <w:tr w:rsidR="00EC7867" w:rsidRPr="00F51F43" w14:paraId="713FCE5E" w14:textId="77777777" w:rsidTr="00CE445D">
        <w:trPr>
          <w:cantSplit/>
          <w:trHeight w:val="323"/>
          <w:tblHeader/>
          <w:jc w:val="center"/>
        </w:trPr>
        <w:tc>
          <w:tcPr>
            <w:tcW w:w="1843" w:type="dxa"/>
            <w:shd w:val="clear" w:color="auto" w:fill="D9EAD3"/>
            <w:tcMar>
              <w:top w:w="80" w:type="dxa"/>
              <w:left w:w="80" w:type="dxa"/>
              <w:bottom w:w="80" w:type="dxa"/>
              <w:right w:w="80" w:type="dxa"/>
            </w:tcMar>
            <w:vAlign w:val="center"/>
          </w:tcPr>
          <w:p w14:paraId="676C1815" w14:textId="77777777" w:rsidR="000C6415" w:rsidRPr="00F51F43" w:rsidRDefault="000C6415" w:rsidP="00622E71">
            <w:pPr>
              <w:spacing w:after="0" w:line="240" w:lineRule="auto"/>
              <w:jc w:val="center"/>
              <w:rPr>
                <w:b/>
                <w:noProof/>
                <w:sz w:val="20"/>
                <w:szCs w:val="20"/>
              </w:rPr>
            </w:pPr>
            <w:r w:rsidRPr="00F51F43">
              <w:rPr>
                <w:b/>
                <w:noProof/>
                <w:sz w:val="20"/>
                <w:szCs w:val="20"/>
              </w:rPr>
              <w:t>KRAĆI PROGRAM</w:t>
            </w:r>
          </w:p>
        </w:tc>
        <w:tc>
          <w:tcPr>
            <w:tcW w:w="1985" w:type="dxa"/>
            <w:shd w:val="clear" w:color="auto" w:fill="D9EAD3"/>
            <w:tcMar>
              <w:top w:w="80" w:type="dxa"/>
              <w:left w:w="80" w:type="dxa"/>
              <w:bottom w:w="80" w:type="dxa"/>
              <w:right w:w="80" w:type="dxa"/>
            </w:tcMar>
            <w:vAlign w:val="center"/>
          </w:tcPr>
          <w:p w14:paraId="38E4CC13" w14:textId="77777777" w:rsidR="000C6415" w:rsidRPr="00F51F43" w:rsidRDefault="000C6415" w:rsidP="00622E71">
            <w:pPr>
              <w:spacing w:after="0" w:line="240" w:lineRule="auto"/>
              <w:jc w:val="center"/>
              <w:rPr>
                <w:b/>
                <w:noProof/>
                <w:sz w:val="20"/>
                <w:szCs w:val="20"/>
              </w:rPr>
            </w:pPr>
            <w:r w:rsidRPr="00F51F43">
              <w:rPr>
                <w:b/>
                <w:noProof/>
                <w:sz w:val="20"/>
                <w:szCs w:val="20"/>
              </w:rPr>
              <w:t>VODITELJICA</w:t>
            </w:r>
          </w:p>
        </w:tc>
        <w:tc>
          <w:tcPr>
            <w:tcW w:w="1759" w:type="dxa"/>
            <w:shd w:val="clear" w:color="auto" w:fill="D9EAD3"/>
            <w:tcMar>
              <w:top w:w="80" w:type="dxa"/>
              <w:left w:w="80" w:type="dxa"/>
              <w:bottom w:w="80" w:type="dxa"/>
              <w:right w:w="80" w:type="dxa"/>
            </w:tcMar>
            <w:vAlign w:val="center"/>
          </w:tcPr>
          <w:p w14:paraId="3C75C4B4" w14:textId="77777777" w:rsidR="000C6415" w:rsidRPr="00F51F43" w:rsidRDefault="00AB63AB" w:rsidP="00622E71">
            <w:pPr>
              <w:spacing w:after="0" w:line="240" w:lineRule="auto"/>
              <w:jc w:val="center"/>
              <w:rPr>
                <w:b/>
                <w:noProof/>
                <w:sz w:val="20"/>
                <w:szCs w:val="20"/>
              </w:rPr>
            </w:pPr>
            <w:r w:rsidRPr="00F51F43">
              <w:rPr>
                <w:b/>
                <w:noProof/>
                <w:sz w:val="20"/>
                <w:szCs w:val="20"/>
              </w:rPr>
              <w:t>RITAM</w:t>
            </w:r>
            <w:r w:rsidR="000C6415" w:rsidRPr="00F51F43">
              <w:rPr>
                <w:b/>
                <w:noProof/>
                <w:sz w:val="20"/>
                <w:szCs w:val="20"/>
              </w:rPr>
              <w:t xml:space="preserve"> ODRŽA-VANJA</w:t>
            </w:r>
          </w:p>
        </w:tc>
        <w:tc>
          <w:tcPr>
            <w:tcW w:w="1418" w:type="dxa"/>
            <w:shd w:val="clear" w:color="auto" w:fill="D9EAD3"/>
            <w:tcMar>
              <w:top w:w="80" w:type="dxa"/>
              <w:left w:w="80" w:type="dxa"/>
              <w:bottom w:w="80" w:type="dxa"/>
              <w:right w:w="80" w:type="dxa"/>
            </w:tcMar>
            <w:vAlign w:val="center"/>
          </w:tcPr>
          <w:p w14:paraId="0D07F207" w14:textId="77777777" w:rsidR="000C6415" w:rsidRPr="00F51F43" w:rsidRDefault="000C6415" w:rsidP="00622E71">
            <w:pPr>
              <w:spacing w:after="0" w:line="240" w:lineRule="auto"/>
              <w:jc w:val="center"/>
              <w:rPr>
                <w:b/>
                <w:noProof/>
                <w:sz w:val="20"/>
                <w:szCs w:val="20"/>
              </w:rPr>
            </w:pPr>
            <w:r w:rsidRPr="00F51F43">
              <w:rPr>
                <w:b/>
                <w:noProof/>
                <w:sz w:val="20"/>
                <w:szCs w:val="20"/>
              </w:rPr>
              <w:t>TERMIN</w:t>
            </w:r>
          </w:p>
        </w:tc>
        <w:tc>
          <w:tcPr>
            <w:tcW w:w="1501" w:type="dxa"/>
            <w:shd w:val="clear" w:color="auto" w:fill="D9EAD3"/>
            <w:tcMar>
              <w:top w:w="80" w:type="dxa"/>
              <w:left w:w="80" w:type="dxa"/>
              <w:bottom w:w="80" w:type="dxa"/>
              <w:right w:w="80" w:type="dxa"/>
            </w:tcMar>
            <w:vAlign w:val="center"/>
          </w:tcPr>
          <w:p w14:paraId="04DCB8B5" w14:textId="77777777" w:rsidR="000C6415" w:rsidRPr="00F51F43" w:rsidRDefault="000C6415" w:rsidP="00622E71">
            <w:pPr>
              <w:spacing w:after="0" w:line="240" w:lineRule="auto"/>
              <w:jc w:val="center"/>
              <w:rPr>
                <w:b/>
                <w:noProof/>
                <w:sz w:val="20"/>
                <w:szCs w:val="20"/>
              </w:rPr>
            </w:pPr>
            <w:r w:rsidRPr="00F51F43">
              <w:rPr>
                <w:b/>
                <w:noProof/>
                <w:sz w:val="20"/>
                <w:szCs w:val="20"/>
              </w:rPr>
              <w:t>PROSTOR</w:t>
            </w:r>
          </w:p>
        </w:tc>
        <w:tc>
          <w:tcPr>
            <w:tcW w:w="1249" w:type="dxa"/>
            <w:shd w:val="clear" w:color="auto" w:fill="D9EAD3"/>
            <w:tcMar>
              <w:top w:w="80" w:type="dxa"/>
              <w:left w:w="80" w:type="dxa"/>
              <w:bottom w:w="80" w:type="dxa"/>
              <w:right w:w="80" w:type="dxa"/>
            </w:tcMar>
            <w:vAlign w:val="center"/>
          </w:tcPr>
          <w:p w14:paraId="22A6BA24" w14:textId="77777777" w:rsidR="000C6415" w:rsidRPr="00F51F43" w:rsidRDefault="000C6415" w:rsidP="00622E71">
            <w:pPr>
              <w:spacing w:after="0" w:line="240" w:lineRule="auto"/>
              <w:jc w:val="center"/>
              <w:rPr>
                <w:b/>
                <w:noProof/>
                <w:sz w:val="20"/>
                <w:szCs w:val="20"/>
              </w:rPr>
            </w:pPr>
            <w:r w:rsidRPr="00F51F43">
              <w:rPr>
                <w:b/>
                <w:noProof/>
                <w:sz w:val="20"/>
                <w:szCs w:val="20"/>
              </w:rPr>
              <w:t>BROJ GRUPA/ DJECE</w:t>
            </w:r>
          </w:p>
        </w:tc>
      </w:tr>
      <w:tr w:rsidR="00EC7867" w:rsidRPr="00F51F43" w14:paraId="59CFEB17" w14:textId="77777777" w:rsidTr="00CE445D">
        <w:trPr>
          <w:cantSplit/>
          <w:trHeight w:val="553"/>
          <w:jc w:val="center"/>
        </w:trPr>
        <w:tc>
          <w:tcPr>
            <w:tcW w:w="1843" w:type="dxa"/>
            <w:tcMar>
              <w:top w:w="80" w:type="dxa"/>
              <w:left w:w="80" w:type="dxa"/>
              <w:bottom w:w="80" w:type="dxa"/>
              <w:right w:w="80" w:type="dxa"/>
            </w:tcMar>
            <w:vAlign w:val="center"/>
          </w:tcPr>
          <w:p w14:paraId="37DCDD71" w14:textId="77777777" w:rsidR="00872472" w:rsidRPr="00F51F43" w:rsidRDefault="002A22B8" w:rsidP="007A1D97">
            <w:pPr>
              <w:spacing w:after="0" w:line="240" w:lineRule="auto"/>
              <w:jc w:val="center"/>
              <w:rPr>
                <w:noProof/>
                <w:sz w:val="20"/>
                <w:szCs w:val="20"/>
              </w:rPr>
            </w:pPr>
            <w:r w:rsidRPr="00F51F43">
              <w:rPr>
                <w:noProof/>
                <w:sz w:val="20"/>
                <w:szCs w:val="20"/>
              </w:rPr>
              <w:t>Mala sportska škola</w:t>
            </w:r>
          </w:p>
        </w:tc>
        <w:tc>
          <w:tcPr>
            <w:tcW w:w="1985" w:type="dxa"/>
            <w:tcMar>
              <w:top w:w="80" w:type="dxa"/>
              <w:left w:w="80" w:type="dxa"/>
              <w:bottom w:w="80" w:type="dxa"/>
              <w:right w:w="80" w:type="dxa"/>
            </w:tcMar>
            <w:vAlign w:val="center"/>
          </w:tcPr>
          <w:p w14:paraId="2F28041B" w14:textId="77777777" w:rsidR="00872472" w:rsidRPr="00F51F43" w:rsidRDefault="002A22B8" w:rsidP="007A1D97">
            <w:pPr>
              <w:spacing w:after="0" w:line="240" w:lineRule="auto"/>
              <w:jc w:val="center"/>
              <w:rPr>
                <w:noProof/>
                <w:sz w:val="20"/>
                <w:szCs w:val="20"/>
              </w:rPr>
            </w:pPr>
            <w:r w:rsidRPr="00F51F43">
              <w:rPr>
                <w:noProof/>
                <w:sz w:val="20"/>
                <w:szCs w:val="20"/>
              </w:rPr>
              <w:t>-</w:t>
            </w:r>
            <w:r w:rsidR="003222CC" w:rsidRPr="00F51F43">
              <w:rPr>
                <w:noProof/>
                <w:sz w:val="20"/>
                <w:szCs w:val="20"/>
              </w:rPr>
              <w:t xml:space="preserve"> </w:t>
            </w:r>
            <w:r w:rsidRPr="00F51F43">
              <w:rPr>
                <w:noProof/>
                <w:sz w:val="20"/>
                <w:szCs w:val="20"/>
              </w:rPr>
              <w:t>kineziologinja i odgojiteljica</w:t>
            </w:r>
          </w:p>
          <w:p w14:paraId="2D32414C" w14:textId="77777777" w:rsidR="00F56B14" w:rsidRPr="00F51F43" w:rsidRDefault="00F56B14" w:rsidP="007A1D97">
            <w:pPr>
              <w:spacing w:after="0" w:line="240" w:lineRule="auto"/>
              <w:jc w:val="center"/>
              <w:rPr>
                <w:noProof/>
                <w:sz w:val="20"/>
                <w:szCs w:val="20"/>
              </w:rPr>
            </w:pPr>
          </w:p>
        </w:tc>
        <w:tc>
          <w:tcPr>
            <w:tcW w:w="1759" w:type="dxa"/>
            <w:tcMar>
              <w:top w:w="80" w:type="dxa"/>
              <w:left w:w="80" w:type="dxa"/>
              <w:bottom w:w="80" w:type="dxa"/>
              <w:right w:w="80" w:type="dxa"/>
            </w:tcMar>
            <w:vAlign w:val="center"/>
          </w:tcPr>
          <w:p w14:paraId="7BFFD101" w14:textId="77777777" w:rsidR="00872472" w:rsidRPr="00F51F43" w:rsidRDefault="002A22B8" w:rsidP="00F56B14">
            <w:pPr>
              <w:spacing w:after="0" w:line="240" w:lineRule="auto"/>
              <w:jc w:val="center"/>
              <w:rPr>
                <w:noProof/>
                <w:sz w:val="20"/>
                <w:szCs w:val="20"/>
              </w:rPr>
            </w:pPr>
            <w:r w:rsidRPr="00F51F43">
              <w:rPr>
                <w:noProof/>
                <w:sz w:val="20"/>
                <w:szCs w:val="20"/>
              </w:rPr>
              <w:t xml:space="preserve">Tijekom godine </w:t>
            </w:r>
          </w:p>
        </w:tc>
        <w:tc>
          <w:tcPr>
            <w:tcW w:w="1418" w:type="dxa"/>
            <w:tcMar>
              <w:top w:w="80" w:type="dxa"/>
              <w:left w:w="80" w:type="dxa"/>
              <w:bottom w:w="80" w:type="dxa"/>
              <w:right w:w="80" w:type="dxa"/>
            </w:tcMar>
            <w:vAlign w:val="center"/>
          </w:tcPr>
          <w:p w14:paraId="20020FBF" w14:textId="77777777" w:rsidR="00872472" w:rsidRPr="00F51F43" w:rsidRDefault="002A22B8" w:rsidP="007A1D97">
            <w:pPr>
              <w:spacing w:after="0" w:line="240" w:lineRule="auto"/>
              <w:jc w:val="center"/>
              <w:rPr>
                <w:noProof/>
                <w:sz w:val="20"/>
                <w:szCs w:val="20"/>
              </w:rPr>
            </w:pPr>
            <w:r w:rsidRPr="00F51F43">
              <w:rPr>
                <w:noProof/>
                <w:sz w:val="20"/>
                <w:szCs w:val="20"/>
              </w:rPr>
              <w:t>Dopodnevni termin</w:t>
            </w:r>
            <w:r w:rsidR="00F56B14" w:rsidRPr="00F51F43">
              <w:rPr>
                <w:noProof/>
                <w:sz w:val="20"/>
                <w:szCs w:val="20"/>
              </w:rPr>
              <w:t>/Popodnevni termin</w:t>
            </w:r>
          </w:p>
        </w:tc>
        <w:tc>
          <w:tcPr>
            <w:tcW w:w="1501" w:type="dxa"/>
            <w:tcMar>
              <w:top w:w="80" w:type="dxa"/>
              <w:left w:w="80" w:type="dxa"/>
              <w:bottom w:w="80" w:type="dxa"/>
              <w:right w:w="80" w:type="dxa"/>
            </w:tcMar>
            <w:vAlign w:val="center"/>
          </w:tcPr>
          <w:p w14:paraId="0A22D9F2" w14:textId="77777777" w:rsidR="00872472" w:rsidRPr="00F51F43" w:rsidRDefault="00F56B14" w:rsidP="007A1D97">
            <w:pPr>
              <w:spacing w:after="0" w:line="240" w:lineRule="auto"/>
              <w:jc w:val="center"/>
              <w:rPr>
                <w:noProof/>
                <w:sz w:val="20"/>
                <w:szCs w:val="20"/>
              </w:rPr>
            </w:pPr>
            <w:r w:rsidRPr="00F51F43">
              <w:rPr>
                <w:noProof/>
                <w:sz w:val="20"/>
                <w:szCs w:val="20"/>
              </w:rPr>
              <w:t>Dvorana OŠ Koprivnički Bregi</w:t>
            </w:r>
          </w:p>
        </w:tc>
        <w:tc>
          <w:tcPr>
            <w:tcW w:w="1249" w:type="dxa"/>
            <w:tcMar>
              <w:top w:w="80" w:type="dxa"/>
              <w:left w:w="80" w:type="dxa"/>
              <w:bottom w:w="80" w:type="dxa"/>
              <w:right w:w="80" w:type="dxa"/>
            </w:tcMar>
            <w:vAlign w:val="center"/>
          </w:tcPr>
          <w:p w14:paraId="760FDE4B" w14:textId="77777777" w:rsidR="00F56B14" w:rsidRPr="00F51F43" w:rsidRDefault="00EC7867" w:rsidP="00F56B14">
            <w:pPr>
              <w:spacing w:after="0" w:line="240" w:lineRule="auto"/>
              <w:jc w:val="center"/>
              <w:rPr>
                <w:noProof/>
                <w:sz w:val="20"/>
                <w:szCs w:val="20"/>
              </w:rPr>
            </w:pPr>
            <w:r w:rsidRPr="00F51F43">
              <w:rPr>
                <w:noProof/>
                <w:sz w:val="20"/>
                <w:szCs w:val="20"/>
              </w:rPr>
              <w:t>1</w:t>
            </w:r>
            <w:r w:rsidR="002A22B8" w:rsidRPr="00F51F43">
              <w:rPr>
                <w:noProof/>
                <w:sz w:val="20"/>
                <w:szCs w:val="20"/>
              </w:rPr>
              <w:t>/</w:t>
            </w:r>
            <w:r w:rsidR="000A4CD6" w:rsidRPr="00F51F43">
              <w:rPr>
                <w:noProof/>
                <w:sz w:val="20"/>
                <w:szCs w:val="20"/>
              </w:rPr>
              <w:t xml:space="preserve"> </w:t>
            </w:r>
            <w:r w:rsidRPr="00F51F43">
              <w:rPr>
                <w:noProof/>
                <w:sz w:val="20"/>
                <w:szCs w:val="20"/>
              </w:rPr>
              <w:t>20</w:t>
            </w:r>
          </w:p>
        </w:tc>
      </w:tr>
      <w:tr w:rsidR="001A029B" w:rsidRPr="00F51F43" w14:paraId="6701F926" w14:textId="77777777" w:rsidTr="00CE445D">
        <w:trPr>
          <w:cantSplit/>
          <w:trHeight w:val="553"/>
          <w:jc w:val="center"/>
        </w:trPr>
        <w:tc>
          <w:tcPr>
            <w:tcW w:w="1843" w:type="dxa"/>
            <w:tcMar>
              <w:top w:w="80" w:type="dxa"/>
              <w:left w:w="80" w:type="dxa"/>
              <w:bottom w:w="80" w:type="dxa"/>
              <w:right w:w="80" w:type="dxa"/>
            </w:tcMar>
            <w:vAlign w:val="center"/>
          </w:tcPr>
          <w:p w14:paraId="187AB756" w14:textId="77777777" w:rsidR="007A1D97" w:rsidRPr="00F51F43" w:rsidRDefault="007A1D97" w:rsidP="007A1D97">
            <w:pPr>
              <w:spacing w:after="0" w:line="240" w:lineRule="auto"/>
              <w:jc w:val="center"/>
              <w:rPr>
                <w:noProof/>
                <w:sz w:val="20"/>
                <w:szCs w:val="20"/>
              </w:rPr>
            </w:pPr>
            <w:r w:rsidRPr="00F51F43">
              <w:rPr>
                <w:noProof/>
                <w:sz w:val="20"/>
                <w:szCs w:val="20"/>
              </w:rPr>
              <w:t>Program katoličkog vjerskog odgoja (integriran u redoviti program)</w:t>
            </w:r>
          </w:p>
        </w:tc>
        <w:tc>
          <w:tcPr>
            <w:tcW w:w="1985" w:type="dxa"/>
            <w:tcMar>
              <w:top w:w="80" w:type="dxa"/>
              <w:left w:w="80" w:type="dxa"/>
              <w:bottom w:w="80" w:type="dxa"/>
              <w:right w:w="80" w:type="dxa"/>
            </w:tcMar>
            <w:vAlign w:val="center"/>
          </w:tcPr>
          <w:p w14:paraId="36D819E3" w14:textId="77777777" w:rsidR="007A1D97" w:rsidRPr="00F51F43" w:rsidRDefault="007A1D97" w:rsidP="00251ABD">
            <w:pPr>
              <w:spacing w:after="0" w:line="240" w:lineRule="auto"/>
              <w:jc w:val="center"/>
              <w:rPr>
                <w:noProof/>
                <w:sz w:val="20"/>
                <w:szCs w:val="20"/>
              </w:rPr>
            </w:pPr>
            <w:r w:rsidRPr="00F51F43">
              <w:rPr>
                <w:noProof/>
                <w:sz w:val="20"/>
                <w:szCs w:val="20"/>
              </w:rPr>
              <w:t xml:space="preserve">- odgojiteljice </w:t>
            </w:r>
            <w:r w:rsidR="00251ABD" w:rsidRPr="00F51F43">
              <w:rPr>
                <w:noProof/>
                <w:sz w:val="20"/>
                <w:szCs w:val="20"/>
              </w:rPr>
              <w:t>A.S. i I.P.</w:t>
            </w:r>
          </w:p>
        </w:tc>
        <w:tc>
          <w:tcPr>
            <w:tcW w:w="1759" w:type="dxa"/>
            <w:tcMar>
              <w:top w:w="80" w:type="dxa"/>
              <w:left w:w="80" w:type="dxa"/>
              <w:bottom w:w="80" w:type="dxa"/>
              <w:right w:w="80" w:type="dxa"/>
            </w:tcMar>
            <w:vAlign w:val="center"/>
          </w:tcPr>
          <w:p w14:paraId="1B65E36C" w14:textId="77777777" w:rsidR="007A1D97" w:rsidRPr="00F51F43" w:rsidRDefault="007A1D97" w:rsidP="007A1D97">
            <w:pPr>
              <w:spacing w:after="0" w:line="240" w:lineRule="auto"/>
              <w:jc w:val="center"/>
              <w:rPr>
                <w:noProof/>
                <w:sz w:val="20"/>
                <w:szCs w:val="20"/>
              </w:rPr>
            </w:pPr>
            <w:r w:rsidRPr="00F51F43">
              <w:rPr>
                <w:noProof/>
                <w:sz w:val="20"/>
                <w:szCs w:val="20"/>
              </w:rPr>
              <w:t>tijekom pedagoške godine, prigodno</w:t>
            </w:r>
          </w:p>
        </w:tc>
        <w:tc>
          <w:tcPr>
            <w:tcW w:w="1418" w:type="dxa"/>
            <w:tcMar>
              <w:top w:w="80" w:type="dxa"/>
              <w:left w:w="80" w:type="dxa"/>
              <w:bottom w:w="80" w:type="dxa"/>
              <w:right w:w="80" w:type="dxa"/>
            </w:tcMar>
            <w:vAlign w:val="center"/>
          </w:tcPr>
          <w:p w14:paraId="2ED2646D" w14:textId="77777777" w:rsidR="007A1D97" w:rsidRPr="00F51F43" w:rsidRDefault="00F56B14" w:rsidP="007A1D97">
            <w:pPr>
              <w:spacing w:after="0" w:line="240" w:lineRule="auto"/>
              <w:jc w:val="center"/>
              <w:rPr>
                <w:noProof/>
                <w:sz w:val="20"/>
                <w:szCs w:val="20"/>
              </w:rPr>
            </w:pPr>
            <w:r w:rsidRPr="00F51F43">
              <w:rPr>
                <w:noProof/>
                <w:sz w:val="20"/>
                <w:szCs w:val="20"/>
              </w:rPr>
              <w:t>dopodnevni termin</w:t>
            </w:r>
          </w:p>
        </w:tc>
        <w:tc>
          <w:tcPr>
            <w:tcW w:w="1501" w:type="dxa"/>
            <w:tcMar>
              <w:top w:w="80" w:type="dxa"/>
              <w:left w:w="80" w:type="dxa"/>
              <w:bottom w:w="80" w:type="dxa"/>
              <w:right w:w="80" w:type="dxa"/>
            </w:tcMar>
            <w:vAlign w:val="center"/>
          </w:tcPr>
          <w:p w14:paraId="58637A4B" w14:textId="77777777" w:rsidR="007A1D97" w:rsidRPr="00F51F43" w:rsidRDefault="00115B75" w:rsidP="00251ABD">
            <w:pPr>
              <w:spacing w:after="0" w:line="240" w:lineRule="auto"/>
              <w:jc w:val="center"/>
              <w:rPr>
                <w:noProof/>
                <w:sz w:val="20"/>
                <w:szCs w:val="20"/>
              </w:rPr>
            </w:pPr>
            <w:r w:rsidRPr="00F51F43">
              <w:rPr>
                <w:noProof/>
                <w:sz w:val="20"/>
                <w:szCs w:val="20"/>
              </w:rPr>
              <w:t xml:space="preserve">područni objekti </w:t>
            </w:r>
            <w:r w:rsidR="00B64599" w:rsidRPr="00F51F43">
              <w:rPr>
                <w:noProof/>
                <w:sz w:val="20"/>
                <w:szCs w:val="20"/>
              </w:rPr>
              <w:t>Zvončica“ Gola</w:t>
            </w:r>
            <w:r w:rsidR="007261D6" w:rsidRPr="00F51F43">
              <w:rPr>
                <w:noProof/>
                <w:sz w:val="20"/>
                <w:szCs w:val="20"/>
              </w:rPr>
              <w:t xml:space="preserve"> i „Ivančica“ Koprivnički Ivanec</w:t>
            </w:r>
            <w:r w:rsidRPr="00F51F43">
              <w:rPr>
                <w:noProof/>
                <w:sz w:val="20"/>
                <w:szCs w:val="20"/>
              </w:rPr>
              <w:t xml:space="preserve"> </w:t>
            </w:r>
          </w:p>
        </w:tc>
        <w:tc>
          <w:tcPr>
            <w:tcW w:w="1249" w:type="dxa"/>
            <w:tcMar>
              <w:top w:w="80" w:type="dxa"/>
              <w:left w:w="80" w:type="dxa"/>
              <w:bottom w:w="80" w:type="dxa"/>
              <w:right w:w="80" w:type="dxa"/>
            </w:tcMar>
            <w:vAlign w:val="center"/>
          </w:tcPr>
          <w:p w14:paraId="7B578122" w14:textId="77777777" w:rsidR="007A1D97" w:rsidRPr="00F51F43" w:rsidRDefault="00251ABD" w:rsidP="00B64599">
            <w:pPr>
              <w:spacing w:after="0" w:line="240" w:lineRule="auto"/>
              <w:jc w:val="center"/>
              <w:rPr>
                <w:noProof/>
                <w:sz w:val="20"/>
                <w:szCs w:val="20"/>
              </w:rPr>
            </w:pPr>
            <w:r w:rsidRPr="00F51F43">
              <w:rPr>
                <w:noProof/>
                <w:sz w:val="20"/>
                <w:szCs w:val="20"/>
              </w:rPr>
              <w:t>2/43</w:t>
            </w:r>
          </w:p>
        </w:tc>
      </w:tr>
      <w:tr w:rsidR="007A1D97" w:rsidRPr="00F51F43" w14:paraId="7AE55084" w14:textId="77777777" w:rsidTr="00CE445D">
        <w:trPr>
          <w:cantSplit/>
          <w:trHeight w:val="563"/>
          <w:jc w:val="center"/>
        </w:trPr>
        <w:tc>
          <w:tcPr>
            <w:tcW w:w="1843" w:type="dxa"/>
            <w:tcMar>
              <w:top w:w="80" w:type="dxa"/>
              <w:left w:w="80" w:type="dxa"/>
              <w:bottom w:w="80" w:type="dxa"/>
              <w:right w:w="80" w:type="dxa"/>
            </w:tcMar>
            <w:vAlign w:val="center"/>
          </w:tcPr>
          <w:p w14:paraId="51C01420" w14:textId="77777777" w:rsidR="007A1D97" w:rsidRPr="00F51F43" w:rsidRDefault="007A1D97" w:rsidP="007A1D97">
            <w:pPr>
              <w:spacing w:after="0" w:line="240" w:lineRule="auto"/>
              <w:jc w:val="center"/>
              <w:rPr>
                <w:noProof/>
                <w:sz w:val="20"/>
                <w:szCs w:val="20"/>
              </w:rPr>
            </w:pPr>
            <w:r w:rsidRPr="00F51F43">
              <w:rPr>
                <w:noProof/>
                <w:sz w:val="20"/>
                <w:szCs w:val="20"/>
              </w:rPr>
              <w:t>Kraći program folklorno-plesne igraonice (integriran u redoviti program)</w:t>
            </w:r>
          </w:p>
        </w:tc>
        <w:tc>
          <w:tcPr>
            <w:tcW w:w="1985" w:type="dxa"/>
            <w:tcMar>
              <w:top w:w="80" w:type="dxa"/>
              <w:left w:w="80" w:type="dxa"/>
              <w:bottom w:w="80" w:type="dxa"/>
              <w:right w:w="80" w:type="dxa"/>
            </w:tcMar>
            <w:vAlign w:val="center"/>
          </w:tcPr>
          <w:p w14:paraId="50D0E9FD" w14:textId="77777777" w:rsidR="007A1D97" w:rsidRPr="00F51F43" w:rsidRDefault="007A1D97" w:rsidP="00251ABD">
            <w:pPr>
              <w:spacing w:after="0" w:line="240" w:lineRule="auto"/>
              <w:jc w:val="center"/>
              <w:rPr>
                <w:noProof/>
                <w:sz w:val="20"/>
                <w:szCs w:val="20"/>
              </w:rPr>
            </w:pPr>
            <w:r w:rsidRPr="00F51F43">
              <w:rPr>
                <w:noProof/>
                <w:sz w:val="20"/>
                <w:szCs w:val="20"/>
              </w:rPr>
              <w:t xml:space="preserve">- odgojiteljice </w:t>
            </w:r>
            <w:r w:rsidR="00251ABD" w:rsidRPr="00F51F43">
              <w:rPr>
                <w:noProof/>
                <w:sz w:val="20"/>
                <w:szCs w:val="20"/>
              </w:rPr>
              <w:t>N.V.</w:t>
            </w:r>
          </w:p>
        </w:tc>
        <w:tc>
          <w:tcPr>
            <w:tcW w:w="1759" w:type="dxa"/>
            <w:tcMar>
              <w:top w:w="80" w:type="dxa"/>
              <w:left w:w="80" w:type="dxa"/>
              <w:bottom w:w="80" w:type="dxa"/>
              <w:right w:w="80" w:type="dxa"/>
            </w:tcMar>
            <w:vAlign w:val="center"/>
          </w:tcPr>
          <w:p w14:paraId="79AD6AFE" w14:textId="77777777" w:rsidR="007A1D97" w:rsidRPr="00F51F43" w:rsidRDefault="007A1D97" w:rsidP="007A1D97">
            <w:pPr>
              <w:spacing w:after="0" w:line="240" w:lineRule="auto"/>
              <w:jc w:val="center"/>
              <w:rPr>
                <w:noProof/>
                <w:sz w:val="20"/>
                <w:szCs w:val="20"/>
              </w:rPr>
            </w:pPr>
            <w:r w:rsidRPr="00F51F43">
              <w:rPr>
                <w:noProof/>
                <w:sz w:val="20"/>
                <w:szCs w:val="20"/>
              </w:rPr>
              <w:t>tijekom pedagoške godine, prigodno</w:t>
            </w:r>
          </w:p>
        </w:tc>
        <w:tc>
          <w:tcPr>
            <w:tcW w:w="1418" w:type="dxa"/>
            <w:tcMar>
              <w:top w:w="80" w:type="dxa"/>
              <w:left w:w="80" w:type="dxa"/>
              <w:bottom w:w="80" w:type="dxa"/>
              <w:right w:w="80" w:type="dxa"/>
            </w:tcMar>
            <w:vAlign w:val="center"/>
          </w:tcPr>
          <w:p w14:paraId="0CEE9B8C" w14:textId="77777777" w:rsidR="007A1D97" w:rsidRPr="00F51F43" w:rsidRDefault="007A1D97" w:rsidP="007A1D97">
            <w:pPr>
              <w:spacing w:after="0" w:line="240" w:lineRule="auto"/>
              <w:jc w:val="center"/>
              <w:rPr>
                <w:noProof/>
                <w:sz w:val="20"/>
                <w:szCs w:val="20"/>
              </w:rPr>
            </w:pPr>
            <w:r w:rsidRPr="00F51F43">
              <w:rPr>
                <w:noProof/>
                <w:sz w:val="20"/>
                <w:szCs w:val="20"/>
              </w:rPr>
              <w:t>dopodnevni termini</w:t>
            </w:r>
          </w:p>
        </w:tc>
        <w:tc>
          <w:tcPr>
            <w:tcW w:w="1501" w:type="dxa"/>
            <w:tcMar>
              <w:top w:w="80" w:type="dxa"/>
              <w:left w:w="80" w:type="dxa"/>
              <w:bottom w:w="80" w:type="dxa"/>
              <w:right w:w="80" w:type="dxa"/>
            </w:tcMar>
            <w:vAlign w:val="center"/>
          </w:tcPr>
          <w:p w14:paraId="38D1F458" w14:textId="77777777" w:rsidR="007A1D97" w:rsidRPr="00F51F43" w:rsidRDefault="00251ABD" w:rsidP="00251ABD">
            <w:pPr>
              <w:spacing w:after="0" w:line="240" w:lineRule="auto"/>
              <w:jc w:val="center"/>
              <w:rPr>
                <w:noProof/>
                <w:sz w:val="20"/>
                <w:szCs w:val="20"/>
              </w:rPr>
            </w:pPr>
            <w:r w:rsidRPr="00F51F43">
              <w:rPr>
                <w:noProof/>
                <w:sz w:val="20"/>
                <w:szCs w:val="20"/>
              </w:rPr>
              <w:t xml:space="preserve">područni objekt  „Ivančica“ Koprivnički Ivanec </w:t>
            </w:r>
          </w:p>
        </w:tc>
        <w:tc>
          <w:tcPr>
            <w:tcW w:w="1249" w:type="dxa"/>
            <w:tcMar>
              <w:top w:w="80" w:type="dxa"/>
              <w:left w:w="80" w:type="dxa"/>
              <w:bottom w:w="80" w:type="dxa"/>
              <w:right w:w="80" w:type="dxa"/>
            </w:tcMar>
            <w:vAlign w:val="center"/>
          </w:tcPr>
          <w:p w14:paraId="6997AD6E" w14:textId="77777777" w:rsidR="007A1D97" w:rsidRPr="00F51F43" w:rsidRDefault="00251ABD" w:rsidP="00F56B14">
            <w:pPr>
              <w:spacing w:after="0" w:line="240" w:lineRule="auto"/>
              <w:jc w:val="center"/>
              <w:rPr>
                <w:noProof/>
                <w:sz w:val="20"/>
                <w:szCs w:val="20"/>
              </w:rPr>
            </w:pPr>
            <w:r w:rsidRPr="00F51F43">
              <w:rPr>
                <w:noProof/>
                <w:sz w:val="20"/>
                <w:szCs w:val="20"/>
              </w:rPr>
              <w:t>1</w:t>
            </w:r>
            <w:r w:rsidR="00B67708" w:rsidRPr="00F51F43">
              <w:rPr>
                <w:noProof/>
                <w:sz w:val="20"/>
                <w:szCs w:val="20"/>
              </w:rPr>
              <w:t xml:space="preserve"> </w:t>
            </w:r>
            <w:r w:rsidR="007A1D97" w:rsidRPr="00F51F43">
              <w:rPr>
                <w:noProof/>
                <w:sz w:val="20"/>
                <w:szCs w:val="20"/>
              </w:rPr>
              <w:t>/</w:t>
            </w:r>
            <w:r w:rsidR="000A4CD6" w:rsidRPr="00F51F43">
              <w:rPr>
                <w:noProof/>
                <w:sz w:val="20"/>
                <w:szCs w:val="20"/>
              </w:rPr>
              <w:t xml:space="preserve"> </w:t>
            </w:r>
            <w:r w:rsidRPr="00F51F43">
              <w:rPr>
                <w:noProof/>
                <w:sz w:val="20"/>
                <w:szCs w:val="20"/>
              </w:rPr>
              <w:t>21</w:t>
            </w:r>
          </w:p>
        </w:tc>
      </w:tr>
    </w:tbl>
    <w:p w14:paraId="4A4EC5F3" w14:textId="77777777" w:rsidR="000C6415" w:rsidRPr="00F51F43" w:rsidRDefault="000C6415" w:rsidP="00071CAD">
      <w:pPr>
        <w:pStyle w:val="Tijeloteksta"/>
        <w:rPr>
          <w:noProof/>
        </w:rPr>
      </w:pPr>
    </w:p>
    <w:p w14:paraId="4B0CC7A1" w14:textId="77777777" w:rsidR="00BD5ED4" w:rsidRPr="00F51F43" w:rsidRDefault="00567217" w:rsidP="00251ABD">
      <w:pPr>
        <w:pStyle w:val="Tijeloteksta"/>
        <w:ind w:firstLine="720"/>
        <w:rPr>
          <w:noProof/>
        </w:rPr>
      </w:pPr>
      <w:r w:rsidRPr="00F51F43">
        <w:rPr>
          <w:noProof/>
        </w:rPr>
        <w:t>Redovitim desetosatnim programom obuhvaćeno je 325 djece u 21 odgojno-obrazovnoj skupini (od toga 66 djece školskih obveznika). Sedmero djece obveznika programa predškole bit će uključeno u program predškole izvan redovitog programa, ali integrirano u redoviti program u podružnici „Iskrica“ Đelekovec, „Ivančica“ Koprivnički Ivanec i  „Dabrić“ Legrad. U podružnici  „Potočić“ Koprivnički Bregi bit će šestero djece obveznika programa predškole uključeno u program izvan redovitog programa.</w:t>
      </w:r>
    </w:p>
    <w:p w14:paraId="445348D9" w14:textId="77777777" w:rsidR="00071CAD" w:rsidRPr="00F51F43" w:rsidRDefault="00071CAD" w:rsidP="00D56632">
      <w:pPr>
        <w:rPr>
          <w:noProof/>
        </w:rPr>
      </w:pPr>
    </w:p>
    <w:p w14:paraId="4A1E931C" w14:textId="77777777" w:rsidR="00251ABD" w:rsidRPr="00F51F43" w:rsidRDefault="00AB63AB" w:rsidP="00D7124A">
      <w:pPr>
        <w:keepNext/>
        <w:spacing w:before="120"/>
        <w:jc w:val="left"/>
        <w:rPr>
          <w:b/>
          <w:bCs/>
          <w:noProof/>
        </w:rPr>
      </w:pPr>
      <w:r w:rsidRPr="00F51F43">
        <w:rPr>
          <w:b/>
          <w:bCs/>
          <w:noProof/>
        </w:rPr>
        <w:t>Tablica 3</w:t>
      </w:r>
      <w:r w:rsidR="000A4238" w:rsidRPr="00F51F43">
        <w:rPr>
          <w:b/>
          <w:bCs/>
          <w:noProof/>
        </w:rPr>
        <w:t xml:space="preserve">: </w:t>
      </w:r>
      <w:r w:rsidR="00737167" w:rsidRPr="00F51F43">
        <w:rPr>
          <w:b/>
          <w:bCs/>
          <w:noProof/>
        </w:rPr>
        <w:t>Organizacija rada odgojno-obrazovnih</w:t>
      </w:r>
      <w:r w:rsidR="00AD062A" w:rsidRPr="00F51F43">
        <w:rPr>
          <w:b/>
          <w:bCs/>
          <w:noProof/>
        </w:rPr>
        <w:t xml:space="preserve"> dje</w:t>
      </w:r>
      <w:r w:rsidR="00126FEE" w:rsidRPr="00F51F43">
        <w:rPr>
          <w:b/>
          <w:bCs/>
          <w:noProof/>
        </w:rPr>
        <w:t>latnika u pedagoškoj godini 202</w:t>
      </w:r>
      <w:r w:rsidR="00251ABD" w:rsidRPr="00F51F43">
        <w:rPr>
          <w:b/>
          <w:bCs/>
          <w:noProof/>
        </w:rPr>
        <w:t>6</w:t>
      </w:r>
      <w:r w:rsidR="00126FEE" w:rsidRPr="00F51F43">
        <w:rPr>
          <w:b/>
          <w:bCs/>
          <w:noProof/>
        </w:rPr>
        <w:t>./202</w:t>
      </w:r>
      <w:r w:rsidR="00251ABD" w:rsidRPr="00F51F43">
        <w:rPr>
          <w:b/>
          <w:bCs/>
          <w:noProof/>
        </w:rPr>
        <w:t>7</w:t>
      </w:r>
      <w:r w:rsidR="00AD062A" w:rsidRPr="00F51F43">
        <w:rPr>
          <w:b/>
          <w:bCs/>
          <w:noProof/>
        </w:rPr>
        <w:t>.</w:t>
      </w:r>
      <w:r w:rsidR="00505B9E" w:rsidRPr="00F51F43">
        <w:rPr>
          <w:b/>
          <w:bCs/>
          <w:noProof/>
        </w:rPr>
        <w:t xml:space="preserve">  </w:t>
      </w:r>
    </w:p>
    <w:tbl>
      <w:tblPr>
        <w:tblStyle w:val="Reetkatablice"/>
        <w:tblW w:w="9180" w:type="dxa"/>
        <w:jc w:val="center"/>
        <w:tblLook w:val="04A0" w:firstRow="1" w:lastRow="0" w:firstColumn="1" w:lastColumn="0" w:noHBand="0" w:noVBand="1"/>
      </w:tblPr>
      <w:tblGrid>
        <w:gridCol w:w="1316"/>
        <w:gridCol w:w="1402"/>
        <w:gridCol w:w="1677"/>
        <w:gridCol w:w="1246"/>
        <w:gridCol w:w="3539"/>
      </w:tblGrid>
      <w:tr w:rsidR="004F011F" w:rsidRPr="00F51F43" w14:paraId="0D0A88B0" w14:textId="77777777" w:rsidTr="004F011F">
        <w:trPr>
          <w:cantSplit/>
          <w:trHeight w:val="612"/>
          <w:tblHeader/>
          <w:jc w:val="center"/>
        </w:trPr>
        <w:tc>
          <w:tcPr>
            <w:tcW w:w="1134" w:type="dxa"/>
            <w:tcBorders>
              <w:top w:val="single" w:sz="4" w:space="0" w:color="auto"/>
              <w:left w:val="single" w:sz="4" w:space="0" w:color="auto"/>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11FE70B1" w14:textId="77777777" w:rsidR="004F011F" w:rsidRPr="00F51F43" w:rsidRDefault="004F011F" w:rsidP="00B1564D">
            <w:pPr>
              <w:spacing w:after="0" w:line="240" w:lineRule="auto"/>
              <w:jc w:val="center"/>
              <w:rPr>
                <w:b/>
                <w:bCs/>
                <w:noProof/>
                <w:sz w:val="20"/>
                <w:szCs w:val="20"/>
              </w:rPr>
            </w:pPr>
            <w:r w:rsidRPr="00F51F43">
              <w:rPr>
                <w:b/>
                <w:bCs/>
                <w:noProof/>
                <w:sz w:val="20"/>
                <w:szCs w:val="20"/>
              </w:rPr>
              <w:t>Objekt</w:t>
            </w:r>
          </w:p>
        </w:tc>
        <w:tc>
          <w:tcPr>
            <w:tcW w:w="1418"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6935EFC5" w14:textId="77777777" w:rsidR="004F011F" w:rsidRPr="00F51F43" w:rsidRDefault="004F011F" w:rsidP="00B1564D">
            <w:pPr>
              <w:spacing w:after="0" w:line="240" w:lineRule="auto"/>
              <w:jc w:val="center"/>
              <w:rPr>
                <w:b/>
                <w:bCs/>
                <w:noProof/>
                <w:sz w:val="20"/>
                <w:szCs w:val="20"/>
              </w:rPr>
            </w:pPr>
            <w:r w:rsidRPr="00F51F43">
              <w:rPr>
                <w:b/>
                <w:bCs/>
                <w:noProof/>
                <w:sz w:val="20"/>
                <w:szCs w:val="20"/>
              </w:rPr>
              <w:t>Skupina</w:t>
            </w:r>
          </w:p>
        </w:tc>
        <w:tc>
          <w:tcPr>
            <w:tcW w:w="1701"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553C3E9E" w14:textId="77777777" w:rsidR="004F011F" w:rsidRPr="00F51F43" w:rsidRDefault="004F011F" w:rsidP="00B1564D">
            <w:pPr>
              <w:spacing w:after="0" w:line="240" w:lineRule="auto"/>
              <w:jc w:val="center"/>
              <w:rPr>
                <w:noProof/>
                <w:sz w:val="20"/>
                <w:szCs w:val="20"/>
              </w:rPr>
            </w:pPr>
            <w:r w:rsidRPr="00F51F43">
              <w:rPr>
                <w:b/>
                <w:noProof/>
                <w:sz w:val="20"/>
                <w:szCs w:val="20"/>
              </w:rPr>
              <w:t> </w:t>
            </w:r>
          </w:p>
        </w:tc>
        <w:tc>
          <w:tcPr>
            <w:tcW w:w="1276"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033B1C61" w14:textId="77777777" w:rsidR="004F011F" w:rsidRPr="00F51F43" w:rsidRDefault="004F011F" w:rsidP="00B1564D">
            <w:pPr>
              <w:spacing w:after="0" w:line="240" w:lineRule="auto"/>
              <w:jc w:val="center"/>
              <w:rPr>
                <w:b/>
                <w:bCs/>
                <w:noProof/>
                <w:sz w:val="20"/>
                <w:szCs w:val="20"/>
              </w:rPr>
            </w:pPr>
            <w:r w:rsidRPr="00F51F43">
              <w:rPr>
                <w:b/>
                <w:bCs/>
                <w:noProof/>
                <w:sz w:val="20"/>
                <w:szCs w:val="20"/>
              </w:rPr>
              <w:t>Br. djece</w:t>
            </w:r>
          </w:p>
        </w:tc>
        <w:tc>
          <w:tcPr>
            <w:tcW w:w="3651"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tcPr>
          <w:p w14:paraId="0DBC54B6" w14:textId="77777777" w:rsidR="004F011F" w:rsidRPr="00F51F43" w:rsidRDefault="004F011F" w:rsidP="00B1564D">
            <w:pPr>
              <w:spacing w:after="0" w:line="240" w:lineRule="auto"/>
              <w:jc w:val="center"/>
              <w:rPr>
                <w:b/>
                <w:bCs/>
                <w:noProof/>
                <w:sz w:val="20"/>
                <w:szCs w:val="20"/>
              </w:rPr>
            </w:pPr>
            <w:r w:rsidRPr="00F51F43">
              <w:rPr>
                <w:b/>
                <w:bCs/>
                <w:noProof/>
                <w:sz w:val="20"/>
                <w:szCs w:val="20"/>
              </w:rPr>
              <w:t>Program</w:t>
            </w:r>
          </w:p>
        </w:tc>
      </w:tr>
      <w:tr w:rsidR="004F011F" w:rsidRPr="00F51F43" w14:paraId="527E1F3A" w14:textId="77777777" w:rsidTr="004F011F">
        <w:trPr>
          <w:cantSplit/>
          <w:trHeight w:val="528"/>
          <w:jc w:val="center"/>
        </w:trPr>
        <w:tc>
          <w:tcPr>
            <w:tcW w:w="1134"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82A85C0" w14:textId="77777777" w:rsidR="004F011F" w:rsidRPr="00F51F43" w:rsidRDefault="004F011F" w:rsidP="00B1564D">
            <w:pPr>
              <w:spacing w:after="0" w:line="240" w:lineRule="auto"/>
              <w:jc w:val="center"/>
              <w:rPr>
                <w:noProof/>
                <w:sz w:val="20"/>
                <w:szCs w:val="20"/>
              </w:rPr>
            </w:pPr>
            <w:r w:rsidRPr="00F51F43">
              <w:rPr>
                <w:noProof/>
                <w:sz w:val="20"/>
                <w:szCs w:val="20"/>
              </w:rPr>
              <w:t>"Iskrica" Đelekovec</w:t>
            </w:r>
          </w:p>
        </w:tc>
        <w:tc>
          <w:tcPr>
            <w:tcW w:w="1418"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425A1155" w14:textId="77777777" w:rsidR="004F011F" w:rsidRPr="00F51F43" w:rsidRDefault="004F011F" w:rsidP="00B1564D">
            <w:pPr>
              <w:spacing w:after="0" w:line="240" w:lineRule="auto"/>
              <w:jc w:val="center"/>
              <w:rPr>
                <w:b/>
                <w:bCs/>
                <w:noProof/>
                <w:sz w:val="20"/>
                <w:szCs w:val="20"/>
              </w:rPr>
            </w:pPr>
            <w:r w:rsidRPr="00F51F43">
              <w:rPr>
                <w:b/>
                <w:bCs/>
                <w:noProof/>
                <w:sz w:val="20"/>
                <w:szCs w:val="20"/>
              </w:rPr>
              <w:t>Iskrica</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457CA04" w14:textId="77777777" w:rsidR="004F011F" w:rsidRPr="00F51F43" w:rsidRDefault="004F011F" w:rsidP="00B1564D">
            <w:pPr>
              <w:spacing w:after="0" w:line="240" w:lineRule="auto"/>
              <w:jc w:val="center"/>
              <w:rPr>
                <w:noProof/>
                <w:sz w:val="20"/>
                <w:szCs w:val="20"/>
              </w:rPr>
            </w:pPr>
            <w:r w:rsidRPr="00F51F43">
              <w:rPr>
                <w:noProof/>
                <w:sz w:val="20"/>
                <w:szCs w:val="20"/>
              </w:rPr>
              <w:t>mješovita vrtićka (4-7 god)</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6EDB0A8" w14:textId="77777777" w:rsidR="004F011F" w:rsidRPr="00F51F43" w:rsidRDefault="004F011F" w:rsidP="00B1564D">
            <w:pPr>
              <w:spacing w:after="0" w:line="240" w:lineRule="auto"/>
              <w:jc w:val="center"/>
              <w:rPr>
                <w:noProof/>
                <w:sz w:val="20"/>
                <w:szCs w:val="20"/>
              </w:rPr>
            </w:pPr>
            <w:r w:rsidRPr="00F51F43">
              <w:rPr>
                <w:noProof/>
                <w:sz w:val="20"/>
                <w:szCs w:val="20"/>
              </w:rPr>
              <w:t>16</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79ECF28" w14:textId="77777777" w:rsidR="004F011F" w:rsidRPr="00F51F43" w:rsidRDefault="004F011F" w:rsidP="00B1564D">
            <w:pPr>
              <w:spacing w:after="0" w:line="240" w:lineRule="auto"/>
              <w:jc w:val="center"/>
              <w:rPr>
                <w:noProof/>
                <w:sz w:val="20"/>
                <w:szCs w:val="20"/>
              </w:rPr>
            </w:pPr>
            <w:r w:rsidRPr="00F51F43">
              <w:rPr>
                <w:noProof/>
                <w:sz w:val="20"/>
                <w:szCs w:val="20"/>
              </w:rPr>
              <w:t>2 odgojiteljice</w:t>
            </w:r>
          </w:p>
        </w:tc>
      </w:tr>
      <w:tr w:rsidR="004F011F" w:rsidRPr="00F51F43" w14:paraId="28353D75" w14:textId="77777777" w:rsidTr="004F011F">
        <w:trPr>
          <w:cantSplit/>
          <w:trHeight w:val="576"/>
          <w:jc w:val="center"/>
        </w:trPr>
        <w:tc>
          <w:tcPr>
            <w:tcW w:w="1134" w:type="dxa"/>
            <w:vMerge/>
            <w:tcBorders>
              <w:top w:val="nil"/>
              <w:left w:val="single" w:sz="4" w:space="0" w:color="auto"/>
              <w:bottom w:val="single" w:sz="4" w:space="0" w:color="auto"/>
              <w:right w:val="single" w:sz="4" w:space="0" w:color="auto"/>
            </w:tcBorders>
            <w:vAlign w:val="center"/>
            <w:hideMark/>
          </w:tcPr>
          <w:p w14:paraId="4B80CAE9"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26F53A7E" w14:textId="77777777" w:rsidR="004F011F" w:rsidRPr="00F51F43" w:rsidRDefault="004F011F" w:rsidP="004F011F">
            <w:pPr>
              <w:spacing w:after="0" w:line="240" w:lineRule="auto"/>
              <w:jc w:val="center"/>
              <w:rPr>
                <w:b/>
                <w:bCs/>
                <w:noProof/>
                <w:sz w:val="20"/>
                <w:szCs w:val="20"/>
              </w:rPr>
            </w:pPr>
            <w:r w:rsidRPr="00F51F43">
              <w:rPr>
                <w:b/>
                <w:bCs/>
                <w:noProof/>
                <w:sz w:val="20"/>
                <w:szCs w:val="20"/>
              </w:rPr>
              <w:t>Makići</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8D1B231"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FADC10B" w14:textId="77777777" w:rsidR="004F011F" w:rsidRPr="00F51F43" w:rsidRDefault="004F011F" w:rsidP="004F011F">
            <w:pPr>
              <w:spacing w:after="0" w:line="240" w:lineRule="auto"/>
              <w:jc w:val="center"/>
              <w:rPr>
                <w:noProof/>
                <w:sz w:val="20"/>
                <w:szCs w:val="20"/>
              </w:rPr>
            </w:pPr>
            <w:r w:rsidRPr="00F51F43">
              <w:rPr>
                <w:noProof/>
                <w:sz w:val="20"/>
                <w:szCs w:val="20"/>
              </w:rPr>
              <w:t>8</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17D3822A"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6AE59C55" w14:textId="77777777" w:rsidTr="004F011F">
        <w:trPr>
          <w:cantSplit/>
          <w:trHeight w:val="408"/>
          <w:jc w:val="center"/>
        </w:trPr>
        <w:tc>
          <w:tcPr>
            <w:tcW w:w="1134"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D836DD3" w14:textId="77777777" w:rsidR="004F011F" w:rsidRPr="00F51F43" w:rsidRDefault="004F011F" w:rsidP="004F011F">
            <w:pPr>
              <w:spacing w:after="0" w:line="240" w:lineRule="auto"/>
              <w:jc w:val="center"/>
              <w:rPr>
                <w:noProof/>
                <w:sz w:val="20"/>
                <w:szCs w:val="20"/>
              </w:rPr>
            </w:pPr>
            <w:r w:rsidRPr="00F51F43">
              <w:rPr>
                <w:noProof/>
                <w:sz w:val="20"/>
                <w:szCs w:val="20"/>
              </w:rPr>
              <w:t>"Bambi" Ždala</w:t>
            </w:r>
          </w:p>
        </w:tc>
        <w:tc>
          <w:tcPr>
            <w:tcW w:w="1418"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618F398" w14:textId="77777777" w:rsidR="004F011F" w:rsidRPr="00F51F43" w:rsidRDefault="004F011F" w:rsidP="004F011F">
            <w:pPr>
              <w:spacing w:after="0" w:line="240" w:lineRule="auto"/>
              <w:jc w:val="center"/>
              <w:rPr>
                <w:b/>
                <w:bCs/>
                <w:noProof/>
                <w:sz w:val="20"/>
                <w:szCs w:val="20"/>
              </w:rPr>
            </w:pPr>
            <w:r w:rsidRPr="00F51F43">
              <w:rPr>
                <w:b/>
                <w:bCs/>
                <w:noProof/>
                <w:sz w:val="20"/>
                <w:szCs w:val="20"/>
              </w:rPr>
              <w:t>Bambi</w:t>
            </w:r>
          </w:p>
        </w:tc>
        <w:tc>
          <w:tcPr>
            <w:tcW w:w="1701"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645F40D"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vMerge w:val="restart"/>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14B0446F" w14:textId="77777777" w:rsidR="004F011F" w:rsidRPr="00F51F43" w:rsidRDefault="004F011F" w:rsidP="004F011F">
            <w:pPr>
              <w:spacing w:after="0" w:line="240" w:lineRule="auto"/>
              <w:jc w:val="center"/>
              <w:rPr>
                <w:b/>
                <w:bCs/>
                <w:noProof/>
                <w:sz w:val="20"/>
                <w:szCs w:val="20"/>
              </w:rPr>
            </w:pPr>
            <w:r w:rsidRPr="00F51F43">
              <w:rPr>
                <w:b/>
                <w:bCs/>
                <w:noProof/>
                <w:sz w:val="20"/>
                <w:szCs w:val="20"/>
              </w:rPr>
              <w:t>20</w:t>
            </w:r>
          </w:p>
        </w:tc>
        <w:tc>
          <w:tcPr>
            <w:tcW w:w="3651" w:type="dxa"/>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493E0228" w14:textId="77777777" w:rsidR="004F011F" w:rsidRPr="00F51F43" w:rsidRDefault="004F011F" w:rsidP="004F011F">
            <w:pPr>
              <w:spacing w:after="0" w:line="240" w:lineRule="auto"/>
              <w:jc w:val="center"/>
              <w:rPr>
                <w:b/>
                <w:bCs/>
                <w:noProof/>
                <w:sz w:val="20"/>
                <w:szCs w:val="20"/>
              </w:rPr>
            </w:pPr>
            <w:r w:rsidRPr="00F51F43">
              <w:rPr>
                <w:noProof/>
                <w:sz w:val="20"/>
                <w:szCs w:val="20"/>
              </w:rPr>
              <w:t>2 odgojiteljice</w:t>
            </w:r>
          </w:p>
        </w:tc>
      </w:tr>
      <w:tr w:rsidR="004F011F" w:rsidRPr="00F51F43" w14:paraId="5AEF2F6F" w14:textId="77777777" w:rsidTr="004F011F">
        <w:trPr>
          <w:cantSplit/>
          <w:trHeight w:val="204"/>
          <w:jc w:val="center"/>
        </w:trPr>
        <w:tc>
          <w:tcPr>
            <w:tcW w:w="1134" w:type="dxa"/>
            <w:vMerge/>
            <w:tcBorders>
              <w:top w:val="nil"/>
              <w:left w:val="single" w:sz="4" w:space="0" w:color="auto"/>
              <w:bottom w:val="single" w:sz="4" w:space="0" w:color="auto"/>
              <w:right w:val="single" w:sz="4" w:space="0" w:color="auto"/>
            </w:tcBorders>
            <w:vAlign w:val="center"/>
            <w:hideMark/>
          </w:tcPr>
          <w:p w14:paraId="05AB66FD" w14:textId="77777777" w:rsidR="004F011F" w:rsidRPr="00F51F43" w:rsidRDefault="004F011F" w:rsidP="004F011F">
            <w:pPr>
              <w:spacing w:after="0" w:line="240" w:lineRule="auto"/>
              <w:rPr>
                <w:noProof/>
                <w:sz w:val="20"/>
                <w:szCs w:val="20"/>
              </w:rPr>
            </w:pPr>
          </w:p>
        </w:tc>
        <w:tc>
          <w:tcPr>
            <w:tcW w:w="1418" w:type="dxa"/>
            <w:vMerge/>
            <w:tcBorders>
              <w:top w:val="nil"/>
              <w:left w:val="single" w:sz="4" w:space="0" w:color="auto"/>
              <w:bottom w:val="single" w:sz="4" w:space="0" w:color="auto"/>
              <w:right w:val="single" w:sz="4" w:space="0" w:color="auto"/>
            </w:tcBorders>
            <w:vAlign w:val="center"/>
            <w:hideMark/>
          </w:tcPr>
          <w:p w14:paraId="1B9AA000" w14:textId="77777777" w:rsidR="004F011F" w:rsidRPr="00F51F43" w:rsidRDefault="004F011F" w:rsidP="004F011F">
            <w:pPr>
              <w:spacing w:after="0" w:line="240" w:lineRule="auto"/>
              <w:rPr>
                <w:b/>
                <w:bCs/>
                <w:noProof/>
                <w:sz w:val="20"/>
                <w:szCs w:val="20"/>
              </w:rPr>
            </w:pPr>
          </w:p>
        </w:tc>
        <w:tc>
          <w:tcPr>
            <w:tcW w:w="1701" w:type="dxa"/>
            <w:vMerge/>
            <w:tcBorders>
              <w:top w:val="nil"/>
              <w:left w:val="single" w:sz="4" w:space="0" w:color="auto"/>
              <w:bottom w:val="single" w:sz="4" w:space="0" w:color="auto"/>
              <w:right w:val="single" w:sz="4" w:space="0" w:color="auto"/>
            </w:tcBorders>
            <w:hideMark/>
          </w:tcPr>
          <w:p w14:paraId="15F8DA4C" w14:textId="77777777" w:rsidR="004F011F" w:rsidRPr="00F51F43" w:rsidRDefault="004F011F" w:rsidP="004F011F">
            <w:pPr>
              <w:spacing w:after="0" w:line="240" w:lineRule="auto"/>
              <w:rPr>
                <w:noProof/>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14:paraId="06DB553A" w14:textId="77777777" w:rsidR="004F011F" w:rsidRPr="00F51F43" w:rsidRDefault="004F011F" w:rsidP="004F011F">
            <w:pPr>
              <w:spacing w:after="0" w:line="240" w:lineRule="auto"/>
              <w:jc w:val="center"/>
              <w:rPr>
                <w:b/>
                <w:bCs/>
                <w:noProof/>
                <w:sz w:val="20"/>
                <w:szCs w:val="20"/>
              </w:rPr>
            </w:pPr>
          </w:p>
        </w:tc>
        <w:tc>
          <w:tcPr>
            <w:tcW w:w="3651"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27614DB7" w14:textId="77777777" w:rsidR="004F011F" w:rsidRPr="00F51F43" w:rsidRDefault="004F011F" w:rsidP="004F011F">
            <w:pPr>
              <w:spacing w:after="0" w:line="240" w:lineRule="auto"/>
              <w:jc w:val="center"/>
              <w:rPr>
                <w:b/>
                <w:bCs/>
                <w:noProof/>
                <w:sz w:val="20"/>
                <w:szCs w:val="20"/>
              </w:rPr>
            </w:pPr>
            <w:r w:rsidRPr="00F51F43">
              <w:rPr>
                <w:noProof/>
                <w:sz w:val="20"/>
                <w:szCs w:val="20"/>
              </w:rPr>
              <w:t>asistentica</w:t>
            </w:r>
          </w:p>
        </w:tc>
      </w:tr>
      <w:tr w:rsidR="004F011F" w:rsidRPr="00F51F43" w14:paraId="410DB682" w14:textId="77777777" w:rsidTr="004F011F">
        <w:trPr>
          <w:cantSplit/>
          <w:trHeight w:val="564"/>
          <w:jc w:val="center"/>
        </w:trPr>
        <w:tc>
          <w:tcPr>
            <w:tcW w:w="1134"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4FB99E1" w14:textId="77777777" w:rsidR="004F011F" w:rsidRPr="00F51F43" w:rsidRDefault="004F011F" w:rsidP="004F011F">
            <w:pPr>
              <w:spacing w:after="0" w:line="240" w:lineRule="auto"/>
              <w:jc w:val="center"/>
              <w:rPr>
                <w:noProof/>
                <w:sz w:val="20"/>
                <w:szCs w:val="20"/>
              </w:rPr>
            </w:pPr>
            <w:r w:rsidRPr="00F51F43">
              <w:rPr>
                <w:noProof/>
                <w:sz w:val="20"/>
                <w:szCs w:val="20"/>
              </w:rPr>
              <w:t>"Zvončica" Gola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34B1D6F" w14:textId="77777777" w:rsidR="004F011F" w:rsidRPr="00F51F43" w:rsidRDefault="004F011F" w:rsidP="004F011F">
            <w:pPr>
              <w:spacing w:after="0" w:line="240" w:lineRule="auto"/>
              <w:jc w:val="center"/>
              <w:rPr>
                <w:b/>
                <w:bCs/>
                <w:noProof/>
                <w:sz w:val="20"/>
                <w:szCs w:val="20"/>
              </w:rPr>
            </w:pPr>
            <w:r w:rsidRPr="00F51F43">
              <w:rPr>
                <w:b/>
                <w:bCs/>
                <w:noProof/>
                <w:sz w:val="20"/>
                <w:szCs w:val="20"/>
              </w:rPr>
              <w:t>Pčelice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3B51D37"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662EA46A" w14:textId="77777777" w:rsidR="004F011F" w:rsidRPr="00F51F43" w:rsidRDefault="004F011F" w:rsidP="004F011F">
            <w:pPr>
              <w:spacing w:after="0" w:line="240" w:lineRule="auto"/>
              <w:jc w:val="center"/>
              <w:rPr>
                <w:noProof/>
                <w:sz w:val="20"/>
                <w:szCs w:val="20"/>
              </w:rPr>
            </w:pPr>
            <w:r w:rsidRPr="00F51F43">
              <w:rPr>
                <w:noProof/>
                <w:sz w:val="20"/>
                <w:szCs w:val="20"/>
              </w:rPr>
              <w:t>12</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266663C1"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717C2ECA" w14:textId="77777777" w:rsidTr="004F011F">
        <w:trPr>
          <w:cantSplit/>
          <w:trHeight w:val="672"/>
          <w:jc w:val="center"/>
        </w:trPr>
        <w:tc>
          <w:tcPr>
            <w:tcW w:w="1134" w:type="dxa"/>
            <w:vMerge/>
            <w:tcBorders>
              <w:top w:val="nil"/>
              <w:left w:val="single" w:sz="4" w:space="0" w:color="auto"/>
              <w:bottom w:val="single" w:sz="4" w:space="0" w:color="auto"/>
              <w:right w:val="single" w:sz="4" w:space="0" w:color="auto"/>
            </w:tcBorders>
            <w:vAlign w:val="center"/>
            <w:hideMark/>
          </w:tcPr>
          <w:p w14:paraId="461F796F"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08279DB" w14:textId="77777777" w:rsidR="004F011F" w:rsidRPr="00F51F43" w:rsidRDefault="004F011F" w:rsidP="004F011F">
            <w:pPr>
              <w:spacing w:after="0" w:line="240" w:lineRule="auto"/>
              <w:jc w:val="center"/>
              <w:rPr>
                <w:b/>
                <w:bCs/>
                <w:noProof/>
                <w:sz w:val="20"/>
                <w:szCs w:val="20"/>
              </w:rPr>
            </w:pPr>
            <w:r w:rsidRPr="00F51F43">
              <w:rPr>
                <w:b/>
                <w:bCs/>
                <w:noProof/>
                <w:sz w:val="20"/>
                <w:szCs w:val="20"/>
              </w:rPr>
              <w:t>Vesele rode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8899AED"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209642C" w14:textId="77777777" w:rsidR="004F011F" w:rsidRPr="00F51F43" w:rsidRDefault="004F011F" w:rsidP="004F011F">
            <w:pPr>
              <w:spacing w:after="0" w:line="240" w:lineRule="auto"/>
              <w:jc w:val="center"/>
              <w:rPr>
                <w:noProof/>
                <w:sz w:val="20"/>
                <w:szCs w:val="20"/>
              </w:rPr>
            </w:pPr>
            <w:r w:rsidRPr="00F51F43">
              <w:rPr>
                <w:noProof/>
                <w:sz w:val="20"/>
                <w:szCs w:val="20"/>
              </w:rPr>
              <w:t>13</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3D5498F1"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7930C275" w14:textId="77777777" w:rsidTr="004F011F">
        <w:trPr>
          <w:cantSplit/>
          <w:trHeight w:val="636"/>
          <w:jc w:val="center"/>
        </w:trPr>
        <w:tc>
          <w:tcPr>
            <w:tcW w:w="1134" w:type="dxa"/>
            <w:vMerge/>
            <w:tcBorders>
              <w:top w:val="nil"/>
              <w:left w:val="single" w:sz="4" w:space="0" w:color="auto"/>
              <w:bottom w:val="single" w:sz="4" w:space="0" w:color="auto"/>
              <w:right w:val="single" w:sz="4" w:space="0" w:color="auto"/>
            </w:tcBorders>
            <w:vAlign w:val="center"/>
            <w:hideMark/>
          </w:tcPr>
          <w:p w14:paraId="441BF90A"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02DBFA4" w14:textId="77777777" w:rsidR="004F011F" w:rsidRPr="00F51F43" w:rsidRDefault="004F011F" w:rsidP="004F011F">
            <w:pPr>
              <w:spacing w:after="0" w:line="240" w:lineRule="auto"/>
              <w:jc w:val="center"/>
              <w:rPr>
                <w:b/>
                <w:bCs/>
                <w:noProof/>
                <w:sz w:val="20"/>
                <w:szCs w:val="20"/>
              </w:rPr>
            </w:pPr>
            <w:r w:rsidRPr="00F51F43">
              <w:rPr>
                <w:b/>
                <w:bCs/>
                <w:noProof/>
                <w:sz w:val="20"/>
                <w:szCs w:val="20"/>
              </w:rPr>
              <w:t>Sovice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1DA33B"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6A0C1887" w14:textId="77777777" w:rsidR="004F011F" w:rsidRPr="00F51F43" w:rsidRDefault="004F011F" w:rsidP="004F011F">
            <w:pPr>
              <w:spacing w:after="0" w:line="240" w:lineRule="auto"/>
              <w:jc w:val="center"/>
              <w:rPr>
                <w:noProof/>
                <w:sz w:val="20"/>
                <w:szCs w:val="20"/>
              </w:rPr>
            </w:pPr>
            <w:r w:rsidRPr="00F51F43">
              <w:rPr>
                <w:noProof/>
                <w:sz w:val="20"/>
                <w:szCs w:val="20"/>
              </w:rPr>
              <w:t>14</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D15D246"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5DCC9976" w14:textId="77777777" w:rsidTr="004F011F">
        <w:trPr>
          <w:cantSplit/>
          <w:trHeight w:val="612"/>
          <w:jc w:val="center"/>
        </w:trPr>
        <w:tc>
          <w:tcPr>
            <w:tcW w:w="1134" w:type="dxa"/>
            <w:vMerge/>
            <w:tcBorders>
              <w:top w:val="nil"/>
              <w:left w:val="single" w:sz="4" w:space="0" w:color="auto"/>
              <w:bottom w:val="single" w:sz="4" w:space="0" w:color="auto"/>
              <w:right w:val="single" w:sz="4" w:space="0" w:color="auto"/>
            </w:tcBorders>
            <w:vAlign w:val="center"/>
            <w:hideMark/>
          </w:tcPr>
          <w:p w14:paraId="5EA10C98"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636D1A6E" w14:textId="77777777" w:rsidR="004F011F" w:rsidRPr="00F51F43" w:rsidRDefault="004F011F" w:rsidP="004F011F">
            <w:pPr>
              <w:spacing w:after="0" w:line="240" w:lineRule="auto"/>
              <w:jc w:val="center"/>
              <w:rPr>
                <w:b/>
                <w:bCs/>
                <w:noProof/>
                <w:sz w:val="20"/>
                <w:szCs w:val="20"/>
              </w:rPr>
            </w:pPr>
            <w:r w:rsidRPr="00F51F43">
              <w:rPr>
                <w:b/>
                <w:bCs/>
                <w:noProof/>
                <w:sz w:val="20"/>
                <w:szCs w:val="20"/>
              </w:rPr>
              <w:t>Mali zeko</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B9BC76C"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523E75CA" w14:textId="77777777" w:rsidR="004F011F" w:rsidRPr="00F51F43" w:rsidRDefault="004F011F" w:rsidP="004F011F">
            <w:pPr>
              <w:spacing w:after="0" w:line="240" w:lineRule="auto"/>
              <w:jc w:val="center"/>
              <w:rPr>
                <w:noProof/>
                <w:sz w:val="20"/>
                <w:szCs w:val="20"/>
              </w:rPr>
            </w:pPr>
            <w:r w:rsidRPr="00F51F43">
              <w:rPr>
                <w:noProof/>
                <w:sz w:val="20"/>
                <w:szCs w:val="20"/>
              </w:rPr>
              <w:t>17</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4139B474"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64244A51" w14:textId="77777777" w:rsidTr="004F011F">
        <w:trPr>
          <w:cantSplit/>
          <w:trHeight w:val="408"/>
          <w:jc w:val="center"/>
        </w:trPr>
        <w:tc>
          <w:tcPr>
            <w:tcW w:w="1134" w:type="dxa"/>
            <w:vMerge/>
            <w:tcBorders>
              <w:top w:val="nil"/>
              <w:left w:val="single" w:sz="4" w:space="0" w:color="auto"/>
              <w:bottom w:val="single" w:sz="4" w:space="0" w:color="auto"/>
              <w:right w:val="single" w:sz="4" w:space="0" w:color="auto"/>
            </w:tcBorders>
            <w:vAlign w:val="center"/>
            <w:hideMark/>
          </w:tcPr>
          <w:p w14:paraId="0D281D1C"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6F17B76" w14:textId="77777777" w:rsidR="004F011F" w:rsidRPr="00F51F43" w:rsidRDefault="004F011F" w:rsidP="004F011F">
            <w:pPr>
              <w:spacing w:after="0" w:line="240" w:lineRule="auto"/>
              <w:jc w:val="center"/>
              <w:rPr>
                <w:b/>
                <w:bCs/>
                <w:noProof/>
                <w:sz w:val="20"/>
                <w:szCs w:val="20"/>
              </w:rPr>
            </w:pPr>
            <w:r w:rsidRPr="00F51F43">
              <w:rPr>
                <w:b/>
                <w:bCs/>
                <w:noProof/>
                <w:sz w:val="20"/>
                <w:szCs w:val="20"/>
              </w:rPr>
              <w:t>Zvjezdice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91A31DE"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4CF7B683" w14:textId="77777777" w:rsidR="004F011F" w:rsidRPr="00F51F43" w:rsidRDefault="004F011F" w:rsidP="004F011F">
            <w:pPr>
              <w:spacing w:after="0" w:line="240" w:lineRule="auto"/>
              <w:jc w:val="center"/>
              <w:rPr>
                <w:noProof/>
                <w:sz w:val="20"/>
                <w:szCs w:val="20"/>
              </w:rPr>
            </w:pPr>
            <w:r w:rsidRPr="00F51F43">
              <w:rPr>
                <w:noProof/>
                <w:sz w:val="20"/>
                <w:szCs w:val="20"/>
              </w:rPr>
              <w:t>21</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5621A784"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3D8DB2F9" w14:textId="77777777" w:rsidTr="004F011F">
        <w:trPr>
          <w:cantSplit/>
          <w:trHeight w:val="444"/>
          <w:jc w:val="center"/>
        </w:trPr>
        <w:tc>
          <w:tcPr>
            <w:tcW w:w="1134" w:type="dxa"/>
            <w:vMerge/>
            <w:tcBorders>
              <w:top w:val="nil"/>
              <w:left w:val="single" w:sz="4" w:space="0" w:color="auto"/>
              <w:bottom w:val="single" w:sz="4" w:space="0" w:color="auto"/>
              <w:right w:val="single" w:sz="4" w:space="0" w:color="auto"/>
            </w:tcBorders>
            <w:vAlign w:val="center"/>
            <w:hideMark/>
          </w:tcPr>
          <w:p w14:paraId="5F43FDAF" w14:textId="77777777" w:rsidR="004F011F" w:rsidRPr="00F51F43" w:rsidRDefault="004F011F" w:rsidP="004F011F">
            <w:pPr>
              <w:spacing w:after="0" w:line="240" w:lineRule="auto"/>
              <w:rPr>
                <w:noProof/>
                <w:sz w:val="20"/>
                <w:szCs w:val="20"/>
              </w:rPr>
            </w:pPr>
          </w:p>
        </w:tc>
        <w:tc>
          <w:tcPr>
            <w:tcW w:w="1418"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E6810DE" w14:textId="77777777" w:rsidR="004F011F" w:rsidRPr="00F51F43" w:rsidRDefault="004F011F" w:rsidP="004F011F">
            <w:pPr>
              <w:spacing w:after="0" w:line="240" w:lineRule="auto"/>
              <w:jc w:val="center"/>
              <w:rPr>
                <w:b/>
                <w:bCs/>
                <w:noProof/>
                <w:sz w:val="20"/>
                <w:szCs w:val="20"/>
              </w:rPr>
            </w:pPr>
            <w:r w:rsidRPr="00F51F43">
              <w:rPr>
                <w:b/>
                <w:bCs/>
                <w:noProof/>
                <w:sz w:val="20"/>
                <w:szCs w:val="20"/>
              </w:rPr>
              <w:t>Zvončić</w:t>
            </w:r>
          </w:p>
        </w:tc>
        <w:tc>
          <w:tcPr>
            <w:tcW w:w="1701"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95BFCE1"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vMerge w:val="restart"/>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2900EA41" w14:textId="77777777" w:rsidR="004F011F" w:rsidRPr="00F51F43" w:rsidRDefault="004F011F" w:rsidP="004F011F">
            <w:pPr>
              <w:spacing w:after="0" w:line="240" w:lineRule="auto"/>
              <w:jc w:val="center"/>
              <w:rPr>
                <w:noProof/>
                <w:sz w:val="20"/>
                <w:szCs w:val="20"/>
              </w:rPr>
            </w:pPr>
            <w:r w:rsidRPr="00F51F43">
              <w:rPr>
                <w:noProof/>
                <w:sz w:val="20"/>
                <w:szCs w:val="20"/>
              </w:rPr>
              <w:t>24</w:t>
            </w:r>
          </w:p>
        </w:tc>
        <w:tc>
          <w:tcPr>
            <w:tcW w:w="3651" w:type="dxa"/>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23278107"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12A3A318" w14:textId="77777777" w:rsidTr="004F011F">
        <w:trPr>
          <w:cantSplit/>
          <w:trHeight w:val="204"/>
          <w:jc w:val="center"/>
        </w:trPr>
        <w:tc>
          <w:tcPr>
            <w:tcW w:w="1134" w:type="dxa"/>
            <w:vMerge/>
            <w:tcBorders>
              <w:top w:val="nil"/>
              <w:left w:val="single" w:sz="4" w:space="0" w:color="auto"/>
              <w:bottom w:val="single" w:sz="4" w:space="0" w:color="auto"/>
              <w:right w:val="single" w:sz="4" w:space="0" w:color="auto"/>
            </w:tcBorders>
            <w:vAlign w:val="center"/>
            <w:hideMark/>
          </w:tcPr>
          <w:p w14:paraId="0017D49A" w14:textId="77777777" w:rsidR="004F011F" w:rsidRPr="00F51F43" w:rsidRDefault="004F011F" w:rsidP="004F011F">
            <w:pPr>
              <w:spacing w:after="0" w:line="240" w:lineRule="auto"/>
              <w:rPr>
                <w:noProof/>
                <w:sz w:val="20"/>
                <w:szCs w:val="20"/>
              </w:rPr>
            </w:pPr>
          </w:p>
        </w:tc>
        <w:tc>
          <w:tcPr>
            <w:tcW w:w="1418" w:type="dxa"/>
            <w:vMerge/>
            <w:tcBorders>
              <w:top w:val="nil"/>
              <w:left w:val="single" w:sz="4" w:space="0" w:color="auto"/>
              <w:bottom w:val="single" w:sz="4" w:space="0" w:color="auto"/>
              <w:right w:val="single" w:sz="4" w:space="0" w:color="auto"/>
            </w:tcBorders>
            <w:vAlign w:val="center"/>
            <w:hideMark/>
          </w:tcPr>
          <w:p w14:paraId="2D43B8C4" w14:textId="77777777" w:rsidR="004F011F" w:rsidRPr="00F51F43" w:rsidRDefault="004F011F" w:rsidP="004F011F">
            <w:pPr>
              <w:spacing w:after="0" w:line="240" w:lineRule="auto"/>
              <w:rPr>
                <w:b/>
                <w:bCs/>
                <w:noProof/>
                <w:sz w:val="20"/>
                <w:szCs w:val="20"/>
              </w:rPr>
            </w:pPr>
          </w:p>
        </w:tc>
        <w:tc>
          <w:tcPr>
            <w:tcW w:w="1701" w:type="dxa"/>
            <w:vMerge/>
            <w:tcBorders>
              <w:top w:val="nil"/>
              <w:left w:val="single" w:sz="4" w:space="0" w:color="auto"/>
              <w:bottom w:val="single" w:sz="4" w:space="0" w:color="auto"/>
              <w:right w:val="single" w:sz="4" w:space="0" w:color="auto"/>
            </w:tcBorders>
            <w:hideMark/>
          </w:tcPr>
          <w:p w14:paraId="1A14001D" w14:textId="77777777" w:rsidR="004F011F" w:rsidRPr="00F51F43" w:rsidRDefault="004F011F" w:rsidP="004F011F">
            <w:pPr>
              <w:spacing w:after="0" w:line="240" w:lineRule="auto"/>
              <w:rPr>
                <w:noProof/>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14:paraId="0C550F89" w14:textId="77777777" w:rsidR="004F011F" w:rsidRPr="00F51F43" w:rsidRDefault="004F011F" w:rsidP="004F011F">
            <w:pPr>
              <w:spacing w:after="0" w:line="240" w:lineRule="auto"/>
              <w:jc w:val="center"/>
              <w:rPr>
                <w:noProof/>
                <w:sz w:val="20"/>
                <w:szCs w:val="20"/>
              </w:rPr>
            </w:pPr>
          </w:p>
        </w:tc>
        <w:tc>
          <w:tcPr>
            <w:tcW w:w="3651"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3641BAAF" w14:textId="77777777" w:rsidR="004F011F" w:rsidRPr="00F51F43" w:rsidRDefault="004F011F" w:rsidP="004F011F">
            <w:pPr>
              <w:spacing w:after="0" w:line="240" w:lineRule="auto"/>
              <w:jc w:val="center"/>
              <w:rPr>
                <w:noProof/>
                <w:sz w:val="20"/>
                <w:szCs w:val="20"/>
              </w:rPr>
            </w:pPr>
            <w:r w:rsidRPr="00F51F43">
              <w:rPr>
                <w:noProof/>
                <w:sz w:val="20"/>
                <w:szCs w:val="20"/>
              </w:rPr>
              <w:t>asistentica</w:t>
            </w:r>
          </w:p>
        </w:tc>
      </w:tr>
      <w:tr w:rsidR="004F011F" w:rsidRPr="00F51F43" w14:paraId="630C5492" w14:textId="77777777" w:rsidTr="004F011F">
        <w:trPr>
          <w:cantSplit/>
          <w:trHeight w:val="408"/>
          <w:jc w:val="center"/>
        </w:trPr>
        <w:tc>
          <w:tcPr>
            <w:tcW w:w="1134"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AB48931" w14:textId="77777777" w:rsidR="004F011F" w:rsidRPr="00F51F43" w:rsidRDefault="004F011F" w:rsidP="004F011F">
            <w:pPr>
              <w:spacing w:after="0" w:line="240" w:lineRule="auto"/>
              <w:jc w:val="center"/>
              <w:rPr>
                <w:noProof/>
                <w:sz w:val="20"/>
                <w:szCs w:val="20"/>
              </w:rPr>
            </w:pPr>
            <w:r w:rsidRPr="00F51F43">
              <w:rPr>
                <w:noProof/>
                <w:sz w:val="20"/>
                <w:szCs w:val="20"/>
              </w:rPr>
              <w:t>"Dabrić" Legrad</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FFDC7D" w14:textId="77777777" w:rsidR="004F011F" w:rsidRPr="00F51F43" w:rsidRDefault="004F011F" w:rsidP="004F011F">
            <w:pPr>
              <w:spacing w:after="0" w:line="240" w:lineRule="auto"/>
              <w:jc w:val="center"/>
              <w:rPr>
                <w:b/>
                <w:bCs/>
                <w:noProof/>
                <w:sz w:val="20"/>
                <w:szCs w:val="20"/>
              </w:rPr>
            </w:pPr>
            <w:r w:rsidRPr="00F51F43">
              <w:rPr>
                <w:b/>
                <w:bCs/>
                <w:noProof/>
                <w:sz w:val="20"/>
                <w:szCs w:val="20"/>
              </w:rPr>
              <w:t>Bubamare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4BA9062"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441EBE0" w14:textId="77777777" w:rsidR="004F011F" w:rsidRPr="00F51F43" w:rsidRDefault="004F011F" w:rsidP="004F011F">
            <w:pPr>
              <w:spacing w:after="0" w:line="240" w:lineRule="auto"/>
              <w:jc w:val="center"/>
              <w:rPr>
                <w:noProof/>
                <w:sz w:val="20"/>
                <w:szCs w:val="20"/>
              </w:rPr>
            </w:pPr>
            <w:r w:rsidRPr="00F51F43">
              <w:rPr>
                <w:noProof/>
                <w:sz w:val="20"/>
                <w:szCs w:val="20"/>
              </w:rPr>
              <w:t>9</w:t>
            </w:r>
          </w:p>
        </w:tc>
        <w:tc>
          <w:tcPr>
            <w:tcW w:w="3651" w:type="dxa"/>
            <w:tcBorders>
              <w:top w:val="nil"/>
              <w:left w:val="nil"/>
              <w:bottom w:val="single" w:sz="4" w:space="0" w:color="auto"/>
              <w:right w:val="single" w:sz="4" w:space="0" w:color="auto"/>
            </w:tcBorders>
            <w:tcMar>
              <w:top w:w="80" w:type="dxa"/>
              <w:left w:w="80" w:type="dxa"/>
              <w:bottom w:w="80" w:type="dxa"/>
              <w:right w:w="80" w:type="dxa"/>
            </w:tcMar>
            <w:vAlign w:val="center"/>
          </w:tcPr>
          <w:p w14:paraId="6002B5FB"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5D21FC15" w14:textId="77777777" w:rsidTr="004F011F">
        <w:trPr>
          <w:cantSplit/>
          <w:trHeight w:val="540"/>
          <w:jc w:val="center"/>
        </w:trPr>
        <w:tc>
          <w:tcPr>
            <w:tcW w:w="1134" w:type="dxa"/>
            <w:vMerge/>
            <w:tcBorders>
              <w:top w:val="nil"/>
              <w:left w:val="single" w:sz="4" w:space="0" w:color="auto"/>
              <w:bottom w:val="single" w:sz="4" w:space="0" w:color="auto"/>
              <w:right w:val="single" w:sz="4" w:space="0" w:color="auto"/>
            </w:tcBorders>
            <w:vAlign w:val="center"/>
            <w:hideMark/>
          </w:tcPr>
          <w:p w14:paraId="6B153E93"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90E8FEE" w14:textId="77777777" w:rsidR="004F011F" w:rsidRPr="00F51F43" w:rsidRDefault="004F011F" w:rsidP="004F011F">
            <w:pPr>
              <w:spacing w:after="0" w:line="240" w:lineRule="auto"/>
              <w:jc w:val="center"/>
              <w:rPr>
                <w:b/>
                <w:bCs/>
                <w:noProof/>
                <w:sz w:val="20"/>
                <w:szCs w:val="20"/>
              </w:rPr>
            </w:pPr>
            <w:r w:rsidRPr="00F51F43">
              <w:rPr>
                <w:b/>
                <w:bCs/>
                <w:noProof/>
                <w:sz w:val="20"/>
                <w:szCs w:val="20"/>
              </w:rPr>
              <w:t>Krijesnice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B4611F"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8FEBCEC" w14:textId="77777777" w:rsidR="004F011F" w:rsidRPr="00F51F43" w:rsidRDefault="004F011F" w:rsidP="004F011F">
            <w:pPr>
              <w:spacing w:after="0" w:line="240" w:lineRule="auto"/>
              <w:jc w:val="center"/>
              <w:rPr>
                <w:noProof/>
                <w:sz w:val="20"/>
                <w:szCs w:val="20"/>
              </w:rPr>
            </w:pPr>
            <w:r w:rsidRPr="00F51F43">
              <w:rPr>
                <w:noProof/>
                <w:sz w:val="20"/>
                <w:szCs w:val="20"/>
              </w:rPr>
              <w:t>13</w:t>
            </w:r>
          </w:p>
        </w:tc>
        <w:tc>
          <w:tcPr>
            <w:tcW w:w="3651" w:type="dxa"/>
            <w:tcBorders>
              <w:top w:val="nil"/>
              <w:left w:val="nil"/>
              <w:bottom w:val="single" w:sz="4" w:space="0" w:color="auto"/>
              <w:right w:val="single" w:sz="4" w:space="0" w:color="auto"/>
            </w:tcBorders>
            <w:tcMar>
              <w:top w:w="80" w:type="dxa"/>
              <w:left w:w="80" w:type="dxa"/>
              <w:bottom w:w="80" w:type="dxa"/>
              <w:right w:w="80" w:type="dxa"/>
            </w:tcMar>
            <w:vAlign w:val="center"/>
          </w:tcPr>
          <w:p w14:paraId="3FA2A1B2"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729580F4" w14:textId="77777777" w:rsidTr="004F011F">
        <w:trPr>
          <w:cantSplit/>
          <w:trHeight w:val="516"/>
          <w:jc w:val="center"/>
        </w:trPr>
        <w:tc>
          <w:tcPr>
            <w:tcW w:w="1134" w:type="dxa"/>
            <w:vMerge/>
            <w:tcBorders>
              <w:top w:val="nil"/>
              <w:left w:val="single" w:sz="4" w:space="0" w:color="auto"/>
              <w:bottom w:val="single" w:sz="4" w:space="0" w:color="auto"/>
              <w:right w:val="single" w:sz="4" w:space="0" w:color="auto"/>
            </w:tcBorders>
            <w:vAlign w:val="center"/>
            <w:hideMark/>
          </w:tcPr>
          <w:p w14:paraId="7BD0AA56"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F2396FD" w14:textId="77777777" w:rsidR="004F011F" w:rsidRPr="00F51F43" w:rsidRDefault="004F011F" w:rsidP="004F011F">
            <w:pPr>
              <w:spacing w:after="0" w:line="240" w:lineRule="auto"/>
              <w:jc w:val="center"/>
              <w:rPr>
                <w:b/>
                <w:bCs/>
                <w:noProof/>
                <w:sz w:val="20"/>
                <w:szCs w:val="20"/>
              </w:rPr>
            </w:pPr>
            <w:r w:rsidRPr="00F51F43">
              <w:rPr>
                <w:b/>
                <w:bCs/>
                <w:noProof/>
                <w:sz w:val="20"/>
                <w:szCs w:val="20"/>
              </w:rPr>
              <w:t>Leptirići</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3641132"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F4883A" w14:textId="77777777" w:rsidR="004F011F" w:rsidRPr="00F51F43" w:rsidRDefault="004F011F" w:rsidP="004F011F">
            <w:pPr>
              <w:spacing w:after="0" w:line="240" w:lineRule="auto"/>
              <w:jc w:val="center"/>
              <w:rPr>
                <w:noProof/>
                <w:sz w:val="20"/>
                <w:szCs w:val="20"/>
              </w:rPr>
            </w:pPr>
            <w:r w:rsidRPr="00F51F43">
              <w:rPr>
                <w:noProof/>
                <w:sz w:val="20"/>
                <w:szCs w:val="20"/>
              </w:rPr>
              <w:t>17</w:t>
            </w:r>
          </w:p>
        </w:tc>
        <w:tc>
          <w:tcPr>
            <w:tcW w:w="3651" w:type="dxa"/>
            <w:tcBorders>
              <w:top w:val="nil"/>
              <w:left w:val="nil"/>
              <w:bottom w:val="single" w:sz="4" w:space="0" w:color="auto"/>
              <w:right w:val="single" w:sz="4" w:space="0" w:color="auto"/>
            </w:tcBorders>
            <w:tcMar>
              <w:top w:w="80" w:type="dxa"/>
              <w:left w:w="80" w:type="dxa"/>
              <w:bottom w:w="80" w:type="dxa"/>
              <w:right w:w="80" w:type="dxa"/>
            </w:tcMar>
            <w:vAlign w:val="center"/>
          </w:tcPr>
          <w:p w14:paraId="101AE37A"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65F1C2AC" w14:textId="77777777" w:rsidTr="004F011F">
        <w:trPr>
          <w:cantSplit/>
          <w:trHeight w:val="624"/>
          <w:jc w:val="center"/>
        </w:trPr>
        <w:tc>
          <w:tcPr>
            <w:tcW w:w="1134" w:type="dxa"/>
            <w:vMerge/>
            <w:tcBorders>
              <w:top w:val="nil"/>
              <w:left w:val="single" w:sz="4" w:space="0" w:color="auto"/>
              <w:bottom w:val="single" w:sz="4" w:space="0" w:color="auto"/>
              <w:right w:val="single" w:sz="4" w:space="0" w:color="auto"/>
            </w:tcBorders>
            <w:vAlign w:val="center"/>
            <w:hideMark/>
          </w:tcPr>
          <w:p w14:paraId="6C811556"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2F1C7875" w14:textId="77777777" w:rsidR="004F011F" w:rsidRPr="00F51F43" w:rsidRDefault="004F011F" w:rsidP="004F011F">
            <w:pPr>
              <w:spacing w:after="0" w:line="240" w:lineRule="auto"/>
              <w:jc w:val="center"/>
              <w:rPr>
                <w:b/>
                <w:bCs/>
                <w:noProof/>
                <w:sz w:val="20"/>
                <w:szCs w:val="20"/>
              </w:rPr>
            </w:pPr>
            <w:r w:rsidRPr="00F51F43">
              <w:rPr>
                <w:b/>
                <w:bCs/>
                <w:noProof/>
                <w:sz w:val="20"/>
                <w:szCs w:val="20"/>
              </w:rPr>
              <w:t>Pčelice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45EFDA"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00F65C0" w14:textId="77777777" w:rsidR="004F011F" w:rsidRPr="00F51F43" w:rsidRDefault="004F011F" w:rsidP="004F011F">
            <w:pPr>
              <w:spacing w:after="0" w:line="240" w:lineRule="auto"/>
              <w:jc w:val="center"/>
              <w:rPr>
                <w:noProof/>
                <w:sz w:val="20"/>
                <w:szCs w:val="20"/>
              </w:rPr>
            </w:pPr>
            <w:r w:rsidRPr="00F51F43">
              <w:rPr>
                <w:noProof/>
                <w:sz w:val="20"/>
                <w:szCs w:val="20"/>
              </w:rPr>
              <w:t>15</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9BF2B6C"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039B53CD" w14:textId="77777777" w:rsidTr="004F011F">
        <w:trPr>
          <w:cantSplit/>
          <w:trHeight w:val="408"/>
          <w:jc w:val="center"/>
        </w:trPr>
        <w:tc>
          <w:tcPr>
            <w:tcW w:w="1134" w:type="dxa"/>
            <w:vMerge w:val="restart"/>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6C6324E" w14:textId="77777777" w:rsidR="004F011F" w:rsidRPr="00F51F43" w:rsidRDefault="004F011F" w:rsidP="004F011F">
            <w:pPr>
              <w:spacing w:after="0" w:line="240" w:lineRule="auto"/>
              <w:jc w:val="center"/>
              <w:rPr>
                <w:noProof/>
                <w:sz w:val="20"/>
                <w:szCs w:val="20"/>
              </w:rPr>
            </w:pPr>
            <w:r w:rsidRPr="00F51F43">
              <w:rPr>
                <w:noProof/>
                <w:sz w:val="20"/>
                <w:szCs w:val="20"/>
              </w:rPr>
              <w:t>"Ivančica" Koprivnički Ivanec (Vinogradska)</w:t>
            </w:r>
          </w:p>
        </w:tc>
        <w:tc>
          <w:tcPr>
            <w:tcW w:w="1418"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7C848A70" w14:textId="77777777" w:rsidR="004F011F" w:rsidRPr="00F51F43" w:rsidRDefault="004F011F" w:rsidP="004F011F">
            <w:pPr>
              <w:spacing w:after="0" w:line="240" w:lineRule="auto"/>
              <w:jc w:val="center"/>
              <w:rPr>
                <w:b/>
                <w:bCs/>
                <w:noProof/>
                <w:sz w:val="20"/>
                <w:szCs w:val="20"/>
              </w:rPr>
            </w:pPr>
            <w:r w:rsidRPr="00F51F43">
              <w:rPr>
                <w:b/>
                <w:bCs/>
                <w:noProof/>
                <w:sz w:val="20"/>
                <w:szCs w:val="20"/>
              </w:rPr>
              <w:t>Mravići</w:t>
            </w:r>
          </w:p>
        </w:tc>
        <w:tc>
          <w:tcPr>
            <w:tcW w:w="170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3BFDC0F"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7269D82E" w14:textId="77777777" w:rsidR="004F011F" w:rsidRPr="00F51F43" w:rsidRDefault="004F011F" w:rsidP="004F011F">
            <w:pPr>
              <w:spacing w:after="0" w:line="240" w:lineRule="auto"/>
              <w:jc w:val="center"/>
              <w:rPr>
                <w:noProof/>
                <w:sz w:val="20"/>
                <w:szCs w:val="20"/>
              </w:rPr>
            </w:pPr>
            <w:r w:rsidRPr="00F51F43">
              <w:rPr>
                <w:noProof/>
                <w:sz w:val="20"/>
                <w:szCs w:val="20"/>
              </w:rPr>
              <w:t>9</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1974768"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5CC075DF" w14:textId="77777777" w:rsidTr="004F011F">
        <w:trPr>
          <w:cantSplit/>
          <w:trHeight w:val="408"/>
          <w:jc w:val="center"/>
        </w:trPr>
        <w:tc>
          <w:tcPr>
            <w:tcW w:w="1134" w:type="dxa"/>
            <w:vMerge/>
            <w:tcBorders>
              <w:top w:val="nil"/>
              <w:left w:val="single" w:sz="4" w:space="0" w:color="auto"/>
              <w:bottom w:val="single" w:sz="4" w:space="0" w:color="auto"/>
              <w:right w:val="single" w:sz="4" w:space="0" w:color="auto"/>
            </w:tcBorders>
            <w:vAlign w:val="center"/>
            <w:hideMark/>
          </w:tcPr>
          <w:p w14:paraId="78EA8BFA"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5908F1FA" w14:textId="77777777" w:rsidR="004F011F" w:rsidRPr="00F51F43" w:rsidRDefault="004F011F" w:rsidP="004F011F">
            <w:pPr>
              <w:spacing w:after="0" w:line="240" w:lineRule="auto"/>
              <w:jc w:val="center"/>
              <w:rPr>
                <w:b/>
                <w:bCs/>
                <w:noProof/>
                <w:sz w:val="20"/>
                <w:szCs w:val="20"/>
              </w:rPr>
            </w:pPr>
            <w:r w:rsidRPr="00F51F43">
              <w:rPr>
                <w:b/>
                <w:bCs/>
                <w:noProof/>
                <w:sz w:val="20"/>
                <w:szCs w:val="20"/>
              </w:rPr>
              <w:t>Bubamare</w:t>
            </w:r>
          </w:p>
        </w:tc>
        <w:tc>
          <w:tcPr>
            <w:tcW w:w="170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4737DCE9"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4522AF5C" w14:textId="77777777" w:rsidR="004F011F" w:rsidRPr="00F51F43" w:rsidRDefault="004F011F" w:rsidP="004F011F">
            <w:pPr>
              <w:spacing w:after="0" w:line="240" w:lineRule="auto"/>
              <w:jc w:val="center"/>
              <w:rPr>
                <w:noProof/>
                <w:sz w:val="20"/>
                <w:szCs w:val="20"/>
              </w:rPr>
            </w:pPr>
            <w:r w:rsidRPr="00F51F43">
              <w:rPr>
                <w:noProof/>
                <w:sz w:val="20"/>
                <w:szCs w:val="20"/>
              </w:rPr>
              <w:t>12</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5EAE38A8"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1F6EEB72" w14:textId="77777777" w:rsidTr="004F011F">
        <w:trPr>
          <w:cantSplit/>
          <w:trHeight w:val="408"/>
          <w:jc w:val="center"/>
        </w:trPr>
        <w:tc>
          <w:tcPr>
            <w:tcW w:w="1134" w:type="dxa"/>
            <w:vMerge/>
            <w:tcBorders>
              <w:top w:val="nil"/>
              <w:left w:val="single" w:sz="4" w:space="0" w:color="auto"/>
              <w:bottom w:val="single" w:sz="4" w:space="0" w:color="auto"/>
              <w:right w:val="single" w:sz="4" w:space="0" w:color="auto"/>
            </w:tcBorders>
            <w:vAlign w:val="center"/>
            <w:hideMark/>
          </w:tcPr>
          <w:p w14:paraId="5E76DAFB"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10BBA967" w14:textId="77777777" w:rsidR="004F011F" w:rsidRPr="00F51F43" w:rsidRDefault="004F011F" w:rsidP="004F011F">
            <w:pPr>
              <w:spacing w:after="0" w:line="240" w:lineRule="auto"/>
              <w:jc w:val="center"/>
              <w:rPr>
                <w:b/>
                <w:bCs/>
                <w:noProof/>
                <w:sz w:val="20"/>
                <w:szCs w:val="20"/>
              </w:rPr>
            </w:pPr>
            <w:r w:rsidRPr="00F51F43">
              <w:rPr>
                <w:b/>
                <w:bCs/>
                <w:noProof/>
                <w:sz w:val="20"/>
                <w:szCs w:val="20"/>
              </w:rPr>
              <w:t>Cvjetići</w:t>
            </w:r>
          </w:p>
        </w:tc>
        <w:tc>
          <w:tcPr>
            <w:tcW w:w="170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A5E7C35"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65CFC209" w14:textId="77777777" w:rsidR="004F011F" w:rsidRPr="00F51F43" w:rsidRDefault="004F011F" w:rsidP="004F011F">
            <w:pPr>
              <w:spacing w:after="0" w:line="240" w:lineRule="auto"/>
              <w:jc w:val="center"/>
              <w:rPr>
                <w:noProof/>
                <w:sz w:val="20"/>
                <w:szCs w:val="20"/>
              </w:rPr>
            </w:pPr>
            <w:r w:rsidRPr="00F51F43">
              <w:rPr>
                <w:noProof/>
                <w:sz w:val="20"/>
                <w:szCs w:val="20"/>
              </w:rPr>
              <w:t>14</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E53C9BB"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4B35ADBC" w14:textId="77777777" w:rsidTr="004F011F">
        <w:trPr>
          <w:cantSplit/>
          <w:trHeight w:val="411"/>
          <w:jc w:val="center"/>
        </w:trPr>
        <w:tc>
          <w:tcPr>
            <w:tcW w:w="1134" w:type="dxa"/>
            <w:vMerge/>
            <w:tcBorders>
              <w:top w:val="nil"/>
              <w:left w:val="single" w:sz="4" w:space="0" w:color="auto"/>
              <w:bottom w:val="single" w:sz="4" w:space="0" w:color="auto"/>
              <w:right w:val="single" w:sz="4" w:space="0" w:color="auto"/>
            </w:tcBorders>
            <w:vAlign w:val="center"/>
            <w:hideMark/>
          </w:tcPr>
          <w:p w14:paraId="7D4B2617" w14:textId="77777777" w:rsidR="004F011F" w:rsidRPr="00F51F43" w:rsidRDefault="004F011F" w:rsidP="004F011F">
            <w:pPr>
              <w:spacing w:after="0" w:line="240" w:lineRule="auto"/>
              <w:rPr>
                <w:noProof/>
                <w:sz w:val="20"/>
                <w:szCs w:val="20"/>
              </w:rPr>
            </w:pPr>
          </w:p>
        </w:tc>
        <w:tc>
          <w:tcPr>
            <w:tcW w:w="1418" w:type="dxa"/>
            <w:vMerge w:val="restart"/>
            <w:tcBorders>
              <w:top w:val="nil"/>
              <w:left w:val="nil"/>
              <w:right w:val="single" w:sz="4" w:space="0" w:color="auto"/>
            </w:tcBorders>
            <w:shd w:val="clear" w:color="000000" w:fill="FFFFFF"/>
            <w:tcMar>
              <w:top w:w="80" w:type="dxa"/>
              <w:left w:w="80" w:type="dxa"/>
              <w:bottom w:w="80" w:type="dxa"/>
              <w:right w:w="80" w:type="dxa"/>
            </w:tcMar>
            <w:vAlign w:val="center"/>
            <w:hideMark/>
          </w:tcPr>
          <w:p w14:paraId="47012A9B" w14:textId="77777777" w:rsidR="004F011F" w:rsidRPr="00F51F43" w:rsidRDefault="004F011F" w:rsidP="004F011F">
            <w:pPr>
              <w:spacing w:after="0" w:line="240" w:lineRule="auto"/>
              <w:jc w:val="center"/>
              <w:rPr>
                <w:b/>
                <w:bCs/>
                <w:noProof/>
                <w:sz w:val="20"/>
                <w:szCs w:val="20"/>
              </w:rPr>
            </w:pPr>
            <w:r w:rsidRPr="00F51F43">
              <w:rPr>
                <w:b/>
                <w:bCs/>
                <w:noProof/>
                <w:sz w:val="20"/>
                <w:szCs w:val="20"/>
              </w:rPr>
              <w:t>Leptirići</w:t>
            </w:r>
          </w:p>
        </w:tc>
        <w:tc>
          <w:tcPr>
            <w:tcW w:w="1701" w:type="dxa"/>
            <w:vMerge w:val="restart"/>
            <w:tcBorders>
              <w:top w:val="nil"/>
              <w:left w:val="nil"/>
              <w:right w:val="single" w:sz="4" w:space="0" w:color="auto"/>
            </w:tcBorders>
            <w:shd w:val="clear" w:color="000000" w:fill="FFFFFF"/>
            <w:tcMar>
              <w:top w:w="80" w:type="dxa"/>
              <w:left w:w="80" w:type="dxa"/>
              <w:bottom w:w="80" w:type="dxa"/>
              <w:right w:w="80" w:type="dxa"/>
            </w:tcMar>
            <w:vAlign w:val="center"/>
            <w:hideMark/>
          </w:tcPr>
          <w:p w14:paraId="12CC45AB"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vMerge w:val="restart"/>
            <w:tcBorders>
              <w:top w:val="nil"/>
              <w:left w:val="nil"/>
              <w:right w:val="single" w:sz="4" w:space="0" w:color="auto"/>
            </w:tcBorders>
            <w:shd w:val="clear" w:color="000000" w:fill="FFFFFF"/>
            <w:tcMar>
              <w:top w:w="80" w:type="dxa"/>
              <w:left w:w="80" w:type="dxa"/>
              <w:bottom w:w="80" w:type="dxa"/>
              <w:right w:w="80" w:type="dxa"/>
            </w:tcMar>
            <w:vAlign w:val="center"/>
            <w:hideMark/>
          </w:tcPr>
          <w:p w14:paraId="41995DEE" w14:textId="77777777" w:rsidR="004F011F" w:rsidRPr="00F51F43" w:rsidRDefault="004F011F" w:rsidP="004F011F">
            <w:pPr>
              <w:spacing w:after="0" w:line="240" w:lineRule="auto"/>
              <w:jc w:val="center"/>
              <w:rPr>
                <w:noProof/>
                <w:sz w:val="20"/>
                <w:szCs w:val="20"/>
              </w:rPr>
            </w:pPr>
            <w:r w:rsidRPr="00F51F43">
              <w:rPr>
                <w:noProof/>
                <w:sz w:val="20"/>
                <w:szCs w:val="20"/>
              </w:rPr>
              <w:t>15</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33B53EC4"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24493CA4" w14:textId="77777777" w:rsidTr="004F011F">
        <w:trPr>
          <w:cantSplit/>
          <w:trHeight w:val="70"/>
          <w:jc w:val="center"/>
        </w:trPr>
        <w:tc>
          <w:tcPr>
            <w:tcW w:w="1134" w:type="dxa"/>
            <w:vMerge/>
            <w:tcBorders>
              <w:top w:val="nil"/>
              <w:left w:val="single" w:sz="4" w:space="0" w:color="auto"/>
              <w:bottom w:val="single" w:sz="4" w:space="0" w:color="auto"/>
              <w:right w:val="single" w:sz="4" w:space="0" w:color="auto"/>
            </w:tcBorders>
            <w:vAlign w:val="center"/>
          </w:tcPr>
          <w:p w14:paraId="6556D88A" w14:textId="77777777" w:rsidR="004F011F" w:rsidRPr="00F51F43" w:rsidRDefault="004F011F" w:rsidP="004F011F">
            <w:pPr>
              <w:spacing w:after="0" w:line="240" w:lineRule="auto"/>
              <w:rPr>
                <w:noProof/>
                <w:sz w:val="20"/>
                <w:szCs w:val="20"/>
              </w:rPr>
            </w:pPr>
          </w:p>
        </w:tc>
        <w:tc>
          <w:tcPr>
            <w:tcW w:w="1418" w:type="dxa"/>
            <w:vMerge/>
            <w:tcBorders>
              <w:left w:val="nil"/>
              <w:bottom w:val="single" w:sz="4" w:space="0" w:color="auto"/>
              <w:right w:val="single" w:sz="4" w:space="0" w:color="auto"/>
            </w:tcBorders>
            <w:shd w:val="clear" w:color="000000" w:fill="FFFFFF"/>
            <w:vAlign w:val="center"/>
          </w:tcPr>
          <w:p w14:paraId="4FBE1EC4" w14:textId="77777777" w:rsidR="004F011F" w:rsidRPr="00F51F43" w:rsidRDefault="004F011F" w:rsidP="004F011F">
            <w:pPr>
              <w:spacing w:after="0" w:line="240" w:lineRule="auto"/>
              <w:jc w:val="center"/>
              <w:rPr>
                <w:b/>
                <w:bCs/>
                <w:noProof/>
                <w:sz w:val="20"/>
                <w:szCs w:val="20"/>
              </w:rPr>
            </w:pPr>
          </w:p>
        </w:tc>
        <w:tc>
          <w:tcPr>
            <w:tcW w:w="1701" w:type="dxa"/>
            <w:vMerge/>
            <w:tcBorders>
              <w:left w:val="nil"/>
              <w:bottom w:val="single" w:sz="4" w:space="0" w:color="auto"/>
              <w:right w:val="single" w:sz="4" w:space="0" w:color="auto"/>
            </w:tcBorders>
            <w:shd w:val="clear" w:color="000000" w:fill="FFFFFF"/>
          </w:tcPr>
          <w:p w14:paraId="4BAF2FFA" w14:textId="77777777" w:rsidR="004F011F" w:rsidRPr="00F51F43" w:rsidRDefault="004F011F" w:rsidP="004F011F">
            <w:pPr>
              <w:spacing w:after="0" w:line="240" w:lineRule="auto"/>
              <w:jc w:val="center"/>
              <w:rPr>
                <w:noProof/>
                <w:sz w:val="20"/>
                <w:szCs w:val="20"/>
              </w:rPr>
            </w:pPr>
          </w:p>
        </w:tc>
        <w:tc>
          <w:tcPr>
            <w:tcW w:w="1276" w:type="dxa"/>
            <w:vMerge/>
            <w:tcBorders>
              <w:left w:val="nil"/>
              <w:bottom w:val="single" w:sz="4" w:space="0" w:color="auto"/>
              <w:right w:val="single" w:sz="4" w:space="0" w:color="auto"/>
            </w:tcBorders>
            <w:shd w:val="clear" w:color="000000" w:fill="FFFFFF"/>
            <w:vAlign w:val="center"/>
          </w:tcPr>
          <w:p w14:paraId="1AD05D71" w14:textId="77777777" w:rsidR="004F011F" w:rsidRPr="00F51F43" w:rsidRDefault="004F011F" w:rsidP="004F011F">
            <w:pPr>
              <w:spacing w:after="0" w:line="240" w:lineRule="auto"/>
              <w:jc w:val="center"/>
              <w:rPr>
                <w:noProof/>
                <w:sz w:val="20"/>
                <w:szCs w:val="20"/>
              </w:rPr>
            </w:pP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469D86CD" w14:textId="77777777" w:rsidR="004F011F" w:rsidRPr="00F51F43" w:rsidRDefault="004F011F" w:rsidP="004F011F">
            <w:pPr>
              <w:spacing w:after="0" w:line="240" w:lineRule="auto"/>
              <w:jc w:val="center"/>
              <w:rPr>
                <w:noProof/>
                <w:sz w:val="20"/>
                <w:szCs w:val="20"/>
              </w:rPr>
            </w:pPr>
            <w:r w:rsidRPr="00F51F43">
              <w:rPr>
                <w:noProof/>
                <w:sz w:val="20"/>
                <w:szCs w:val="20"/>
              </w:rPr>
              <w:t>2 asistentice</w:t>
            </w:r>
          </w:p>
        </w:tc>
      </w:tr>
      <w:tr w:rsidR="004F011F" w:rsidRPr="00F51F43" w14:paraId="55D2887D" w14:textId="77777777" w:rsidTr="004F011F">
        <w:trPr>
          <w:cantSplit/>
          <w:trHeight w:val="528"/>
          <w:jc w:val="center"/>
        </w:trPr>
        <w:tc>
          <w:tcPr>
            <w:tcW w:w="1134" w:type="dxa"/>
            <w:vMerge/>
            <w:tcBorders>
              <w:top w:val="nil"/>
              <w:left w:val="single" w:sz="4" w:space="0" w:color="auto"/>
              <w:bottom w:val="single" w:sz="4" w:space="0" w:color="auto"/>
              <w:right w:val="single" w:sz="4" w:space="0" w:color="auto"/>
            </w:tcBorders>
            <w:vAlign w:val="center"/>
            <w:hideMark/>
          </w:tcPr>
          <w:p w14:paraId="28A83513"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5808D70B" w14:textId="77777777" w:rsidR="004F011F" w:rsidRPr="00F51F43" w:rsidRDefault="004F011F" w:rsidP="004F011F">
            <w:pPr>
              <w:spacing w:after="0" w:line="240" w:lineRule="auto"/>
              <w:jc w:val="center"/>
              <w:rPr>
                <w:b/>
                <w:bCs/>
                <w:noProof/>
                <w:sz w:val="20"/>
                <w:szCs w:val="20"/>
              </w:rPr>
            </w:pPr>
            <w:r w:rsidRPr="00F51F43">
              <w:rPr>
                <w:b/>
                <w:bCs/>
                <w:noProof/>
                <w:sz w:val="20"/>
                <w:szCs w:val="20"/>
              </w:rPr>
              <w:t>Makići</w:t>
            </w:r>
          </w:p>
        </w:tc>
        <w:tc>
          <w:tcPr>
            <w:tcW w:w="170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662EA33A"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2638C6EE" w14:textId="77777777" w:rsidR="004F011F" w:rsidRPr="00F51F43" w:rsidRDefault="004F011F" w:rsidP="004F011F">
            <w:pPr>
              <w:spacing w:after="0" w:line="240" w:lineRule="auto"/>
              <w:jc w:val="center"/>
              <w:rPr>
                <w:noProof/>
                <w:sz w:val="20"/>
                <w:szCs w:val="20"/>
              </w:rPr>
            </w:pPr>
            <w:r w:rsidRPr="00F51F43">
              <w:rPr>
                <w:noProof/>
                <w:sz w:val="20"/>
                <w:szCs w:val="20"/>
              </w:rPr>
              <w:t>20</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B3470A6"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4AF0DE4E" w14:textId="77777777" w:rsidTr="004F011F">
        <w:trPr>
          <w:cantSplit/>
          <w:trHeight w:val="516"/>
          <w:jc w:val="center"/>
        </w:trPr>
        <w:tc>
          <w:tcPr>
            <w:tcW w:w="1134" w:type="dxa"/>
            <w:vMerge w:val="restart"/>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8CB0ABD" w14:textId="77777777" w:rsidR="004F011F" w:rsidRPr="00F51F43" w:rsidRDefault="004F011F" w:rsidP="004F011F">
            <w:pPr>
              <w:spacing w:after="0" w:line="240" w:lineRule="auto"/>
              <w:jc w:val="center"/>
              <w:rPr>
                <w:noProof/>
                <w:sz w:val="20"/>
                <w:szCs w:val="20"/>
              </w:rPr>
            </w:pPr>
            <w:r w:rsidRPr="00F51F43">
              <w:rPr>
                <w:noProof/>
                <w:sz w:val="20"/>
                <w:szCs w:val="20"/>
              </w:rPr>
              <w:t xml:space="preserve">"Ivančica" Koprivnički </w:t>
            </w:r>
            <w:r w:rsidRPr="00F51F43">
              <w:rPr>
                <w:noProof/>
                <w:sz w:val="20"/>
                <w:szCs w:val="20"/>
              </w:rPr>
              <w:lastRenderedPageBreak/>
              <w:t>Ivanec</w:t>
            </w:r>
          </w:p>
        </w:tc>
        <w:tc>
          <w:tcPr>
            <w:tcW w:w="1418" w:type="dxa"/>
            <w:vMerge w:val="restart"/>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7067BAA4" w14:textId="77777777" w:rsidR="004F011F" w:rsidRPr="00F51F43" w:rsidRDefault="004F011F" w:rsidP="004F011F">
            <w:pPr>
              <w:spacing w:after="0" w:line="240" w:lineRule="auto"/>
              <w:jc w:val="center"/>
              <w:rPr>
                <w:b/>
                <w:bCs/>
                <w:noProof/>
                <w:sz w:val="20"/>
                <w:szCs w:val="20"/>
              </w:rPr>
            </w:pPr>
            <w:r w:rsidRPr="00F51F43">
              <w:rPr>
                <w:b/>
                <w:bCs/>
                <w:noProof/>
                <w:sz w:val="20"/>
                <w:szCs w:val="20"/>
              </w:rPr>
              <w:lastRenderedPageBreak/>
              <w:t>Pčelice</w:t>
            </w:r>
          </w:p>
        </w:tc>
        <w:tc>
          <w:tcPr>
            <w:tcW w:w="1701" w:type="dxa"/>
            <w:vMerge w:val="restart"/>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56701871"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vMerge w:val="restart"/>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2566926D" w14:textId="77777777" w:rsidR="004F011F" w:rsidRPr="00F51F43" w:rsidRDefault="004F011F" w:rsidP="004F011F">
            <w:pPr>
              <w:spacing w:after="0" w:line="240" w:lineRule="auto"/>
              <w:jc w:val="center"/>
              <w:rPr>
                <w:noProof/>
                <w:sz w:val="20"/>
                <w:szCs w:val="20"/>
              </w:rPr>
            </w:pPr>
            <w:r w:rsidRPr="00F51F43">
              <w:rPr>
                <w:noProof/>
                <w:sz w:val="20"/>
                <w:szCs w:val="20"/>
              </w:rPr>
              <w:t>22</w:t>
            </w:r>
          </w:p>
        </w:tc>
        <w:tc>
          <w:tcPr>
            <w:tcW w:w="3651" w:type="dxa"/>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6B0C1E3C"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68D68369" w14:textId="77777777" w:rsidTr="004F011F">
        <w:trPr>
          <w:cantSplit/>
          <w:trHeight w:val="348"/>
          <w:jc w:val="center"/>
        </w:trPr>
        <w:tc>
          <w:tcPr>
            <w:tcW w:w="1134" w:type="dxa"/>
            <w:vMerge/>
            <w:tcBorders>
              <w:top w:val="nil"/>
              <w:left w:val="single" w:sz="4" w:space="0" w:color="auto"/>
              <w:bottom w:val="single" w:sz="4" w:space="0" w:color="auto"/>
              <w:right w:val="single" w:sz="4" w:space="0" w:color="auto"/>
            </w:tcBorders>
            <w:vAlign w:val="center"/>
            <w:hideMark/>
          </w:tcPr>
          <w:p w14:paraId="158D2F94" w14:textId="77777777" w:rsidR="004F011F" w:rsidRPr="00F51F43" w:rsidRDefault="004F011F" w:rsidP="004F011F">
            <w:pPr>
              <w:spacing w:after="0" w:line="240" w:lineRule="auto"/>
              <w:rPr>
                <w:noProof/>
                <w:sz w:val="20"/>
                <w:szCs w:val="20"/>
              </w:rPr>
            </w:pPr>
          </w:p>
        </w:tc>
        <w:tc>
          <w:tcPr>
            <w:tcW w:w="1418" w:type="dxa"/>
            <w:vMerge/>
            <w:tcBorders>
              <w:top w:val="nil"/>
              <w:left w:val="single" w:sz="4" w:space="0" w:color="auto"/>
              <w:bottom w:val="single" w:sz="4" w:space="0" w:color="auto"/>
              <w:right w:val="single" w:sz="4" w:space="0" w:color="auto"/>
            </w:tcBorders>
            <w:vAlign w:val="center"/>
            <w:hideMark/>
          </w:tcPr>
          <w:p w14:paraId="6467010D" w14:textId="77777777" w:rsidR="004F011F" w:rsidRPr="00F51F43" w:rsidRDefault="004F011F" w:rsidP="004F011F">
            <w:pPr>
              <w:spacing w:after="0" w:line="240" w:lineRule="auto"/>
              <w:rPr>
                <w:b/>
                <w:bCs/>
                <w:noProof/>
                <w:sz w:val="20"/>
                <w:szCs w:val="20"/>
              </w:rPr>
            </w:pPr>
          </w:p>
        </w:tc>
        <w:tc>
          <w:tcPr>
            <w:tcW w:w="1701" w:type="dxa"/>
            <w:vMerge/>
            <w:tcBorders>
              <w:top w:val="nil"/>
              <w:left w:val="single" w:sz="4" w:space="0" w:color="auto"/>
              <w:bottom w:val="single" w:sz="4" w:space="0" w:color="auto"/>
              <w:right w:val="single" w:sz="4" w:space="0" w:color="auto"/>
            </w:tcBorders>
            <w:hideMark/>
          </w:tcPr>
          <w:p w14:paraId="5EA04A14" w14:textId="77777777" w:rsidR="004F011F" w:rsidRPr="00F51F43" w:rsidRDefault="004F011F" w:rsidP="004F011F">
            <w:pPr>
              <w:spacing w:after="0" w:line="240" w:lineRule="auto"/>
              <w:rPr>
                <w:noProof/>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14:paraId="4646D2DB" w14:textId="77777777" w:rsidR="004F011F" w:rsidRPr="00F51F43" w:rsidRDefault="004F011F" w:rsidP="004F011F">
            <w:pPr>
              <w:spacing w:after="0" w:line="240" w:lineRule="auto"/>
              <w:rPr>
                <w:noProof/>
                <w:sz w:val="20"/>
                <w:szCs w:val="20"/>
              </w:rPr>
            </w:pPr>
          </w:p>
        </w:tc>
        <w:tc>
          <w:tcPr>
            <w:tcW w:w="3651"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2614037C" w14:textId="77777777" w:rsidR="004F011F" w:rsidRPr="00F51F43" w:rsidRDefault="004F011F" w:rsidP="004F011F">
            <w:pPr>
              <w:spacing w:after="0" w:line="240" w:lineRule="auto"/>
              <w:jc w:val="center"/>
              <w:rPr>
                <w:noProof/>
                <w:sz w:val="20"/>
                <w:szCs w:val="20"/>
              </w:rPr>
            </w:pPr>
            <w:r w:rsidRPr="00F51F43">
              <w:rPr>
                <w:noProof/>
                <w:sz w:val="20"/>
                <w:szCs w:val="20"/>
              </w:rPr>
              <w:t>asistentica</w:t>
            </w:r>
          </w:p>
        </w:tc>
      </w:tr>
      <w:tr w:rsidR="004F011F" w:rsidRPr="00F51F43" w14:paraId="4AD0C651" w14:textId="77777777" w:rsidTr="004F011F">
        <w:trPr>
          <w:cantSplit/>
          <w:trHeight w:val="468"/>
          <w:jc w:val="center"/>
        </w:trPr>
        <w:tc>
          <w:tcPr>
            <w:tcW w:w="1134"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87C4B68" w14:textId="77777777" w:rsidR="004F011F" w:rsidRPr="00F51F43" w:rsidRDefault="004F011F" w:rsidP="004F011F">
            <w:pPr>
              <w:spacing w:after="0" w:line="240" w:lineRule="auto"/>
              <w:jc w:val="center"/>
              <w:rPr>
                <w:noProof/>
                <w:sz w:val="20"/>
                <w:szCs w:val="20"/>
              </w:rPr>
            </w:pPr>
            <w:r w:rsidRPr="00F51F43">
              <w:rPr>
                <w:noProof/>
                <w:sz w:val="20"/>
                <w:szCs w:val="20"/>
              </w:rPr>
              <w:t>"Potočić" Koprivnički Bregi</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3659CB7" w14:textId="77777777" w:rsidR="004F011F" w:rsidRPr="00F51F43" w:rsidRDefault="004F011F" w:rsidP="004F011F">
            <w:pPr>
              <w:spacing w:after="0" w:line="240" w:lineRule="auto"/>
              <w:jc w:val="center"/>
              <w:rPr>
                <w:b/>
                <w:bCs/>
                <w:noProof/>
                <w:sz w:val="20"/>
                <w:szCs w:val="20"/>
              </w:rPr>
            </w:pPr>
            <w:r w:rsidRPr="00F51F43">
              <w:rPr>
                <w:b/>
                <w:bCs/>
                <w:noProof/>
                <w:sz w:val="20"/>
                <w:szCs w:val="20"/>
              </w:rPr>
              <w:t>Lavići</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C39DA59"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27A2ED9" w14:textId="77777777" w:rsidR="004F011F" w:rsidRPr="00F51F43" w:rsidRDefault="004F011F" w:rsidP="004F011F">
            <w:pPr>
              <w:spacing w:after="0" w:line="240" w:lineRule="auto"/>
              <w:jc w:val="center"/>
              <w:rPr>
                <w:noProof/>
                <w:sz w:val="20"/>
                <w:szCs w:val="20"/>
              </w:rPr>
            </w:pPr>
            <w:r w:rsidRPr="00F51F43">
              <w:rPr>
                <w:noProof/>
                <w:sz w:val="20"/>
                <w:szCs w:val="20"/>
              </w:rPr>
              <w:t>12</w:t>
            </w:r>
          </w:p>
        </w:tc>
        <w:tc>
          <w:tcPr>
            <w:tcW w:w="3651" w:type="dxa"/>
            <w:tcBorders>
              <w:top w:val="nil"/>
              <w:left w:val="nil"/>
              <w:bottom w:val="single" w:sz="4" w:space="0" w:color="auto"/>
              <w:right w:val="single" w:sz="4" w:space="0" w:color="auto"/>
            </w:tcBorders>
            <w:tcMar>
              <w:top w:w="80" w:type="dxa"/>
              <w:left w:w="80" w:type="dxa"/>
              <w:bottom w:w="80" w:type="dxa"/>
              <w:right w:w="80" w:type="dxa"/>
            </w:tcMar>
            <w:vAlign w:val="center"/>
          </w:tcPr>
          <w:p w14:paraId="4463FC3F"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r w:rsidR="004F011F" w:rsidRPr="00F51F43" w14:paraId="2490BE96" w14:textId="77777777" w:rsidTr="004F011F">
        <w:trPr>
          <w:cantSplit/>
          <w:trHeight w:val="612"/>
          <w:jc w:val="center"/>
        </w:trPr>
        <w:tc>
          <w:tcPr>
            <w:tcW w:w="1134" w:type="dxa"/>
            <w:vMerge/>
            <w:tcBorders>
              <w:top w:val="nil"/>
              <w:left w:val="single" w:sz="4" w:space="0" w:color="auto"/>
              <w:bottom w:val="single" w:sz="4" w:space="0" w:color="auto"/>
              <w:right w:val="single" w:sz="4" w:space="0" w:color="auto"/>
            </w:tcBorders>
            <w:vAlign w:val="center"/>
            <w:hideMark/>
          </w:tcPr>
          <w:p w14:paraId="4654EB91" w14:textId="77777777" w:rsidR="004F011F" w:rsidRPr="00F51F43" w:rsidRDefault="004F011F" w:rsidP="004F011F">
            <w:pPr>
              <w:spacing w:after="0" w:line="240" w:lineRule="auto"/>
              <w:rPr>
                <w:noProof/>
                <w:sz w:val="20"/>
                <w:szCs w:val="20"/>
              </w:rPr>
            </w:pP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2DDE0DC" w14:textId="77777777" w:rsidR="004F011F" w:rsidRPr="00F51F43" w:rsidRDefault="004F011F" w:rsidP="004F011F">
            <w:pPr>
              <w:spacing w:after="0" w:line="240" w:lineRule="auto"/>
              <w:jc w:val="center"/>
              <w:rPr>
                <w:b/>
                <w:bCs/>
                <w:noProof/>
                <w:sz w:val="20"/>
                <w:szCs w:val="20"/>
              </w:rPr>
            </w:pPr>
            <w:r w:rsidRPr="00F51F43">
              <w:rPr>
                <w:b/>
                <w:bCs/>
                <w:noProof/>
                <w:sz w:val="20"/>
                <w:szCs w:val="20"/>
              </w:rPr>
              <w:t>Leptirići</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50820D3"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c>
          <w:tcPr>
            <w:tcW w:w="1276"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33E034BE" w14:textId="77777777" w:rsidR="004F011F" w:rsidRPr="00F51F43" w:rsidRDefault="004F011F" w:rsidP="004F011F">
            <w:pPr>
              <w:spacing w:after="0" w:line="240" w:lineRule="auto"/>
              <w:jc w:val="center"/>
              <w:rPr>
                <w:noProof/>
                <w:sz w:val="20"/>
                <w:szCs w:val="20"/>
              </w:rPr>
            </w:pPr>
            <w:r w:rsidRPr="00F51F43">
              <w:rPr>
                <w:noProof/>
                <w:sz w:val="20"/>
                <w:szCs w:val="20"/>
              </w:rPr>
              <w:t>20</w:t>
            </w:r>
          </w:p>
        </w:tc>
        <w:tc>
          <w:tcPr>
            <w:tcW w:w="36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3B541AB1" w14:textId="77777777" w:rsidR="004F011F" w:rsidRPr="00F51F43" w:rsidRDefault="004F011F" w:rsidP="004F011F">
            <w:pPr>
              <w:spacing w:after="0" w:line="240" w:lineRule="auto"/>
              <w:jc w:val="center"/>
              <w:rPr>
                <w:noProof/>
                <w:sz w:val="20"/>
                <w:szCs w:val="20"/>
              </w:rPr>
            </w:pPr>
            <w:r w:rsidRPr="00F51F43">
              <w:rPr>
                <w:noProof/>
                <w:sz w:val="20"/>
                <w:szCs w:val="20"/>
              </w:rPr>
              <w:t>2 odgojiteljice</w:t>
            </w:r>
          </w:p>
        </w:tc>
      </w:tr>
    </w:tbl>
    <w:p w14:paraId="5FEC4281" w14:textId="77777777" w:rsidR="00251ABD" w:rsidRPr="00F51F43" w:rsidRDefault="00251ABD" w:rsidP="00071CAD">
      <w:pPr>
        <w:rPr>
          <w:b/>
          <w:bCs/>
          <w:noProof/>
        </w:rPr>
      </w:pPr>
    </w:p>
    <w:p w14:paraId="05C029AE" w14:textId="77777777" w:rsidR="00C75157" w:rsidRPr="00F51F43" w:rsidRDefault="001C03E2" w:rsidP="001C03E2">
      <w:pPr>
        <w:tabs>
          <w:tab w:val="left" w:pos="2172"/>
        </w:tabs>
        <w:rPr>
          <w:noProof/>
        </w:rPr>
      </w:pPr>
      <w:r w:rsidRPr="00F51F43">
        <w:rPr>
          <w:noProof/>
        </w:rPr>
        <w:tab/>
      </w:r>
    </w:p>
    <w:p w14:paraId="380BB162" w14:textId="77777777" w:rsidR="00663A0E" w:rsidRPr="00F51F43" w:rsidRDefault="00AB63AB" w:rsidP="00C75157">
      <w:pPr>
        <w:keepNext/>
        <w:spacing w:before="120"/>
        <w:jc w:val="left"/>
        <w:rPr>
          <w:b/>
          <w:bCs/>
          <w:noProof/>
        </w:rPr>
      </w:pPr>
      <w:r w:rsidRPr="00F51F43">
        <w:rPr>
          <w:b/>
          <w:bCs/>
          <w:noProof/>
        </w:rPr>
        <w:t>Tablica 4</w:t>
      </w:r>
      <w:r w:rsidR="004940CA" w:rsidRPr="00F51F43">
        <w:rPr>
          <w:b/>
          <w:bCs/>
          <w:noProof/>
        </w:rPr>
        <w:t>: Broj novoupisane djece i broj djece na listi čekanja u pedagoškoj godini</w:t>
      </w:r>
      <w:r w:rsidR="00FE74C7" w:rsidRPr="00F51F43">
        <w:rPr>
          <w:b/>
          <w:bCs/>
          <w:noProof/>
        </w:rPr>
        <w:t xml:space="preserve"> 202</w:t>
      </w:r>
      <w:r w:rsidR="004F011F" w:rsidRPr="00F51F43">
        <w:rPr>
          <w:b/>
          <w:bCs/>
          <w:noProof/>
        </w:rPr>
        <w:t>6</w:t>
      </w:r>
      <w:r w:rsidR="00FE74C7" w:rsidRPr="00F51F43">
        <w:rPr>
          <w:b/>
          <w:bCs/>
          <w:noProof/>
        </w:rPr>
        <w:t>./202</w:t>
      </w:r>
      <w:r w:rsidR="004F011F" w:rsidRPr="00F51F43">
        <w:rPr>
          <w:b/>
          <w:bCs/>
          <w:noProof/>
        </w:rPr>
        <w:t>7</w:t>
      </w:r>
      <w:r w:rsidR="004940CA" w:rsidRPr="00F51F43">
        <w:rPr>
          <w:b/>
          <w:bCs/>
          <w:noProof/>
        </w:rPr>
        <w:t>.</w:t>
      </w:r>
    </w:p>
    <w:tbl>
      <w:tblPr>
        <w:tblStyle w:val="Reetkatablice"/>
        <w:tblW w:w="8931" w:type="dxa"/>
        <w:jc w:val="center"/>
        <w:tblLook w:val="04A0" w:firstRow="1" w:lastRow="0" w:firstColumn="1" w:lastColumn="0" w:noHBand="0" w:noVBand="1"/>
      </w:tblPr>
      <w:tblGrid>
        <w:gridCol w:w="3518"/>
        <w:gridCol w:w="1060"/>
        <w:gridCol w:w="2387"/>
        <w:gridCol w:w="1966"/>
      </w:tblGrid>
      <w:tr w:rsidR="004F011F" w:rsidRPr="00F51F43" w14:paraId="323B03D5" w14:textId="77777777" w:rsidTr="004F011F">
        <w:trPr>
          <w:cantSplit/>
          <w:trHeight w:val="340"/>
          <w:tblHeader/>
          <w:jc w:val="center"/>
        </w:trPr>
        <w:tc>
          <w:tcPr>
            <w:tcW w:w="3828" w:type="dxa"/>
            <w:tcBorders>
              <w:top w:val="single" w:sz="4" w:space="0" w:color="auto"/>
              <w:left w:val="single" w:sz="4" w:space="0" w:color="auto"/>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33A0C6C8" w14:textId="77777777" w:rsidR="004F011F" w:rsidRPr="00F51F43" w:rsidRDefault="004F011F" w:rsidP="004F011F">
            <w:pPr>
              <w:spacing w:after="0" w:line="240" w:lineRule="auto"/>
              <w:jc w:val="center"/>
              <w:rPr>
                <w:b/>
                <w:bCs/>
                <w:noProof/>
                <w:sz w:val="20"/>
                <w:szCs w:val="20"/>
              </w:rPr>
            </w:pPr>
            <w:r w:rsidRPr="00F51F43">
              <w:rPr>
                <w:b/>
                <w:bCs/>
                <w:noProof/>
                <w:sz w:val="20"/>
                <w:szCs w:val="20"/>
              </w:rPr>
              <w:t>Općina</w:t>
            </w:r>
          </w:p>
        </w:tc>
        <w:tc>
          <w:tcPr>
            <w:tcW w:w="425"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39F6B9C1" w14:textId="77777777" w:rsidR="004F011F" w:rsidRPr="00F51F43" w:rsidRDefault="004F011F" w:rsidP="004F011F">
            <w:pPr>
              <w:spacing w:after="0" w:line="240" w:lineRule="auto"/>
              <w:jc w:val="center"/>
              <w:rPr>
                <w:b/>
                <w:bCs/>
                <w:noProof/>
                <w:sz w:val="20"/>
                <w:szCs w:val="20"/>
              </w:rPr>
            </w:pPr>
            <w:r w:rsidRPr="00F51F43">
              <w:rPr>
                <w:b/>
                <w:bCs/>
                <w:noProof/>
                <w:sz w:val="20"/>
                <w:szCs w:val="20"/>
              </w:rPr>
              <w:t>Skupina</w:t>
            </w:r>
          </w:p>
        </w:tc>
        <w:tc>
          <w:tcPr>
            <w:tcW w:w="2551"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4940E573" w14:textId="77777777" w:rsidR="004F011F" w:rsidRPr="00F51F43" w:rsidRDefault="004F011F" w:rsidP="004F011F">
            <w:pPr>
              <w:spacing w:after="0" w:line="240" w:lineRule="auto"/>
              <w:jc w:val="center"/>
              <w:rPr>
                <w:b/>
                <w:bCs/>
                <w:noProof/>
                <w:sz w:val="20"/>
                <w:szCs w:val="20"/>
              </w:rPr>
            </w:pPr>
            <w:r w:rsidRPr="00F51F43">
              <w:rPr>
                <w:b/>
                <w:bCs/>
                <w:noProof/>
                <w:sz w:val="20"/>
                <w:szCs w:val="20"/>
              </w:rPr>
              <w:t>Broj novoupisane djece</w:t>
            </w:r>
          </w:p>
        </w:tc>
        <w:tc>
          <w:tcPr>
            <w:tcW w:w="2127"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tcPr>
          <w:p w14:paraId="59AF396E" w14:textId="77777777" w:rsidR="004F011F" w:rsidRPr="00F51F43" w:rsidRDefault="004F011F" w:rsidP="004F011F">
            <w:pPr>
              <w:spacing w:after="0" w:line="240" w:lineRule="auto"/>
              <w:jc w:val="center"/>
              <w:rPr>
                <w:b/>
                <w:bCs/>
                <w:noProof/>
                <w:sz w:val="20"/>
                <w:szCs w:val="20"/>
              </w:rPr>
            </w:pPr>
            <w:r w:rsidRPr="00F51F43">
              <w:rPr>
                <w:b/>
                <w:bCs/>
                <w:noProof/>
                <w:sz w:val="20"/>
                <w:szCs w:val="20"/>
              </w:rPr>
              <w:t>Broj djece na listi čekanja</w:t>
            </w:r>
          </w:p>
        </w:tc>
      </w:tr>
      <w:tr w:rsidR="004F011F" w:rsidRPr="00F51F43" w14:paraId="5123327D" w14:textId="77777777" w:rsidTr="004F011F">
        <w:trPr>
          <w:cantSplit/>
          <w:trHeight w:val="340"/>
          <w:jc w:val="center"/>
        </w:trPr>
        <w:tc>
          <w:tcPr>
            <w:tcW w:w="3828"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D0ED82D" w14:textId="77777777" w:rsidR="004F011F" w:rsidRPr="00F51F43" w:rsidRDefault="004F011F" w:rsidP="004F011F">
            <w:pPr>
              <w:spacing w:after="0" w:line="240" w:lineRule="auto"/>
              <w:jc w:val="center"/>
              <w:rPr>
                <w:noProof/>
                <w:sz w:val="20"/>
                <w:szCs w:val="20"/>
              </w:rPr>
            </w:pPr>
            <w:r w:rsidRPr="00F51F43">
              <w:rPr>
                <w:noProof/>
                <w:sz w:val="20"/>
                <w:szCs w:val="20"/>
              </w:rPr>
              <w:t>"Iskrica" Đelekovec</w:t>
            </w:r>
          </w:p>
        </w:tc>
        <w:tc>
          <w:tcPr>
            <w:tcW w:w="425"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5D87E8FF" w14:textId="77777777" w:rsidR="004F011F" w:rsidRPr="00F51F43" w:rsidRDefault="004F011F" w:rsidP="004F011F">
            <w:pPr>
              <w:spacing w:after="0" w:line="240" w:lineRule="auto"/>
              <w:jc w:val="center"/>
              <w:rPr>
                <w:b/>
                <w:bCs/>
                <w:noProof/>
                <w:sz w:val="20"/>
                <w:szCs w:val="20"/>
              </w:rPr>
            </w:pPr>
            <w:r w:rsidRPr="00F51F43">
              <w:rPr>
                <w:b/>
                <w:bCs/>
                <w:noProof/>
                <w:sz w:val="20"/>
                <w:szCs w:val="20"/>
              </w:rPr>
              <w:t>Iskrica</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20276BF" w14:textId="77777777" w:rsidR="004F011F" w:rsidRPr="00F51F43" w:rsidRDefault="004F011F" w:rsidP="004F011F">
            <w:pPr>
              <w:spacing w:after="0" w:line="240" w:lineRule="auto"/>
              <w:jc w:val="center"/>
              <w:rPr>
                <w:noProof/>
                <w:sz w:val="20"/>
                <w:szCs w:val="20"/>
              </w:rPr>
            </w:pPr>
            <w:r w:rsidRPr="00F51F43">
              <w:rPr>
                <w:noProof/>
                <w:sz w:val="20"/>
                <w:szCs w:val="20"/>
              </w:rPr>
              <w:t>1</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73925DBE"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3FCCD1DE"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4E54D7FA"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27EE613F" w14:textId="77777777" w:rsidR="004F011F" w:rsidRPr="00F51F43" w:rsidRDefault="004F011F" w:rsidP="004F011F">
            <w:pPr>
              <w:spacing w:after="0" w:line="240" w:lineRule="auto"/>
              <w:jc w:val="center"/>
              <w:rPr>
                <w:b/>
                <w:bCs/>
                <w:noProof/>
                <w:sz w:val="20"/>
                <w:szCs w:val="20"/>
              </w:rPr>
            </w:pPr>
            <w:r w:rsidRPr="00F51F43">
              <w:rPr>
                <w:b/>
                <w:bCs/>
                <w:noProof/>
                <w:sz w:val="20"/>
                <w:szCs w:val="20"/>
              </w:rPr>
              <w:t>Makići</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15760A" w14:textId="77777777" w:rsidR="004F011F" w:rsidRPr="00F51F43" w:rsidRDefault="004F011F" w:rsidP="004F011F">
            <w:pPr>
              <w:spacing w:after="0" w:line="240" w:lineRule="auto"/>
              <w:jc w:val="center"/>
              <w:rPr>
                <w:noProof/>
                <w:sz w:val="20"/>
                <w:szCs w:val="20"/>
              </w:rPr>
            </w:pPr>
            <w:r w:rsidRPr="00F51F43">
              <w:rPr>
                <w:noProof/>
                <w:sz w:val="20"/>
                <w:szCs w:val="20"/>
              </w:rPr>
              <w:t>4</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755E5AC3"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7790A8FD" w14:textId="77777777" w:rsidTr="004F011F">
        <w:trPr>
          <w:cantSplit/>
          <w:trHeight w:val="340"/>
          <w:jc w:val="center"/>
        </w:trPr>
        <w:tc>
          <w:tcPr>
            <w:tcW w:w="382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F9C0233" w14:textId="77777777" w:rsidR="004F011F" w:rsidRPr="00F51F43" w:rsidRDefault="004F011F" w:rsidP="004F011F">
            <w:pPr>
              <w:spacing w:after="0" w:line="240" w:lineRule="auto"/>
              <w:jc w:val="center"/>
              <w:rPr>
                <w:noProof/>
                <w:sz w:val="20"/>
                <w:szCs w:val="20"/>
              </w:rPr>
            </w:pPr>
            <w:r w:rsidRPr="00F51F43">
              <w:rPr>
                <w:noProof/>
                <w:sz w:val="20"/>
                <w:szCs w:val="20"/>
              </w:rPr>
              <w:t>"Bambi" Ždala</w:t>
            </w:r>
          </w:p>
        </w:tc>
        <w:tc>
          <w:tcPr>
            <w:tcW w:w="42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F0D1C1F" w14:textId="77777777" w:rsidR="004F011F" w:rsidRPr="00F51F43" w:rsidRDefault="004F011F" w:rsidP="004F011F">
            <w:pPr>
              <w:spacing w:after="0" w:line="240" w:lineRule="auto"/>
              <w:jc w:val="center"/>
              <w:rPr>
                <w:b/>
                <w:bCs/>
                <w:noProof/>
                <w:sz w:val="20"/>
                <w:szCs w:val="20"/>
              </w:rPr>
            </w:pPr>
            <w:r w:rsidRPr="00F51F43">
              <w:rPr>
                <w:b/>
                <w:bCs/>
                <w:noProof/>
                <w:sz w:val="20"/>
                <w:szCs w:val="20"/>
              </w:rPr>
              <w:t>Bambi</w:t>
            </w:r>
          </w:p>
        </w:tc>
        <w:tc>
          <w:tcPr>
            <w:tcW w:w="2551" w:type="dxa"/>
            <w:tcBorders>
              <w:top w:val="nil"/>
              <w:left w:val="single" w:sz="4" w:space="0" w:color="auto"/>
              <w:bottom w:val="single" w:sz="4" w:space="0" w:color="000000"/>
              <w:right w:val="single" w:sz="4" w:space="0" w:color="auto"/>
            </w:tcBorders>
            <w:shd w:val="clear" w:color="auto" w:fill="auto"/>
            <w:tcMar>
              <w:top w:w="80" w:type="dxa"/>
              <w:left w:w="80" w:type="dxa"/>
              <w:bottom w:w="80" w:type="dxa"/>
              <w:right w:w="80" w:type="dxa"/>
            </w:tcMar>
            <w:vAlign w:val="center"/>
            <w:hideMark/>
          </w:tcPr>
          <w:p w14:paraId="04FC9094" w14:textId="77777777" w:rsidR="004F011F" w:rsidRPr="00F51F43" w:rsidRDefault="004F011F" w:rsidP="004F011F">
            <w:pPr>
              <w:spacing w:after="0" w:line="240" w:lineRule="auto"/>
              <w:jc w:val="center"/>
              <w:rPr>
                <w:noProof/>
                <w:sz w:val="20"/>
                <w:szCs w:val="20"/>
              </w:rPr>
            </w:pPr>
            <w:r w:rsidRPr="00F51F43">
              <w:rPr>
                <w:noProof/>
                <w:sz w:val="20"/>
                <w:szCs w:val="20"/>
              </w:rPr>
              <w:t>2</w:t>
            </w:r>
          </w:p>
        </w:tc>
        <w:tc>
          <w:tcPr>
            <w:tcW w:w="2127" w:type="dxa"/>
            <w:tcBorders>
              <w:top w:val="nil"/>
              <w:left w:val="single" w:sz="4" w:space="0" w:color="auto"/>
              <w:bottom w:val="single" w:sz="4" w:space="0" w:color="000000"/>
              <w:right w:val="single" w:sz="4" w:space="0" w:color="auto"/>
            </w:tcBorders>
            <w:tcMar>
              <w:top w:w="80" w:type="dxa"/>
              <w:left w:w="80" w:type="dxa"/>
              <w:bottom w:w="80" w:type="dxa"/>
              <w:right w:w="80" w:type="dxa"/>
            </w:tcMar>
            <w:vAlign w:val="center"/>
          </w:tcPr>
          <w:p w14:paraId="684343E5"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2D62BE2B" w14:textId="77777777" w:rsidTr="004F011F">
        <w:trPr>
          <w:cantSplit/>
          <w:trHeight w:val="340"/>
          <w:jc w:val="center"/>
        </w:trPr>
        <w:tc>
          <w:tcPr>
            <w:tcW w:w="3828"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3AFFB55" w14:textId="77777777" w:rsidR="004F011F" w:rsidRPr="00F51F43" w:rsidRDefault="004F011F" w:rsidP="004F011F">
            <w:pPr>
              <w:spacing w:after="0" w:line="240" w:lineRule="auto"/>
              <w:jc w:val="center"/>
              <w:rPr>
                <w:noProof/>
                <w:sz w:val="20"/>
                <w:szCs w:val="20"/>
              </w:rPr>
            </w:pPr>
            <w:r w:rsidRPr="00F51F43">
              <w:rPr>
                <w:noProof/>
                <w:sz w:val="20"/>
                <w:szCs w:val="20"/>
              </w:rPr>
              <w:t>"Zvončica" Gola</w:t>
            </w: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149A474" w14:textId="77777777" w:rsidR="004F011F" w:rsidRPr="00F51F43" w:rsidRDefault="004F011F" w:rsidP="004F011F">
            <w:pPr>
              <w:spacing w:after="0" w:line="240" w:lineRule="auto"/>
              <w:jc w:val="center"/>
              <w:rPr>
                <w:b/>
                <w:bCs/>
                <w:noProof/>
                <w:sz w:val="20"/>
                <w:szCs w:val="20"/>
              </w:rPr>
            </w:pPr>
            <w:r w:rsidRPr="00F51F43">
              <w:rPr>
                <w:b/>
                <w:bCs/>
                <w:noProof/>
                <w:sz w:val="20"/>
                <w:szCs w:val="20"/>
              </w:rPr>
              <w:t>Pčelice</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136AEF0" w14:textId="77777777" w:rsidR="004F011F" w:rsidRPr="00F51F43" w:rsidRDefault="004F011F" w:rsidP="004F011F">
            <w:pPr>
              <w:spacing w:after="0" w:line="240" w:lineRule="auto"/>
              <w:jc w:val="center"/>
              <w:rPr>
                <w:noProof/>
                <w:sz w:val="20"/>
                <w:szCs w:val="20"/>
              </w:rPr>
            </w:pPr>
            <w:r w:rsidRPr="00F51F43">
              <w:rPr>
                <w:noProof/>
                <w:sz w:val="20"/>
                <w:szCs w:val="20"/>
              </w:rPr>
              <w:t>10</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39E1FAE4"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501CCEE8"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40263A15"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58F15E4" w14:textId="77777777" w:rsidR="004F011F" w:rsidRPr="00F51F43" w:rsidRDefault="004F011F" w:rsidP="004F011F">
            <w:pPr>
              <w:spacing w:after="0" w:line="240" w:lineRule="auto"/>
              <w:jc w:val="center"/>
              <w:rPr>
                <w:b/>
                <w:bCs/>
                <w:noProof/>
                <w:sz w:val="20"/>
                <w:szCs w:val="20"/>
              </w:rPr>
            </w:pPr>
            <w:r w:rsidRPr="00F51F43">
              <w:rPr>
                <w:b/>
                <w:bCs/>
                <w:noProof/>
                <w:sz w:val="20"/>
                <w:szCs w:val="20"/>
              </w:rPr>
              <w:t>Vesele rode</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D4792A3" w14:textId="77777777" w:rsidR="004F011F" w:rsidRPr="00F51F43" w:rsidRDefault="004F011F" w:rsidP="004F011F">
            <w:pPr>
              <w:spacing w:after="0" w:line="240" w:lineRule="auto"/>
              <w:jc w:val="center"/>
              <w:rPr>
                <w:noProof/>
                <w:sz w:val="20"/>
                <w:szCs w:val="20"/>
              </w:rPr>
            </w:pPr>
            <w:r w:rsidRPr="00F51F43">
              <w:rPr>
                <w:noProof/>
                <w:sz w:val="20"/>
                <w:szCs w:val="20"/>
              </w:rPr>
              <w:t>3</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2DD143A5"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5A2C40BA"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7C3A7C6F"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C4AC93" w14:textId="77777777" w:rsidR="004F011F" w:rsidRPr="00F51F43" w:rsidRDefault="004F011F" w:rsidP="004F011F">
            <w:pPr>
              <w:spacing w:after="0" w:line="240" w:lineRule="auto"/>
              <w:jc w:val="center"/>
              <w:rPr>
                <w:b/>
                <w:bCs/>
                <w:noProof/>
                <w:sz w:val="20"/>
                <w:szCs w:val="20"/>
              </w:rPr>
            </w:pPr>
            <w:r w:rsidRPr="00F51F43">
              <w:rPr>
                <w:b/>
                <w:bCs/>
                <w:noProof/>
                <w:sz w:val="20"/>
                <w:szCs w:val="20"/>
              </w:rPr>
              <w:t>Sovice</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61D8628" w14:textId="77777777" w:rsidR="004F011F" w:rsidRPr="00F51F43" w:rsidRDefault="004F011F" w:rsidP="004F011F">
            <w:pPr>
              <w:spacing w:after="0" w:line="240" w:lineRule="auto"/>
              <w:jc w:val="center"/>
              <w:rPr>
                <w:noProof/>
                <w:sz w:val="20"/>
                <w:szCs w:val="20"/>
              </w:rPr>
            </w:pPr>
            <w:r w:rsidRPr="00F51F43">
              <w:rPr>
                <w:noProof/>
                <w:sz w:val="20"/>
                <w:szCs w:val="20"/>
              </w:rPr>
              <w:t>1</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05B05EAA"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362F5998"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6EBBF669"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3BE907FD" w14:textId="77777777" w:rsidR="004F011F" w:rsidRPr="00F51F43" w:rsidRDefault="004F011F" w:rsidP="004F011F">
            <w:pPr>
              <w:spacing w:after="0" w:line="240" w:lineRule="auto"/>
              <w:jc w:val="center"/>
              <w:rPr>
                <w:b/>
                <w:bCs/>
                <w:noProof/>
                <w:sz w:val="20"/>
                <w:szCs w:val="20"/>
              </w:rPr>
            </w:pPr>
            <w:r w:rsidRPr="00F51F43">
              <w:rPr>
                <w:b/>
                <w:bCs/>
                <w:noProof/>
                <w:sz w:val="20"/>
                <w:szCs w:val="20"/>
              </w:rPr>
              <w:t>Mali zeko</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5E459D6" w14:textId="77777777" w:rsidR="004F011F" w:rsidRPr="00F51F43" w:rsidRDefault="004F011F" w:rsidP="004F011F">
            <w:pPr>
              <w:spacing w:after="0" w:line="240" w:lineRule="auto"/>
              <w:jc w:val="center"/>
              <w:rPr>
                <w:noProof/>
                <w:sz w:val="20"/>
                <w:szCs w:val="20"/>
              </w:rPr>
            </w:pPr>
            <w:r w:rsidRPr="00F51F43">
              <w:rPr>
                <w:noProof/>
                <w:sz w:val="20"/>
                <w:szCs w:val="20"/>
              </w:rPr>
              <w:t>1</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54575A48"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0FD46197"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518CE31A"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4F12FD8" w14:textId="77777777" w:rsidR="004F011F" w:rsidRPr="00F51F43" w:rsidRDefault="004F011F" w:rsidP="004F011F">
            <w:pPr>
              <w:spacing w:after="0" w:line="240" w:lineRule="auto"/>
              <w:jc w:val="center"/>
              <w:rPr>
                <w:b/>
                <w:bCs/>
                <w:noProof/>
                <w:sz w:val="20"/>
                <w:szCs w:val="20"/>
              </w:rPr>
            </w:pPr>
            <w:r w:rsidRPr="00F51F43">
              <w:rPr>
                <w:b/>
                <w:bCs/>
                <w:noProof/>
                <w:sz w:val="20"/>
                <w:szCs w:val="20"/>
              </w:rPr>
              <w:t>Zvjezdice</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3C52B50" w14:textId="77777777" w:rsidR="004F011F" w:rsidRPr="00F51F43" w:rsidRDefault="004F011F" w:rsidP="004F011F">
            <w:pPr>
              <w:spacing w:after="0" w:line="240" w:lineRule="auto"/>
              <w:jc w:val="center"/>
              <w:rPr>
                <w:noProof/>
                <w:sz w:val="20"/>
                <w:szCs w:val="20"/>
              </w:rPr>
            </w:pPr>
            <w:r w:rsidRPr="00F51F43">
              <w:rPr>
                <w:noProof/>
                <w:sz w:val="20"/>
                <w:szCs w:val="20"/>
              </w:rPr>
              <w:t>2</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4E1B7E98"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36B74DB9"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61B0A58F" w14:textId="77777777" w:rsidR="004F011F" w:rsidRPr="00F51F43" w:rsidRDefault="004F011F" w:rsidP="004F011F">
            <w:pPr>
              <w:spacing w:after="0" w:line="240" w:lineRule="auto"/>
              <w:rPr>
                <w:noProof/>
                <w:sz w:val="20"/>
                <w:szCs w:val="20"/>
              </w:rPr>
            </w:pPr>
          </w:p>
        </w:tc>
        <w:tc>
          <w:tcPr>
            <w:tcW w:w="42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0CC58A2" w14:textId="77777777" w:rsidR="004F011F" w:rsidRPr="00F51F43" w:rsidRDefault="004F011F" w:rsidP="004F011F">
            <w:pPr>
              <w:spacing w:after="0" w:line="240" w:lineRule="auto"/>
              <w:jc w:val="center"/>
              <w:rPr>
                <w:b/>
                <w:bCs/>
                <w:noProof/>
                <w:sz w:val="20"/>
                <w:szCs w:val="20"/>
              </w:rPr>
            </w:pPr>
            <w:r w:rsidRPr="00F51F43">
              <w:rPr>
                <w:b/>
                <w:bCs/>
                <w:noProof/>
                <w:sz w:val="20"/>
                <w:szCs w:val="20"/>
              </w:rPr>
              <w:t>Zvončić</w:t>
            </w:r>
          </w:p>
        </w:tc>
        <w:tc>
          <w:tcPr>
            <w:tcW w:w="2551" w:type="dxa"/>
            <w:tcBorders>
              <w:top w:val="nil"/>
              <w:left w:val="single" w:sz="4" w:space="0" w:color="auto"/>
              <w:bottom w:val="single" w:sz="4" w:space="0" w:color="000000"/>
              <w:right w:val="single" w:sz="4" w:space="0" w:color="auto"/>
            </w:tcBorders>
            <w:shd w:val="clear" w:color="auto" w:fill="auto"/>
            <w:tcMar>
              <w:top w:w="80" w:type="dxa"/>
              <w:left w:w="80" w:type="dxa"/>
              <w:bottom w:w="80" w:type="dxa"/>
              <w:right w:w="80" w:type="dxa"/>
            </w:tcMar>
            <w:vAlign w:val="center"/>
            <w:hideMark/>
          </w:tcPr>
          <w:p w14:paraId="4A711817" w14:textId="77777777" w:rsidR="004F011F" w:rsidRPr="00F51F43" w:rsidRDefault="004F011F" w:rsidP="004F011F">
            <w:pPr>
              <w:spacing w:after="0" w:line="240" w:lineRule="auto"/>
              <w:jc w:val="center"/>
              <w:rPr>
                <w:noProof/>
                <w:sz w:val="20"/>
                <w:szCs w:val="20"/>
              </w:rPr>
            </w:pPr>
            <w:r w:rsidRPr="00F51F43">
              <w:rPr>
                <w:noProof/>
                <w:sz w:val="20"/>
                <w:szCs w:val="20"/>
              </w:rPr>
              <w:t>1</w:t>
            </w:r>
          </w:p>
        </w:tc>
        <w:tc>
          <w:tcPr>
            <w:tcW w:w="2127" w:type="dxa"/>
            <w:tcBorders>
              <w:top w:val="nil"/>
              <w:left w:val="single" w:sz="4" w:space="0" w:color="auto"/>
              <w:bottom w:val="single" w:sz="4" w:space="0" w:color="000000"/>
              <w:right w:val="single" w:sz="4" w:space="0" w:color="auto"/>
            </w:tcBorders>
            <w:tcMar>
              <w:top w:w="80" w:type="dxa"/>
              <w:left w:w="80" w:type="dxa"/>
              <w:bottom w:w="80" w:type="dxa"/>
              <w:right w:w="80" w:type="dxa"/>
            </w:tcMar>
            <w:vAlign w:val="center"/>
          </w:tcPr>
          <w:p w14:paraId="6FB61101"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3B7942E9" w14:textId="77777777" w:rsidTr="004F011F">
        <w:trPr>
          <w:cantSplit/>
          <w:trHeight w:val="340"/>
          <w:jc w:val="center"/>
        </w:trPr>
        <w:tc>
          <w:tcPr>
            <w:tcW w:w="3828"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12D7D83" w14:textId="77777777" w:rsidR="004F011F" w:rsidRPr="00F51F43" w:rsidRDefault="004F011F" w:rsidP="004F011F">
            <w:pPr>
              <w:spacing w:after="0" w:line="240" w:lineRule="auto"/>
              <w:jc w:val="center"/>
              <w:rPr>
                <w:noProof/>
                <w:sz w:val="20"/>
                <w:szCs w:val="20"/>
              </w:rPr>
            </w:pPr>
            <w:r w:rsidRPr="00F51F43">
              <w:rPr>
                <w:noProof/>
                <w:sz w:val="20"/>
                <w:szCs w:val="20"/>
              </w:rPr>
              <w:t>"Dabrić" Legrad</w:t>
            </w: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934D31F" w14:textId="77777777" w:rsidR="004F011F" w:rsidRPr="00F51F43" w:rsidRDefault="004F011F" w:rsidP="004F011F">
            <w:pPr>
              <w:spacing w:after="0" w:line="240" w:lineRule="auto"/>
              <w:jc w:val="center"/>
              <w:rPr>
                <w:b/>
                <w:bCs/>
                <w:noProof/>
                <w:sz w:val="20"/>
                <w:szCs w:val="20"/>
              </w:rPr>
            </w:pPr>
            <w:r w:rsidRPr="00F51F43">
              <w:rPr>
                <w:b/>
                <w:bCs/>
                <w:noProof/>
                <w:sz w:val="20"/>
                <w:szCs w:val="20"/>
              </w:rPr>
              <w:t>Bubamare</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A941F82" w14:textId="77777777" w:rsidR="004F011F" w:rsidRPr="00F51F43" w:rsidRDefault="004F011F" w:rsidP="004F011F">
            <w:pPr>
              <w:spacing w:after="0" w:line="240" w:lineRule="auto"/>
              <w:jc w:val="center"/>
              <w:rPr>
                <w:noProof/>
                <w:sz w:val="20"/>
                <w:szCs w:val="20"/>
              </w:rPr>
            </w:pPr>
            <w:r w:rsidRPr="00F51F43">
              <w:rPr>
                <w:noProof/>
                <w:sz w:val="20"/>
                <w:szCs w:val="20"/>
              </w:rPr>
              <w:t>7</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5F89907F"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4975E24E"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3608B844"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791D775" w14:textId="77777777" w:rsidR="004F011F" w:rsidRPr="00F51F43" w:rsidRDefault="004F011F" w:rsidP="004F011F">
            <w:pPr>
              <w:spacing w:after="0" w:line="240" w:lineRule="auto"/>
              <w:jc w:val="center"/>
              <w:rPr>
                <w:b/>
                <w:bCs/>
                <w:noProof/>
                <w:sz w:val="20"/>
                <w:szCs w:val="20"/>
              </w:rPr>
            </w:pPr>
            <w:r w:rsidRPr="00F51F43">
              <w:rPr>
                <w:b/>
                <w:bCs/>
                <w:noProof/>
                <w:sz w:val="20"/>
                <w:szCs w:val="20"/>
              </w:rPr>
              <w:t>Krijesnice</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035350" w14:textId="77777777" w:rsidR="004F011F" w:rsidRPr="00F51F43" w:rsidRDefault="004F011F" w:rsidP="004F011F">
            <w:pPr>
              <w:spacing w:after="0" w:line="240" w:lineRule="auto"/>
              <w:jc w:val="center"/>
              <w:rPr>
                <w:noProof/>
                <w:sz w:val="20"/>
                <w:szCs w:val="20"/>
              </w:rPr>
            </w:pPr>
            <w:r w:rsidRPr="00F51F43">
              <w:rPr>
                <w:noProof/>
                <w:sz w:val="20"/>
                <w:szCs w:val="20"/>
              </w:rPr>
              <w:t>2</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779FD330"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46521A76"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4A77B81B"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DDEC19E" w14:textId="77777777" w:rsidR="004F011F" w:rsidRPr="00F51F43" w:rsidRDefault="004F011F" w:rsidP="004F011F">
            <w:pPr>
              <w:spacing w:after="0" w:line="240" w:lineRule="auto"/>
              <w:jc w:val="center"/>
              <w:rPr>
                <w:b/>
                <w:bCs/>
                <w:noProof/>
                <w:sz w:val="20"/>
                <w:szCs w:val="20"/>
              </w:rPr>
            </w:pPr>
            <w:r w:rsidRPr="00F51F43">
              <w:rPr>
                <w:b/>
                <w:bCs/>
                <w:noProof/>
                <w:sz w:val="20"/>
                <w:szCs w:val="20"/>
              </w:rPr>
              <w:t>Leptirići</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5B6B420" w14:textId="77777777" w:rsidR="004F011F" w:rsidRPr="00F51F43" w:rsidRDefault="004F011F" w:rsidP="004F011F">
            <w:pPr>
              <w:spacing w:after="0" w:line="240" w:lineRule="auto"/>
              <w:jc w:val="center"/>
              <w:rPr>
                <w:noProof/>
                <w:sz w:val="20"/>
                <w:szCs w:val="20"/>
              </w:rPr>
            </w:pPr>
            <w:r w:rsidRPr="00F51F43">
              <w:rPr>
                <w:noProof/>
                <w:sz w:val="20"/>
                <w:szCs w:val="20"/>
              </w:rPr>
              <w:t>4</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1D28EE7E"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062A6D44"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56CDEDAB"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352399EE" w14:textId="77777777" w:rsidR="004F011F" w:rsidRPr="00F51F43" w:rsidRDefault="004F011F" w:rsidP="004F011F">
            <w:pPr>
              <w:spacing w:after="0" w:line="240" w:lineRule="auto"/>
              <w:jc w:val="center"/>
              <w:rPr>
                <w:b/>
                <w:bCs/>
                <w:noProof/>
                <w:sz w:val="20"/>
                <w:szCs w:val="20"/>
              </w:rPr>
            </w:pPr>
            <w:r w:rsidRPr="00F51F43">
              <w:rPr>
                <w:b/>
                <w:bCs/>
                <w:noProof/>
                <w:sz w:val="20"/>
                <w:szCs w:val="20"/>
              </w:rPr>
              <w:t>Pčelice</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1D50D03" w14:textId="77777777" w:rsidR="004F011F" w:rsidRPr="00F51F43" w:rsidRDefault="004F011F" w:rsidP="004F011F">
            <w:pPr>
              <w:spacing w:after="0" w:line="240" w:lineRule="auto"/>
              <w:jc w:val="center"/>
              <w:rPr>
                <w:noProof/>
                <w:sz w:val="20"/>
                <w:szCs w:val="20"/>
              </w:rPr>
            </w:pPr>
            <w:r w:rsidRPr="00F51F43">
              <w:rPr>
                <w:noProof/>
                <w:sz w:val="20"/>
                <w:szCs w:val="20"/>
              </w:rPr>
              <w:t>1</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556105DA"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18AF3C56" w14:textId="77777777" w:rsidTr="004F011F">
        <w:trPr>
          <w:cantSplit/>
          <w:trHeight w:val="340"/>
          <w:jc w:val="center"/>
        </w:trPr>
        <w:tc>
          <w:tcPr>
            <w:tcW w:w="3828" w:type="dxa"/>
            <w:vMerge w:val="restart"/>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24AE80DA" w14:textId="77777777" w:rsidR="004F011F" w:rsidRPr="00F51F43" w:rsidRDefault="004F011F" w:rsidP="004F011F">
            <w:pPr>
              <w:spacing w:after="0" w:line="240" w:lineRule="auto"/>
              <w:jc w:val="center"/>
              <w:rPr>
                <w:noProof/>
                <w:sz w:val="20"/>
                <w:szCs w:val="20"/>
              </w:rPr>
            </w:pPr>
            <w:r w:rsidRPr="00F51F43">
              <w:rPr>
                <w:noProof/>
                <w:sz w:val="20"/>
                <w:szCs w:val="20"/>
              </w:rPr>
              <w:t>"Ivančica" Koprivnički Ivanec (Vinogradska)</w:t>
            </w:r>
          </w:p>
        </w:tc>
        <w:tc>
          <w:tcPr>
            <w:tcW w:w="425"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5591F90B" w14:textId="77777777" w:rsidR="004F011F" w:rsidRPr="00F51F43" w:rsidRDefault="004F011F" w:rsidP="004F011F">
            <w:pPr>
              <w:spacing w:after="0" w:line="240" w:lineRule="auto"/>
              <w:jc w:val="center"/>
              <w:rPr>
                <w:b/>
                <w:bCs/>
                <w:noProof/>
                <w:sz w:val="20"/>
                <w:szCs w:val="20"/>
              </w:rPr>
            </w:pPr>
            <w:r w:rsidRPr="00F51F43">
              <w:rPr>
                <w:b/>
                <w:bCs/>
                <w:noProof/>
                <w:sz w:val="20"/>
                <w:szCs w:val="20"/>
              </w:rPr>
              <w:t>Mravići</w:t>
            </w:r>
          </w:p>
        </w:tc>
        <w:tc>
          <w:tcPr>
            <w:tcW w:w="25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5C0C10A2" w14:textId="77777777" w:rsidR="004F011F" w:rsidRPr="00F51F43" w:rsidRDefault="004F011F" w:rsidP="004F011F">
            <w:pPr>
              <w:spacing w:after="0" w:line="240" w:lineRule="auto"/>
              <w:jc w:val="center"/>
              <w:rPr>
                <w:noProof/>
                <w:sz w:val="20"/>
                <w:szCs w:val="20"/>
              </w:rPr>
            </w:pPr>
            <w:r w:rsidRPr="00F51F43">
              <w:rPr>
                <w:noProof/>
                <w:sz w:val="20"/>
                <w:szCs w:val="20"/>
              </w:rPr>
              <w:t>9</w:t>
            </w:r>
          </w:p>
        </w:tc>
        <w:tc>
          <w:tcPr>
            <w:tcW w:w="2127"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55E6F76F"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1030E76F"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15AA6F02"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4671694E" w14:textId="77777777" w:rsidR="004F011F" w:rsidRPr="00F51F43" w:rsidRDefault="004F011F" w:rsidP="004F011F">
            <w:pPr>
              <w:spacing w:after="0" w:line="240" w:lineRule="auto"/>
              <w:jc w:val="center"/>
              <w:rPr>
                <w:b/>
                <w:bCs/>
                <w:noProof/>
                <w:sz w:val="20"/>
                <w:szCs w:val="20"/>
              </w:rPr>
            </w:pPr>
            <w:r w:rsidRPr="00F51F43">
              <w:rPr>
                <w:b/>
                <w:bCs/>
                <w:noProof/>
                <w:sz w:val="20"/>
                <w:szCs w:val="20"/>
              </w:rPr>
              <w:t>Bubamare</w:t>
            </w:r>
          </w:p>
        </w:tc>
        <w:tc>
          <w:tcPr>
            <w:tcW w:w="25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7E1BD6A" w14:textId="77777777" w:rsidR="004F011F" w:rsidRPr="00F51F43" w:rsidRDefault="004F011F" w:rsidP="004F011F">
            <w:pPr>
              <w:spacing w:after="0" w:line="240" w:lineRule="auto"/>
              <w:jc w:val="center"/>
              <w:rPr>
                <w:noProof/>
                <w:sz w:val="20"/>
                <w:szCs w:val="20"/>
              </w:rPr>
            </w:pPr>
            <w:r w:rsidRPr="00F51F43">
              <w:rPr>
                <w:noProof/>
                <w:sz w:val="20"/>
                <w:szCs w:val="20"/>
              </w:rPr>
              <w:t>9</w:t>
            </w:r>
          </w:p>
        </w:tc>
        <w:tc>
          <w:tcPr>
            <w:tcW w:w="2127"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7A2C4A72"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2C487DBA"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3F2B5614"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7C92256A" w14:textId="77777777" w:rsidR="004F011F" w:rsidRPr="00F51F43" w:rsidRDefault="004F011F" w:rsidP="004F011F">
            <w:pPr>
              <w:spacing w:after="0" w:line="240" w:lineRule="auto"/>
              <w:jc w:val="center"/>
              <w:rPr>
                <w:b/>
                <w:bCs/>
                <w:noProof/>
                <w:sz w:val="20"/>
                <w:szCs w:val="20"/>
              </w:rPr>
            </w:pPr>
            <w:r w:rsidRPr="00F51F43">
              <w:rPr>
                <w:b/>
                <w:bCs/>
                <w:noProof/>
                <w:sz w:val="20"/>
                <w:szCs w:val="20"/>
              </w:rPr>
              <w:t>Cvjetići</w:t>
            </w:r>
          </w:p>
        </w:tc>
        <w:tc>
          <w:tcPr>
            <w:tcW w:w="25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DB23FC8" w14:textId="77777777" w:rsidR="004F011F" w:rsidRPr="00F51F43" w:rsidRDefault="004F011F" w:rsidP="004F011F">
            <w:pPr>
              <w:spacing w:after="0" w:line="240" w:lineRule="auto"/>
              <w:jc w:val="center"/>
              <w:rPr>
                <w:noProof/>
                <w:sz w:val="20"/>
                <w:szCs w:val="20"/>
              </w:rPr>
            </w:pPr>
            <w:r w:rsidRPr="00F51F43">
              <w:rPr>
                <w:noProof/>
                <w:sz w:val="20"/>
                <w:szCs w:val="20"/>
              </w:rPr>
              <w:t>1</w:t>
            </w:r>
          </w:p>
        </w:tc>
        <w:tc>
          <w:tcPr>
            <w:tcW w:w="2127"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0A45A145"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5BBE1BB9"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740C221B" w14:textId="77777777" w:rsidR="004F011F" w:rsidRPr="00F51F43" w:rsidRDefault="004F011F" w:rsidP="004F011F">
            <w:pPr>
              <w:spacing w:after="0" w:line="240" w:lineRule="auto"/>
              <w:rPr>
                <w:noProof/>
                <w:sz w:val="20"/>
                <w:szCs w:val="20"/>
              </w:rPr>
            </w:pPr>
          </w:p>
        </w:tc>
        <w:tc>
          <w:tcPr>
            <w:tcW w:w="425" w:type="dxa"/>
            <w:tcBorders>
              <w:top w:val="nil"/>
              <w:left w:val="single" w:sz="4" w:space="0" w:color="auto"/>
              <w:bottom w:val="single" w:sz="4" w:space="0" w:color="000000"/>
              <w:right w:val="single" w:sz="4" w:space="0" w:color="auto"/>
            </w:tcBorders>
            <w:shd w:val="clear" w:color="000000" w:fill="FFFFFF"/>
            <w:tcMar>
              <w:top w:w="80" w:type="dxa"/>
              <w:left w:w="80" w:type="dxa"/>
              <w:bottom w:w="80" w:type="dxa"/>
              <w:right w:w="80" w:type="dxa"/>
            </w:tcMar>
            <w:vAlign w:val="center"/>
            <w:hideMark/>
          </w:tcPr>
          <w:p w14:paraId="10856856" w14:textId="77777777" w:rsidR="004F011F" w:rsidRPr="00F51F43" w:rsidRDefault="004F011F" w:rsidP="004F011F">
            <w:pPr>
              <w:spacing w:after="0" w:line="240" w:lineRule="auto"/>
              <w:jc w:val="center"/>
              <w:rPr>
                <w:b/>
                <w:bCs/>
                <w:noProof/>
                <w:sz w:val="20"/>
                <w:szCs w:val="20"/>
              </w:rPr>
            </w:pPr>
            <w:r w:rsidRPr="00F51F43">
              <w:rPr>
                <w:b/>
                <w:bCs/>
                <w:noProof/>
                <w:sz w:val="20"/>
                <w:szCs w:val="20"/>
              </w:rPr>
              <w:t>Leptirići</w:t>
            </w:r>
          </w:p>
        </w:tc>
        <w:tc>
          <w:tcPr>
            <w:tcW w:w="2551" w:type="dxa"/>
            <w:tcBorders>
              <w:top w:val="nil"/>
              <w:left w:val="single" w:sz="4" w:space="0" w:color="auto"/>
              <w:bottom w:val="single" w:sz="4" w:space="0" w:color="000000"/>
              <w:right w:val="single" w:sz="4" w:space="0" w:color="auto"/>
            </w:tcBorders>
            <w:shd w:val="clear" w:color="000000" w:fill="FFFFFF"/>
            <w:tcMar>
              <w:top w:w="80" w:type="dxa"/>
              <w:left w:w="80" w:type="dxa"/>
              <w:bottom w:w="80" w:type="dxa"/>
              <w:right w:w="80" w:type="dxa"/>
            </w:tcMar>
            <w:vAlign w:val="center"/>
            <w:hideMark/>
          </w:tcPr>
          <w:p w14:paraId="69006EE6" w14:textId="77777777" w:rsidR="004F011F" w:rsidRPr="00F51F43" w:rsidRDefault="004F011F" w:rsidP="004F011F">
            <w:pPr>
              <w:spacing w:after="0" w:line="240" w:lineRule="auto"/>
              <w:jc w:val="center"/>
              <w:rPr>
                <w:noProof/>
                <w:sz w:val="20"/>
                <w:szCs w:val="20"/>
              </w:rPr>
            </w:pPr>
            <w:r w:rsidRPr="00F51F43">
              <w:rPr>
                <w:noProof/>
                <w:sz w:val="20"/>
                <w:szCs w:val="20"/>
              </w:rPr>
              <w:t>1</w:t>
            </w:r>
          </w:p>
        </w:tc>
        <w:tc>
          <w:tcPr>
            <w:tcW w:w="2127" w:type="dxa"/>
            <w:tcBorders>
              <w:top w:val="nil"/>
              <w:left w:val="single" w:sz="4" w:space="0" w:color="auto"/>
              <w:bottom w:val="single" w:sz="4" w:space="0" w:color="000000"/>
              <w:right w:val="single" w:sz="4" w:space="0" w:color="auto"/>
            </w:tcBorders>
            <w:shd w:val="clear" w:color="000000" w:fill="FFFFFF"/>
            <w:tcMar>
              <w:top w:w="80" w:type="dxa"/>
              <w:left w:w="80" w:type="dxa"/>
              <w:bottom w:w="80" w:type="dxa"/>
              <w:right w:w="80" w:type="dxa"/>
            </w:tcMar>
            <w:vAlign w:val="center"/>
          </w:tcPr>
          <w:p w14:paraId="50AB6E95"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3D6CA1E4"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273A80FE"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A7362A0" w14:textId="77777777" w:rsidR="004F011F" w:rsidRPr="00F51F43" w:rsidRDefault="004F011F" w:rsidP="004F011F">
            <w:pPr>
              <w:spacing w:after="0" w:line="240" w:lineRule="auto"/>
              <w:jc w:val="center"/>
              <w:rPr>
                <w:b/>
                <w:bCs/>
                <w:noProof/>
                <w:sz w:val="20"/>
                <w:szCs w:val="20"/>
              </w:rPr>
            </w:pPr>
            <w:r w:rsidRPr="00F51F43">
              <w:rPr>
                <w:b/>
                <w:bCs/>
                <w:noProof/>
                <w:sz w:val="20"/>
                <w:szCs w:val="20"/>
              </w:rPr>
              <w:t>Makići</w:t>
            </w:r>
          </w:p>
        </w:tc>
        <w:tc>
          <w:tcPr>
            <w:tcW w:w="2551"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79B3925" w14:textId="77777777" w:rsidR="004F011F" w:rsidRPr="00F51F43" w:rsidRDefault="004F011F" w:rsidP="004F011F">
            <w:pPr>
              <w:spacing w:after="0" w:line="240" w:lineRule="auto"/>
              <w:jc w:val="center"/>
              <w:rPr>
                <w:noProof/>
                <w:sz w:val="20"/>
                <w:szCs w:val="20"/>
              </w:rPr>
            </w:pPr>
            <w:r w:rsidRPr="00F51F43">
              <w:rPr>
                <w:noProof/>
                <w:sz w:val="20"/>
                <w:szCs w:val="20"/>
              </w:rPr>
              <w:t>0</w:t>
            </w:r>
          </w:p>
        </w:tc>
        <w:tc>
          <w:tcPr>
            <w:tcW w:w="2127"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8EBE993"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44F44062" w14:textId="77777777" w:rsidTr="004F011F">
        <w:trPr>
          <w:cantSplit/>
          <w:trHeight w:val="340"/>
          <w:jc w:val="center"/>
        </w:trPr>
        <w:tc>
          <w:tcPr>
            <w:tcW w:w="3828" w:type="dxa"/>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B8B7A7A" w14:textId="77777777" w:rsidR="004F011F" w:rsidRPr="00F51F43" w:rsidRDefault="004F011F" w:rsidP="004F011F">
            <w:pPr>
              <w:spacing w:after="0" w:line="240" w:lineRule="auto"/>
              <w:jc w:val="center"/>
              <w:rPr>
                <w:noProof/>
                <w:sz w:val="20"/>
                <w:szCs w:val="20"/>
              </w:rPr>
            </w:pPr>
            <w:r w:rsidRPr="00F51F43">
              <w:rPr>
                <w:noProof/>
                <w:sz w:val="20"/>
                <w:szCs w:val="20"/>
              </w:rPr>
              <w:t>"Ivančica" Koprivnički Ivanec</w:t>
            </w:r>
          </w:p>
        </w:tc>
        <w:tc>
          <w:tcPr>
            <w:tcW w:w="425" w:type="dxa"/>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hideMark/>
          </w:tcPr>
          <w:p w14:paraId="00E65B36" w14:textId="77777777" w:rsidR="004F011F" w:rsidRPr="00F51F43" w:rsidRDefault="004F011F" w:rsidP="004F011F">
            <w:pPr>
              <w:spacing w:after="0" w:line="240" w:lineRule="auto"/>
              <w:jc w:val="center"/>
              <w:rPr>
                <w:b/>
                <w:bCs/>
                <w:noProof/>
                <w:sz w:val="20"/>
                <w:szCs w:val="20"/>
              </w:rPr>
            </w:pPr>
            <w:r w:rsidRPr="00F51F43">
              <w:rPr>
                <w:b/>
                <w:bCs/>
                <w:noProof/>
                <w:sz w:val="20"/>
                <w:szCs w:val="20"/>
              </w:rPr>
              <w:t>Pčelice</w:t>
            </w:r>
          </w:p>
        </w:tc>
        <w:tc>
          <w:tcPr>
            <w:tcW w:w="2551" w:type="dxa"/>
            <w:tcBorders>
              <w:top w:val="nil"/>
              <w:left w:val="single" w:sz="4" w:space="0" w:color="auto"/>
              <w:bottom w:val="single" w:sz="4" w:space="0" w:color="000000"/>
              <w:right w:val="single" w:sz="4" w:space="0" w:color="auto"/>
            </w:tcBorders>
            <w:shd w:val="clear" w:color="000000" w:fill="FFFFFF"/>
            <w:tcMar>
              <w:top w:w="80" w:type="dxa"/>
              <w:left w:w="80" w:type="dxa"/>
              <w:bottom w:w="80" w:type="dxa"/>
              <w:right w:w="80" w:type="dxa"/>
            </w:tcMar>
            <w:vAlign w:val="center"/>
            <w:hideMark/>
          </w:tcPr>
          <w:p w14:paraId="2045E5A2" w14:textId="77777777" w:rsidR="004F011F" w:rsidRPr="00F51F43" w:rsidRDefault="004F011F" w:rsidP="004F011F">
            <w:pPr>
              <w:spacing w:after="0" w:line="240" w:lineRule="auto"/>
              <w:jc w:val="center"/>
              <w:rPr>
                <w:noProof/>
                <w:sz w:val="20"/>
                <w:szCs w:val="20"/>
              </w:rPr>
            </w:pPr>
            <w:r w:rsidRPr="00F51F43">
              <w:rPr>
                <w:noProof/>
                <w:sz w:val="20"/>
                <w:szCs w:val="20"/>
              </w:rPr>
              <w:t>1</w:t>
            </w:r>
          </w:p>
        </w:tc>
        <w:tc>
          <w:tcPr>
            <w:tcW w:w="2127" w:type="dxa"/>
            <w:tcBorders>
              <w:top w:val="nil"/>
              <w:left w:val="single" w:sz="4" w:space="0" w:color="auto"/>
              <w:bottom w:val="single" w:sz="4" w:space="0" w:color="000000"/>
              <w:right w:val="single" w:sz="4" w:space="0" w:color="auto"/>
            </w:tcBorders>
            <w:shd w:val="clear" w:color="000000" w:fill="FFFFFF"/>
            <w:tcMar>
              <w:top w:w="80" w:type="dxa"/>
              <w:left w:w="80" w:type="dxa"/>
              <w:bottom w:w="80" w:type="dxa"/>
              <w:right w:w="80" w:type="dxa"/>
            </w:tcMar>
            <w:vAlign w:val="center"/>
          </w:tcPr>
          <w:p w14:paraId="3487487A" w14:textId="77777777" w:rsidR="004F011F" w:rsidRPr="00F51F43" w:rsidRDefault="004F011F" w:rsidP="004F011F">
            <w:pPr>
              <w:spacing w:after="0" w:line="240" w:lineRule="auto"/>
              <w:jc w:val="center"/>
              <w:rPr>
                <w:noProof/>
                <w:sz w:val="20"/>
                <w:szCs w:val="20"/>
              </w:rPr>
            </w:pPr>
            <w:r w:rsidRPr="00F51F43">
              <w:rPr>
                <w:noProof/>
                <w:sz w:val="20"/>
                <w:szCs w:val="20"/>
              </w:rPr>
              <w:t>0</w:t>
            </w:r>
          </w:p>
        </w:tc>
      </w:tr>
      <w:tr w:rsidR="004F011F" w:rsidRPr="00F51F43" w14:paraId="41117592" w14:textId="77777777" w:rsidTr="004F011F">
        <w:trPr>
          <w:cantSplit/>
          <w:trHeight w:val="340"/>
          <w:jc w:val="center"/>
        </w:trPr>
        <w:tc>
          <w:tcPr>
            <w:tcW w:w="3828"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956B971" w14:textId="77777777" w:rsidR="004F011F" w:rsidRPr="00F51F43" w:rsidRDefault="004F011F" w:rsidP="004F011F">
            <w:pPr>
              <w:spacing w:after="0" w:line="240" w:lineRule="auto"/>
              <w:jc w:val="center"/>
              <w:rPr>
                <w:noProof/>
                <w:sz w:val="20"/>
                <w:szCs w:val="20"/>
              </w:rPr>
            </w:pPr>
            <w:r w:rsidRPr="00F51F43">
              <w:rPr>
                <w:noProof/>
                <w:sz w:val="20"/>
                <w:szCs w:val="20"/>
              </w:rPr>
              <w:t>"Potočić" Koprivnički Bregi</w:t>
            </w: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15114C" w14:textId="77777777" w:rsidR="004F011F" w:rsidRPr="00F51F43" w:rsidRDefault="004F011F" w:rsidP="004F011F">
            <w:pPr>
              <w:spacing w:after="0" w:line="240" w:lineRule="auto"/>
              <w:jc w:val="center"/>
              <w:rPr>
                <w:b/>
                <w:bCs/>
                <w:noProof/>
                <w:sz w:val="20"/>
                <w:szCs w:val="20"/>
              </w:rPr>
            </w:pPr>
            <w:r w:rsidRPr="00F51F43">
              <w:rPr>
                <w:b/>
                <w:bCs/>
                <w:noProof/>
                <w:sz w:val="20"/>
                <w:szCs w:val="20"/>
              </w:rPr>
              <w:t>Lavići</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6456402" w14:textId="77777777" w:rsidR="004F011F" w:rsidRPr="00F51F43" w:rsidRDefault="004F011F" w:rsidP="004F011F">
            <w:pPr>
              <w:spacing w:after="0" w:line="240" w:lineRule="auto"/>
              <w:jc w:val="center"/>
              <w:rPr>
                <w:noProof/>
                <w:sz w:val="20"/>
                <w:szCs w:val="20"/>
              </w:rPr>
            </w:pPr>
            <w:r w:rsidRPr="00F51F43">
              <w:rPr>
                <w:noProof/>
                <w:sz w:val="20"/>
                <w:szCs w:val="20"/>
              </w:rPr>
              <w:t>8</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4F1A5A92" w14:textId="77777777" w:rsidR="004F011F" w:rsidRPr="00F51F43" w:rsidRDefault="004F011F" w:rsidP="004F011F">
            <w:pPr>
              <w:spacing w:after="0" w:line="240" w:lineRule="auto"/>
              <w:jc w:val="center"/>
              <w:rPr>
                <w:noProof/>
                <w:sz w:val="20"/>
                <w:szCs w:val="20"/>
              </w:rPr>
            </w:pPr>
            <w:r w:rsidRPr="00F51F43">
              <w:rPr>
                <w:noProof/>
                <w:sz w:val="20"/>
                <w:szCs w:val="20"/>
              </w:rPr>
              <w:t>14</w:t>
            </w:r>
          </w:p>
        </w:tc>
      </w:tr>
      <w:tr w:rsidR="004F011F" w:rsidRPr="00F51F43" w14:paraId="56B74E74" w14:textId="77777777" w:rsidTr="004F011F">
        <w:trPr>
          <w:cantSplit/>
          <w:trHeight w:val="340"/>
          <w:jc w:val="center"/>
        </w:trPr>
        <w:tc>
          <w:tcPr>
            <w:tcW w:w="3828" w:type="dxa"/>
            <w:vMerge/>
            <w:tcBorders>
              <w:top w:val="nil"/>
              <w:left w:val="single" w:sz="4" w:space="0" w:color="auto"/>
              <w:bottom w:val="single" w:sz="4" w:space="0" w:color="auto"/>
              <w:right w:val="single" w:sz="4" w:space="0" w:color="auto"/>
            </w:tcBorders>
            <w:vAlign w:val="center"/>
            <w:hideMark/>
          </w:tcPr>
          <w:p w14:paraId="55D83668" w14:textId="77777777" w:rsidR="004F011F" w:rsidRPr="00F51F43" w:rsidRDefault="004F011F" w:rsidP="004F011F">
            <w:pPr>
              <w:spacing w:after="0" w:line="240" w:lineRule="auto"/>
              <w:rPr>
                <w:noProof/>
                <w:sz w:val="20"/>
                <w:szCs w:val="20"/>
              </w:rPr>
            </w:pPr>
          </w:p>
        </w:tc>
        <w:tc>
          <w:tcPr>
            <w:tcW w:w="425"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2AC21D9" w14:textId="77777777" w:rsidR="004F011F" w:rsidRPr="00F51F43" w:rsidRDefault="004F011F" w:rsidP="004F011F">
            <w:pPr>
              <w:spacing w:after="0" w:line="240" w:lineRule="auto"/>
              <w:jc w:val="center"/>
              <w:rPr>
                <w:b/>
                <w:bCs/>
                <w:noProof/>
                <w:sz w:val="20"/>
                <w:szCs w:val="20"/>
              </w:rPr>
            </w:pPr>
            <w:r w:rsidRPr="00F51F43">
              <w:rPr>
                <w:b/>
                <w:bCs/>
                <w:noProof/>
                <w:sz w:val="20"/>
                <w:szCs w:val="20"/>
              </w:rPr>
              <w:t>Leptirići</w:t>
            </w:r>
          </w:p>
        </w:tc>
        <w:tc>
          <w:tcPr>
            <w:tcW w:w="255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09B7B85" w14:textId="77777777" w:rsidR="004F011F" w:rsidRPr="00F51F43" w:rsidRDefault="004F011F" w:rsidP="004F011F">
            <w:pPr>
              <w:spacing w:after="0" w:line="240" w:lineRule="auto"/>
              <w:jc w:val="center"/>
              <w:rPr>
                <w:noProof/>
                <w:sz w:val="20"/>
                <w:szCs w:val="20"/>
              </w:rPr>
            </w:pPr>
            <w:r w:rsidRPr="00F51F43">
              <w:rPr>
                <w:noProof/>
                <w:sz w:val="20"/>
                <w:szCs w:val="20"/>
              </w:rPr>
              <w:t>0</w:t>
            </w:r>
          </w:p>
        </w:tc>
        <w:tc>
          <w:tcPr>
            <w:tcW w:w="2127" w:type="dxa"/>
            <w:tcBorders>
              <w:top w:val="nil"/>
              <w:left w:val="nil"/>
              <w:bottom w:val="single" w:sz="4" w:space="0" w:color="auto"/>
              <w:right w:val="single" w:sz="4" w:space="0" w:color="auto"/>
            </w:tcBorders>
            <w:tcMar>
              <w:top w:w="80" w:type="dxa"/>
              <w:left w:w="80" w:type="dxa"/>
              <w:bottom w:w="80" w:type="dxa"/>
              <w:right w:w="80" w:type="dxa"/>
            </w:tcMar>
            <w:vAlign w:val="center"/>
          </w:tcPr>
          <w:p w14:paraId="67DE5031" w14:textId="77777777" w:rsidR="004F011F" w:rsidRPr="00F51F43" w:rsidRDefault="004F011F" w:rsidP="004F011F">
            <w:pPr>
              <w:spacing w:after="0" w:line="240" w:lineRule="auto"/>
              <w:jc w:val="center"/>
              <w:rPr>
                <w:noProof/>
                <w:sz w:val="20"/>
                <w:szCs w:val="20"/>
              </w:rPr>
            </w:pPr>
            <w:r w:rsidRPr="00F51F43">
              <w:rPr>
                <w:noProof/>
                <w:sz w:val="20"/>
                <w:szCs w:val="20"/>
              </w:rPr>
              <w:t>22</w:t>
            </w:r>
          </w:p>
        </w:tc>
      </w:tr>
    </w:tbl>
    <w:p w14:paraId="51499799" w14:textId="77777777" w:rsidR="002A22B8" w:rsidRPr="00F51F43" w:rsidRDefault="002A22B8" w:rsidP="004F011F">
      <w:pPr>
        <w:rPr>
          <w:noProof/>
        </w:rPr>
      </w:pPr>
    </w:p>
    <w:p w14:paraId="0F49B229" w14:textId="77777777" w:rsidR="00B15B3E" w:rsidRPr="00F51F43" w:rsidRDefault="00A435D8" w:rsidP="009622AC">
      <w:pPr>
        <w:ind w:firstLine="720"/>
        <w:rPr>
          <w:noProof/>
        </w:rPr>
      </w:pPr>
      <w:r w:rsidRPr="00F51F43">
        <w:rPr>
          <w:noProof/>
        </w:rPr>
        <w:t xml:space="preserve">Tijekom pedagoške godine moguće su </w:t>
      </w:r>
      <w:r w:rsidR="00EA622E" w:rsidRPr="00F51F43">
        <w:rPr>
          <w:noProof/>
        </w:rPr>
        <w:t>izmjene broja djece zbog naknad</w:t>
      </w:r>
      <w:r w:rsidRPr="00F51F43">
        <w:rPr>
          <w:noProof/>
        </w:rPr>
        <w:t>nih upisa ili ispisa. Takođe</w:t>
      </w:r>
      <w:r w:rsidR="009512A3" w:rsidRPr="00F51F43">
        <w:rPr>
          <w:noProof/>
        </w:rPr>
        <w:t>r</w:t>
      </w:r>
      <w:r w:rsidR="000C6415" w:rsidRPr="00F51F43">
        <w:rPr>
          <w:noProof/>
        </w:rPr>
        <w:t>,</w:t>
      </w:r>
      <w:r w:rsidR="00C82D37" w:rsidRPr="00F51F43">
        <w:rPr>
          <w:noProof/>
        </w:rPr>
        <w:t xml:space="preserve"> </w:t>
      </w:r>
      <w:r w:rsidR="009512A3" w:rsidRPr="00F51F43">
        <w:rPr>
          <w:noProof/>
        </w:rPr>
        <w:t>postoji mogućnost izmjene odgoji</w:t>
      </w:r>
      <w:r w:rsidRPr="00F51F43">
        <w:rPr>
          <w:noProof/>
        </w:rPr>
        <w:t>telja po skupinama zbog zamjena, bolovanja, godišnjih odmora i sl., ali i zbog potrebe odgojno-obrazovnog rada temeljem odluke ravnatelja.</w:t>
      </w:r>
    </w:p>
    <w:p w14:paraId="19447FC0" w14:textId="77777777" w:rsidR="00727B47" w:rsidRPr="00F51F43" w:rsidRDefault="00727B47" w:rsidP="009622AC">
      <w:pPr>
        <w:ind w:firstLine="720"/>
        <w:rPr>
          <w:noProof/>
        </w:rPr>
      </w:pPr>
    </w:p>
    <w:p w14:paraId="73E5ACB5" w14:textId="77777777" w:rsidR="003D7468" w:rsidRPr="00F51F43" w:rsidRDefault="00AB63AB" w:rsidP="00071CAD">
      <w:pPr>
        <w:keepNext/>
        <w:spacing w:before="120"/>
        <w:jc w:val="left"/>
        <w:rPr>
          <w:b/>
          <w:bCs/>
          <w:noProof/>
        </w:rPr>
      </w:pPr>
      <w:r w:rsidRPr="00F51F43">
        <w:rPr>
          <w:b/>
          <w:bCs/>
          <w:noProof/>
        </w:rPr>
        <w:t>Tablica 5: Broj djece uključen u Program pr</w:t>
      </w:r>
      <w:r w:rsidR="00BF7C01" w:rsidRPr="00F51F43">
        <w:rPr>
          <w:b/>
          <w:bCs/>
          <w:noProof/>
        </w:rPr>
        <w:t xml:space="preserve">edškole u pedagoškoj godini </w:t>
      </w:r>
      <w:r w:rsidR="00595856" w:rsidRPr="00F51F43">
        <w:rPr>
          <w:b/>
          <w:bCs/>
          <w:noProof/>
        </w:rPr>
        <w:t>2026./2027</w:t>
      </w:r>
      <w:r w:rsidR="00DE6677" w:rsidRPr="00F51F43">
        <w:rPr>
          <w:b/>
          <w:bCs/>
          <w:noProof/>
        </w:rPr>
        <w:t>.</w:t>
      </w:r>
    </w:p>
    <w:p w14:paraId="4D1F924A" w14:textId="77777777" w:rsidR="0065278B" w:rsidRPr="00F51F43" w:rsidRDefault="0065278B" w:rsidP="0065278B">
      <w:pPr>
        <w:rPr>
          <w:noProof/>
        </w:rPr>
      </w:pPr>
    </w:p>
    <w:tbl>
      <w:tblPr>
        <w:tblStyle w:val="Reetkatablice"/>
        <w:tblW w:w="5000" w:type="pct"/>
        <w:jc w:val="center"/>
        <w:tblLook w:val="0000" w:firstRow="0" w:lastRow="0" w:firstColumn="0" w:lastColumn="0" w:noHBand="0" w:noVBand="0"/>
      </w:tblPr>
      <w:tblGrid>
        <w:gridCol w:w="1964"/>
        <w:gridCol w:w="1641"/>
        <w:gridCol w:w="2347"/>
        <w:gridCol w:w="1640"/>
        <w:gridCol w:w="1640"/>
      </w:tblGrid>
      <w:tr w:rsidR="001A029B" w:rsidRPr="00F51F43" w14:paraId="75B205C6" w14:textId="77777777" w:rsidTr="00044530">
        <w:trPr>
          <w:cantSplit/>
          <w:trHeight w:val="720"/>
          <w:tblHeader/>
          <w:jc w:val="center"/>
        </w:trPr>
        <w:tc>
          <w:tcPr>
            <w:tcW w:w="1064" w:type="pct"/>
            <w:shd w:val="clear" w:color="auto" w:fill="D9EAD3"/>
            <w:tcMar>
              <w:top w:w="80" w:type="dxa"/>
              <w:left w:w="80" w:type="dxa"/>
              <w:bottom w:w="80" w:type="dxa"/>
              <w:right w:w="80" w:type="dxa"/>
            </w:tcMar>
            <w:vAlign w:val="center"/>
          </w:tcPr>
          <w:p w14:paraId="4F3C0882" w14:textId="77777777" w:rsidR="00044530" w:rsidRPr="00F51F43" w:rsidRDefault="00044530" w:rsidP="00785BCB">
            <w:pPr>
              <w:spacing w:after="0" w:line="240" w:lineRule="auto"/>
              <w:jc w:val="center"/>
              <w:rPr>
                <w:b/>
                <w:noProof/>
                <w:sz w:val="20"/>
                <w:szCs w:val="20"/>
              </w:rPr>
            </w:pPr>
            <w:r w:rsidRPr="00F51F43">
              <w:rPr>
                <w:b/>
                <w:noProof/>
                <w:sz w:val="20"/>
                <w:szCs w:val="20"/>
              </w:rPr>
              <w:t>PODRUČNI OBJEKT</w:t>
            </w:r>
          </w:p>
        </w:tc>
        <w:tc>
          <w:tcPr>
            <w:tcW w:w="889" w:type="pct"/>
            <w:shd w:val="clear" w:color="auto" w:fill="D9EAD3"/>
            <w:tcMar>
              <w:top w:w="80" w:type="dxa"/>
              <w:left w:w="80" w:type="dxa"/>
              <w:bottom w:w="80" w:type="dxa"/>
              <w:right w:w="80" w:type="dxa"/>
            </w:tcMar>
            <w:vAlign w:val="center"/>
          </w:tcPr>
          <w:p w14:paraId="4D1F4515" w14:textId="77777777" w:rsidR="00044530" w:rsidRPr="00F51F43" w:rsidRDefault="00044530" w:rsidP="00785BCB">
            <w:pPr>
              <w:spacing w:after="0" w:line="240" w:lineRule="auto"/>
              <w:jc w:val="center"/>
              <w:rPr>
                <w:b/>
                <w:noProof/>
                <w:sz w:val="20"/>
                <w:szCs w:val="20"/>
              </w:rPr>
            </w:pPr>
            <w:r w:rsidRPr="00F51F43">
              <w:rPr>
                <w:b/>
                <w:noProof/>
                <w:sz w:val="20"/>
                <w:szCs w:val="20"/>
              </w:rPr>
              <w:t>BROJ DJECE U</w:t>
            </w:r>
          </w:p>
          <w:p w14:paraId="43AA1903" w14:textId="77777777" w:rsidR="00044530" w:rsidRPr="00F51F43" w:rsidRDefault="00044530" w:rsidP="00785BCB">
            <w:pPr>
              <w:spacing w:after="0" w:line="240" w:lineRule="auto"/>
              <w:jc w:val="center"/>
              <w:rPr>
                <w:b/>
                <w:noProof/>
                <w:sz w:val="20"/>
                <w:szCs w:val="20"/>
              </w:rPr>
            </w:pPr>
            <w:r w:rsidRPr="00F51F43">
              <w:rPr>
                <w:b/>
                <w:noProof/>
                <w:sz w:val="20"/>
                <w:szCs w:val="20"/>
              </w:rPr>
              <w:t>PROGRAMU PREDŠKOLE U REDOVITOM PROGRAMU</w:t>
            </w:r>
          </w:p>
        </w:tc>
        <w:tc>
          <w:tcPr>
            <w:tcW w:w="1271" w:type="pct"/>
            <w:shd w:val="clear" w:color="auto" w:fill="D9EAD3"/>
            <w:tcMar>
              <w:top w:w="80" w:type="dxa"/>
              <w:left w:w="80" w:type="dxa"/>
              <w:bottom w:w="80" w:type="dxa"/>
              <w:right w:w="80" w:type="dxa"/>
            </w:tcMar>
            <w:vAlign w:val="center"/>
          </w:tcPr>
          <w:p w14:paraId="6F8E4E85" w14:textId="77777777" w:rsidR="00044530" w:rsidRPr="00F51F43" w:rsidRDefault="00044530" w:rsidP="00785BCB">
            <w:pPr>
              <w:spacing w:after="0" w:line="240" w:lineRule="auto"/>
              <w:jc w:val="center"/>
              <w:rPr>
                <w:b/>
                <w:noProof/>
                <w:sz w:val="20"/>
                <w:szCs w:val="20"/>
              </w:rPr>
            </w:pPr>
            <w:r w:rsidRPr="00F51F43">
              <w:rPr>
                <w:b/>
                <w:noProof/>
                <w:sz w:val="20"/>
                <w:szCs w:val="20"/>
              </w:rPr>
              <w:t>BROJ DJECE U</w:t>
            </w:r>
          </w:p>
          <w:p w14:paraId="41673AA1" w14:textId="77777777" w:rsidR="00044530" w:rsidRPr="00F51F43" w:rsidRDefault="00044530" w:rsidP="00785BCB">
            <w:pPr>
              <w:spacing w:after="0" w:line="240" w:lineRule="auto"/>
              <w:jc w:val="center"/>
              <w:rPr>
                <w:b/>
                <w:noProof/>
                <w:sz w:val="20"/>
                <w:szCs w:val="20"/>
              </w:rPr>
            </w:pPr>
            <w:r w:rsidRPr="00F51F43">
              <w:rPr>
                <w:b/>
                <w:noProof/>
                <w:sz w:val="20"/>
                <w:szCs w:val="20"/>
              </w:rPr>
              <w:t>PROGRAMU PREDŠKOLE IZVAN REDOVITOG PROGRAMA, ALI INTEGRIRANI U REDOVITI PROGRAM (</w:t>
            </w:r>
            <w:r w:rsidR="00B66BAF" w:rsidRPr="00F51F43">
              <w:rPr>
                <w:b/>
                <w:noProof/>
                <w:sz w:val="20"/>
                <w:szCs w:val="20"/>
              </w:rPr>
              <w:t>DVA/</w:t>
            </w:r>
            <w:r w:rsidRPr="00F51F43">
              <w:rPr>
                <w:b/>
                <w:noProof/>
                <w:sz w:val="20"/>
                <w:szCs w:val="20"/>
              </w:rPr>
              <w:t>TRI PUTA TJEDNO)</w:t>
            </w:r>
          </w:p>
        </w:tc>
        <w:tc>
          <w:tcPr>
            <w:tcW w:w="888" w:type="pct"/>
            <w:shd w:val="clear" w:color="auto" w:fill="D9EAD3"/>
            <w:tcMar>
              <w:top w:w="80" w:type="dxa"/>
              <w:left w:w="80" w:type="dxa"/>
              <w:bottom w:w="80" w:type="dxa"/>
              <w:right w:w="80" w:type="dxa"/>
            </w:tcMar>
            <w:vAlign w:val="center"/>
          </w:tcPr>
          <w:p w14:paraId="30410523" w14:textId="77777777" w:rsidR="00044530" w:rsidRPr="00F51F43" w:rsidRDefault="00044530" w:rsidP="00785BCB">
            <w:pPr>
              <w:spacing w:after="0" w:line="240" w:lineRule="auto"/>
              <w:jc w:val="center"/>
              <w:rPr>
                <w:b/>
                <w:noProof/>
                <w:sz w:val="20"/>
                <w:szCs w:val="20"/>
              </w:rPr>
            </w:pPr>
            <w:r w:rsidRPr="00F51F43">
              <w:rPr>
                <w:b/>
                <w:noProof/>
                <w:sz w:val="20"/>
                <w:szCs w:val="20"/>
              </w:rPr>
              <w:t>BROJ DJECE U</w:t>
            </w:r>
          </w:p>
          <w:p w14:paraId="496ED09A" w14:textId="77777777" w:rsidR="00044530" w:rsidRPr="00F51F43" w:rsidRDefault="00044530" w:rsidP="00785BCB">
            <w:pPr>
              <w:spacing w:after="0" w:line="240" w:lineRule="auto"/>
              <w:jc w:val="center"/>
              <w:rPr>
                <w:b/>
                <w:noProof/>
                <w:sz w:val="20"/>
                <w:szCs w:val="20"/>
              </w:rPr>
            </w:pPr>
            <w:r w:rsidRPr="00F51F43">
              <w:rPr>
                <w:b/>
                <w:noProof/>
                <w:sz w:val="20"/>
                <w:szCs w:val="20"/>
              </w:rPr>
              <w:t>PROGRAMU PREDŠKOLE IZVAN REDOVITOG PROGRAMA</w:t>
            </w:r>
          </w:p>
        </w:tc>
        <w:tc>
          <w:tcPr>
            <w:tcW w:w="888" w:type="pct"/>
            <w:shd w:val="clear" w:color="auto" w:fill="D9EAD3"/>
            <w:tcMar>
              <w:top w:w="80" w:type="dxa"/>
              <w:left w:w="80" w:type="dxa"/>
              <w:bottom w:w="80" w:type="dxa"/>
              <w:right w:w="80" w:type="dxa"/>
            </w:tcMar>
            <w:vAlign w:val="center"/>
          </w:tcPr>
          <w:p w14:paraId="3B458953" w14:textId="77777777" w:rsidR="00044530" w:rsidRPr="00F51F43" w:rsidRDefault="00044530" w:rsidP="00785BCB">
            <w:pPr>
              <w:spacing w:after="0" w:line="240" w:lineRule="auto"/>
              <w:jc w:val="center"/>
              <w:rPr>
                <w:b/>
                <w:noProof/>
                <w:sz w:val="20"/>
                <w:szCs w:val="20"/>
              </w:rPr>
            </w:pPr>
            <w:r w:rsidRPr="00F51F43">
              <w:rPr>
                <w:b/>
                <w:noProof/>
                <w:sz w:val="20"/>
                <w:szCs w:val="20"/>
              </w:rPr>
              <w:t>ROMI PETOGODI-ŠNJACI U PROGRAMU PREDŠKOLE IZVAN REDOVITOG PROGRAMA</w:t>
            </w:r>
          </w:p>
        </w:tc>
      </w:tr>
      <w:tr w:rsidR="001A029B" w:rsidRPr="00F51F43" w14:paraId="6C06434A" w14:textId="77777777" w:rsidTr="00044530">
        <w:trPr>
          <w:cantSplit/>
          <w:trHeight w:val="132"/>
          <w:jc w:val="center"/>
        </w:trPr>
        <w:tc>
          <w:tcPr>
            <w:tcW w:w="1064" w:type="pct"/>
            <w:tcMar>
              <w:top w:w="80" w:type="dxa"/>
              <w:left w:w="80" w:type="dxa"/>
              <w:bottom w:w="80" w:type="dxa"/>
              <w:right w:w="80" w:type="dxa"/>
            </w:tcMar>
            <w:vAlign w:val="center"/>
          </w:tcPr>
          <w:p w14:paraId="499467DA" w14:textId="77777777" w:rsidR="00387AAD" w:rsidRPr="00F51F43" w:rsidRDefault="00387AAD" w:rsidP="00595856">
            <w:pPr>
              <w:spacing w:after="0" w:line="240" w:lineRule="auto"/>
              <w:jc w:val="center"/>
              <w:rPr>
                <w:noProof/>
                <w:sz w:val="20"/>
                <w:szCs w:val="20"/>
              </w:rPr>
            </w:pPr>
            <w:r w:rsidRPr="00F51F43">
              <w:rPr>
                <w:noProof/>
                <w:sz w:val="20"/>
                <w:szCs w:val="20"/>
              </w:rPr>
              <w:t>“Ivančica” Koprivn</w:t>
            </w:r>
            <w:r w:rsidR="00595856" w:rsidRPr="00F51F43">
              <w:rPr>
                <w:noProof/>
                <w:sz w:val="20"/>
                <w:szCs w:val="20"/>
              </w:rPr>
              <w:t>ički Ivanec</w:t>
            </w:r>
          </w:p>
        </w:tc>
        <w:tc>
          <w:tcPr>
            <w:tcW w:w="889" w:type="pct"/>
            <w:tcMar>
              <w:top w:w="80" w:type="dxa"/>
              <w:left w:w="80" w:type="dxa"/>
              <w:bottom w:w="80" w:type="dxa"/>
              <w:right w:w="80" w:type="dxa"/>
            </w:tcMar>
            <w:vAlign w:val="center"/>
          </w:tcPr>
          <w:p w14:paraId="5D60F7D3" w14:textId="77777777" w:rsidR="00387AAD" w:rsidRPr="00F51F43" w:rsidRDefault="00595856" w:rsidP="00785BCB">
            <w:pPr>
              <w:spacing w:after="0" w:line="240" w:lineRule="auto"/>
              <w:jc w:val="center"/>
              <w:rPr>
                <w:noProof/>
                <w:sz w:val="20"/>
                <w:szCs w:val="20"/>
              </w:rPr>
            </w:pPr>
            <w:r w:rsidRPr="00F51F43">
              <w:rPr>
                <w:noProof/>
                <w:sz w:val="20"/>
                <w:szCs w:val="20"/>
              </w:rPr>
              <w:t>14</w:t>
            </w:r>
          </w:p>
        </w:tc>
        <w:tc>
          <w:tcPr>
            <w:tcW w:w="1271" w:type="pct"/>
            <w:tcMar>
              <w:top w:w="80" w:type="dxa"/>
              <w:left w:w="80" w:type="dxa"/>
              <w:bottom w:w="80" w:type="dxa"/>
              <w:right w:w="80" w:type="dxa"/>
            </w:tcMar>
            <w:vAlign w:val="center"/>
          </w:tcPr>
          <w:p w14:paraId="6C104D7D" w14:textId="77777777" w:rsidR="00387AAD" w:rsidRPr="00F51F43" w:rsidRDefault="00595856" w:rsidP="00785BCB">
            <w:pPr>
              <w:spacing w:after="0" w:line="240" w:lineRule="auto"/>
              <w:jc w:val="center"/>
              <w:rPr>
                <w:noProof/>
                <w:sz w:val="20"/>
                <w:szCs w:val="20"/>
              </w:rPr>
            </w:pPr>
            <w:r w:rsidRPr="00F51F43">
              <w:rPr>
                <w:noProof/>
                <w:sz w:val="20"/>
                <w:szCs w:val="20"/>
              </w:rPr>
              <w:t>2</w:t>
            </w:r>
          </w:p>
        </w:tc>
        <w:tc>
          <w:tcPr>
            <w:tcW w:w="888" w:type="pct"/>
            <w:tcMar>
              <w:top w:w="80" w:type="dxa"/>
              <w:left w:w="80" w:type="dxa"/>
              <w:bottom w:w="80" w:type="dxa"/>
              <w:right w:w="80" w:type="dxa"/>
            </w:tcMar>
            <w:vAlign w:val="center"/>
          </w:tcPr>
          <w:p w14:paraId="4879AD92" w14:textId="77777777" w:rsidR="00387AAD" w:rsidRPr="00F51F43" w:rsidRDefault="005D071B" w:rsidP="00785BCB">
            <w:pPr>
              <w:spacing w:after="0" w:line="240" w:lineRule="auto"/>
              <w:jc w:val="center"/>
              <w:rPr>
                <w:noProof/>
                <w:sz w:val="20"/>
                <w:szCs w:val="20"/>
              </w:rPr>
            </w:pPr>
            <w:r w:rsidRPr="00F51F43">
              <w:rPr>
                <w:noProof/>
                <w:sz w:val="20"/>
                <w:szCs w:val="20"/>
              </w:rPr>
              <w:t>0</w:t>
            </w:r>
          </w:p>
        </w:tc>
        <w:tc>
          <w:tcPr>
            <w:tcW w:w="888" w:type="pct"/>
            <w:tcMar>
              <w:top w:w="80" w:type="dxa"/>
              <w:left w:w="80" w:type="dxa"/>
              <w:bottom w:w="80" w:type="dxa"/>
              <w:right w:w="80" w:type="dxa"/>
            </w:tcMar>
            <w:vAlign w:val="center"/>
          </w:tcPr>
          <w:p w14:paraId="7F0488EF" w14:textId="77777777" w:rsidR="00387AAD" w:rsidRPr="00F51F43" w:rsidRDefault="005D071B" w:rsidP="00785BCB">
            <w:pPr>
              <w:spacing w:after="0" w:line="240" w:lineRule="auto"/>
              <w:jc w:val="center"/>
              <w:rPr>
                <w:noProof/>
                <w:sz w:val="20"/>
                <w:szCs w:val="20"/>
              </w:rPr>
            </w:pPr>
            <w:r w:rsidRPr="00F51F43">
              <w:rPr>
                <w:noProof/>
                <w:sz w:val="20"/>
                <w:szCs w:val="20"/>
              </w:rPr>
              <w:t>0</w:t>
            </w:r>
          </w:p>
        </w:tc>
      </w:tr>
      <w:tr w:rsidR="001A029B" w:rsidRPr="00F51F43" w14:paraId="3CAFCA3E" w14:textId="77777777" w:rsidTr="00044530">
        <w:trPr>
          <w:cantSplit/>
          <w:trHeight w:val="64"/>
          <w:jc w:val="center"/>
        </w:trPr>
        <w:tc>
          <w:tcPr>
            <w:tcW w:w="1064" w:type="pct"/>
            <w:tcMar>
              <w:top w:w="80" w:type="dxa"/>
              <w:left w:w="80" w:type="dxa"/>
              <w:bottom w:w="80" w:type="dxa"/>
              <w:right w:w="80" w:type="dxa"/>
            </w:tcMar>
            <w:vAlign w:val="center"/>
          </w:tcPr>
          <w:p w14:paraId="4750617F" w14:textId="77777777" w:rsidR="00044530" w:rsidRPr="00F51F43" w:rsidRDefault="00044530" w:rsidP="00785BCB">
            <w:pPr>
              <w:spacing w:after="0" w:line="240" w:lineRule="auto"/>
              <w:jc w:val="center"/>
              <w:rPr>
                <w:noProof/>
                <w:sz w:val="20"/>
                <w:szCs w:val="20"/>
              </w:rPr>
            </w:pPr>
            <w:r w:rsidRPr="00F51F43">
              <w:rPr>
                <w:noProof/>
                <w:sz w:val="20"/>
                <w:szCs w:val="20"/>
              </w:rPr>
              <w:t>“Iskrica” Đelekovec</w:t>
            </w:r>
          </w:p>
        </w:tc>
        <w:tc>
          <w:tcPr>
            <w:tcW w:w="889" w:type="pct"/>
            <w:tcMar>
              <w:top w:w="80" w:type="dxa"/>
              <w:left w:w="80" w:type="dxa"/>
              <w:bottom w:w="80" w:type="dxa"/>
              <w:right w:w="80" w:type="dxa"/>
            </w:tcMar>
            <w:vAlign w:val="center"/>
          </w:tcPr>
          <w:p w14:paraId="71B92977" w14:textId="77777777" w:rsidR="00044530" w:rsidRPr="00F51F43" w:rsidRDefault="00595856" w:rsidP="00785BCB">
            <w:pPr>
              <w:spacing w:after="0" w:line="240" w:lineRule="auto"/>
              <w:jc w:val="center"/>
              <w:rPr>
                <w:noProof/>
                <w:sz w:val="20"/>
                <w:szCs w:val="20"/>
              </w:rPr>
            </w:pPr>
            <w:r w:rsidRPr="00F51F43">
              <w:rPr>
                <w:noProof/>
                <w:sz w:val="20"/>
                <w:szCs w:val="20"/>
              </w:rPr>
              <w:t>6</w:t>
            </w:r>
          </w:p>
        </w:tc>
        <w:tc>
          <w:tcPr>
            <w:tcW w:w="1271" w:type="pct"/>
            <w:tcMar>
              <w:top w:w="80" w:type="dxa"/>
              <w:left w:w="80" w:type="dxa"/>
              <w:bottom w:w="80" w:type="dxa"/>
              <w:right w:w="80" w:type="dxa"/>
            </w:tcMar>
            <w:vAlign w:val="center"/>
          </w:tcPr>
          <w:p w14:paraId="67789C62" w14:textId="77777777" w:rsidR="00044530" w:rsidRPr="00F51F43" w:rsidRDefault="00595856" w:rsidP="00785BCB">
            <w:pPr>
              <w:spacing w:after="0" w:line="240" w:lineRule="auto"/>
              <w:jc w:val="center"/>
              <w:rPr>
                <w:noProof/>
                <w:sz w:val="20"/>
                <w:szCs w:val="20"/>
              </w:rPr>
            </w:pPr>
            <w:r w:rsidRPr="00F51F43">
              <w:rPr>
                <w:noProof/>
                <w:sz w:val="20"/>
                <w:szCs w:val="20"/>
              </w:rPr>
              <w:t>3</w:t>
            </w:r>
          </w:p>
        </w:tc>
        <w:tc>
          <w:tcPr>
            <w:tcW w:w="888" w:type="pct"/>
            <w:tcMar>
              <w:top w:w="80" w:type="dxa"/>
              <w:left w:w="80" w:type="dxa"/>
              <w:bottom w:w="80" w:type="dxa"/>
              <w:right w:w="80" w:type="dxa"/>
            </w:tcMar>
            <w:vAlign w:val="center"/>
          </w:tcPr>
          <w:p w14:paraId="19145A02" w14:textId="77777777" w:rsidR="00044530" w:rsidRPr="00F51F43" w:rsidRDefault="000772A1" w:rsidP="00785BCB">
            <w:pPr>
              <w:spacing w:after="0" w:line="240" w:lineRule="auto"/>
              <w:jc w:val="center"/>
              <w:rPr>
                <w:noProof/>
                <w:sz w:val="20"/>
                <w:szCs w:val="20"/>
              </w:rPr>
            </w:pPr>
            <w:r w:rsidRPr="00F51F43">
              <w:rPr>
                <w:noProof/>
                <w:sz w:val="20"/>
                <w:szCs w:val="20"/>
              </w:rPr>
              <w:t>0</w:t>
            </w:r>
          </w:p>
        </w:tc>
        <w:tc>
          <w:tcPr>
            <w:tcW w:w="888" w:type="pct"/>
            <w:tcMar>
              <w:top w:w="80" w:type="dxa"/>
              <w:left w:w="80" w:type="dxa"/>
              <w:bottom w:w="80" w:type="dxa"/>
              <w:right w:w="80" w:type="dxa"/>
            </w:tcMar>
            <w:vAlign w:val="center"/>
          </w:tcPr>
          <w:p w14:paraId="3CCDC29D" w14:textId="77777777" w:rsidR="00044530" w:rsidRPr="00F51F43" w:rsidRDefault="000772A1" w:rsidP="00785BCB">
            <w:pPr>
              <w:spacing w:after="0" w:line="240" w:lineRule="auto"/>
              <w:jc w:val="center"/>
              <w:rPr>
                <w:noProof/>
                <w:sz w:val="20"/>
                <w:szCs w:val="20"/>
              </w:rPr>
            </w:pPr>
            <w:r w:rsidRPr="00F51F43">
              <w:rPr>
                <w:noProof/>
                <w:sz w:val="20"/>
                <w:szCs w:val="20"/>
              </w:rPr>
              <w:t>0</w:t>
            </w:r>
          </w:p>
        </w:tc>
      </w:tr>
      <w:tr w:rsidR="001A029B" w:rsidRPr="00F51F43" w14:paraId="7539A5C6" w14:textId="77777777" w:rsidTr="00044530">
        <w:trPr>
          <w:cantSplit/>
          <w:trHeight w:val="64"/>
          <w:jc w:val="center"/>
        </w:trPr>
        <w:tc>
          <w:tcPr>
            <w:tcW w:w="1064" w:type="pct"/>
            <w:tcMar>
              <w:top w:w="80" w:type="dxa"/>
              <w:left w:w="80" w:type="dxa"/>
              <w:bottom w:w="80" w:type="dxa"/>
              <w:right w:w="80" w:type="dxa"/>
            </w:tcMar>
            <w:vAlign w:val="center"/>
          </w:tcPr>
          <w:p w14:paraId="3EEE71C2" w14:textId="77777777" w:rsidR="00044530" w:rsidRPr="00F51F43" w:rsidRDefault="00044530" w:rsidP="00785BCB">
            <w:pPr>
              <w:spacing w:after="0" w:line="240" w:lineRule="auto"/>
              <w:jc w:val="center"/>
              <w:rPr>
                <w:noProof/>
                <w:sz w:val="20"/>
                <w:szCs w:val="20"/>
              </w:rPr>
            </w:pPr>
            <w:r w:rsidRPr="00F51F43">
              <w:rPr>
                <w:noProof/>
                <w:sz w:val="20"/>
                <w:szCs w:val="20"/>
              </w:rPr>
              <w:t>“Zvončić” Gola</w:t>
            </w:r>
          </w:p>
        </w:tc>
        <w:tc>
          <w:tcPr>
            <w:tcW w:w="889" w:type="pct"/>
            <w:tcMar>
              <w:top w:w="80" w:type="dxa"/>
              <w:left w:w="80" w:type="dxa"/>
              <w:bottom w:w="80" w:type="dxa"/>
              <w:right w:w="80" w:type="dxa"/>
            </w:tcMar>
            <w:vAlign w:val="center"/>
          </w:tcPr>
          <w:p w14:paraId="5C8EF305" w14:textId="77777777" w:rsidR="00044530" w:rsidRPr="00F51F43" w:rsidRDefault="00595856" w:rsidP="00785BCB">
            <w:pPr>
              <w:spacing w:after="0" w:line="240" w:lineRule="auto"/>
              <w:jc w:val="center"/>
              <w:rPr>
                <w:noProof/>
                <w:sz w:val="20"/>
                <w:szCs w:val="20"/>
              </w:rPr>
            </w:pPr>
            <w:r w:rsidRPr="00F51F43">
              <w:rPr>
                <w:noProof/>
                <w:sz w:val="20"/>
                <w:szCs w:val="20"/>
              </w:rPr>
              <w:t>21</w:t>
            </w:r>
          </w:p>
        </w:tc>
        <w:tc>
          <w:tcPr>
            <w:tcW w:w="1271" w:type="pct"/>
            <w:tcMar>
              <w:top w:w="80" w:type="dxa"/>
              <w:left w:w="80" w:type="dxa"/>
              <w:bottom w:w="80" w:type="dxa"/>
              <w:right w:w="80" w:type="dxa"/>
            </w:tcMar>
            <w:vAlign w:val="center"/>
          </w:tcPr>
          <w:p w14:paraId="730DF4F5" w14:textId="77777777" w:rsidR="00044530" w:rsidRPr="00F51F43" w:rsidRDefault="00595856" w:rsidP="00785BCB">
            <w:pPr>
              <w:spacing w:after="0" w:line="240" w:lineRule="auto"/>
              <w:jc w:val="center"/>
              <w:rPr>
                <w:noProof/>
                <w:sz w:val="20"/>
                <w:szCs w:val="20"/>
              </w:rPr>
            </w:pPr>
            <w:r w:rsidRPr="00F51F43">
              <w:rPr>
                <w:noProof/>
                <w:sz w:val="20"/>
                <w:szCs w:val="20"/>
              </w:rPr>
              <w:t>0</w:t>
            </w:r>
          </w:p>
        </w:tc>
        <w:tc>
          <w:tcPr>
            <w:tcW w:w="888" w:type="pct"/>
            <w:tcMar>
              <w:top w:w="80" w:type="dxa"/>
              <w:left w:w="80" w:type="dxa"/>
              <w:bottom w:w="80" w:type="dxa"/>
              <w:right w:w="80" w:type="dxa"/>
            </w:tcMar>
            <w:vAlign w:val="center"/>
          </w:tcPr>
          <w:p w14:paraId="797B5BA7" w14:textId="77777777" w:rsidR="00044530" w:rsidRPr="00F51F43" w:rsidRDefault="000772A1" w:rsidP="00785BCB">
            <w:pPr>
              <w:spacing w:after="0" w:line="240" w:lineRule="auto"/>
              <w:jc w:val="center"/>
              <w:rPr>
                <w:noProof/>
                <w:sz w:val="20"/>
                <w:szCs w:val="20"/>
              </w:rPr>
            </w:pPr>
            <w:r w:rsidRPr="00F51F43">
              <w:rPr>
                <w:noProof/>
                <w:sz w:val="20"/>
                <w:szCs w:val="20"/>
              </w:rPr>
              <w:t>0</w:t>
            </w:r>
          </w:p>
        </w:tc>
        <w:tc>
          <w:tcPr>
            <w:tcW w:w="888" w:type="pct"/>
            <w:tcMar>
              <w:top w:w="80" w:type="dxa"/>
              <w:left w:w="80" w:type="dxa"/>
              <w:bottom w:w="80" w:type="dxa"/>
              <w:right w:w="80" w:type="dxa"/>
            </w:tcMar>
            <w:vAlign w:val="center"/>
          </w:tcPr>
          <w:p w14:paraId="0C78113A" w14:textId="77777777" w:rsidR="00044530" w:rsidRPr="00F51F43" w:rsidRDefault="000772A1" w:rsidP="00785BCB">
            <w:pPr>
              <w:spacing w:after="0" w:line="240" w:lineRule="auto"/>
              <w:jc w:val="center"/>
              <w:rPr>
                <w:noProof/>
                <w:sz w:val="20"/>
                <w:szCs w:val="20"/>
              </w:rPr>
            </w:pPr>
            <w:r w:rsidRPr="00F51F43">
              <w:rPr>
                <w:noProof/>
                <w:sz w:val="20"/>
                <w:szCs w:val="20"/>
              </w:rPr>
              <w:t>0</w:t>
            </w:r>
          </w:p>
        </w:tc>
      </w:tr>
      <w:tr w:rsidR="001A029B" w:rsidRPr="00F51F43" w14:paraId="65C520EA" w14:textId="77777777" w:rsidTr="00842DBD">
        <w:trPr>
          <w:cantSplit/>
          <w:trHeight w:val="239"/>
          <w:jc w:val="center"/>
        </w:trPr>
        <w:tc>
          <w:tcPr>
            <w:tcW w:w="1064" w:type="pct"/>
            <w:tcMar>
              <w:top w:w="80" w:type="dxa"/>
              <w:left w:w="80" w:type="dxa"/>
              <w:bottom w:w="80" w:type="dxa"/>
              <w:right w:w="80" w:type="dxa"/>
            </w:tcMar>
            <w:vAlign w:val="center"/>
          </w:tcPr>
          <w:p w14:paraId="3F99969D" w14:textId="77777777" w:rsidR="00044530" w:rsidRPr="00F51F43" w:rsidRDefault="00044530" w:rsidP="00785BCB">
            <w:pPr>
              <w:spacing w:after="0" w:line="240" w:lineRule="auto"/>
              <w:jc w:val="center"/>
              <w:rPr>
                <w:noProof/>
                <w:sz w:val="20"/>
                <w:szCs w:val="20"/>
              </w:rPr>
            </w:pPr>
            <w:r w:rsidRPr="00F51F43">
              <w:rPr>
                <w:noProof/>
                <w:sz w:val="20"/>
                <w:szCs w:val="20"/>
              </w:rPr>
              <w:t>“Bambi” Ždala</w:t>
            </w:r>
          </w:p>
        </w:tc>
        <w:tc>
          <w:tcPr>
            <w:tcW w:w="889" w:type="pct"/>
            <w:tcMar>
              <w:top w:w="80" w:type="dxa"/>
              <w:left w:w="80" w:type="dxa"/>
              <w:bottom w:w="80" w:type="dxa"/>
              <w:right w:w="80" w:type="dxa"/>
            </w:tcMar>
            <w:vAlign w:val="center"/>
          </w:tcPr>
          <w:p w14:paraId="0233DE47" w14:textId="77777777" w:rsidR="00044530" w:rsidRPr="00F51F43" w:rsidRDefault="00595856" w:rsidP="00785BCB">
            <w:pPr>
              <w:spacing w:after="0" w:line="240" w:lineRule="auto"/>
              <w:jc w:val="center"/>
              <w:rPr>
                <w:noProof/>
                <w:sz w:val="20"/>
                <w:szCs w:val="20"/>
              </w:rPr>
            </w:pPr>
            <w:r w:rsidRPr="00F51F43">
              <w:rPr>
                <w:noProof/>
                <w:sz w:val="20"/>
                <w:szCs w:val="20"/>
              </w:rPr>
              <w:t>6</w:t>
            </w:r>
          </w:p>
        </w:tc>
        <w:tc>
          <w:tcPr>
            <w:tcW w:w="1271" w:type="pct"/>
            <w:tcMar>
              <w:top w:w="80" w:type="dxa"/>
              <w:left w:w="80" w:type="dxa"/>
              <w:bottom w:w="80" w:type="dxa"/>
              <w:right w:w="80" w:type="dxa"/>
            </w:tcMar>
            <w:vAlign w:val="center"/>
          </w:tcPr>
          <w:p w14:paraId="1AE30A16" w14:textId="77777777" w:rsidR="00044530" w:rsidRPr="00F51F43" w:rsidRDefault="00712C83" w:rsidP="00785BCB">
            <w:pPr>
              <w:spacing w:after="0" w:line="240" w:lineRule="auto"/>
              <w:jc w:val="center"/>
              <w:rPr>
                <w:noProof/>
                <w:sz w:val="20"/>
                <w:szCs w:val="20"/>
              </w:rPr>
            </w:pPr>
            <w:r w:rsidRPr="00F51F43">
              <w:rPr>
                <w:noProof/>
                <w:sz w:val="20"/>
                <w:szCs w:val="20"/>
              </w:rPr>
              <w:t>0</w:t>
            </w:r>
          </w:p>
        </w:tc>
        <w:tc>
          <w:tcPr>
            <w:tcW w:w="888" w:type="pct"/>
            <w:tcMar>
              <w:top w:w="80" w:type="dxa"/>
              <w:left w:w="80" w:type="dxa"/>
              <w:bottom w:w="80" w:type="dxa"/>
              <w:right w:w="80" w:type="dxa"/>
            </w:tcMar>
            <w:vAlign w:val="center"/>
          </w:tcPr>
          <w:p w14:paraId="13069BA1" w14:textId="77777777" w:rsidR="00044530" w:rsidRPr="00F51F43" w:rsidRDefault="00712C83" w:rsidP="00785BCB">
            <w:pPr>
              <w:spacing w:after="0" w:line="240" w:lineRule="auto"/>
              <w:jc w:val="center"/>
              <w:rPr>
                <w:noProof/>
                <w:sz w:val="20"/>
                <w:szCs w:val="20"/>
              </w:rPr>
            </w:pPr>
            <w:r w:rsidRPr="00F51F43">
              <w:rPr>
                <w:noProof/>
                <w:sz w:val="20"/>
                <w:szCs w:val="20"/>
              </w:rPr>
              <w:t>0</w:t>
            </w:r>
          </w:p>
        </w:tc>
        <w:tc>
          <w:tcPr>
            <w:tcW w:w="888" w:type="pct"/>
            <w:tcMar>
              <w:top w:w="80" w:type="dxa"/>
              <w:left w:w="80" w:type="dxa"/>
              <w:bottom w:w="80" w:type="dxa"/>
              <w:right w:w="80" w:type="dxa"/>
            </w:tcMar>
            <w:vAlign w:val="center"/>
          </w:tcPr>
          <w:p w14:paraId="7F8D2B5A" w14:textId="77777777" w:rsidR="00044530" w:rsidRPr="00F51F43" w:rsidRDefault="00712C83" w:rsidP="00785BCB">
            <w:pPr>
              <w:spacing w:after="0" w:line="240" w:lineRule="auto"/>
              <w:jc w:val="center"/>
              <w:rPr>
                <w:noProof/>
                <w:sz w:val="20"/>
                <w:szCs w:val="20"/>
              </w:rPr>
            </w:pPr>
            <w:r w:rsidRPr="00F51F43">
              <w:rPr>
                <w:noProof/>
                <w:sz w:val="20"/>
                <w:szCs w:val="20"/>
              </w:rPr>
              <w:t>0</w:t>
            </w:r>
          </w:p>
        </w:tc>
      </w:tr>
      <w:tr w:rsidR="001A029B" w:rsidRPr="00F51F43" w14:paraId="3EBCDBC2" w14:textId="77777777" w:rsidTr="00044530">
        <w:trPr>
          <w:cantSplit/>
          <w:trHeight w:val="143"/>
          <w:jc w:val="center"/>
        </w:trPr>
        <w:tc>
          <w:tcPr>
            <w:tcW w:w="1064" w:type="pct"/>
            <w:tcMar>
              <w:top w:w="80" w:type="dxa"/>
              <w:left w:w="80" w:type="dxa"/>
              <w:bottom w:w="80" w:type="dxa"/>
              <w:right w:w="80" w:type="dxa"/>
            </w:tcMar>
            <w:vAlign w:val="center"/>
          </w:tcPr>
          <w:p w14:paraId="568CAFB6" w14:textId="77777777" w:rsidR="00044530" w:rsidRPr="00F51F43" w:rsidRDefault="00044530" w:rsidP="00785BCB">
            <w:pPr>
              <w:spacing w:after="0" w:line="240" w:lineRule="auto"/>
              <w:jc w:val="center"/>
              <w:rPr>
                <w:noProof/>
                <w:sz w:val="20"/>
                <w:szCs w:val="20"/>
              </w:rPr>
            </w:pPr>
            <w:r w:rsidRPr="00F51F43">
              <w:rPr>
                <w:noProof/>
                <w:sz w:val="20"/>
                <w:szCs w:val="20"/>
              </w:rPr>
              <w:t>“Potočić” Koprivnički Bregi</w:t>
            </w:r>
          </w:p>
        </w:tc>
        <w:tc>
          <w:tcPr>
            <w:tcW w:w="889" w:type="pct"/>
            <w:tcMar>
              <w:top w:w="80" w:type="dxa"/>
              <w:left w:w="80" w:type="dxa"/>
              <w:bottom w:w="80" w:type="dxa"/>
              <w:right w:w="80" w:type="dxa"/>
            </w:tcMar>
            <w:vAlign w:val="center"/>
          </w:tcPr>
          <w:p w14:paraId="6E3DB8E0" w14:textId="77777777" w:rsidR="00044530" w:rsidRPr="00F51F43" w:rsidRDefault="00595856" w:rsidP="00785BCB">
            <w:pPr>
              <w:spacing w:after="0" w:line="240" w:lineRule="auto"/>
              <w:jc w:val="center"/>
              <w:rPr>
                <w:noProof/>
                <w:sz w:val="20"/>
                <w:szCs w:val="20"/>
              </w:rPr>
            </w:pPr>
            <w:r w:rsidRPr="00F51F43">
              <w:rPr>
                <w:noProof/>
                <w:sz w:val="20"/>
                <w:szCs w:val="20"/>
              </w:rPr>
              <w:t>8</w:t>
            </w:r>
          </w:p>
        </w:tc>
        <w:tc>
          <w:tcPr>
            <w:tcW w:w="1271" w:type="pct"/>
            <w:tcMar>
              <w:top w:w="80" w:type="dxa"/>
              <w:left w:w="80" w:type="dxa"/>
              <w:bottom w:w="80" w:type="dxa"/>
              <w:right w:w="80" w:type="dxa"/>
            </w:tcMar>
            <w:vAlign w:val="center"/>
          </w:tcPr>
          <w:p w14:paraId="50EA4875" w14:textId="77777777" w:rsidR="00044530" w:rsidRPr="00F51F43" w:rsidRDefault="00595856" w:rsidP="00E223D4">
            <w:pPr>
              <w:spacing w:after="0" w:line="240" w:lineRule="auto"/>
              <w:jc w:val="center"/>
              <w:rPr>
                <w:noProof/>
                <w:sz w:val="20"/>
                <w:szCs w:val="20"/>
              </w:rPr>
            </w:pPr>
            <w:r w:rsidRPr="00F51F43">
              <w:rPr>
                <w:noProof/>
                <w:sz w:val="20"/>
                <w:szCs w:val="20"/>
              </w:rPr>
              <w:t>0</w:t>
            </w:r>
          </w:p>
        </w:tc>
        <w:tc>
          <w:tcPr>
            <w:tcW w:w="888" w:type="pct"/>
            <w:tcMar>
              <w:top w:w="80" w:type="dxa"/>
              <w:left w:w="80" w:type="dxa"/>
              <w:bottom w:w="80" w:type="dxa"/>
              <w:right w:w="80" w:type="dxa"/>
            </w:tcMar>
            <w:vAlign w:val="center"/>
          </w:tcPr>
          <w:p w14:paraId="46EA9DAD" w14:textId="77777777" w:rsidR="002275B5" w:rsidRPr="00F51F43" w:rsidRDefault="00595856" w:rsidP="00785BCB">
            <w:pPr>
              <w:spacing w:after="0" w:line="240" w:lineRule="auto"/>
              <w:jc w:val="center"/>
              <w:rPr>
                <w:noProof/>
                <w:sz w:val="20"/>
                <w:szCs w:val="20"/>
              </w:rPr>
            </w:pPr>
            <w:r w:rsidRPr="00F51F43">
              <w:rPr>
                <w:noProof/>
                <w:sz w:val="20"/>
                <w:szCs w:val="20"/>
              </w:rPr>
              <w:t>6</w:t>
            </w:r>
          </w:p>
        </w:tc>
        <w:tc>
          <w:tcPr>
            <w:tcW w:w="888" w:type="pct"/>
            <w:tcMar>
              <w:top w:w="80" w:type="dxa"/>
              <w:left w:w="80" w:type="dxa"/>
              <w:bottom w:w="80" w:type="dxa"/>
              <w:right w:w="80" w:type="dxa"/>
            </w:tcMar>
            <w:vAlign w:val="center"/>
          </w:tcPr>
          <w:p w14:paraId="31AFC247" w14:textId="77777777" w:rsidR="00044530" w:rsidRPr="00F51F43" w:rsidRDefault="00712C83" w:rsidP="00785BCB">
            <w:pPr>
              <w:spacing w:after="0" w:line="240" w:lineRule="auto"/>
              <w:jc w:val="center"/>
              <w:rPr>
                <w:noProof/>
                <w:sz w:val="20"/>
                <w:szCs w:val="20"/>
              </w:rPr>
            </w:pPr>
            <w:r w:rsidRPr="00F51F43">
              <w:rPr>
                <w:noProof/>
                <w:sz w:val="20"/>
                <w:szCs w:val="20"/>
              </w:rPr>
              <w:t>0</w:t>
            </w:r>
          </w:p>
        </w:tc>
      </w:tr>
      <w:tr w:rsidR="001A029B" w:rsidRPr="00F51F43" w14:paraId="3DC9EDD0" w14:textId="77777777" w:rsidTr="00044530">
        <w:trPr>
          <w:cantSplit/>
          <w:trHeight w:val="143"/>
          <w:jc w:val="center"/>
        </w:trPr>
        <w:tc>
          <w:tcPr>
            <w:tcW w:w="1064" w:type="pct"/>
            <w:tcMar>
              <w:top w:w="80" w:type="dxa"/>
              <w:left w:w="80" w:type="dxa"/>
              <w:bottom w:w="80" w:type="dxa"/>
              <w:right w:w="80" w:type="dxa"/>
            </w:tcMar>
            <w:vAlign w:val="center"/>
          </w:tcPr>
          <w:p w14:paraId="6E4783A1" w14:textId="77777777" w:rsidR="00842DBD" w:rsidRPr="00F51F43" w:rsidRDefault="00842DBD" w:rsidP="00785BCB">
            <w:pPr>
              <w:spacing w:after="0" w:line="240" w:lineRule="auto"/>
              <w:jc w:val="center"/>
              <w:rPr>
                <w:noProof/>
                <w:sz w:val="20"/>
                <w:szCs w:val="20"/>
              </w:rPr>
            </w:pPr>
            <w:r w:rsidRPr="00F51F43">
              <w:rPr>
                <w:noProof/>
                <w:sz w:val="20"/>
                <w:szCs w:val="20"/>
              </w:rPr>
              <w:t>„Dabrić“ Legrad</w:t>
            </w:r>
          </w:p>
        </w:tc>
        <w:tc>
          <w:tcPr>
            <w:tcW w:w="889" w:type="pct"/>
            <w:tcMar>
              <w:top w:w="80" w:type="dxa"/>
              <w:left w:w="80" w:type="dxa"/>
              <w:bottom w:w="80" w:type="dxa"/>
              <w:right w:w="80" w:type="dxa"/>
            </w:tcMar>
            <w:vAlign w:val="center"/>
          </w:tcPr>
          <w:p w14:paraId="4891B5BE" w14:textId="77777777" w:rsidR="00842DBD" w:rsidRPr="00F51F43" w:rsidRDefault="00595856" w:rsidP="00785BCB">
            <w:pPr>
              <w:spacing w:after="0" w:line="240" w:lineRule="auto"/>
              <w:jc w:val="center"/>
              <w:rPr>
                <w:noProof/>
                <w:sz w:val="20"/>
                <w:szCs w:val="20"/>
              </w:rPr>
            </w:pPr>
            <w:r w:rsidRPr="00F51F43">
              <w:rPr>
                <w:noProof/>
                <w:sz w:val="20"/>
                <w:szCs w:val="20"/>
              </w:rPr>
              <w:t>11</w:t>
            </w:r>
          </w:p>
        </w:tc>
        <w:tc>
          <w:tcPr>
            <w:tcW w:w="1271" w:type="pct"/>
            <w:tcMar>
              <w:top w:w="80" w:type="dxa"/>
              <w:left w:w="80" w:type="dxa"/>
              <w:bottom w:w="80" w:type="dxa"/>
              <w:right w:w="80" w:type="dxa"/>
            </w:tcMar>
            <w:vAlign w:val="center"/>
          </w:tcPr>
          <w:p w14:paraId="18F6166A" w14:textId="77777777" w:rsidR="00842DBD" w:rsidRPr="00F51F43" w:rsidRDefault="00595856" w:rsidP="00785BCB">
            <w:pPr>
              <w:spacing w:after="0" w:line="240" w:lineRule="auto"/>
              <w:jc w:val="center"/>
              <w:rPr>
                <w:noProof/>
                <w:sz w:val="20"/>
                <w:szCs w:val="20"/>
              </w:rPr>
            </w:pPr>
            <w:r w:rsidRPr="00F51F43">
              <w:rPr>
                <w:noProof/>
                <w:sz w:val="20"/>
                <w:szCs w:val="20"/>
              </w:rPr>
              <w:t>2</w:t>
            </w:r>
          </w:p>
        </w:tc>
        <w:tc>
          <w:tcPr>
            <w:tcW w:w="888" w:type="pct"/>
            <w:tcMar>
              <w:top w:w="80" w:type="dxa"/>
              <w:left w:w="80" w:type="dxa"/>
              <w:bottom w:w="80" w:type="dxa"/>
              <w:right w:w="80" w:type="dxa"/>
            </w:tcMar>
            <w:vAlign w:val="center"/>
          </w:tcPr>
          <w:p w14:paraId="33C69290" w14:textId="77777777" w:rsidR="00842DBD" w:rsidRPr="00F51F43" w:rsidRDefault="00E41B1E" w:rsidP="00785BCB">
            <w:pPr>
              <w:spacing w:after="0" w:line="240" w:lineRule="auto"/>
              <w:jc w:val="center"/>
              <w:rPr>
                <w:noProof/>
                <w:sz w:val="20"/>
                <w:szCs w:val="20"/>
              </w:rPr>
            </w:pPr>
            <w:r w:rsidRPr="00F51F43">
              <w:rPr>
                <w:noProof/>
                <w:sz w:val="20"/>
                <w:szCs w:val="20"/>
              </w:rPr>
              <w:t>0</w:t>
            </w:r>
          </w:p>
        </w:tc>
        <w:tc>
          <w:tcPr>
            <w:tcW w:w="888" w:type="pct"/>
            <w:tcMar>
              <w:top w:w="80" w:type="dxa"/>
              <w:left w:w="80" w:type="dxa"/>
              <w:bottom w:w="80" w:type="dxa"/>
              <w:right w:w="80" w:type="dxa"/>
            </w:tcMar>
            <w:vAlign w:val="center"/>
          </w:tcPr>
          <w:p w14:paraId="63F15EAD" w14:textId="77777777" w:rsidR="00842DBD" w:rsidRPr="00F51F43" w:rsidRDefault="00E41B1E" w:rsidP="00785BCB">
            <w:pPr>
              <w:spacing w:after="0" w:line="240" w:lineRule="auto"/>
              <w:jc w:val="center"/>
              <w:rPr>
                <w:noProof/>
                <w:sz w:val="20"/>
                <w:szCs w:val="20"/>
              </w:rPr>
            </w:pPr>
            <w:r w:rsidRPr="00F51F43">
              <w:rPr>
                <w:noProof/>
                <w:sz w:val="20"/>
                <w:szCs w:val="20"/>
              </w:rPr>
              <w:t>0</w:t>
            </w:r>
          </w:p>
        </w:tc>
      </w:tr>
      <w:tr w:rsidR="00804638" w:rsidRPr="00F51F43" w14:paraId="328167C0" w14:textId="77777777" w:rsidTr="00044530">
        <w:trPr>
          <w:cantSplit/>
          <w:trHeight w:val="64"/>
          <w:jc w:val="center"/>
        </w:trPr>
        <w:tc>
          <w:tcPr>
            <w:tcW w:w="1064" w:type="pct"/>
            <w:tcMar>
              <w:top w:w="80" w:type="dxa"/>
              <w:left w:w="80" w:type="dxa"/>
              <w:bottom w:w="80" w:type="dxa"/>
              <w:right w:w="80" w:type="dxa"/>
            </w:tcMar>
            <w:vAlign w:val="center"/>
          </w:tcPr>
          <w:p w14:paraId="06B50BAC" w14:textId="77777777" w:rsidR="00F76F12" w:rsidRPr="00F51F43" w:rsidRDefault="00562EE6">
            <w:pPr>
              <w:spacing w:after="0" w:line="240" w:lineRule="auto"/>
              <w:rPr>
                <w:noProof/>
                <w:sz w:val="20"/>
                <w:szCs w:val="20"/>
              </w:rPr>
            </w:pPr>
            <w:r w:rsidRPr="00F51F43">
              <w:rPr>
                <w:noProof/>
                <w:sz w:val="20"/>
                <w:szCs w:val="20"/>
              </w:rPr>
              <w:t>UKUPNO</w:t>
            </w:r>
          </w:p>
        </w:tc>
        <w:tc>
          <w:tcPr>
            <w:tcW w:w="889" w:type="pct"/>
            <w:tcMar>
              <w:top w:w="80" w:type="dxa"/>
              <w:left w:w="80" w:type="dxa"/>
              <w:bottom w:w="80" w:type="dxa"/>
              <w:right w:w="80" w:type="dxa"/>
            </w:tcMar>
            <w:vAlign w:val="center"/>
          </w:tcPr>
          <w:p w14:paraId="6A8D876B" w14:textId="77777777" w:rsidR="00F76F12" w:rsidRPr="00F51F43" w:rsidRDefault="00562EE6">
            <w:pPr>
              <w:spacing w:after="0" w:line="240" w:lineRule="auto"/>
              <w:rPr>
                <w:noProof/>
                <w:sz w:val="20"/>
                <w:szCs w:val="20"/>
              </w:rPr>
            </w:pPr>
            <w:r w:rsidRPr="00F51F43">
              <w:rPr>
                <w:noProof/>
                <w:sz w:val="20"/>
                <w:szCs w:val="20"/>
              </w:rPr>
              <w:t>66</w:t>
            </w:r>
          </w:p>
        </w:tc>
        <w:tc>
          <w:tcPr>
            <w:tcW w:w="1271" w:type="pct"/>
            <w:tcMar>
              <w:top w:w="80" w:type="dxa"/>
              <w:left w:w="80" w:type="dxa"/>
              <w:bottom w:w="80" w:type="dxa"/>
              <w:right w:w="80" w:type="dxa"/>
            </w:tcMar>
            <w:vAlign w:val="center"/>
          </w:tcPr>
          <w:p w14:paraId="52910E14" w14:textId="77777777" w:rsidR="00F76F12" w:rsidRPr="00F51F43" w:rsidRDefault="00562EE6">
            <w:pPr>
              <w:spacing w:after="0" w:line="240" w:lineRule="auto"/>
              <w:rPr>
                <w:noProof/>
                <w:sz w:val="20"/>
                <w:szCs w:val="20"/>
              </w:rPr>
            </w:pPr>
            <w:r w:rsidRPr="00F51F43">
              <w:rPr>
                <w:noProof/>
                <w:sz w:val="20"/>
                <w:szCs w:val="20"/>
              </w:rPr>
              <w:t>7</w:t>
            </w:r>
          </w:p>
        </w:tc>
        <w:tc>
          <w:tcPr>
            <w:tcW w:w="888" w:type="pct"/>
            <w:tcMar>
              <w:top w:w="80" w:type="dxa"/>
              <w:left w:w="80" w:type="dxa"/>
              <w:bottom w:w="80" w:type="dxa"/>
              <w:right w:w="80" w:type="dxa"/>
            </w:tcMar>
            <w:vAlign w:val="center"/>
          </w:tcPr>
          <w:p w14:paraId="21D5F8EC" w14:textId="77777777" w:rsidR="00F76F12" w:rsidRPr="00F51F43" w:rsidRDefault="00562EE6">
            <w:pPr>
              <w:spacing w:after="0" w:line="240" w:lineRule="auto"/>
              <w:rPr>
                <w:noProof/>
                <w:sz w:val="20"/>
                <w:szCs w:val="20"/>
              </w:rPr>
            </w:pPr>
            <w:r w:rsidRPr="00F51F43">
              <w:rPr>
                <w:noProof/>
                <w:sz w:val="20"/>
                <w:szCs w:val="20"/>
              </w:rPr>
              <w:t>6</w:t>
            </w:r>
          </w:p>
        </w:tc>
        <w:tc>
          <w:tcPr>
            <w:tcW w:w="888" w:type="pct"/>
            <w:tcMar>
              <w:top w:w="80" w:type="dxa"/>
              <w:left w:w="80" w:type="dxa"/>
              <w:bottom w:w="80" w:type="dxa"/>
              <w:right w:w="80" w:type="dxa"/>
            </w:tcMar>
            <w:vAlign w:val="center"/>
          </w:tcPr>
          <w:p w14:paraId="28BB3F8A" w14:textId="77777777" w:rsidR="00F76F12" w:rsidRPr="00F51F43" w:rsidRDefault="00562EE6">
            <w:pPr>
              <w:spacing w:after="0" w:line="240" w:lineRule="auto"/>
              <w:rPr>
                <w:noProof/>
                <w:sz w:val="20"/>
                <w:szCs w:val="20"/>
              </w:rPr>
            </w:pPr>
            <w:r w:rsidRPr="00F51F43">
              <w:rPr>
                <w:noProof/>
                <w:sz w:val="20"/>
                <w:szCs w:val="20"/>
              </w:rPr>
              <w:t>0</w:t>
            </w:r>
          </w:p>
        </w:tc>
      </w:tr>
    </w:tbl>
    <w:p w14:paraId="297609B1" w14:textId="77777777" w:rsidR="00BC7113" w:rsidRPr="00F51F43" w:rsidRDefault="00BC7113" w:rsidP="00AA5656">
      <w:pPr>
        <w:pStyle w:val="Tijeloteksta"/>
        <w:rPr>
          <w:noProof/>
        </w:rPr>
      </w:pPr>
    </w:p>
    <w:p w14:paraId="305E9615" w14:textId="77777777" w:rsidR="002558B7" w:rsidRPr="00F51F43" w:rsidRDefault="002558B7" w:rsidP="00633995">
      <w:pPr>
        <w:pStyle w:val="Tijeloteksta"/>
        <w:keepNext/>
        <w:spacing w:before="120"/>
        <w:jc w:val="left"/>
        <w:rPr>
          <w:b/>
          <w:bCs/>
          <w:noProof/>
        </w:rPr>
      </w:pPr>
      <w:r w:rsidRPr="00F51F43">
        <w:rPr>
          <w:b/>
          <w:bCs/>
          <w:noProof/>
        </w:rPr>
        <w:lastRenderedPageBreak/>
        <w:t>Tablica 6: Plan djelovanja s obzirom na iskazane potrebe roditelja za smještajem djece u Dječji vrtić Vrapčić</w:t>
      </w:r>
    </w:p>
    <w:tbl>
      <w:tblPr>
        <w:tblStyle w:val="Reetkatablice"/>
        <w:tblW w:w="9644" w:type="dxa"/>
        <w:jc w:val="center"/>
        <w:tblLook w:val="00A0" w:firstRow="1" w:lastRow="0" w:firstColumn="1" w:lastColumn="0" w:noHBand="0" w:noVBand="0"/>
      </w:tblPr>
      <w:tblGrid>
        <w:gridCol w:w="3085"/>
        <w:gridCol w:w="6559"/>
      </w:tblGrid>
      <w:tr w:rsidR="002057B8" w:rsidRPr="00F51F43" w14:paraId="6ECB9C8B" w14:textId="77777777" w:rsidTr="004B1411">
        <w:trPr>
          <w:cantSplit/>
          <w:trHeight w:val="75"/>
          <w:jc w:val="center"/>
        </w:trPr>
        <w:tc>
          <w:tcPr>
            <w:tcW w:w="3085" w:type="dxa"/>
            <w:shd w:val="clear" w:color="auto" w:fill="D9EAD3"/>
            <w:tcMar>
              <w:top w:w="80" w:type="dxa"/>
              <w:left w:w="80" w:type="dxa"/>
              <w:bottom w:w="80" w:type="dxa"/>
              <w:right w:w="80" w:type="dxa"/>
            </w:tcMar>
            <w:vAlign w:val="center"/>
          </w:tcPr>
          <w:p w14:paraId="37B061BF" w14:textId="77777777" w:rsidR="004940CA" w:rsidRPr="00F51F43" w:rsidRDefault="004940CA" w:rsidP="004B1411">
            <w:pPr>
              <w:spacing w:after="0" w:line="240" w:lineRule="auto"/>
              <w:jc w:val="center"/>
              <w:rPr>
                <w:b/>
                <w:noProof/>
                <w:sz w:val="20"/>
                <w:szCs w:val="20"/>
              </w:rPr>
            </w:pPr>
            <w:r w:rsidRPr="00F51F43">
              <w:rPr>
                <w:b/>
                <w:noProof/>
                <w:sz w:val="20"/>
                <w:szCs w:val="20"/>
              </w:rPr>
              <w:t>OPĆINA</w:t>
            </w:r>
          </w:p>
        </w:tc>
        <w:tc>
          <w:tcPr>
            <w:tcW w:w="6559" w:type="dxa"/>
            <w:shd w:val="clear" w:color="auto" w:fill="D9EAD3"/>
            <w:tcMar>
              <w:top w:w="80" w:type="dxa"/>
              <w:left w:w="80" w:type="dxa"/>
              <w:bottom w:w="80" w:type="dxa"/>
              <w:right w:w="80" w:type="dxa"/>
            </w:tcMar>
            <w:vAlign w:val="center"/>
          </w:tcPr>
          <w:p w14:paraId="04A2A61F" w14:textId="77777777" w:rsidR="004940CA" w:rsidRPr="00F51F43" w:rsidRDefault="004940CA" w:rsidP="004B1411">
            <w:pPr>
              <w:spacing w:after="0" w:line="240" w:lineRule="auto"/>
              <w:jc w:val="center"/>
              <w:rPr>
                <w:b/>
                <w:noProof/>
                <w:sz w:val="20"/>
                <w:szCs w:val="20"/>
              </w:rPr>
            </w:pPr>
            <w:r w:rsidRPr="00F51F43">
              <w:rPr>
                <w:b/>
                <w:noProof/>
                <w:sz w:val="20"/>
                <w:szCs w:val="20"/>
              </w:rPr>
              <w:t>PLAN DJELOVANJA</w:t>
            </w:r>
          </w:p>
        </w:tc>
      </w:tr>
      <w:tr w:rsidR="00AA5656" w:rsidRPr="00F51F43" w14:paraId="23AD4975" w14:textId="77777777" w:rsidTr="00633995">
        <w:trPr>
          <w:cantSplit/>
          <w:trHeight w:val="369"/>
          <w:jc w:val="center"/>
        </w:trPr>
        <w:tc>
          <w:tcPr>
            <w:tcW w:w="3085" w:type="dxa"/>
            <w:tcMar>
              <w:top w:w="80" w:type="dxa"/>
              <w:left w:w="80" w:type="dxa"/>
              <w:bottom w:w="80" w:type="dxa"/>
              <w:right w:w="80" w:type="dxa"/>
            </w:tcMar>
            <w:vAlign w:val="center"/>
          </w:tcPr>
          <w:p w14:paraId="144183EC" w14:textId="77777777" w:rsidR="004B1411" w:rsidRPr="00F51F43" w:rsidRDefault="00DD7F58" w:rsidP="004B1411">
            <w:pPr>
              <w:spacing w:after="0" w:line="240" w:lineRule="auto"/>
              <w:jc w:val="center"/>
              <w:rPr>
                <w:noProof/>
                <w:sz w:val="20"/>
                <w:szCs w:val="20"/>
              </w:rPr>
            </w:pPr>
            <w:r w:rsidRPr="00F51F43">
              <w:rPr>
                <w:noProof/>
                <w:sz w:val="20"/>
                <w:szCs w:val="20"/>
              </w:rPr>
              <w:t>OPĆINA KOPRIVNIČKI BREGI</w:t>
            </w:r>
          </w:p>
        </w:tc>
        <w:tc>
          <w:tcPr>
            <w:tcW w:w="6559" w:type="dxa"/>
            <w:tcMar>
              <w:top w:w="80" w:type="dxa"/>
              <w:left w:w="80" w:type="dxa"/>
              <w:bottom w:w="80" w:type="dxa"/>
              <w:right w:w="80" w:type="dxa"/>
            </w:tcMar>
            <w:vAlign w:val="center"/>
          </w:tcPr>
          <w:p w14:paraId="306EBF4A" w14:textId="77777777" w:rsidR="004B1411" w:rsidRPr="00F51F43" w:rsidRDefault="00645475" w:rsidP="001E686A">
            <w:pPr>
              <w:spacing w:after="0" w:line="240" w:lineRule="auto"/>
              <w:rPr>
                <w:noProof/>
                <w:sz w:val="20"/>
                <w:szCs w:val="20"/>
              </w:rPr>
            </w:pPr>
            <w:r w:rsidRPr="00F51F43">
              <w:rPr>
                <w:noProof/>
                <w:sz w:val="20"/>
                <w:szCs w:val="20"/>
              </w:rPr>
              <w:t xml:space="preserve">U </w:t>
            </w:r>
            <w:r w:rsidR="001E686A" w:rsidRPr="00F51F43">
              <w:rPr>
                <w:noProof/>
                <w:sz w:val="20"/>
                <w:szCs w:val="20"/>
              </w:rPr>
              <w:t>tijeku je partnerska suradnja s</w:t>
            </w:r>
            <w:r w:rsidRPr="00F51F43">
              <w:rPr>
                <w:noProof/>
                <w:sz w:val="20"/>
                <w:szCs w:val="20"/>
              </w:rPr>
              <w:t xml:space="preserve"> </w:t>
            </w:r>
            <w:r w:rsidR="001E686A" w:rsidRPr="00F51F43">
              <w:rPr>
                <w:noProof/>
                <w:sz w:val="20"/>
                <w:szCs w:val="20"/>
              </w:rPr>
              <w:t xml:space="preserve">DV „Medenjak“ Koprivnica u kojem su </w:t>
            </w:r>
            <w:r w:rsidRPr="00F51F43">
              <w:rPr>
                <w:noProof/>
                <w:sz w:val="20"/>
                <w:szCs w:val="20"/>
              </w:rPr>
              <w:t>osigurani smještajni kapaciteti za 30 djece</w:t>
            </w:r>
            <w:r w:rsidR="001E686A" w:rsidRPr="00F51F43">
              <w:rPr>
                <w:noProof/>
                <w:sz w:val="20"/>
                <w:szCs w:val="20"/>
              </w:rPr>
              <w:t xml:space="preserve"> vrtićke dobi s područja općine Koprivnički Bregi. Roditeljima djece koja se nalaze na listi čekanja za vrtićku skupinu, ponudit će se upis u navedeni objekt.</w:t>
            </w:r>
          </w:p>
        </w:tc>
      </w:tr>
    </w:tbl>
    <w:p w14:paraId="49E7E399" w14:textId="77777777" w:rsidR="00387524" w:rsidRPr="00F51F43" w:rsidRDefault="00387524" w:rsidP="0046369B">
      <w:pPr>
        <w:rPr>
          <w:b/>
          <w:noProof/>
        </w:rPr>
      </w:pPr>
    </w:p>
    <w:p w14:paraId="6013331B" w14:textId="77777777" w:rsidR="00387524" w:rsidRPr="00F51F43" w:rsidRDefault="00387524" w:rsidP="0046369B">
      <w:pPr>
        <w:rPr>
          <w:b/>
          <w:noProof/>
        </w:rPr>
      </w:pPr>
    </w:p>
    <w:p w14:paraId="5B9C7A6F" w14:textId="77777777" w:rsidR="0046369B" w:rsidRPr="00F51F43" w:rsidRDefault="00913182" w:rsidP="00071CAD">
      <w:pPr>
        <w:pStyle w:val="Naslov2"/>
        <w:rPr>
          <w:noProof/>
        </w:rPr>
      </w:pPr>
      <w:bookmarkStart w:id="3" w:name="_Toc241563319"/>
      <w:r w:rsidRPr="00F51F43">
        <w:rPr>
          <w:noProof/>
        </w:rPr>
        <w:t>2.1. POPIS DJELATNIKA PO RADNIM MJESTIMA</w:t>
      </w:r>
      <w:bookmarkEnd w:id="3"/>
      <w:r w:rsidRPr="00F51F43">
        <w:rPr>
          <w:noProof/>
        </w:rPr>
        <w:tab/>
      </w:r>
    </w:p>
    <w:p w14:paraId="1D11D62F" w14:textId="77777777" w:rsidR="0046369B" w:rsidRPr="00F51F43" w:rsidRDefault="0046369B" w:rsidP="0046369B">
      <w:pPr>
        <w:rPr>
          <w:noProof/>
        </w:rPr>
      </w:pPr>
      <w:r w:rsidRPr="00F51F43">
        <w:rPr>
          <w:noProof/>
        </w:rPr>
        <w:tab/>
      </w:r>
    </w:p>
    <w:p w14:paraId="50528517" w14:textId="77777777" w:rsidR="0046369B" w:rsidRPr="00F51F43" w:rsidRDefault="00633995" w:rsidP="007F2C74">
      <w:pPr>
        <w:keepNext/>
        <w:spacing w:before="120"/>
        <w:jc w:val="left"/>
        <w:rPr>
          <w:b/>
          <w:bCs/>
          <w:noProof/>
        </w:rPr>
      </w:pPr>
      <w:r w:rsidRPr="00F51F43">
        <w:rPr>
          <w:b/>
          <w:bCs/>
          <w:noProof/>
        </w:rPr>
        <w:t>Tablica 7: Broj odgojno-obrazovnih djelatnika i pomoćno-tehničkog osoblja po područnim objektima</w:t>
      </w:r>
    </w:p>
    <w:tbl>
      <w:tblPr>
        <w:tblStyle w:val="Reetkatablice"/>
        <w:tblW w:w="0" w:type="auto"/>
        <w:jc w:val="center"/>
        <w:tblLook w:val="0000" w:firstRow="0" w:lastRow="0" w:firstColumn="0" w:lastColumn="0" w:noHBand="0" w:noVBand="0"/>
      </w:tblPr>
      <w:tblGrid>
        <w:gridCol w:w="3076"/>
        <w:gridCol w:w="3079"/>
        <w:gridCol w:w="3077"/>
      </w:tblGrid>
      <w:tr w:rsidR="006779FF" w:rsidRPr="00F51F43" w14:paraId="6788A0E0" w14:textId="77777777" w:rsidTr="00737165">
        <w:trPr>
          <w:cantSplit/>
          <w:tblHeader/>
          <w:jc w:val="center"/>
        </w:trPr>
        <w:tc>
          <w:tcPr>
            <w:tcW w:w="3096" w:type="dxa"/>
            <w:shd w:val="clear" w:color="auto" w:fill="D9EAD3"/>
            <w:tcMar>
              <w:top w:w="80" w:type="dxa"/>
              <w:left w:w="80" w:type="dxa"/>
              <w:bottom w:w="80" w:type="dxa"/>
              <w:right w:w="80" w:type="dxa"/>
            </w:tcMar>
            <w:vAlign w:val="center"/>
          </w:tcPr>
          <w:p w14:paraId="08C8B028" w14:textId="77777777" w:rsidR="004940CA" w:rsidRPr="00F51F43" w:rsidRDefault="00633995" w:rsidP="00633995">
            <w:pPr>
              <w:spacing w:after="0" w:line="240" w:lineRule="auto"/>
              <w:jc w:val="center"/>
              <w:rPr>
                <w:b/>
                <w:noProof/>
                <w:sz w:val="20"/>
                <w:szCs w:val="20"/>
              </w:rPr>
            </w:pPr>
            <w:r w:rsidRPr="00F51F43">
              <w:rPr>
                <w:b/>
                <w:noProof/>
                <w:sz w:val="20"/>
                <w:szCs w:val="20"/>
              </w:rPr>
              <w:t>PODRUČNI OBJEKT</w:t>
            </w:r>
          </w:p>
        </w:tc>
        <w:tc>
          <w:tcPr>
            <w:tcW w:w="3096" w:type="dxa"/>
            <w:shd w:val="clear" w:color="auto" w:fill="D9EAD3"/>
            <w:tcMar>
              <w:top w:w="80" w:type="dxa"/>
              <w:left w:w="80" w:type="dxa"/>
              <w:bottom w:w="80" w:type="dxa"/>
              <w:right w:w="80" w:type="dxa"/>
            </w:tcMar>
            <w:vAlign w:val="center"/>
          </w:tcPr>
          <w:p w14:paraId="161A981F" w14:textId="77777777" w:rsidR="004940CA" w:rsidRPr="00F51F43" w:rsidRDefault="004940CA" w:rsidP="00633995">
            <w:pPr>
              <w:spacing w:after="0" w:line="240" w:lineRule="auto"/>
              <w:jc w:val="center"/>
              <w:rPr>
                <w:b/>
                <w:noProof/>
                <w:sz w:val="20"/>
                <w:szCs w:val="20"/>
              </w:rPr>
            </w:pPr>
            <w:r w:rsidRPr="00F51F43">
              <w:rPr>
                <w:b/>
                <w:noProof/>
                <w:sz w:val="20"/>
                <w:szCs w:val="20"/>
              </w:rPr>
              <w:t>BROJ ODGOJITELJA</w:t>
            </w:r>
          </w:p>
        </w:tc>
        <w:tc>
          <w:tcPr>
            <w:tcW w:w="3096" w:type="dxa"/>
            <w:shd w:val="clear" w:color="auto" w:fill="D9EAD3"/>
            <w:tcMar>
              <w:top w:w="80" w:type="dxa"/>
              <w:left w:w="80" w:type="dxa"/>
              <w:bottom w:w="80" w:type="dxa"/>
              <w:right w:w="80" w:type="dxa"/>
            </w:tcMar>
            <w:vAlign w:val="center"/>
          </w:tcPr>
          <w:p w14:paraId="154A8979" w14:textId="77777777" w:rsidR="004940CA" w:rsidRPr="00F51F43" w:rsidRDefault="00633995" w:rsidP="00633995">
            <w:pPr>
              <w:spacing w:after="0" w:line="240" w:lineRule="auto"/>
              <w:jc w:val="center"/>
              <w:rPr>
                <w:b/>
                <w:noProof/>
                <w:sz w:val="20"/>
                <w:szCs w:val="20"/>
              </w:rPr>
            </w:pPr>
            <w:r w:rsidRPr="00F51F43">
              <w:rPr>
                <w:b/>
                <w:noProof/>
                <w:sz w:val="20"/>
                <w:szCs w:val="20"/>
              </w:rPr>
              <w:t>BROJ POMOĆNO-</w:t>
            </w:r>
            <w:r w:rsidR="004940CA" w:rsidRPr="00F51F43">
              <w:rPr>
                <w:b/>
                <w:noProof/>
                <w:sz w:val="20"/>
                <w:szCs w:val="20"/>
              </w:rPr>
              <w:t xml:space="preserve"> TEHNIČKOG OSOBLJA</w:t>
            </w:r>
          </w:p>
        </w:tc>
      </w:tr>
      <w:tr w:rsidR="006779FF" w:rsidRPr="00F51F43" w14:paraId="446845EC" w14:textId="77777777" w:rsidTr="00737165">
        <w:trPr>
          <w:cantSplit/>
          <w:jc w:val="center"/>
        </w:trPr>
        <w:tc>
          <w:tcPr>
            <w:tcW w:w="3096" w:type="dxa"/>
            <w:tcMar>
              <w:top w:w="80" w:type="dxa"/>
              <w:left w:w="80" w:type="dxa"/>
              <w:bottom w:w="80" w:type="dxa"/>
              <w:right w:w="80" w:type="dxa"/>
            </w:tcMar>
            <w:vAlign w:val="center"/>
          </w:tcPr>
          <w:p w14:paraId="7F909ADF" w14:textId="77777777" w:rsidR="004940CA" w:rsidRPr="00F51F43" w:rsidRDefault="00633995" w:rsidP="00633995">
            <w:pPr>
              <w:spacing w:after="0" w:line="240" w:lineRule="auto"/>
              <w:jc w:val="center"/>
              <w:rPr>
                <w:noProof/>
                <w:sz w:val="20"/>
                <w:szCs w:val="20"/>
              </w:rPr>
            </w:pPr>
            <w:r w:rsidRPr="00F51F43">
              <w:rPr>
                <w:noProof/>
                <w:sz w:val="20"/>
                <w:szCs w:val="20"/>
              </w:rPr>
              <w:t>„Ivančica“</w:t>
            </w:r>
            <w:r w:rsidR="004940CA" w:rsidRPr="00F51F43">
              <w:rPr>
                <w:noProof/>
                <w:sz w:val="20"/>
                <w:szCs w:val="20"/>
              </w:rPr>
              <w:t xml:space="preserve"> Koprivnički Iv</w:t>
            </w:r>
            <w:r w:rsidR="002E0261" w:rsidRPr="00F51F43">
              <w:rPr>
                <w:noProof/>
                <w:sz w:val="20"/>
                <w:szCs w:val="20"/>
              </w:rPr>
              <w:t>a</w:t>
            </w:r>
            <w:r w:rsidR="004940CA" w:rsidRPr="00F51F43">
              <w:rPr>
                <w:noProof/>
                <w:sz w:val="20"/>
                <w:szCs w:val="20"/>
              </w:rPr>
              <w:t>nec</w:t>
            </w:r>
          </w:p>
        </w:tc>
        <w:tc>
          <w:tcPr>
            <w:tcW w:w="3096" w:type="dxa"/>
            <w:tcMar>
              <w:top w:w="80" w:type="dxa"/>
              <w:left w:w="80" w:type="dxa"/>
              <w:bottom w:w="80" w:type="dxa"/>
              <w:right w:w="80" w:type="dxa"/>
            </w:tcMar>
            <w:vAlign w:val="center"/>
          </w:tcPr>
          <w:p w14:paraId="6992539F" w14:textId="77777777" w:rsidR="004940CA" w:rsidRPr="00F51F43" w:rsidRDefault="004940CA" w:rsidP="00633995">
            <w:pPr>
              <w:spacing w:after="0" w:line="240" w:lineRule="auto"/>
              <w:jc w:val="center"/>
              <w:rPr>
                <w:noProof/>
                <w:sz w:val="20"/>
                <w:szCs w:val="20"/>
              </w:rPr>
            </w:pPr>
            <w:r w:rsidRPr="00F51F43">
              <w:rPr>
                <w:noProof/>
                <w:sz w:val="20"/>
                <w:szCs w:val="20"/>
              </w:rPr>
              <w:t>4</w:t>
            </w:r>
          </w:p>
        </w:tc>
        <w:tc>
          <w:tcPr>
            <w:tcW w:w="3096" w:type="dxa"/>
            <w:tcMar>
              <w:top w:w="80" w:type="dxa"/>
              <w:left w:w="80" w:type="dxa"/>
              <w:bottom w:w="80" w:type="dxa"/>
              <w:right w:w="80" w:type="dxa"/>
            </w:tcMar>
            <w:vAlign w:val="center"/>
          </w:tcPr>
          <w:p w14:paraId="2D9EE948" w14:textId="77777777" w:rsidR="004940CA" w:rsidRPr="00F51F43" w:rsidRDefault="004940CA" w:rsidP="00633995">
            <w:pPr>
              <w:spacing w:after="0" w:line="240" w:lineRule="auto"/>
              <w:jc w:val="center"/>
              <w:rPr>
                <w:noProof/>
                <w:sz w:val="20"/>
                <w:szCs w:val="20"/>
              </w:rPr>
            </w:pPr>
            <w:r w:rsidRPr="00F51F43">
              <w:rPr>
                <w:noProof/>
                <w:sz w:val="20"/>
                <w:szCs w:val="20"/>
              </w:rPr>
              <w:t>2</w:t>
            </w:r>
          </w:p>
        </w:tc>
      </w:tr>
      <w:tr w:rsidR="006779FF" w:rsidRPr="00F51F43" w14:paraId="667401C0" w14:textId="77777777" w:rsidTr="00737165">
        <w:trPr>
          <w:cantSplit/>
          <w:jc w:val="center"/>
        </w:trPr>
        <w:tc>
          <w:tcPr>
            <w:tcW w:w="3096" w:type="dxa"/>
            <w:tcMar>
              <w:top w:w="80" w:type="dxa"/>
              <w:left w:w="80" w:type="dxa"/>
              <w:bottom w:w="80" w:type="dxa"/>
              <w:right w:w="80" w:type="dxa"/>
            </w:tcMar>
            <w:vAlign w:val="center"/>
          </w:tcPr>
          <w:p w14:paraId="6F4F559C" w14:textId="77777777" w:rsidR="00051A55" w:rsidRPr="00F51F43" w:rsidRDefault="00051A55" w:rsidP="00633995">
            <w:pPr>
              <w:spacing w:after="0" w:line="240" w:lineRule="auto"/>
              <w:jc w:val="center"/>
              <w:rPr>
                <w:noProof/>
                <w:sz w:val="20"/>
                <w:szCs w:val="20"/>
              </w:rPr>
            </w:pPr>
            <w:r w:rsidRPr="00F51F43">
              <w:rPr>
                <w:noProof/>
                <w:sz w:val="20"/>
                <w:szCs w:val="20"/>
              </w:rPr>
              <w:t>„Ivančica“ Koprivnički Ivanec (Vinogradska)</w:t>
            </w:r>
          </w:p>
        </w:tc>
        <w:tc>
          <w:tcPr>
            <w:tcW w:w="3096" w:type="dxa"/>
            <w:tcMar>
              <w:top w:w="80" w:type="dxa"/>
              <w:left w:w="80" w:type="dxa"/>
              <w:bottom w:w="80" w:type="dxa"/>
              <w:right w:w="80" w:type="dxa"/>
            </w:tcMar>
            <w:vAlign w:val="center"/>
          </w:tcPr>
          <w:p w14:paraId="51942A92" w14:textId="77777777" w:rsidR="00051A55" w:rsidRPr="00F51F43" w:rsidRDefault="00051A55" w:rsidP="00633995">
            <w:pPr>
              <w:spacing w:after="0" w:line="240" w:lineRule="auto"/>
              <w:jc w:val="center"/>
              <w:rPr>
                <w:noProof/>
                <w:sz w:val="20"/>
                <w:szCs w:val="20"/>
              </w:rPr>
            </w:pPr>
            <w:r w:rsidRPr="00F51F43">
              <w:rPr>
                <w:noProof/>
                <w:sz w:val="20"/>
                <w:szCs w:val="20"/>
              </w:rPr>
              <w:t>6</w:t>
            </w:r>
          </w:p>
        </w:tc>
        <w:tc>
          <w:tcPr>
            <w:tcW w:w="3096" w:type="dxa"/>
            <w:tcMar>
              <w:top w:w="80" w:type="dxa"/>
              <w:left w:w="80" w:type="dxa"/>
              <w:bottom w:w="80" w:type="dxa"/>
              <w:right w:w="80" w:type="dxa"/>
            </w:tcMar>
            <w:vAlign w:val="center"/>
          </w:tcPr>
          <w:p w14:paraId="3C320845" w14:textId="77777777" w:rsidR="00051A55" w:rsidRPr="00F51F43" w:rsidRDefault="00051A55" w:rsidP="00633995">
            <w:pPr>
              <w:spacing w:after="0" w:line="240" w:lineRule="auto"/>
              <w:jc w:val="center"/>
              <w:rPr>
                <w:noProof/>
                <w:sz w:val="20"/>
                <w:szCs w:val="20"/>
              </w:rPr>
            </w:pPr>
            <w:r w:rsidRPr="00F51F43">
              <w:rPr>
                <w:noProof/>
                <w:sz w:val="20"/>
                <w:szCs w:val="20"/>
              </w:rPr>
              <w:t>2</w:t>
            </w:r>
          </w:p>
        </w:tc>
      </w:tr>
      <w:tr w:rsidR="006779FF" w:rsidRPr="00F51F43" w14:paraId="4BFE0729" w14:textId="77777777" w:rsidTr="00737165">
        <w:trPr>
          <w:cantSplit/>
          <w:jc w:val="center"/>
        </w:trPr>
        <w:tc>
          <w:tcPr>
            <w:tcW w:w="3096" w:type="dxa"/>
            <w:tcMar>
              <w:top w:w="80" w:type="dxa"/>
              <w:left w:w="80" w:type="dxa"/>
              <w:bottom w:w="80" w:type="dxa"/>
              <w:right w:w="80" w:type="dxa"/>
            </w:tcMar>
            <w:vAlign w:val="center"/>
          </w:tcPr>
          <w:p w14:paraId="0B7415EB" w14:textId="77777777" w:rsidR="004940CA" w:rsidRPr="00F51F43" w:rsidRDefault="00633995" w:rsidP="00633995">
            <w:pPr>
              <w:spacing w:after="0" w:line="240" w:lineRule="auto"/>
              <w:jc w:val="center"/>
              <w:rPr>
                <w:noProof/>
                <w:sz w:val="20"/>
                <w:szCs w:val="20"/>
              </w:rPr>
            </w:pPr>
            <w:r w:rsidRPr="00F51F43">
              <w:rPr>
                <w:noProof/>
                <w:sz w:val="20"/>
                <w:szCs w:val="20"/>
              </w:rPr>
              <w:t>„Iskrica“</w:t>
            </w:r>
            <w:r w:rsidR="004940CA" w:rsidRPr="00F51F43">
              <w:rPr>
                <w:noProof/>
                <w:sz w:val="20"/>
                <w:szCs w:val="20"/>
              </w:rPr>
              <w:t xml:space="preserve"> Đelekovec</w:t>
            </w:r>
          </w:p>
        </w:tc>
        <w:tc>
          <w:tcPr>
            <w:tcW w:w="3096" w:type="dxa"/>
            <w:tcMar>
              <w:top w:w="80" w:type="dxa"/>
              <w:left w:w="80" w:type="dxa"/>
              <w:bottom w:w="80" w:type="dxa"/>
              <w:right w:w="80" w:type="dxa"/>
            </w:tcMar>
            <w:vAlign w:val="center"/>
          </w:tcPr>
          <w:p w14:paraId="7F7992D0" w14:textId="77777777" w:rsidR="004940CA" w:rsidRPr="00F51F43" w:rsidRDefault="00051A55" w:rsidP="00645475">
            <w:pPr>
              <w:spacing w:after="0" w:line="240" w:lineRule="auto"/>
              <w:jc w:val="center"/>
              <w:rPr>
                <w:noProof/>
                <w:sz w:val="20"/>
                <w:szCs w:val="20"/>
              </w:rPr>
            </w:pPr>
            <w:r w:rsidRPr="00F51F43">
              <w:rPr>
                <w:noProof/>
                <w:sz w:val="20"/>
                <w:szCs w:val="20"/>
              </w:rPr>
              <w:t>4</w:t>
            </w:r>
          </w:p>
        </w:tc>
        <w:tc>
          <w:tcPr>
            <w:tcW w:w="3096" w:type="dxa"/>
            <w:tcMar>
              <w:top w:w="80" w:type="dxa"/>
              <w:left w:w="80" w:type="dxa"/>
              <w:bottom w:w="80" w:type="dxa"/>
              <w:right w:w="80" w:type="dxa"/>
            </w:tcMar>
            <w:vAlign w:val="center"/>
          </w:tcPr>
          <w:p w14:paraId="76022979" w14:textId="77777777" w:rsidR="004940CA" w:rsidRPr="00F51F43" w:rsidRDefault="00051A55" w:rsidP="00633995">
            <w:pPr>
              <w:spacing w:after="0" w:line="240" w:lineRule="auto"/>
              <w:jc w:val="center"/>
              <w:rPr>
                <w:noProof/>
                <w:sz w:val="20"/>
                <w:szCs w:val="20"/>
              </w:rPr>
            </w:pPr>
            <w:r w:rsidRPr="00F51F43">
              <w:rPr>
                <w:noProof/>
                <w:sz w:val="20"/>
                <w:szCs w:val="20"/>
              </w:rPr>
              <w:t>2</w:t>
            </w:r>
          </w:p>
        </w:tc>
      </w:tr>
      <w:tr w:rsidR="006779FF" w:rsidRPr="00F51F43" w14:paraId="348BB61E" w14:textId="77777777" w:rsidTr="00737165">
        <w:trPr>
          <w:cantSplit/>
          <w:jc w:val="center"/>
        </w:trPr>
        <w:tc>
          <w:tcPr>
            <w:tcW w:w="3096" w:type="dxa"/>
            <w:tcMar>
              <w:top w:w="80" w:type="dxa"/>
              <w:left w:w="80" w:type="dxa"/>
              <w:bottom w:w="80" w:type="dxa"/>
              <w:right w:w="80" w:type="dxa"/>
            </w:tcMar>
            <w:vAlign w:val="center"/>
          </w:tcPr>
          <w:p w14:paraId="6B6581A4" w14:textId="77777777" w:rsidR="004940CA" w:rsidRPr="00F51F43" w:rsidRDefault="00633995" w:rsidP="00633995">
            <w:pPr>
              <w:spacing w:after="0" w:line="240" w:lineRule="auto"/>
              <w:jc w:val="center"/>
              <w:rPr>
                <w:noProof/>
                <w:sz w:val="20"/>
                <w:szCs w:val="20"/>
              </w:rPr>
            </w:pPr>
            <w:r w:rsidRPr="00F51F43">
              <w:rPr>
                <w:noProof/>
                <w:sz w:val="20"/>
                <w:szCs w:val="20"/>
              </w:rPr>
              <w:t>„Zvončić“</w:t>
            </w:r>
            <w:r w:rsidR="004940CA" w:rsidRPr="00F51F43">
              <w:rPr>
                <w:noProof/>
                <w:sz w:val="20"/>
                <w:szCs w:val="20"/>
              </w:rPr>
              <w:t xml:space="preserve"> Gola</w:t>
            </w:r>
          </w:p>
        </w:tc>
        <w:tc>
          <w:tcPr>
            <w:tcW w:w="3096" w:type="dxa"/>
            <w:tcMar>
              <w:top w:w="80" w:type="dxa"/>
              <w:left w:w="80" w:type="dxa"/>
              <w:bottom w:w="80" w:type="dxa"/>
              <w:right w:w="80" w:type="dxa"/>
            </w:tcMar>
            <w:vAlign w:val="center"/>
          </w:tcPr>
          <w:p w14:paraId="302B50F0" w14:textId="77777777" w:rsidR="004940CA" w:rsidRPr="00F51F43" w:rsidRDefault="002057B8" w:rsidP="00A83844">
            <w:pPr>
              <w:spacing w:after="0" w:line="240" w:lineRule="auto"/>
              <w:jc w:val="center"/>
              <w:rPr>
                <w:noProof/>
                <w:sz w:val="20"/>
                <w:szCs w:val="20"/>
              </w:rPr>
            </w:pPr>
            <w:r w:rsidRPr="00F51F43">
              <w:rPr>
                <w:noProof/>
                <w:sz w:val="20"/>
                <w:szCs w:val="20"/>
              </w:rPr>
              <w:t>12</w:t>
            </w:r>
          </w:p>
        </w:tc>
        <w:tc>
          <w:tcPr>
            <w:tcW w:w="3096" w:type="dxa"/>
            <w:tcMar>
              <w:top w:w="80" w:type="dxa"/>
              <w:left w:w="80" w:type="dxa"/>
              <w:bottom w:w="80" w:type="dxa"/>
              <w:right w:w="80" w:type="dxa"/>
            </w:tcMar>
            <w:vAlign w:val="center"/>
          </w:tcPr>
          <w:p w14:paraId="08CCD172" w14:textId="77777777" w:rsidR="004940CA" w:rsidRPr="00F51F43" w:rsidRDefault="002057B8" w:rsidP="00633995">
            <w:pPr>
              <w:spacing w:after="0" w:line="240" w:lineRule="auto"/>
              <w:jc w:val="center"/>
              <w:rPr>
                <w:noProof/>
                <w:sz w:val="20"/>
                <w:szCs w:val="20"/>
              </w:rPr>
            </w:pPr>
            <w:r w:rsidRPr="00F51F43">
              <w:rPr>
                <w:noProof/>
                <w:sz w:val="20"/>
                <w:szCs w:val="20"/>
              </w:rPr>
              <w:t>5</w:t>
            </w:r>
          </w:p>
        </w:tc>
      </w:tr>
      <w:tr w:rsidR="006779FF" w:rsidRPr="00F51F43" w14:paraId="5EF50FF2" w14:textId="77777777" w:rsidTr="00737165">
        <w:trPr>
          <w:cantSplit/>
          <w:jc w:val="center"/>
        </w:trPr>
        <w:tc>
          <w:tcPr>
            <w:tcW w:w="3096" w:type="dxa"/>
            <w:tcMar>
              <w:top w:w="80" w:type="dxa"/>
              <w:left w:w="80" w:type="dxa"/>
              <w:bottom w:w="80" w:type="dxa"/>
              <w:right w:w="80" w:type="dxa"/>
            </w:tcMar>
            <w:vAlign w:val="center"/>
          </w:tcPr>
          <w:p w14:paraId="6ED65D1C" w14:textId="77777777" w:rsidR="004940CA" w:rsidRPr="00F51F43" w:rsidRDefault="00633995" w:rsidP="00633995">
            <w:pPr>
              <w:spacing w:after="0" w:line="240" w:lineRule="auto"/>
              <w:jc w:val="center"/>
              <w:rPr>
                <w:noProof/>
                <w:sz w:val="20"/>
                <w:szCs w:val="20"/>
              </w:rPr>
            </w:pPr>
            <w:r w:rsidRPr="00F51F43">
              <w:rPr>
                <w:noProof/>
                <w:sz w:val="20"/>
                <w:szCs w:val="20"/>
              </w:rPr>
              <w:t>„Bambi“</w:t>
            </w:r>
            <w:r w:rsidR="004940CA" w:rsidRPr="00F51F43">
              <w:rPr>
                <w:noProof/>
                <w:sz w:val="20"/>
                <w:szCs w:val="20"/>
              </w:rPr>
              <w:t xml:space="preserve"> Ždala</w:t>
            </w:r>
          </w:p>
        </w:tc>
        <w:tc>
          <w:tcPr>
            <w:tcW w:w="3096" w:type="dxa"/>
            <w:tcMar>
              <w:top w:w="80" w:type="dxa"/>
              <w:left w:w="80" w:type="dxa"/>
              <w:bottom w:w="80" w:type="dxa"/>
              <w:right w:w="80" w:type="dxa"/>
            </w:tcMar>
            <w:vAlign w:val="center"/>
          </w:tcPr>
          <w:p w14:paraId="30BEEE90" w14:textId="77777777" w:rsidR="004940CA" w:rsidRPr="00F51F43" w:rsidRDefault="004940CA" w:rsidP="00633995">
            <w:pPr>
              <w:spacing w:after="0" w:line="240" w:lineRule="auto"/>
              <w:jc w:val="center"/>
              <w:rPr>
                <w:noProof/>
                <w:sz w:val="20"/>
                <w:szCs w:val="20"/>
              </w:rPr>
            </w:pPr>
            <w:r w:rsidRPr="00F51F43">
              <w:rPr>
                <w:noProof/>
                <w:sz w:val="20"/>
                <w:szCs w:val="20"/>
              </w:rPr>
              <w:t>2</w:t>
            </w:r>
          </w:p>
        </w:tc>
        <w:tc>
          <w:tcPr>
            <w:tcW w:w="3096" w:type="dxa"/>
            <w:tcMar>
              <w:top w:w="80" w:type="dxa"/>
              <w:left w:w="80" w:type="dxa"/>
              <w:bottom w:w="80" w:type="dxa"/>
              <w:right w:w="80" w:type="dxa"/>
            </w:tcMar>
            <w:vAlign w:val="center"/>
          </w:tcPr>
          <w:p w14:paraId="27D2D9AA" w14:textId="77777777" w:rsidR="004940CA" w:rsidRPr="00F51F43" w:rsidRDefault="00645475" w:rsidP="00633995">
            <w:pPr>
              <w:spacing w:after="0" w:line="240" w:lineRule="auto"/>
              <w:jc w:val="center"/>
              <w:rPr>
                <w:noProof/>
                <w:sz w:val="20"/>
                <w:szCs w:val="20"/>
              </w:rPr>
            </w:pPr>
            <w:r w:rsidRPr="00F51F43">
              <w:rPr>
                <w:noProof/>
                <w:sz w:val="20"/>
                <w:szCs w:val="20"/>
              </w:rPr>
              <w:t>1</w:t>
            </w:r>
          </w:p>
        </w:tc>
      </w:tr>
      <w:tr w:rsidR="006779FF" w:rsidRPr="00F51F43" w14:paraId="7CBB3A48" w14:textId="77777777" w:rsidTr="00737165">
        <w:trPr>
          <w:cantSplit/>
          <w:jc w:val="center"/>
        </w:trPr>
        <w:tc>
          <w:tcPr>
            <w:tcW w:w="3096" w:type="dxa"/>
            <w:tcMar>
              <w:top w:w="80" w:type="dxa"/>
              <w:left w:w="80" w:type="dxa"/>
              <w:bottom w:w="80" w:type="dxa"/>
              <w:right w:w="80" w:type="dxa"/>
            </w:tcMar>
            <w:vAlign w:val="center"/>
          </w:tcPr>
          <w:p w14:paraId="7A7191CD" w14:textId="77777777" w:rsidR="00633995" w:rsidRPr="00F51F43" w:rsidRDefault="00633995" w:rsidP="00633995">
            <w:pPr>
              <w:spacing w:after="0" w:line="240" w:lineRule="auto"/>
              <w:jc w:val="center"/>
              <w:rPr>
                <w:noProof/>
                <w:sz w:val="20"/>
                <w:szCs w:val="20"/>
              </w:rPr>
            </w:pPr>
            <w:r w:rsidRPr="00F51F43">
              <w:rPr>
                <w:noProof/>
                <w:sz w:val="20"/>
                <w:szCs w:val="20"/>
              </w:rPr>
              <w:t>„Potočić“ Koprivnički Bregi</w:t>
            </w:r>
          </w:p>
        </w:tc>
        <w:tc>
          <w:tcPr>
            <w:tcW w:w="3096" w:type="dxa"/>
            <w:tcMar>
              <w:top w:w="80" w:type="dxa"/>
              <w:left w:w="80" w:type="dxa"/>
              <w:bottom w:w="80" w:type="dxa"/>
              <w:right w:w="80" w:type="dxa"/>
            </w:tcMar>
            <w:vAlign w:val="center"/>
          </w:tcPr>
          <w:p w14:paraId="71F34BF9" w14:textId="77777777" w:rsidR="00633995" w:rsidRPr="00F51F43" w:rsidRDefault="004C1B5F" w:rsidP="00622E71">
            <w:pPr>
              <w:spacing w:after="0" w:line="240" w:lineRule="auto"/>
              <w:jc w:val="center"/>
              <w:rPr>
                <w:noProof/>
                <w:sz w:val="20"/>
                <w:szCs w:val="20"/>
              </w:rPr>
            </w:pPr>
            <w:r w:rsidRPr="00F51F43">
              <w:rPr>
                <w:noProof/>
                <w:sz w:val="20"/>
                <w:szCs w:val="20"/>
              </w:rPr>
              <w:t>4</w:t>
            </w:r>
          </w:p>
        </w:tc>
        <w:tc>
          <w:tcPr>
            <w:tcW w:w="3096" w:type="dxa"/>
            <w:tcMar>
              <w:top w:w="80" w:type="dxa"/>
              <w:left w:w="80" w:type="dxa"/>
              <w:bottom w:w="80" w:type="dxa"/>
              <w:right w:w="80" w:type="dxa"/>
            </w:tcMar>
            <w:vAlign w:val="center"/>
          </w:tcPr>
          <w:p w14:paraId="1DB67BE1" w14:textId="77777777" w:rsidR="00633995" w:rsidRPr="00F51F43" w:rsidRDefault="004C1B5F" w:rsidP="00622E71">
            <w:pPr>
              <w:spacing w:after="0" w:line="240" w:lineRule="auto"/>
              <w:jc w:val="center"/>
              <w:rPr>
                <w:noProof/>
                <w:sz w:val="20"/>
                <w:szCs w:val="20"/>
              </w:rPr>
            </w:pPr>
            <w:r w:rsidRPr="00F51F43">
              <w:rPr>
                <w:noProof/>
                <w:sz w:val="20"/>
                <w:szCs w:val="20"/>
              </w:rPr>
              <w:t>2</w:t>
            </w:r>
          </w:p>
        </w:tc>
      </w:tr>
      <w:tr w:rsidR="006779FF" w:rsidRPr="00F51F43" w14:paraId="3875BC50" w14:textId="77777777" w:rsidTr="00737165">
        <w:trPr>
          <w:cantSplit/>
          <w:jc w:val="center"/>
        </w:trPr>
        <w:tc>
          <w:tcPr>
            <w:tcW w:w="3096" w:type="dxa"/>
            <w:tcMar>
              <w:top w:w="80" w:type="dxa"/>
              <w:left w:w="80" w:type="dxa"/>
              <w:bottom w:w="80" w:type="dxa"/>
              <w:right w:w="80" w:type="dxa"/>
            </w:tcMar>
            <w:vAlign w:val="center"/>
          </w:tcPr>
          <w:p w14:paraId="35B7CA4D" w14:textId="77777777" w:rsidR="00645475" w:rsidRPr="00F51F43" w:rsidRDefault="00645475" w:rsidP="00633995">
            <w:pPr>
              <w:spacing w:after="0" w:line="240" w:lineRule="auto"/>
              <w:jc w:val="center"/>
              <w:rPr>
                <w:noProof/>
                <w:sz w:val="20"/>
                <w:szCs w:val="20"/>
              </w:rPr>
            </w:pPr>
            <w:r w:rsidRPr="00F51F43">
              <w:rPr>
                <w:noProof/>
                <w:sz w:val="20"/>
                <w:szCs w:val="20"/>
              </w:rPr>
              <w:t>„Dabrić“ Legrad</w:t>
            </w:r>
          </w:p>
        </w:tc>
        <w:tc>
          <w:tcPr>
            <w:tcW w:w="3096" w:type="dxa"/>
            <w:tcMar>
              <w:top w:w="80" w:type="dxa"/>
              <w:left w:w="80" w:type="dxa"/>
              <w:bottom w:w="80" w:type="dxa"/>
              <w:right w:w="80" w:type="dxa"/>
            </w:tcMar>
            <w:vAlign w:val="center"/>
          </w:tcPr>
          <w:p w14:paraId="66D8C669" w14:textId="77777777" w:rsidR="00645475" w:rsidRPr="00F51F43" w:rsidRDefault="00051A55" w:rsidP="00622E71">
            <w:pPr>
              <w:spacing w:after="0" w:line="240" w:lineRule="auto"/>
              <w:jc w:val="center"/>
              <w:rPr>
                <w:noProof/>
                <w:sz w:val="20"/>
                <w:szCs w:val="20"/>
              </w:rPr>
            </w:pPr>
            <w:r w:rsidRPr="00F51F43">
              <w:rPr>
                <w:noProof/>
                <w:sz w:val="20"/>
                <w:szCs w:val="20"/>
              </w:rPr>
              <w:t>8</w:t>
            </w:r>
          </w:p>
        </w:tc>
        <w:tc>
          <w:tcPr>
            <w:tcW w:w="3096" w:type="dxa"/>
            <w:tcMar>
              <w:top w:w="80" w:type="dxa"/>
              <w:left w:w="80" w:type="dxa"/>
              <w:bottom w:w="80" w:type="dxa"/>
              <w:right w:w="80" w:type="dxa"/>
            </w:tcMar>
            <w:vAlign w:val="center"/>
          </w:tcPr>
          <w:p w14:paraId="25408D34" w14:textId="46FA2888" w:rsidR="00645475" w:rsidRPr="00F51F43" w:rsidRDefault="006F5527" w:rsidP="00622E71">
            <w:pPr>
              <w:spacing w:after="0" w:line="240" w:lineRule="auto"/>
              <w:jc w:val="center"/>
              <w:rPr>
                <w:noProof/>
                <w:sz w:val="20"/>
                <w:szCs w:val="20"/>
              </w:rPr>
            </w:pPr>
            <w:r>
              <w:rPr>
                <w:noProof/>
                <w:sz w:val="20"/>
                <w:szCs w:val="20"/>
              </w:rPr>
              <w:t>3</w:t>
            </w:r>
          </w:p>
        </w:tc>
      </w:tr>
      <w:tr w:rsidR="006779FF" w:rsidRPr="00F51F43" w14:paraId="356D5ACB" w14:textId="77777777" w:rsidTr="00737165">
        <w:trPr>
          <w:cantSplit/>
          <w:jc w:val="center"/>
        </w:trPr>
        <w:tc>
          <w:tcPr>
            <w:tcW w:w="3096" w:type="dxa"/>
            <w:tcMar>
              <w:top w:w="80" w:type="dxa"/>
              <w:left w:w="80" w:type="dxa"/>
              <w:bottom w:w="80" w:type="dxa"/>
              <w:right w:w="80" w:type="dxa"/>
            </w:tcMar>
            <w:vAlign w:val="center"/>
          </w:tcPr>
          <w:p w14:paraId="17C61A4A" w14:textId="77777777" w:rsidR="00633995" w:rsidRPr="00F51F43" w:rsidRDefault="00633995" w:rsidP="00633995">
            <w:pPr>
              <w:spacing w:after="0" w:line="240" w:lineRule="auto"/>
              <w:jc w:val="center"/>
              <w:rPr>
                <w:b/>
                <w:noProof/>
                <w:sz w:val="20"/>
                <w:szCs w:val="20"/>
              </w:rPr>
            </w:pPr>
            <w:r w:rsidRPr="00F51F43">
              <w:rPr>
                <w:b/>
                <w:noProof/>
                <w:sz w:val="20"/>
                <w:szCs w:val="20"/>
              </w:rPr>
              <w:t>Ukupno</w:t>
            </w:r>
          </w:p>
        </w:tc>
        <w:tc>
          <w:tcPr>
            <w:tcW w:w="3096" w:type="dxa"/>
            <w:tcMar>
              <w:top w:w="80" w:type="dxa"/>
              <w:left w:w="80" w:type="dxa"/>
              <w:bottom w:w="80" w:type="dxa"/>
              <w:right w:w="80" w:type="dxa"/>
            </w:tcMar>
            <w:vAlign w:val="center"/>
          </w:tcPr>
          <w:p w14:paraId="25EB3877" w14:textId="77777777" w:rsidR="00633995" w:rsidRPr="00F51F43" w:rsidRDefault="00A83844" w:rsidP="00633995">
            <w:pPr>
              <w:spacing w:after="0" w:line="240" w:lineRule="auto"/>
              <w:jc w:val="center"/>
              <w:rPr>
                <w:b/>
                <w:noProof/>
                <w:sz w:val="20"/>
                <w:szCs w:val="20"/>
              </w:rPr>
            </w:pPr>
            <w:r w:rsidRPr="00F51F43">
              <w:rPr>
                <w:b/>
                <w:noProof/>
                <w:sz w:val="20"/>
                <w:szCs w:val="20"/>
              </w:rPr>
              <w:t>4</w:t>
            </w:r>
            <w:r w:rsidR="002057B8" w:rsidRPr="00F51F43">
              <w:rPr>
                <w:b/>
                <w:noProof/>
                <w:sz w:val="20"/>
                <w:szCs w:val="20"/>
              </w:rPr>
              <w:t>0</w:t>
            </w:r>
          </w:p>
        </w:tc>
        <w:tc>
          <w:tcPr>
            <w:tcW w:w="3096" w:type="dxa"/>
            <w:tcMar>
              <w:top w:w="80" w:type="dxa"/>
              <w:left w:w="80" w:type="dxa"/>
              <w:bottom w:w="80" w:type="dxa"/>
              <w:right w:w="80" w:type="dxa"/>
            </w:tcMar>
            <w:vAlign w:val="center"/>
          </w:tcPr>
          <w:p w14:paraId="4BE1EDD1" w14:textId="27F8ACC2" w:rsidR="00633995" w:rsidRPr="00F51F43" w:rsidRDefault="00091198" w:rsidP="00645475">
            <w:pPr>
              <w:spacing w:after="0" w:line="240" w:lineRule="auto"/>
              <w:jc w:val="center"/>
              <w:rPr>
                <w:b/>
                <w:noProof/>
                <w:sz w:val="20"/>
                <w:szCs w:val="20"/>
              </w:rPr>
            </w:pPr>
            <w:r w:rsidRPr="00F51F43">
              <w:rPr>
                <w:b/>
                <w:noProof/>
                <w:sz w:val="20"/>
                <w:szCs w:val="20"/>
              </w:rPr>
              <w:t>1</w:t>
            </w:r>
            <w:r w:rsidR="006F5527">
              <w:rPr>
                <w:b/>
                <w:noProof/>
                <w:sz w:val="20"/>
                <w:szCs w:val="20"/>
              </w:rPr>
              <w:t>7</w:t>
            </w:r>
          </w:p>
        </w:tc>
      </w:tr>
    </w:tbl>
    <w:p w14:paraId="3F40FEDB" w14:textId="77777777" w:rsidR="00813B1D" w:rsidRPr="00F51F43" w:rsidRDefault="0046369B" w:rsidP="000A4238">
      <w:pPr>
        <w:rPr>
          <w:noProof/>
        </w:rPr>
      </w:pPr>
      <w:r w:rsidRPr="00F51F43">
        <w:rPr>
          <w:noProof/>
        </w:rPr>
        <w:tab/>
      </w:r>
    </w:p>
    <w:p w14:paraId="3B7DDA9F" w14:textId="77777777" w:rsidR="0046369B" w:rsidRPr="00F51F43" w:rsidRDefault="004C1B5F" w:rsidP="004C1B5F">
      <w:pPr>
        <w:pStyle w:val="Tijeloteksta"/>
        <w:keepNext/>
        <w:spacing w:before="120"/>
        <w:jc w:val="left"/>
        <w:rPr>
          <w:b/>
          <w:bCs/>
          <w:noProof/>
        </w:rPr>
      </w:pPr>
      <w:r w:rsidRPr="00F51F43">
        <w:rPr>
          <w:b/>
          <w:bCs/>
          <w:noProof/>
        </w:rPr>
        <w:t>Tablica 8: Broj osoba zaposlenih u zajedničkim službama Dječjeg vrtića Vrapčić</w:t>
      </w:r>
    </w:p>
    <w:tbl>
      <w:tblPr>
        <w:tblStyle w:val="Reetkatablice"/>
        <w:tblW w:w="9288" w:type="dxa"/>
        <w:jc w:val="center"/>
        <w:tblLook w:val="04A0" w:firstRow="1" w:lastRow="0" w:firstColumn="1" w:lastColumn="0" w:noHBand="0" w:noVBand="1"/>
      </w:tblPr>
      <w:tblGrid>
        <w:gridCol w:w="1655"/>
        <w:gridCol w:w="1463"/>
        <w:gridCol w:w="3310"/>
        <w:gridCol w:w="2860"/>
      </w:tblGrid>
      <w:tr w:rsidR="00C34331" w:rsidRPr="00F51F43" w14:paraId="6E1FE4E0" w14:textId="77777777" w:rsidTr="00C34331">
        <w:trPr>
          <w:cantSplit/>
          <w:jc w:val="center"/>
        </w:trPr>
        <w:tc>
          <w:tcPr>
            <w:tcW w:w="1655" w:type="dxa"/>
            <w:shd w:val="clear" w:color="auto" w:fill="D9EAD3"/>
            <w:tcMar>
              <w:top w:w="80" w:type="dxa"/>
              <w:left w:w="80" w:type="dxa"/>
              <w:bottom w:w="80" w:type="dxa"/>
              <w:right w:w="80" w:type="dxa"/>
            </w:tcMar>
            <w:vAlign w:val="center"/>
          </w:tcPr>
          <w:p w14:paraId="6638CF0A" w14:textId="77777777" w:rsidR="00C34331" w:rsidRPr="00F51F43" w:rsidRDefault="00C34331" w:rsidP="00C34331">
            <w:pPr>
              <w:spacing w:after="0" w:line="240" w:lineRule="auto"/>
              <w:jc w:val="center"/>
              <w:rPr>
                <w:noProof/>
                <w:sz w:val="20"/>
                <w:szCs w:val="20"/>
              </w:rPr>
            </w:pPr>
          </w:p>
        </w:tc>
        <w:tc>
          <w:tcPr>
            <w:tcW w:w="1463" w:type="dxa"/>
            <w:shd w:val="clear" w:color="auto" w:fill="D9EAD3"/>
            <w:tcMar>
              <w:top w:w="80" w:type="dxa"/>
              <w:left w:w="80" w:type="dxa"/>
              <w:bottom w:w="80" w:type="dxa"/>
              <w:right w:w="80" w:type="dxa"/>
            </w:tcMar>
            <w:vAlign w:val="center"/>
          </w:tcPr>
          <w:p w14:paraId="2C6BA533" w14:textId="77777777" w:rsidR="00C34331" w:rsidRPr="00F51F43" w:rsidRDefault="00C34331" w:rsidP="00C34331">
            <w:pPr>
              <w:spacing w:after="0" w:line="240" w:lineRule="auto"/>
              <w:jc w:val="center"/>
              <w:rPr>
                <w:b/>
                <w:noProof/>
                <w:sz w:val="20"/>
                <w:szCs w:val="20"/>
              </w:rPr>
            </w:pPr>
            <w:r w:rsidRPr="00F51F43">
              <w:rPr>
                <w:b/>
                <w:noProof/>
                <w:sz w:val="20"/>
                <w:szCs w:val="20"/>
              </w:rPr>
              <w:t>STRUČNI TIM</w:t>
            </w:r>
          </w:p>
        </w:tc>
        <w:tc>
          <w:tcPr>
            <w:tcW w:w="3310" w:type="dxa"/>
            <w:shd w:val="clear" w:color="auto" w:fill="D9EAD3"/>
            <w:tcMar>
              <w:top w:w="80" w:type="dxa"/>
              <w:left w:w="80" w:type="dxa"/>
              <w:bottom w:w="80" w:type="dxa"/>
              <w:right w:w="80" w:type="dxa"/>
            </w:tcMar>
            <w:vAlign w:val="center"/>
          </w:tcPr>
          <w:p w14:paraId="38AD64F4" w14:textId="77777777" w:rsidR="00C34331" w:rsidRPr="00F51F43" w:rsidRDefault="00C34331" w:rsidP="00C34331">
            <w:pPr>
              <w:spacing w:after="0" w:line="240" w:lineRule="auto"/>
              <w:jc w:val="center"/>
              <w:rPr>
                <w:b/>
                <w:noProof/>
                <w:sz w:val="20"/>
                <w:szCs w:val="20"/>
              </w:rPr>
            </w:pPr>
            <w:r w:rsidRPr="00F51F43">
              <w:rPr>
                <w:b/>
                <w:noProof/>
                <w:sz w:val="20"/>
                <w:szCs w:val="20"/>
              </w:rPr>
              <w:t>ZDRAVSTVENA VODITELJICA</w:t>
            </w:r>
          </w:p>
        </w:tc>
        <w:tc>
          <w:tcPr>
            <w:tcW w:w="2860" w:type="dxa"/>
            <w:shd w:val="clear" w:color="auto" w:fill="D9EAD3"/>
            <w:tcMar>
              <w:top w:w="80" w:type="dxa"/>
              <w:left w:w="80" w:type="dxa"/>
              <w:bottom w:w="80" w:type="dxa"/>
              <w:right w:w="80" w:type="dxa"/>
            </w:tcMar>
            <w:vAlign w:val="center"/>
          </w:tcPr>
          <w:p w14:paraId="6F06ACCB" w14:textId="77777777" w:rsidR="00C34331" w:rsidRPr="00F51F43" w:rsidRDefault="00C34331" w:rsidP="00C34331">
            <w:pPr>
              <w:spacing w:after="0" w:line="240" w:lineRule="auto"/>
              <w:jc w:val="center"/>
              <w:rPr>
                <w:b/>
                <w:noProof/>
                <w:sz w:val="20"/>
                <w:szCs w:val="20"/>
              </w:rPr>
            </w:pPr>
            <w:r w:rsidRPr="00F51F43">
              <w:rPr>
                <w:b/>
                <w:noProof/>
                <w:sz w:val="20"/>
                <w:szCs w:val="20"/>
              </w:rPr>
              <w:t>ADMINISTRATIVNO-PRAVNO-RAČUNOVODSTVENI POSLOVI</w:t>
            </w:r>
          </w:p>
        </w:tc>
      </w:tr>
      <w:tr w:rsidR="00C34331" w:rsidRPr="00F51F43" w14:paraId="11992C7E" w14:textId="77777777" w:rsidTr="00C34331">
        <w:trPr>
          <w:cantSplit/>
          <w:jc w:val="center"/>
        </w:trPr>
        <w:tc>
          <w:tcPr>
            <w:tcW w:w="1655" w:type="dxa"/>
            <w:tcMar>
              <w:top w:w="80" w:type="dxa"/>
              <w:left w:w="80" w:type="dxa"/>
              <w:bottom w:w="80" w:type="dxa"/>
              <w:right w:w="80" w:type="dxa"/>
            </w:tcMar>
            <w:vAlign w:val="center"/>
          </w:tcPr>
          <w:p w14:paraId="589C4C66" w14:textId="77777777" w:rsidR="00C34331" w:rsidRPr="00F51F43" w:rsidRDefault="00C34331" w:rsidP="00C34331">
            <w:pPr>
              <w:spacing w:after="0" w:line="240" w:lineRule="auto"/>
              <w:rPr>
                <w:noProof/>
                <w:sz w:val="20"/>
                <w:szCs w:val="20"/>
              </w:rPr>
            </w:pPr>
            <w:r w:rsidRPr="00F51F43">
              <w:rPr>
                <w:noProof/>
                <w:sz w:val="20"/>
                <w:szCs w:val="20"/>
              </w:rPr>
              <w:t>Zajedničke službe</w:t>
            </w:r>
          </w:p>
        </w:tc>
        <w:tc>
          <w:tcPr>
            <w:tcW w:w="1463" w:type="dxa"/>
            <w:tcMar>
              <w:top w:w="80" w:type="dxa"/>
              <w:left w:w="80" w:type="dxa"/>
              <w:bottom w:w="80" w:type="dxa"/>
              <w:right w:w="80" w:type="dxa"/>
            </w:tcMar>
            <w:vAlign w:val="center"/>
          </w:tcPr>
          <w:p w14:paraId="7F2BDBF6" w14:textId="7BDF47E7" w:rsidR="00C34331" w:rsidRPr="00F51F43" w:rsidRDefault="006F5527" w:rsidP="00C34331">
            <w:pPr>
              <w:spacing w:after="0" w:line="240" w:lineRule="auto"/>
              <w:jc w:val="center"/>
              <w:rPr>
                <w:noProof/>
                <w:sz w:val="20"/>
                <w:szCs w:val="20"/>
              </w:rPr>
            </w:pPr>
            <w:r>
              <w:rPr>
                <w:noProof/>
                <w:sz w:val="20"/>
                <w:szCs w:val="20"/>
              </w:rPr>
              <w:t>3</w:t>
            </w:r>
          </w:p>
        </w:tc>
        <w:tc>
          <w:tcPr>
            <w:tcW w:w="3310" w:type="dxa"/>
            <w:tcMar>
              <w:top w:w="80" w:type="dxa"/>
              <w:left w:w="80" w:type="dxa"/>
              <w:bottom w:w="80" w:type="dxa"/>
              <w:right w:w="80" w:type="dxa"/>
            </w:tcMar>
            <w:vAlign w:val="center"/>
          </w:tcPr>
          <w:p w14:paraId="50A276AF" w14:textId="77777777" w:rsidR="00C34331" w:rsidRPr="00F51F43" w:rsidRDefault="00C34331" w:rsidP="00C34331">
            <w:pPr>
              <w:spacing w:after="0" w:line="240" w:lineRule="auto"/>
              <w:jc w:val="center"/>
              <w:rPr>
                <w:noProof/>
                <w:sz w:val="20"/>
                <w:szCs w:val="20"/>
              </w:rPr>
            </w:pPr>
            <w:r w:rsidRPr="00F51F43">
              <w:rPr>
                <w:noProof/>
                <w:sz w:val="20"/>
                <w:szCs w:val="20"/>
              </w:rPr>
              <w:t>1</w:t>
            </w:r>
          </w:p>
        </w:tc>
        <w:tc>
          <w:tcPr>
            <w:tcW w:w="2860" w:type="dxa"/>
            <w:tcMar>
              <w:top w:w="80" w:type="dxa"/>
              <w:left w:w="80" w:type="dxa"/>
              <w:bottom w:w="80" w:type="dxa"/>
              <w:right w:w="80" w:type="dxa"/>
            </w:tcMar>
            <w:vAlign w:val="center"/>
          </w:tcPr>
          <w:p w14:paraId="03AFFD68" w14:textId="77777777" w:rsidR="00C34331" w:rsidRPr="00F51F43" w:rsidRDefault="00C34331" w:rsidP="00C34331">
            <w:pPr>
              <w:spacing w:after="0" w:line="240" w:lineRule="auto"/>
              <w:jc w:val="center"/>
              <w:rPr>
                <w:noProof/>
                <w:sz w:val="20"/>
                <w:szCs w:val="20"/>
              </w:rPr>
            </w:pPr>
            <w:r w:rsidRPr="00F51F43">
              <w:rPr>
                <w:noProof/>
                <w:sz w:val="20"/>
                <w:szCs w:val="20"/>
              </w:rPr>
              <w:t>2</w:t>
            </w:r>
          </w:p>
        </w:tc>
      </w:tr>
    </w:tbl>
    <w:p w14:paraId="3C4C899B" w14:textId="77777777" w:rsidR="007368B6" w:rsidRPr="00D7124A" w:rsidRDefault="007368B6" w:rsidP="007368B6">
      <w:pPr>
        <w:rPr>
          <w:noProof/>
          <w:lang w:eastAsia="en-US"/>
        </w:rPr>
      </w:pPr>
      <w:r w:rsidRPr="00D7124A">
        <w:rPr>
          <w:noProof/>
          <w:lang w:eastAsia="en-US"/>
        </w:rPr>
        <w:t xml:space="preserve">U pedagoškoj godini </w:t>
      </w:r>
      <w:r w:rsidRPr="00D7124A">
        <w:rPr>
          <w:bCs/>
          <w:noProof/>
          <w:lang w:eastAsia="en-US"/>
        </w:rPr>
        <w:t>2026./2027. Dječji vrtić Vrapčić broji ukupno 62 zaposlene osobe.</w:t>
      </w:r>
    </w:p>
    <w:p w14:paraId="5F47E31D" w14:textId="77777777" w:rsidR="007368B6" w:rsidRPr="00D7124A" w:rsidRDefault="007368B6" w:rsidP="00D7124A">
      <w:pPr>
        <w:pStyle w:val="Naslov2"/>
        <w:rPr>
          <w:noProof/>
          <w:lang w:eastAsia="en-US"/>
        </w:rPr>
      </w:pPr>
      <w:bookmarkStart w:id="4" w:name="_Toc241563320"/>
      <w:r w:rsidRPr="00D7124A">
        <w:rPr>
          <w:noProof/>
          <w:lang w:eastAsia="en-US"/>
        </w:rPr>
        <w:lastRenderedPageBreak/>
        <w:t>2.2. SINDIKALNO ORGANIZIRANJE ZAPOSLENIKA</w:t>
      </w:r>
      <w:bookmarkEnd w:id="4"/>
    </w:p>
    <w:p w14:paraId="63E0A746" w14:textId="77777777" w:rsidR="007368B6" w:rsidRPr="00F51F43" w:rsidRDefault="007368B6" w:rsidP="007368B6">
      <w:pPr>
        <w:rPr>
          <w:noProof/>
          <w:lang w:eastAsia="en-US"/>
        </w:rPr>
      </w:pPr>
      <w:r w:rsidRPr="00F51F43">
        <w:rPr>
          <w:noProof/>
          <w:lang w:eastAsia="en-US"/>
        </w:rPr>
        <w:t>U pedagoškoj godini 2026./2027. nastavit će se pratiti propisi kojima se uređuju prava zaposlenika iz radnog odnosa te osiguravati njihova primjena u skladu s važećim zakonskim i podzakonskim propisima, kolektivnim ugovorima i drugim aktima koji uređuju prava zaposlenika.</w:t>
      </w:r>
    </w:p>
    <w:p w14:paraId="3C7E1D2B" w14:textId="77777777" w:rsidR="007368B6" w:rsidRPr="00F51F43" w:rsidRDefault="007368B6" w:rsidP="007368B6">
      <w:pPr>
        <w:rPr>
          <w:noProof/>
          <w:lang w:eastAsia="en-US"/>
        </w:rPr>
      </w:pPr>
      <w:r w:rsidRPr="00F51F43">
        <w:rPr>
          <w:noProof/>
          <w:lang w:eastAsia="en-US"/>
        </w:rPr>
        <w:t>Sindikalno organiziranje zaposlenika ostvarivat će se u skladu s važećim propisima, a intenzitet djelovanja sindikalne podružnice ovisit će o potrebama zaposlenika i aktualnim pitanjima vezanim uz ostvarivanje njihovih prava iz radnog odnosa.</w:t>
      </w:r>
    </w:p>
    <w:p w14:paraId="4D31D44F" w14:textId="77777777" w:rsidR="007368B6" w:rsidRPr="00F51F43" w:rsidRDefault="007368B6" w:rsidP="00D7124A">
      <w:pPr>
        <w:pStyle w:val="Naslov2"/>
        <w:rPr>
          <w:noProof/>
          <w:lang w:eastAsia="en-US"/>
        </w:rPr>
      </w:pPr>
      <w:bookmarkStart w:id="5" w:name="_Toc241563321"/>
      <w:r w:rsidRPr="00F51F43">
        <w:rPr>
          <w:noProof/>
          <w:lang w:eastAsia="en-US"/>
        </w:rPr>
        <w:t>2.3. STRUKTURA SATNICE ZA PEDAGOŠKU GODINU 2026./2027. ZA SVE DJELATNIKE VRTIĆA</w:t>
      </w:r>
      <w:bookmarkEnd w:id="5"/>
    </w:p>
    <w:p w14:paraId="0BAAC4CD" w14:textId="77777777" w:rsidR="007368B6" w:rsidRPr="00F51F43" w:rsidRDefault="007368B6" w:rsidP="007368B6">
      <w:pPr>
        <w:rPr>
          <w:noProof/>
          <w:lang w:eastAsia="en-US"/>
        </w:rPr>
      </w:pPr>
      <w:r w:rsidRPr="00F51F43">
        <w:rPr>
          <w:noProof/>
          <w:lang w:eastAsia="en-US"/>
        </w:rPr>
        <w:t>Na temelju karakteristika odgojno-obrazovnih skupina, uvažavajući prvenstveno potrebe djece te potrebe roditelja za boravkom djece u Vrtiću u okviru redovitog desetosatnog programa, organiziran je rad djelatnika Dječjeg vrtića Vrapčić.</w:t>
      </w:r>
    </w:p>
    <w:p w14:paraId="314CA7BE" w14:textId="77777777" w:rsidR="007368B6" w:rsidRPr="00F51F43" w:rsidRDefault="007368B6" w:rsidP="007368B6">
      <w:pPr>
        <w:rPr>
          <w:noProof/>
          <w:lang w:eastAsia="en-US"/>
        </w:rPr>
      </w:pPr>
      <w:r w:rsidRPr="00F51F43">
        <w:rPr>
          <w:noProof/>
          <w:lang w:eastAsia="en-US"/>
        </w:rPr>
        <w:t xml:space="preserve">Za utvrđivanje godišnje satnice polazi se od zakonske obveze rada </w:t>
      </w:r>
      <w:r w:rsidRPr="00D7124A">
        <w:rPr>
          <w:noProof/>
          <w:lang w:eastAsia="en-US"/>
        </w:rPr>
        <w:t xml:space="preserve">od 40 sati tjedno. Tjedna radna obveza odgojno-obrazovnih djelatnika sastoji se od </w:t>
      </w:r>
      <w:r w:rsidRPr="00D7124A">
        <w:rPr>
          <w:bCs/>
          <w:noProof/>
          <w:lang w:eastAsia="en-US"/>
        </w:rPr>
        <w:t>27,5 sati neposrednog rada s djecom</w:t>
      </w:r>
      <w:r w:rsidRPr="00D7124A">
        <w:rPr>
          <w:noProof/>
          <w:lang w:eastAsia="en-US"/>
        </w:rPr>
        <w:t xml:space="preserve"> te</w:t>
      </w:r>
      <w:r w:rsidRPr="00F51F43">
        <w:rPr>
          <w:noProof/>
          <w:lang w:eastAsia="en-US"/>
        </w:rPr>
        <w:t xml:space="preserve"> ostalih poslova do punog tjednog radnog vremena.</w:t>
      </w:r>
    </w:p>
    <w:p w14:paraId="64CBF17F" w14:textId="77777777" w:rsidR="007368B6" w:rsidRPr="00F51F43" w:rsidRDefault="007368B6" w:rsidP="007368B6">
      <w:pPr>
        <w:rPr>
          <w:noProof/>
          <w:lang w:eastAsia="en-US"/>
        </w:rPr>
      </w:pPr>
      <w:r w:rsidRPr="00F51F43">
        <w:rPr>
          <w:noProof/>
          <w:lang w:eastAsia="en-US"/>
        </w:rPr>
        <w:t>U neposredni rad s djecom uračunavaju se sati rada u odgojno-obrazovnoj skupini i sati dežurstva. Ostali poslovi obuhvaćaju pripremanje za rad, planiranje i vrednovanje odgojno-obrazovnog rada, vođenje pedagoške dokumentacije, stručno usavršavanje, radne dogovore, stručne aktive, suradnju s roditeljima i društvenim okruženjem, izradu didaktičkih sredstava, uređenje prostora Vrtića te sudjelovanje u radu timova i radnih skupina.</w:t>
      </w:r>
    </w:p>
    <w:p w14:paraId="7EFC8E4B" w14:textId="77777777" w:rsidR="007368B6" w:rsidRPr="00F51F43" w:rsidRDefault="007368B6" w:rsidP="007368B6">
      <w:pPr>
        <w:rPr>
          <w:noProof/>
          <w:lang w:eastAsia="en-US"/>
        </w:rPr>
      </w:pPr>
      <w:r w:rsidRPr="00F51F43">
        <w:rPr>
          <w:noProof/>
          <w:lang w:eastAsia="en-US"/>
        </w:rPr>
        <w:t>Rad se u pravilu organizira pet dana u tjednu. Subote i nedjelje su neradni dani, osim u slučaju potrebe za realizacijom planiranih aktivnosti s djecom, roditeljima i lokalnom zajednicom. Raspored rada djelatnika utvrđuje ravnateljica u skladu s potrebama organizacije rada Vrtića. Godišnji odmori koriste se sukladno donesenim rješenjima i organizacijskim potrebama Vrtića.</w:t>
      </w:r>
    </w:p>
    <w:p w14:paraId="39EBC86F" w14:textId="77777777" w:rsidR="007368B6" w:rsidRPr="00F51F43" w:rsidRDefault="007368B6" w:rsidP="007368B6">
      <w:pPr>
        <w:rPr>
          <w:noProof/>
          <w:lang w:eastAsia="en-US"/>
        </w:rPr>
      </w:pPr>
      <w:r w:rsidRPr="00D7124A">
        <w:rPr>
          <w:noProof/>
          <w:lang w:eastAsia="en-US"/>
        </w:rPr>
        <w:t xml:space="preserve">Poslove zaštite na radu u Dječjem vrtiću Vrapčić obavlja </w:t>
      </w:r>
      <w:r w:rsidRPr="00D7124A">
        <w:rPr>
          <w:bCs/>
          <w:noProof/>
          <w:lang w:eastAsia="en-US"/>
        </w:rPr>
        <w:t>stručnjak zaštite na radu u opsegu od 2 sata tjedno</w:t>
      </w:r>
      <w:r w:rsidRPr="00D7124A">
        <w:rPr>
          <w:noProof/>
          <w:lang w:eastAsia="en-US"/>
        </w:rPr>
        <w:t>, sukladno važećim prop</w:t>
      </w:r>
      <w:r w:rsidRPr="00F51F43">
        <w:rPr>
          <w:noProof/>
          <w:lang w:eastAsia="en-US"/>
        </w:rPr>
        <w:t>isima iz područja zaštite na radu.</w:t>
      </w:r>
    </w:p>
    <w:p w14:paraId="25752776" w14:textId="77777777" w:rsidR="000F48AC" w:rsidRPr="00F51F43" w:rsidRDefault="00D7124A" w:rsidP="00D7124A">
      <w:pPr>
        <w:pStyle w:val="Tijeloteksta"/>
        <w:keepNext/>
        <w:spacing w:before="120"/>
        <w:jc w:val="left"/>
        <w:rPr>
          <w:b/>
          <w:bCs/>
          <w:noProof/>
        </w:rPr>
      </w:pPr>
      <w:r>
        <w:rPr>
          <w:b/>
          <w:bCs/>
          <w:noProof/>
        </w:rPr>
        <w:lastRenderedPageBreak/>
        <w:t>Tablica 9: Blagdani i državni praznici</w:t>
      </w:r>
    </w:p>
    <w:tbl>
      <w:tblPr>
        <w:tblStyle w:val="Reetkatablice"/>
        <w:tblW w:w="0" w:type="auto"/>
        <w:jc w:val="center"/>
        <w:tblLook w:val="01E0" w:firstRow="1" w:lastRow="1" w:firstColumn="1" w:lastColumn="1" w:noHBand="0" w:noVBand="0"/>
      </w:tblPr>
      <w:tblGrid>
        <w:gridCol w:w="9232"/>
      </w:tblGrid>
      <w:tr w:rsidR="00F65A67" w:rsidRPr="00F51F43" w14:paraId="7BF12709" w14:textId="77777777" w:rsidTr="00F65A67">
        <w:trPr>
          <w:cantSplit/>
          <w:jc w:val="center"/>
        </w:trPr>
        <w:tc>
          <w:tcPr>
            <w:tcW w:w="9288" w:type="dxa"/>
            <w:shd w:val="clear" w:color="auto" w:fill="D9EAD3"/>
            <w:tcMar>
              <w:top w:w="80" w:type="dxa"/>
              <w:left w:w="80" w:type="dxa"/>
              <w:bottom w:w="80" w:type="dxa"/>
              <w:right w:w="80" w:type="dxa"/>
            </w:tcMar>
            <w:vAlign w:val="center"/>
          </w:tcPr>
          <w:p w14:paraId="1A77AB3E" w14:textId="77777777" w:rsidR="00F65A67" w:rsidRPr="00D7124A" w:rsidRDefault="00F65A67" w:rsidP="00B1564D">
            <w:pPr>
              <w:spacing w:after="0" w:line="240" w:lineRule="auto"/>
              <w:jc w:val="center"/>
              <w:rPr>
                <w:b/>
                <w:bCs/>
                <w:noProof/>
                <w:sz w:val="20"/>
                <w:szCs w:val="20"/>
                <w:lang w:eastAsia="en-US"/>
              </w:rPr>
            </w:pPr>
            <w:r w:rsidRPr="00D7124A">
              <w:rPr>
                <w:b/>
                <w:bCs/>
                <w:noProof/>
                <w:sz w:val="20"/>
                <w:szCs w:val="20"/>
                <w:lang w:eastAsia="en-US"/>
              </w:rPr>
              <w:t>Tablica 9: Blagdani i državni praznici</w:t>
            </w:r>
          </w:p>
        </w:tc>
      </w:tr>
      <w:tr w:rsidR="00F65A67" w:rsidRPr="00F51F43" w14:paraId="5EE08AAE" w14:textId="77777777" w:rsidTr="00F65A67">
        <w:trPr>
          <w:cantSplit/>
          <w:jc w:val="center"/>
        </w:trPr>
        <w:tc>
          <w:tcPr>
            <w:tcW w:w="9288" w:type="dxa"/>
            <w:tcMar>
              <w:top w:w="80" w:type="dxa"/>
              <w:left w:w="80" w:type="dxa"/>
              <w:bottom w:w="80" w:type="dxa"/>
              <w:right w:w="80"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48"/>
              <w:gridCol w:w="4814"/>
            </w:tblGrid>
            <w:tr w:rsidR="00F65A67" w:rsidRPr="00D7124A" w14:paraId="417CC7D9" w14:textId="77777777" w:rsidTr="00F65A67">
              <w:trPr>
                <w:tblHeader/>
                <w:tblCellSpacing w:w="15" w:type="dxa"/>
              </w:trPr>
              <w:tc>
                <w:tcPr>
                  <w:tcW w:w="4203" w:type="dxa"/>
                  <w:tcBorders>
                    <w:top w:val="single" w:sz="4" w:space="0" w:color="auto"/>
                    <w:left w:val="single" w:sz="4" w:space="0" w:color="auto"/>
                    <w:right w:val="single" w:sz="4" w:space="0" w:color="auto"/>
                  </w:tcBorders>
                  <w:vAlign w:val="center"/>
                  <w:hideMark/>
                </w:tcPr>
                <w:p w14:paraId="6D738957" w14:textId="77777777" w:rsidR="00F65A67" w:rsidRPr="00D7124A" w:rsidRDefault="00F65A67" w:rsidP="00B1564D">
                  <w:pPr>
                    <w:spacing w:after="0" w:line="240" w:lineRule="auto"/>
                    <w:jc w:val="center"/>
                    <w:rPr>
                      <w:b/>
                      <w:bCs/>
                      <w:noProof/>
                      <w:sz w:val="20"/>
                      <w:szCs w:val="20"/>
                      <w:lang w:eastAsia="en-US"/>
                    </w:rPr>
                  </w:pPr>
                  <w:r w:rsidRPr="00D7124A">
                    <w:rPr>
                      <w:b/>
                      <w:bCs/>
                      <w:noProof/>
                      <w:sz w:val="20"/>
                      <w:szCs w:val="20"/>
                      <w:lang w:eastAsia="en-US"/>
                    </w:rPr>
                    <w:t>Datum</w:t>
                  </w:r>
                </w:p>
              </w:tc>
              <w:tc>
                <w:tcPr>
                  <w:tcW w:w="4769" w:type="dxa"/>
                  <w:tcBorders>
                    <w:top w:val="single" w:sz="4" w:space="0" w:color="auto"/>
                    <w:right w:val="single" w:sz="4" w:space="0" w:color="auto"/>
                  </w:tcBorders>
                  <w:vAlign w:val="center"/>
                  <w:hideMark/>
                </w:tcPr>
                <w:p w14:paraId="0468BF3A" w14:textId="77777777" w:rsidR="00F65A67" w:rsidRPr="00D7124A" w:rsidRDefault="00F65A67" w:rsidP="00B1564D">
                  <w:pPr>
                    <w:spacing w:after="0" w:line="240" w:lineRule="auto"/>
                    <w:jc w:val="center"/>
                    <w:rPr>
                      <w:b/>
                      <w:bCs/>
                      <w:noProof/>
                      <w:sz w:val="20"/>
                      <w:szCs w:val="20"/>
                      <w:lang w:eastAsia="en-US"/>
                    </w:rPr>
                  </w:pPr>
                  <w:r w:rsidRPr="00D7124A">
                    <w:rPr>
                      <w:b/>
                      <w:bCs/>
                      <w:noProof/>
                      <w:sz w:val="20"/>
                      <w:szCs w:val="20"/>
                      <w:lang w:eastAsia="en-US"/>
                    </w:rPr>
                    <w:t>Blagdan / državni praznik</w:t>
                  </w:r>
                </w:p>
              </w:tc>
            </w:tr>
            <w:tr w:rsidR="00F65A67" w:rsidRPr="00D7124A" w14:paraId="2F17C239" w14:textId="77777777" w:rsidTr="00F65A67">
              <w:trPr>
                <w:tblCellSpacing w:w="15" w:type="dxa"/>
              </w:trPr>
              <w:tc>
                <w:tcPr>
                  <w:tcW w:w="4203" w:type="dxa"/>
                  <w:tcBorders>
                    <w:left w:val="single" w:sz="4" w:space="0" w:color="auto"/>
                    <w:bottom w:val="single" w:sz="4" w:space="0" w:color="auto"/>
                    <w:right w:val="single" w:sz="4" w:space="0" w:color="auto"/>
                  </w:tcBorders>
                  <w:vAlign w:val="center"/>
                  <w:hideMark/>
                </w:tcPr>
                <w:p w14:paraId="6B0B9703"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1. studenoga 2026. (nedjelja)</w:t>
                  </w:r>
                </w:p>
              </w:tc>
              <w:tc>
                <w:tcPr>
                  <w:tcW w:w="4769" w:type="dxa"/>
                  <w:tcBorders>
                    <w:bottom w:val="single" w:sz="4" w:space="0" w:color="auto"/>
                    <w:right w:val="single" w:sz="4" w:space="0" w:color="auto"/>
                  </w:tcBorders>
                  <w:vAlign w:val="center"/>
                  <w:hideMark/>
                </w:tcPr>
                <w:p w14:paraId="36AD3D5C"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Svi sveti</w:t>
                  </w:r>
                </w:p>
              </w:tc>
            </w:tr>
            <w:tr w:rsidR="00F65A67" w:rsidRPr="00D7124A" w14:paraId="1E7F95BE" w14:textId="77777777" w:rsidTr="00F65A67">
              <w:trPr>
                <w:tblCellSpacing w:w="15" w:type="dxa"/>
              </w:trPr>
              <w:tc>
                <w:tcPr>
                  <w:tcW w:w="4203" w:type="dxa"/>
                  <w:tcBorders>
                    <w:left w:val="single" w:sz="4" w:space="0" w:color="auto"/>
                    <w:right w:val="single" w:sz="4" w:space="0" w:color="auto"/>
                  </w:tcBorders>
                  <w:vAlign w:val="center"/>
                  <w:hideMark/>
                </w:tcPr>
                <w:p w14:paraId="3D82C958"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18. studenoga 2026. (srijeda)</w:t>
                  </w:r>
                </w:p>
              </w:tc>
              <w:tc>
                <w:tcPr>
                  <w:tcW w:w="4769" w:type="dxa"/>
                  <w:tcBorders>
                    <w:right w:val="single" w:sz="4" w:space="0" w:color="auto"/>
                  </w:tcBorders>
                  <w:vAlign w:val="center"/>
                  <w:hideMark/>
                </w:tcPr>
                <w:p w14:paraId="5D72F721"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Dan sjećanja na žrtve Domovinskog rata i Dan sjećanja na žrtvu Vukovara i Škabrnje</w:t>
                  </w:r>
                </w:p>
              </w:tc>
            </w:tr>
            <w:tr w:rsidR="00F65A67" w:rsidRPr="00D7124A" w14:paraId="310ED618" w14:textId="77777777" w:rsidTr="00F65A67">
              <w:trPr>
                <w:tblCellSpacing w:w="15" w:type="dxa"/>
              </w:trPr>
              <w:tc>
                <w:tcPr>
                  <w:tcW w:w="4203" w:type="dxa"/>
                  <w:tcBorders>
                    <w:top w:val="single" w:sz="4" w:space="0" w:color="auto"/>
                    <w:left w:val="single" w:sz="4" w:space="0" w:color="auto"/>
                    <w:bottom w:val="single" w:sz="4" w:space="0" w:color="auto"/>
                    <w:right w:val="single" w:sz="4" w:space="0" w:color="auto"/>
                  </w:tcBorders>
                  <w:vAlign w:val="center"/>
                  <w:hideMark/>
                </w:tcPr>
                <w:p w14:paraId="1FA04AF4"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25. prosinca 2026. (petak)</w:t>
                  </w:r>
                </w:p>
              </w:tc>
              <w:tc>
                <w:tcPr>
                  <w:tcW w:w="4769" w:type="dxa"/>
                  <w:tcBorders>
                    <w:top w:val="single" w:sz="4" w:space="0" w:color="auto"/>
                    <w:bottom w:val="single" w:sz="4" w:space="0" w:color="auto"/>
                    <w:right w:val="single" w:sz="4" w:space="0" w:color="auto"/>
                  </w:tcBorders>
                  <w:vAlign w:val="center"/>
                  <w:hideMark/>
                </w:tcPr>
                <w:p w14:paraId="63683D91"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Božić</w:t>
                  </w:r>
                </w:p>
              </w:tc>
            </w:tr>
            <w:tr w:rsidR="00F65A67" w:rsidRPr="00D7124A" w14:paraId="6D18D1AF" w14:textId="77777777" w:rsidTr="00F65A67">
              <w:trPr>
                <w:tblCellSpacing w:w="15" w:type="dxa"/>
              </w:trPr>
              <w:tc>
                <w:tcPr>
                  <w:tcW w:w="4203" w:type="dxa"/>
                  <w:tcBorders>
                    <w:left w:val="single" w:sz="4" w:space="0" w:color="auto"/>
                    <w:right w:val="single" w:sz="4" w:space="0" w:color="auto"/>
                  </w:tcBorders>
                  <w:vAlign w:val="center"/>
                  <w:hideMark/>
                </w:tcPr>
                <w:p w14:paraId="21381835"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26. prosinca 2026. (subota)</w:t>
                  </w:r>
                </w:p>
              </w:tc>
              <w:tc>
                <w:tcPr>
                  <w:tcW w:w="4769" w:type="dxa"/>
                  <w:tcBorders>
                    <w:right w:val="single" w:sz="4" w:space="0" w:color="auto"/>
                  </w:tcBorders>
                  <w:vAlign w:val="center"/>
                  <w:hideMark/>
                </w:tcPr>
                <w:p w14:paraId="000579A8"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Sveti Stjepan</w:t>
                  </w:r>
                </w:p>
              </w:tc>
            </w:tr>
            <w:tr w:rsidR="00F65A67" w:rsidRPr="00D7124A" w14:paraId="4A7CC4F3" w14:textId="77777777" w:rsidTr="00F65A67">
              <w:trPr>
                <w:tblCellSpacing w:w="15" w:type="dxa"/>
              </w:trPr>
              <w:tc>
                <w:tcPr>
                  <w:tcW w:w="4203" w:type="dxa"/>
                  <w:tcBorders>
                    <w:top w:val="single" w:sz="4" w:space="0" w:color="auto"/>
                    <w:left w:val="single" w:sz="4" w:space="0" w:color="auto"/>
                    <w:right w:val="single" w:sz="4" w:space="0" w:color="auto"/>
                  </w:tcBorders>
                  <w:vAlign w:val="center"/>
                  <w:hideMark/>
                </w:tcPr>
                <w:p w14:paraId="6C31147E"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1. siječnja 2027. (petak)</w:t>
                  </w:r>
                </w:p>
              </w:tc>
              <w:tc>
                <w:tcPr>
                  <w:tcW w:w="4769" w:type="dxa"/>
                  <w:tcBorders>
                    <w:top w:val="single" w:sz="4" w:space="0" w:color="auto"/>
                    <w:right w:val="single" w:sz="4" w:space="0" w:color="auto"/>
                  </w:tcBorders>
                  <w:vAlign w:val="center"/>
                  <w:hideMark/>
                </w:tcPr>
                <w:p w14:paraId="31EC1F62"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Nova godina</w:t>
                  </w:r>
                </w:p>
              </w:tc>
            </w:tr>
            <w:tr w:rsidR="00F65A67" w:rsidRPr="00D7124A" w14:paraId="4DA92D88" w14:textId="77777777" w:rsidTr="00F65A67">
              <w:trPr>
                <w:tblCellSpacing w:w="15" w:type="dxa"/>
              </w:trPr>
              <w:tc>
                <w:tcPr>
                  <w:tcW w:w="4203" w:type="dxa"/>
                  <w:tcBorders>
                    <w:top w:val="single" w:sz="4" w:space="0" w:color="auto"/>
                    <w:left w:val="single" w:sz="4" w:space="0" w:color="auto"/>
                    <w:right w:val="single" w:sz="4" w:space="0" w:color="auto"/>
                  </w:tcBorders>
                  <w:vAlign w:val="center"/>
                  <w:hideMark/>
                </w:tcPr>
                <w:p w14:paraId="2F9C69A8"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6. siječnja 2027. (srijeda)</w:t>
                  </w:r>
                </w:p>
              </w:tc>
              <w:tc>
                <w:tcPr>
                  <w:tcW w:w="4769" w:type="dxa"/>
                  <w:tcBorders>
                    <w:top w:val="single" w:sz="4" w:space="0" w:color="auto"/>
                    <w:right w:val="single" w:sz="4" w:space="0" w:color="auto"/>
                  </w:tcBorders>
                  <w:vAlign w:val="center"/>
                  <w:hideMark/>
                </w:tcPr>
                <w:p w14:paraId="1E8E2188"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Bogojavljenje ili Sveta tri kralja</w:t>
                  </w:r>
                </w:p>
              </w:tc>
            </w:tr>
            <w:tr w:rsidR="00F65A67" w:rsidRPr="00D7124A" w14:paraId="06B8BFFD" w14:textId="77777777" w:rsidTr="00F65A67">
              <w:trPr>
                <w:tblCellSpacing w:w="15" w:type="dxa"/>
              </w:trPr>
              <w:tc>
                <w:tcPr>
                  <w:tcW w:w="4203" w:type="dxa"/>
                  <w:tcBorders>
                    <w:top w:val="single" w:sz="4" w:space="0" w:color="auto"/>
                    <w:left w:val="single" w:sz="4" w:space="0" w:color="auto"/>
                    <w:right w:val="single" w:sz="4" w:space="0" w:color="auto"/>
                  </w:tcBorders>
                  <w:vAlign w:val="center"/>
                  <w:hideMark/>
                </w:tcPr>
                <w:p w14:paraId="6E448D0D"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28. ožujka 2027. (nedjelja)</w:t>
                  </w:r>
                </w:p>
              </w:tc>
              <w:tc>
                <w:tcPr>
                  <w:tcW w:w="4769" w:type="dxa"/>
                  <w:tcBorders>
                    <w:top w:val="single" w:sz="4" w:space="0" w:color="auto"/>
                    <w:right w:val="single" w:sz="4" w:space="0" w:color="auto"/>
                  </w:tcBorders>
                  <w:vAlign w:val="center"/>
                  <w:hideMark/>
                </w:tcPr>
                <w:p w14:paraId="56E412F9"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Uskrs</w:t>
                  </w:r>
                </w:p>
              </w:tc>
            </w:tr>
            <w:tr w:rsidR="00F65A67" w:rsidRPr="00D7124A" w14:paraId="71C900CA" w14:textId="77777777" w:rsidTr="00F65A67">
              <w:trPr>
                <w:tblCellSpacing w:w="15" w:type="dxa"/>
              </w:trPr>
              <w:tc>
                <w:tcPr>
                  <w:tcW w:w="4203" w:type="dxa"/>
                  <w:tcBorders>
                    <w:top w:val="single" w:sz="4" w:space="0" w:color="auto"/>
                    <w:left w:val="single" w:sz="4" w:space="0" w:color="auto"/>
                    <w:right w:val="single" w:sz="4" w:space="0" w:color="auto"/>
                  </w:tcBorders>
                  <w:vAlign w:val="center"/>
                  <w:hideMark/>
                </w:tcPr>
                <w:p w14:paraId="78AA051A"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29. ožujka 2027. (ponedjeljak)</w:t>
                  </w:r>
                </w:p>
              </w:tc>
              <w:tc>
                <w:tcPr>
                  <w:tcW w:w="4769" w:type="dxa"/>
                  <w:tcBorders>
                    <w:top w:val="single" w:sz="4" w:space="0" w:color="auto"/>
                    <w:right w:val="single" w:sz="4" w:space="0" w:color="auto"/>
                  </w:tcBorders>
                  <w:vAlign w:val="center"/>
                  <w:hideMark/>
                </w:tcPr>
                <w:p w14:paraId="2D92BF7E"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Uskrsni ponedjeljak</w:t>
                  </w:r>
                </w:p>
              </w:tc>
            </w:tr>
            <w:tr w:rsidR="00F65A67" w:rsidRPr="00D7124A" w14:paraId="25C7CBF8" w14:textId="77777777" w:rsidTr="00F65A67">
              <w:trPr>
                <w:tblCellSpacing w:w="15" w:type="dxa"/>
              </w:trPr>
              <w:tc>
                <w:tcPr>
                  <w:tcW w:w="4203" w:type="dxa"/>
                  <w:tcBorders>
                    <w:top w:val="single" w:sz="4" w:space="0" w:color="auto"/>
                    <w:left w:val="single" w:sz="4" w:space="0" w:color="auto"/>
                    <w:right w:val="single" w:sz="4" w:space="0" w:color="auto"/>
                  </w:tcBorders>
                  <w:vAlign w:val="center"/>
                  <w:hideMark/>
                </w:tcPr>
                <w:p w14:paraId="4730322E"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1. svibnja 2027. (subota)</w:t>
                  </w:r>
                </w:p>
              </w:tc>
              <w:tc>
                <w:tcPr>
                  <w:tcW w:w="4769" w:type="dxa"/>
                  <w:tcBorders>
                    <w:top w:val="single" w:sz="4" w:space="0" w:color="auto"/>
                    <w:right w:val="single" w:sz="4" w:space="0" w:color="auto"/>
                  </w:tcBorders>
                  <w:vAlign w:val="center"/>
                  <w:hideMark/>
                </w:tcPr>
                <w:p w14:paraId="1F01DEA9"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Praznik rada</w:t>
                  </w:r>
                </w:p>
              </w:tc>
            </w:tr>
            <w:tr w:rsidR="00F65A67" w:rsidRPr="00D7124A" w14:paraId="5AA4D81A" w14:textId="77777777" w:rsidTr="00F65A67">
              <w:trPr>
                <w:tblCellSpacing w:w="15" w:type="dxa"/>
              </w:trPr>
              <w:tc>
                <w:tcPr>
                  <w:tcW w:w="4203" w:type="dxa"/>
                  <w:tcBorders>
                    <w:top w:val="single" w:sz="4" w:space="0" w:color="auto"/>
                    <w:left w:val="single" w:sz="4" w:space="0" w:color="auto"/>
                    <w:bottom w:val="single" w:sz="4" w:space="0" w:color="auto"/>
                    <w:right w:val="single" w:sz="4" w:space="0" w:color="auto"/>
                  </w:tcBorders>
                  <w:vAlign w:val="center"/>
                  <w:hideMark/>
                </w:tcPr>
                <w:p w14:paraId="7CE8A303"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27. svibnja 2027. (četvrtak)</w:t>
                  </w:r>
                </w:p>
              </w:tc>
              <w:tc>
                <w:tcPr>
                  <w:tcW w:w="4769" w:type="dxa"/>
                  <w:tcBorders>
                    <w:top w:val="single" w:sz="4" w:space="0" w:color="auto"/>
                    <w:bottom w:val="single" w:sz="4" w:space="0" w:color="auto"/>
                    <w:right w:val="single" w:sz="4" w:space="0" w:color="auto"/>
                  </w:tcBorders>
                  <w:vAlign w:val="center"/>
                  <w:hideMark/>
                </w:tcPr>
                <w:p w14:paraId="03C29398"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Tijelovo</w:t>
                  </w:r>
                </w:p>
              </w:tc>
            </w:tr>
            <w:tr w:rsidR="00F65A67" w:rsidRPr="00D7124A" w14:paraId="23469A20" w14:textId="77777777" w:rsidTr="00F65A67">
              <w:trPr>
                <w:tblCellSpacing w:w="15" w:type="dxa"/>
              </w:trPr>
              <w:tc>
                <w:tcPr>
                  <w:tcW w:w="4203" w:type="dxa"/>
                  <w:tcBorders>
                    <w:left w:val="single" w:sz="4" w:space="0" w:color="auto"/>
                    <w:right w:val="single" w:sz="4" w:space="0" w:color="auto"/>
                  </w:tcBorders>
                  <w:vAlign w:val="center"/>
                  <w:hideMark/>
                </w:tcPr>
                <w:p w14:paraId="01034BE5"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30. svibnja 2027. (nedjelja)</w:t>
                  </w:r>
                </w:p>
              </w:tc>
              <w:tc>
                <w:tcPr>
                  <w:tcW w:w="4769" w:type="dxa"/>
                  <w:tcBorders>
                    <w:right w:val="single" w:sz="4" w:space="0" w:color="auto"/>
                  </w:tcBorders>
                  <w:vAlign w:val="center"/>
                  <w:hideMark/>
                </w:tcPr>
                <w:p w14:paraId="768339A0"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Dan državnosti</w:t>
                  </w:r>
                </w:p>
              </w:tc>
            </w:tr>
            <w:tr w:rsidR="00F65A67" w:rsidRPr="00D7124A" w14:paraId="62C35205" w14:textId="77777777" w:rsidTr="00F65A67">
              <w:trPr>
                <w:tblCellSpacing w:w="15" w:type="dxa"/>
              </w:trPr>
              <w:tc>
                <w:tcPr>
                  <w:tcW w:w="4203" w:type="dxa"/>
                  <w:tcBorders>
                    <w:top w:val="single" w:sz="4" w:space="0" w:color="auto"/>
                    <w:left w:val="single" w:sz="4" w:space="0" w:color="auto"/>
                    <w:right w:val="single" w:sz="4" w:space="0" w:color="auto"/>
                  </w:tcBorders>
                  <w:vAlign w:val="center"/>
                  <w:hideMark/>
                </w:tcPr>
                <w:p w14:paraId="66938B53"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22. lipnja 2027. (utorak)</w:t>
                  </w:r>
                </w:p>
              </w:tc>
              <w:tc>
                <w:tcPr>
                  <w:tcW w:w="4769" w:type="dxa"/>
                  <w:tcBorders>
                    <w:top w:val="single" w:sz="4" w:space="0" w:color="auto"/>
                    <w:right w:val="single" w:sz="4" w:space="0" w:color="auto"/>
                  </w:tcBorders>
                  <w:vAlign w:val="center"/>
                  <w:hideMark/>
                </w:tcPr>
                <w:p w14:paraId="4554D6DA"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Dan antifašističke borbe</w:t>
                  </w:r>
                </w:p>
              </w:tc>
            </w:tr>
            <w:tr w:rsidR="00F65A67" w:rsidRPr="00D7124A" w14:paraId="10663B68" w14:textId="77777777" w:rsidTr="00F65A67">
              <w:trPr>
                <w:tblCellSpacing w:w="15" w:type="dxa"/>
              </w:trPr>
              <w:tc>
                <w:tcPr>
                  <w:tcW w:w="4203" w:type="dxa"/>
                  <w:tcBorders>
                    <w:top w:val="single" w:sz="4" w:space="0" w:color="auto"/>
                    <w:left w:val="single" w:sz="4" w:space="0" w:color="auto"/>
                    <w:right w:val="single" w:sz="4" w:space="0" w:color="auto"/>
                  </w:tcBorders>
                  <w:vAlign w:val="center"/>
                  <w:hideMark/>
                </w:tcPr>
                <w:p w14:paraId="7A2E6813"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5. kolovoza 2027. (četvrtak)</w:t>
                  </w:r>
                </w:p>
              </w:tc>
              <w:tc>
                <w:tcPr>
                  <w:tcW w:w="4769" w:type="dxa"/>
                  <w:tcBorders>
                    <w:top w:val="single" w:sz="4" w:space="0" w:color="auto"/>
                    <w:right w:val="single" w:sz="4" w:space="0" w:color="auto"/>
                  </w:tcBorders>
                  <w:vAlign w:val="center"/>
                  <w:hideMark/>
                </w:tcPr>
                <w:p w14:paraId="615B8E12"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Dan pobjede i domovinske zahvalnosti i Dan hrvatskih branitelja</w:t>
                  </w:r>
                </w:p>
              </w:tc>
            </w:tr>
            <w:tr w:rsidR="00F65A67" w:rsidRPr="00D7124A" w14:paraId="01824F90" w14:textId="77777777" w:rsidTr="00F65A67">
              <w:trPr>
                <w:tblCellSpacing w:w="15" w:type="dxa"/>
              </w:trPr>
              <w:tc>
                <w:tcPr>
                  <w:tcW w:w="4203" w:type="dxa"/>
                  <w:tcBorders>
                    <w:top w:val="single" w:sz="4" w:space="0" w:color="auto"/>
                    <w:left w:val="single" w:sz="4" w:space="0" w:color="auto"/>
                    <w:bottom w:val="single" w:sz="4" w:space="0" w:color="auto"/>
                    <w:right w:val="single" w:sz="4" w:space="0" w:color="auto"/>
                  </w:tcBorders>
                  <w:vAlign w:val="center"/>
                  <w:hideMark/>
                </w:tcPr>
                <w:p w14:paraId="3D01C9B7"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15. kolovoza 2027. (nedjelja)</w:t>
                  </w:r>
                </w:p>
              </w:tc>
              <w:tc>
                <w:tcPr>
                  <w:tcW w:w="4769" w:type="dxa"/>
                  <w:tcBorders>
                    <w:top w:val="single" w:sz="4" w:space="0" w:color="auto"/>
                    <w:bottom w:val="single" w:sz="4" w:space="0" w:color="auto"/>
                    <w:right w:val="single" w:sz="4" w:space="0" w:color="auto"/>
                  </w:tcBorders>
                  <w:vAlign w:val="center"/>
                  <w:hideMark/>
                </w:tcPr>
                <w:p w14:paraId="08A44F85" w14:textId="77777777" w:rsidR="00F65A67" w:rsidRPr="00D7124A" w:rsidRDefault="00F65A67" w:rsidP="00B1564D">
                  <w:pPr>
                    <w:spacing w:after="0" w:line="240" w:lineRule="auto"/>
                    <w:rPr>
                      <w:noProof/>
                      <w:sz w:val="20"/>
                      <w:szCs w:val="20"/>
                      <w:lang w:eastAsia="en-US"/>
                    </w:rPr>
                  </w:pPr>
                  <w:r w:rsidRPr="00D7124A">
                    <w:rPr>
                      <w:noProof/>
                      <w:sz w:val="20"/>
                      <w:szCs w:val="20"/>
                      <w:lang w:eastAsia="en-US"/>
                    </w:rPr>
                    <w:t>Velika Gospa</w:t>
                  </w:r>
                </w:p>
                <w:p w14:paraId="228B5339" w14:textId="77777777" w:rsidR="00F65A67" w:rsidRPr="00D7124A" w:rsidRDefault="00F65A67" w:rsidP="00B1564D">
                  <w:pPr>
                    <w:spacing w:after="0" w:line="240" w:lineRule="auto"/>
                    <w:rPr>
                      <w:noProof/>
                      <w:sz w:val="20"/>
                      <w:szCs w:val="20"/>
                      <w:lang w:eastAsia="en-US"/>
                    </w:rPr>
                  </w:pPr>
                </w:p>
                <w:p w14:paraId="56046422" w14:textId="77777777" w:rsidR="00F65A67" w:rsidRPr="00D7124A" w:rsidRDefault="00F65A67" w:rsidP="00B1564D">
                  <w:pPr>
                    <w:spacing w:after="0" w:line="240" w:lineRule="auto"/>
                    <w:rPr>
                      <w:noProof/>
                      <w:sz w:val="20"/>
                      <w:szCs w:val="20"/>
                      <w:lang w:eastAsia="en-US"/>
                    </w:rPr>
                  </w:pPr>
                </w:p>
              </w:tc>
            </w:tr>
          </w:tbl>
          <w:p w14:paraId="7F32E74E" w14:textId="77777777" w:rsidR="00F65A67" w:rsidRPr="00D7124A" w:rsidRDefault="00F65A67">
            <w:pPr>
              <w:spacing w:after="0" w:line="240" w:lineRule="auto"/>
              <w:rPr>
                <w:noProof/>
                <w:sz w:val="20"/>
                <w:szCs w:val="20"/>
              </w:rPr>
            </w:pPr>
          </w:p>
        </w:tc>
      </w:tr>
    </w:tbl>
    <w:p w14:paraId="67351771" w14:textId="77777777" w:rsidR="007368B6" w:rsidRPr="00D7124A" w:rsidRDefault="007368B6" w:rsidP="007368B6">
      <w:pPr>
        <w:rPr>
          <w:noProof/>
          <w:lang w:eastAsia="en-US"/>
        </w:rPr>
      </w:pPr>
      <w:r w:rsidRPr="00F51F43">
        <w:rPr>
          <w:noProof/>
          <w:lang w:eastAsia="en-US"/>
        </w:rPr>
        <w:t xml:space="preserve">Pravoslavni, islamski i židovski vjernici, sukladno članku 3. Zakona o blagdanima, spomendanima i neradnim danima u Republici Hrvatskoj, imaju pravo ne raditi na dane svojih </w:t>
      </w:r>
      <w:r w:rsidRPr="00D7124A">
        <w:rPr>
          <w:noProof/>
          <w:lang w:eastAsia="en-US"/>
        </w:rPr>
        <w:t>vjerskih blagdana:</w:t>
      </w:r>
    </w:p>
    <w:p w14:paraId="7AD128E8" w14:textId="77777777" w:rsidR="00D7124A" w:rsidRDefault="007368B6" w:rsidP="007368B6">
      <w:pPr>
        <w:rPr>
          <w:noProof/>
          <w:lang w:eastAsia="en-US"/>
        </w:rPr>
      </w:pPr>
      <w:r w:rsidRPr="00D7124A">
        <w:rPr>
          <w:bCs/>
          <w:noProof/>
          <w:lang w:eastAsia="en-US"/>
        </w:rPr>
        <w:t>PRAVOSLAVNI VJERNICI</w:t>
      </w:r>
      <w:r w:rsidRPr="00D7124A">
        <w:rPr>
          <w:noProof/>
          <w:lang w:eastAsia="en-US"/>
        </w:rPr>
        <w:t xml:space="preserve"> – Bož</w:t>
      </w:r>
      <w:r w:rsidR="00D7124A">
        <w:rPr>
          <w:noProof/>
          <w:lang w:eastAsia="en-US"/>
        </w:rPr>
        <w:t>ić (7. siječnja)</w:t>
      </w:r>
    </w:p>
    <w:p w14:paraId="451B4AD6" w14:textId="77777777" w:rsidR="007368B6" w:rsidRPr="00D7124A" w:rsidRDefault="007368B6" w:rsidP="007368B6">
      <w:pPr>
        <w:rPr>
          <w:noProof/>
          <w:lang w:eastAsia="en-US"/>
        </w:rPr>
      </w:pPr>
      <w:r w:rsidRPr="00D7124A">
        <w:rPr>
          <w:bCs/>
          <w:noProof/>
          <w:lang w:eastAsia="en-US"/>
        </w:rPr>
        <w:t>ISLAMSKI VJERNICI</w:t>
      </w:r>
      <w:r w:rsidRPr="00D7124A">
        <w:rPr>
          <w:noProof/>
          <w:lang w:eastAsia="en-US"/>
        </w:rPr>
        <w:t xml:space="preserve"> – Ramazanski bajram i Kurban bajram</w:t>
      </w:r>
    </w:p>
    <w:p w14:paraId="4312C5A4" w14:textId="77777777" w:rsidR="007368B6" w:rsidRPr="00F51F43" w:rsidRDefault="007368B6" w:rsidP="007368B6">
      <w:pPr>
        <w:rPr>
          <w:noProof/>
          <w:lang w:eastAsia="en-US"/>
        </w:rPr>
      </w:pPr>
      <w:r w:rsidRPr="00D7124A">
        <w:rPr>
          <w:bCs/>
          <w:noProof/>
          <w:lang w:eastAsia="en-US"/>
        </w:rPr>
        <w:t>ŽIDOVSKI VJERNICI</w:t>
      </w:r>
      <w:r w:rsidRPr="00D7124A">
        <w:rPr>
          <w:noProof/>
          <w:lang w:eastAsia="en-US"/>
        </w:rPr>
        <w:t xml:space="preserve"> – Roš</w:t>
      </w:r>
      <w:r w:rsidRPr="00F51F43">
        <w:rPr>
          <w:noProof/>
          <w:lang w:eastAsia="en-US"/>
        </w:rPr>
        <w:t xml:space="preserve"> Hašana i Jom Kipur</w:t>
      </w:r>
    </w:p>
    <w:p w14:paraId="4234EC82" w14:textId="77777777" w:rsidR="000F48AC" w:rsidRPr="00D7124A" w:rsidRDefault="007368B6" w:rsidP="00D7124A">
      <w:pPr>
        <w:rPr>
          <w:noProof/>
        </w:rPr>
      </w:pPr>
      <w:r w:rsidRPr="00F51F43">
        <w:rPr>
          <w:noProof/>
        </w:rPr>
        <w:t>Prije blagdana, praznika i drugih dana za koje se očekuje smanjena prisutnost djece, a u svrhu pravodobnog planiranja i racionalne organizacije rada, roditelji ispunjavaju ankete o potrebi dovođenja djece u Vrtić. Na temelju broja prijavljene djece Vrtić organizira rad, odnosno prema potrebi provodi spajanje odgojno-obrazovnih skupina te prilagođava broj djelatnika stvarnim potrebama, uz osiguravanje uvjeta za siguran i kvalitetan boravak djece.</w:t>
      </w:r>
    </w:p>
    <w:p w14:paraId="03621F75" w14:textId="77777777" w:rsidR="000F48AC" w:rsidRPr="00F51F43" w:rsidRDefault="000F48AC" w:rsidP="006779FF">
      <w:pPr>
        <w:rPr>
          <w:noProof/>
        </w:rPr>
      </w:pPr>
    </w:p>
    <w:p w14:paraId="665D7204" w14:textId="77777777" w:rsidR="006779FF" w:rsidRPr="00F51F43" w:rsidRDefault="006779FF" w:rsidP="006779FF">
      <w:pPr>
        <w:keepNext/>
        <w:shd w:val="clear" w:color="auto" w:fill="FFFFFF"/>
        <w:spacing w:before="120"/>
        <w:jc w:val="left"/>
        <w:rPr>
          <w:b/>
          <w:bCs/>
          <w:noProof/>
          <w:lang w:eastAsia="en-US"/>
        </w:rPr>
      </w:pPr>
      <w:r w:rsidRPr="00F51F43">
        <w:rPr>
          <w:b/>
          <w:bCs/>
          <w:noProof/>
          <w:lang w:eastAsia="en-US"/>
        </w:rPr>
        <w:lastRenderedPageBreak/>
        <w:t>Tablica 10: Godišnje zaduženje odgojno-obrazovnih djelatnika izraženo po mjesecima</w:t>
      </w:r>
    </w:p>
    <w:tbl>
      <w:tblPr>
        <w:tblStyle w:val="Reetkatablice"/>
        <w:tblW w:w="0" w:type="dxa"/>
        <w:jc w:val="center"/>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233"/>
        <w:gridCol w:w="937"/>
        <w:gridCol w:w="797"/>
        <w:gridCol w:w="904"/>
        <w:gridCol w:w="1054"/>
        <w:gridCol w:w="813"/>
        <w:gridCol w:w="1129"/>
        <w:gridCol w:w="1311"/>
        <w:gridCol w:w="1054"/>
      </w:tblGrid>
      <w:tr w:rsidR="006779FF" w:rsidRPr="00F51F43" w14:paraId="5B1FE49D" w14:textId="77777777" w:rsidTr="006779FF">
        <w:trPr>
          <w:cantSplit/>
          <w:tblHeader/>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29EBEB3B"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Mjesec</w:t>
            </w:r>
          </w:p>
        </w:tc>
        <w:tc>
          <w:tcPr>
            <w:tcW w:w="1247"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5AABFFDD"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Ukupan</w:t>
            </w:r>
            <w:r w:rsidRPr="00F51F43">
              <w:rPr>
                <w:b/>
                <w:bCs/>
                <w:noProof/>
                <w:sz w:val="20"/>
                <w:szCs w:val="20"/>
                <w:lang w:eastAsia="en-US"/>
              </w:rPr>
              <w:br/>
              <w:t>broj dana</w:t>
            </w:r>
          </w:p>
        </w:tc>
        <w:tc>
          <w:tcPr>
            <w:tcW w:w="964"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13839B6D"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Subote</w:t>
            </w:r>
          </w:p>
        </w:tc>
        <w:tc>
          <w:tcPr>
            <w:tcW w:w="1020"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3AEE6BC8"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Nedjelje</w:t>
            </w:r>
          </w:p>
        </w:tc>
        <w:tc>
          <w:tcPr>
            <w:tcW w:w="1587"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67A9A08F"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Praznici i</w:t>
            </w:r>
            <w:r w:rsidRPr="00F51F43">
              <w:rPr>
                <w:b/>
                <w:bCs/>
                <w:noProof/>
                <w:sz w:val="20"/>
                <w:szCs w:val="20"/>
                <w:lang w:eastAsia="en-US"/>
              </w:rPr>
              <w:br/>
              <w:t>blagdani u</w:t>
            </w:r>
            <w:r w:rsidRPr="00F51F43">
              <w:rPr>
                <w:b/>
                <w:bCs/>
                <w:noProof/>
                <w:sz w:val="20"/>
                <w:szCs w:val="20"/>
                <w:lang w:eastAsia="en-US"/>
              </w:rPr>
              <w:br/>
              <w:t>radne dane</w:t>
            </w:r>
          </w:p>
        </w:tc>
        <w:tc>
          <w:tcPr>
            <w:tcW w:w="1077"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71818409"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Broj</w:t>
            </w:r>
            <w:r w:rsidRPr="00F51F43">
              <w:rPr>
                <w:b/>
                <w:bCs/>
                <w:noProof/>
                <w:sz w:val="20"/>
                <w:szCs w:val="20"/>
                <w:lang w:eastAsia="en-US"/>
              </w:rPr>
              <w:br/>
              <w:t>radnih</w:t>
            </w:r>
            <w:r w:rsidRPr="00F51F43">
              <w:rPr>
                <w:b/>
                <w:bCs/>
                <w:noProof/>
                <w:sz w:val="20"/>
                <w:szCs w:val="20"/>
                <w:lang w:eastAsia="en-US"/>
              </w:rPr>
              <w:br/>
              <w:t>dana</w:t>
            </w:r>
          </w:p>
        </w:tc>
        <w:tc>
          <w:tcPr>
            <w:tcW w:w="1531"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10B3314D"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Mjesečno</w:t>
            </w:r>
            <w:r w:rsidRPr="00F51F43">
              <w:rPr>
                <w:b/>
                <w:bCs/>
                <w:noProof/>
                <w:sz w:val="20"/>
                <w:szCs w:val="20"/>
                <w:lang w:eastAsia="en-US"/>
              </w:rPr>
              <w:br/>
              <w:t>zaduženje</w:t>
            </w:r>
            <w:r w:rsidRPr="00F51F43">
              <w:rPr>
                <w:b/>
                <w:bCs/>
                <w:noProof/>
                <w:sz w:val="20"/>
                <w:szCs w:val="20"/>
                <w:lang w:eastAsia="en-US"/>
              </w:rPr>
              <w:br/>
              <w:t>satnice</w:t>
            </w:r>
          </w:p>
        </w:tc>
        <w:tc>
          <w:tcPr>
            <w:tcW w:w="1531"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45771D55"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Broj sati</w:t>
            </w:r>
            <w:r w:rsidRPr="00F51F43">
              <w:rPr>
                <w:b/>
                <w:bCs/>
                <w:noProof/>
                <w:sz w:val="20"/>
                <w:szCs w:val="20"/>
                <w:lang w:eastAsia="en-US"/>
              </w:rPr>
              <w:br/>
              <w:t>neposrednog</w:t>
            </w:r>
            <w:r w:rsidRPr="00F51F43">
              <w:rPr>
                <w:b/>
                <w:bCs/>
                <w:noProof/>
                <w:sz w:val="20"/>
                <w:szCs w:val="20"/>
                <w:lang w:eastAsia="en-US"/>
              </w:rPr>
              <w:br/>
              <w:t>rada</w:t>
            </w:r>
          </w:p>
        </w:tc>
        <w:tc>
          <w:tcPr>
            <w:tcW w:w="1587" w:type="dxa"/>
            <w:tcBorders>
              <w:top w:val="single" w:sz="4" w:space="0" w:color="000000"/>
              <w:left w:val="single" w:sz="4" w:space="0" w:color="000000"/>
              <w:bottom w:val="single" w:sz="4" w:space="0" w:color="000000"/>
              <w:right w:val="single" w:sz="4" w:space="0" w:color="000000"/>
            </w:tcBorders>
            <w:shd w:val="clear" w:color="auto" w:fill="D9EAD3"/>
            <w:tcMar>
              <w:top w:w="80" w:type="dxa"/>
              <w:left w:w="80" w:type="dxa"/>
              <w:bottom w:w="80" w:type="dxa"/>
              <w:right w:w="80" w:type="dxa"/>
            </w:tcMar>
            <w:vAlign w:val="center"/>
            <w:hideMark/>
          </w:tcPr>
          <w:p w14:paraId="05AD0EDD"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Broj sati</w:t>
            </w:r>
            <w:r w:rsidRPr="00F51F43">
              <w:rPr>
                <w:b/>
                <w:bCs/>
                <w:noProof/>
                <w:sz w:val="20"/>
                <w:szCs w:val="20"/>
                <w:lang w:eastAsia="en-US"/>
              </w:rPr>
              <w:br/>
              <w:t>ostalih</w:t>
            </w:r>
            <w:r w:rsidRPr="00F51F43">
              <w:rPr>
                <w:b/>
                <w:bCs/>
                <w:noProof/>
                <w:sz w:val="20"/>
                <w:szCs w:val="20"/>
                <w:lang w:eastAsia="en-US"/>
              </w:rPr>
              <w:br/>
              <w:t>poslova (s</w:t>
            </w:r>
            <w:r w:rsidRPr="00F51F43">
              <w:rPr>
                <w:b/>
                <w:bCs/>
                <w:noProof/>
                <w:sz w:val="20"/>
                <w:szCs w:val="20"/>
                <w:lang w:eastAsia="en-US"/>
              </w:rPr>
              <w:br/>
              <w:t>pauzom)</w:t>
            </w:r>
          </w:p>
        </w:tc>
      </w:tr>
      <w:tr w:rsidR="006779FF" w:rsidRPr="00F51F43" w14:paraId="63284539"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1923AF1"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RUJAN</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1EC1C9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30</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A10F1F8"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71F8445"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F22285A"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0</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C72E402"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22</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EA1D5FF"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176</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19B9D76"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121</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9F47B3A"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55</w:t>
            </w:r>
          </w:p>
        </w:tc>
      </w:tr>
      <w:tr w:rsidR="006779FF" w:rsidRPr="00F51F43" w14:paraId="47C27625"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AF47DCA"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LISTOPAD</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08A7F4E"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31</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C42B3C5"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5F75DA4"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DD02495"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0</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5185752"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22</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1DAD3E8"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176</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300536E"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121</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E8D8F61"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55</w:t>
            </w:r>
          </w:p>
        </w:tc>
      </w:tr>
      <w:tr w:rsidR="006779FF" w:rsidRPr="00F51F43" w14:paraId="58A23024"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A3B57AA"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STUDENI</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19ECFA7"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30</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4910AAA"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B53032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AAD08D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B393536"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20</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CBB444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160</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737A565"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110</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CD0FDB7"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50</w:t>
            </w:r>
          </w:p>
        </w:tc>
      </w:tr>
      <w:tr w:rsidR="006779FF" w:rsidRPr="00F51F43" w14:paraId="0FF85C9D"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11DCD0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PROSINAC</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F4FCB0E"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31</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32DAA6F"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9F02FB4"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E62DBE4"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19A88F4"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22</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084CB4A"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176</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17796C5"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121</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3DFE8F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55</w:t>
            </w:r>
          </w:p>
        </w:tc>
      </w:tr>
      <w:tr w:rsidR="006779FF" w:rsidRPr="00F51F43" w14:paraId="653ACF3F"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605BE90"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SIJEČANJ</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56C77BF"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31</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D3AC7A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3096540"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A7E0218"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F233541"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19</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4BEAC9E"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152</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1F11778"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104,5</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91E29EB"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47,5</w:t>
            </w:r>
          </w:p>
        </w:tc>
      </w:tr>
      <w:tr w:rsidR="006779FF" w:rsidRPr="00F51F43" w14:paraId="108C6C88"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C2D8A8A"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VELJAČA</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A28A421"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28</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42D5138"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99192E7"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0BDA5A5"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0</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688A35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20</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2EF8991"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160</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A7D394B"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110</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10BE63D"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50</w:t>
            </w:r>
          </w:p>
        </w:tc>
      </w:tr>
      <w:tr w:rsidR="006779FF" w:rsidRPr="00F51F43" w14:paraId="29FE5D2F"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62C63FC"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OŽUJAK</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004BECC"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31</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118628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F882397"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4CA3631"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C8DC39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22</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594CD12"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176</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88C103E"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121</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057F928"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55</w:t>
            </w:r>
          </w:p>
        </w:tc>
      </w:tr>
      <w:tr w:rsidR="006779FF" w:rsidRPr="00F51F43" w14:paraId="28BD6778"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E498BE6"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TRAVANJ</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688B666"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30</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5CA113D"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404351D"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0767F36"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0</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CFB2730"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22</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A1B3DD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176</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2206667"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121</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0055C94"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55</w:t>
            </w:r>
          </w:p>
        </w:tc>
      </w:tr>
      <w:tr w:rsidR="006779FF" w:rsidRPr="00F51F43" w14:paraId="099D836B"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53727EF"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SVIBANJ</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003BE4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31</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AA7D4C8"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39AC377"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34978A8"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4A6A95C"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20</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8BC1094"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160</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1D4D5A7"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110</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D156A5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50</w:t>
            </w:r>
          </w:p>
        </w:tc>
      </w:tr>
      <w:tr w:rsidR="006779FF" w:rsidRPr="00F51F43" w14:paraId="7A77EA5B"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AC7645A"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LIPANJ</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E61D1A5"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30</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9B4980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038623D"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E1D8C0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E911E5D"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21</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046B65F"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168</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3CF132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115,5</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A1ECBA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52,5</w:t>
            </w:r>
          </w:p>
        </w:tc>
      </w:tr>
      <w:tr w:rsidR="006779FF" w:rsidRPr="00F51F43" w14:paraId="59095817"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566AEB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SRPANJ</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F48FCCB"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31</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E16C39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A59B15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DF5801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0</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E3FED9D"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22</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58B7229"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176</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1A7455F"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121</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91D030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55</w:t>
            </w:r>
          </w:p>
        </w:tc>
      </w:tr>
      <w:tr w:rsidR="006779FF" w:rsidRPr="00F51F43" w14:paraId="10F7427D"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6854791"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KOLOVOZ</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2175E04"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31</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57E9F36"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5AEB9B3"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B16F51F"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AC69216"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21</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EDF1814"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168</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FAB990C"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115,5</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51B3CC5" w14:textId="77777777" w:rsidR="006779FF" w:rsidRPr="00F51F43" w:rsidRDefault="006779FF" w:rsidP="006779FF">
            <w:pPr>
              <w:spacing w:after="0" w:line="240" w:lineRule="auto"/>
              <w:jc w:val="center"/>
              <w:rPr>
                <w:noProof/>
                <w:sz w:val="20"/>
                <w:szCs w:val="20"/>
                <w:lang w:eastAsia="en-US"/>
              </w:rPr>
            </w:pPr>
            <w:r w:rsidRPr="00F51F43">
              <w:rPr>
                <w:noProof/>
                <w:sz w:val="20"/>
                <w:szCs w:val="20"/>
                <w:lang w:eastAsia="en-US"/>
              </w:rPr>
              <w:t>52,5</w:t>
            </w:r>
          </w:p>
        </w:tc>
      </w:tr>
      <w:tr w:rsidR="006779FF" w:rsidRPr="00F51F43" w14:paraId="02CE9363" w14:textId="77777777" w:rsidTr="006779FF">
        <w:trPr>
          <w:cantSplit/>
          <w:jc w:val="center"/>
        </w:trPr>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8BE5E9E"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Ukupno</w:t>
            </w:r>
          </w:p>
        </w:tc>
        <w:tc>
          <w:tcPr>
            <w:tcW w:w="124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A40CFDB"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365</w:t>
            </w:r>
          </w:p>
        </w:tc>
        <w:tc>
          <w:tcPr>
            <w:tcW w:w="9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372D328"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52</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71B9420"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52</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80E6D5D"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8</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C86452E"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253</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618B89F"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2024</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D6F8D77"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1391,5</w:t>
            </w:r>
          </w:p>
        </w:tc>
        <w:tc>
          <w:tcPr>
            <w:tcW w:w="15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B930909" w14:textId="77777777" w:rsidR="006779FF" w:rsidRPr="00F51F43" w:rsidRDefault="006779FF" w:rsidP="006779FF">
            <w:pPr>
              <w:spacing w:after="0" w:line="240" w:lineRule="auto"/>
              <w:jc w:val="center"/>
              <w:rPr>
                <w:noProof/>
                <w:sz w:val="20"/>
                <w:szCs w:val="20"/>
                <w:lang w:eastAsia="en-US"/>
              </w:rPr>
            </w:pPr>
            <w:r w:rsidRPr="00F51F43">
              <w:rPr>
                <w:b/>
                <w:bCs/>
                <w:noProof/>
                <w:sz w:val="20"/>
                <w:szCs w:val="20"/>
                <w:lang w:eastAsia="en-US"/>
              </w:rPr>
              <w:t>632,5</w:t>
            </w:r>
          </w:p>
        </w:tc>
      </w:tr>
    </w:tbl>
    <w:p w14:paraId="49F8ECD8" w14:textId="77777777" w:rsidR="00177939" w:rsidRPr="00F51F43" w:rsidRDefault="00177939" w:rsidP="0035237B">
      <w:pPr>
        <w:pStyle w:val="Tijeloteksta"/>
        <w:rPr>
          <w:noProof/>
        </w:rPr>
      </w:pPr>
    </w:p>
    <w:p w14:paraId="6DA2F6EE" w14:textId="77777777" w:rsidR="002A22B8" w:rsidRDefault="007368B6" w:rsidP="00793B2F">
      <w:pPr>
        <w:rPr>
          <w:noProof/>
        </w:rPr>
      </w:pPr>
      <w:r w:rsidRPr="00F51F43">
        <w:rPr>
          <w:noProof/>
        </w:rPr>
        <w:t xml:space="preserve">Svi djelatnici na početku pedagoške godine dobivaju </w:t>
      </w:r>
      <w:r w:rsidRPr="00D7124A">
        <w:rPr>
          <w:rStyle w:val="Naglaeno"/>
          <w:b w:val="0"/>
          <w:noProof/>
        </w:rPr>
        <w:t>rješenja o godišnjem zaduženju</w:t>
      </w:r>
      <w:r w:rsidRPr="00D7124A">
        <w:rPr>
          <w:b/>
          <w:noProof/>
        </w:rPr>
        <w:t>,</w:t>
      </w:r>
      <w:r w:rsidRPr="00F51F43">
        <w:rPr>
          <w:noProof/>
        </w:rPr>
        <w:t xml:space="preserve"> u skladu s radnim mjestom, opsegom radnog vremena i organizacijom rada Vrtića. Radno vrijeme djelatnika usklađuje se s rasporedom odgojno-obrazovnog rada u skupinama, potrebama djece i roditelja te organizacijskim potrebama Dječjeg vrtića Vrapčić.</w:t>
      </w:r>
    </w:p>
    <w:p w14:paraId="1FE7FEDA" w14:textId="77777777" w:rsidR="00D7124A" w:rsidRPr="00F51F43" w:rsidRDefault="00D7124A" w:rsidP="00793B2F">
      <w:pPr>
        <w:rPr>
          <w:b/>
          <w:noProof/>
        </w:rPr>
      </w:pPr>
    </w:p>
    <w:p w14:paraId="2228A460" w14:textId="77777777" w:rsidR="006779FF" w:rsidRPr="00D7124A" w:rsidRDefault="006779FF" w:rsidP="006779FF">
      <w:pPr>
        <w:pStyle w:val="Naslov3"/>
        <w:rPr>
          <w:noProof/>
          <w:lang w:eastAsia="en-US"/>
        </w:rPr>
      </w:pPr>
      <w:bookmarkStart w:id="6" w:name="_Toc241563322"/>
      <w:r w:rsidRPr="00D7124A">
        <w:rPr>
          <w:noProof/>
          <w:lang w:eastAsia="en-US"/>
        </w:rPr>
        <w:t>2.3.1. ODGOJITELJI</w:t>
      </w:r>
      <w:bookmarkEnd w:id="6"/>
    </w:p>
    <w:p w14:paraId="0C36ACAD" w14:textId="77777777" w:rsidR="006779FF" w:rsidRPr="00F51F43" w:rsidRDefault="006779FF" w:rsidP="006779FF">
      <w:pPr>
        <w:rPr>
          <w:noProof/>
          <w:lang w:eastAsia="en-US"/>
        </w:rPr>
      </w:pPr>
      <w:r w:rsidRPr="00F51F43">
        <w:rPr>
          <w:noProof/>
          <w:lang w:eastAsia="en-US"/>
        </w:rPr>
        <w:t>Fond sati realizira se fleksibilnom godišnjom raspodjelom radnog vremena. Godišnji fond sati umanjuje se za dane korištenja godišnjeg odmora.</w:t>
      </w:r>
    </w:p>
    <w:p w14:paraId="288B2C5C" w14:textId="77777777" w:rsidR="006779FF" w:rsidRPr="00F51F43" w:rsidRDefault="006779FF" w:rsidP="006779FF">
      <w:pPr>
        <w:rPr>
          <w:noProof/>
          <w:lang w:eastAsia="en-US"/>
        </w:rPr>
      </w:pPr>
      <w:r w:rsidRPr="00F51F43">
        <w:rPr>
          <w:noProof/>
          <w:lang w:eastAsia="en-US"/>
        </w:rPr>
        <w:t>Višak odrađenih sati realizira se korištenjem slobodnih sati tijekom pedagoške godine ili, prema potrebi i u skladu s važećim propisima, plaćanjem prekovremenog rada.</w:t>
      </w:r>
    </w:p>
    <w:p w14:paraId="7E319225" w14:textId="77777777" w:rsidR="003D7468" w:rsidRPr="00F51F43" w:rsidRDefault="006779FF" w:rsidP="00D7124A">
      <w:pPr>
        <w:rPr>
          <w:noProof/>
          <w:lang w:eastAsia="en-US"/>
        </w:rPr>
      </w:pPr>
      <w:r w:rsidRPr="00F51F43">
        <w:rPr>
          <w:noProof/>
          <w:lang w:eastAsia="en-US"/>
        </w:rPr>
        <w:t xml:space="preserve">Eventualni manjak sati nadoknađuje se obavljanjem drugih poslova za potrebe Vrtića, kao što su izrada didaktičkih sredstava i poticaja, uređivanje i vođenje pedagoške dokumentacije, </w:t>
      </w:r>
      <w:r w:rsidRPr="00F51F43">
        <w:rPr>
          <w:noProof/>
          <w:lang w:eastAsia="en-US"/>
        </w:rPr>
        <w:lastRenderedPageBreak/>
        <w:t>zamjene odsutnih radnika te drugi poslovi povezani s odgojno-obrazovnim rad</w:t>
      </w:r>
      <w:r w:rsidR="00D7124A">
        <w:rPr>
          <w:noProof/>
          <w:lang w:eastAsia="en-US"/>
        </w:rPr>
        <w:t>om, u dogovoru s ravnateljicom.</w:t>
      </w:r>
    </w:p>
    <w:p w14:paraId="4EC095A5" w14:textId="77777777" w:rsidR="003D7468" w:rsidRPr="00F51F43" w:rsidRDefault="007E7228" w:rsidP="0035237B">
      <w:pPr>
        <w:keepNext/>
        <w:spacing w:before="120"/>
        <w:jc w:val="left"/>
        <w:rPr>
          <w:b/>
          <w:bCs/>
          <w:noProof/>
        </w:rPr>
      </w:pPr>
      <w:r w:rsidRPr="00F51F43">
        <w:rPr>
          <w:b/>
          <w:bCs/>
          <w:noProof/>
        </w:rPr>
        <w:t>Tablica 11</w:t>
      </w:r>
      <w:r w:rsidR="00055D08" w:rsidRPr="00F51F43">
        <w:rPr>
          <w:b/>
          <w:bCs/>
          <w:noProof/>
        </w:rPr>
        <w:t>: Dnevna i tjedna zaduženja odgoji</w:t>
      </w:r>
      <w:r w:rsidR="004C5FFA" w:rsidRPr="00F51F43">
        <w:rPr>
          <w:b/>
          <w:bCs/>
          <w:noProof/>
        </w:rPr>
        <w:t>telja</w:t>
      </w:r>
    </w:p>
    <w:tbl>
      <w:tblPr>
        <w:tblStyle w:val="Reetkatablice"/>
        <w:tblW w:w="9371" w:type="dxa"/>
        <w:jc w:val="center"/>
        <w:tblLayout w:type="fixed"/>
        <w:tblLook w:val="0000" w:firstRow="0" w:lastRow="0" w:firstColumn="0" w:lastColumn="0" w:noHBand="0" w:noVBand="0"/>
      </w:tblPr>
      <w:tblGrid>
        <w:gridCol w:w="1110"/>
        <w:gridCol w:w="1173"/>
        <w:gridCol w:w="1418"/>
        <w:gridCol w:w="4394"/>
        <w:gridCol w:w="1276"/>
      </w:tblGrid>
      <w:tr w:rsidR="006779FF" w:rsidRPr="00F51F43" w14:paraId="5956F844" w14:textId="77777777" w:rsidTr="007E7228">
        <w:trPr>
          <w:cantSplit/>
          <w:trHeight w:val="765"/>
          <w:jc w:val="center"/>
        </w:trPr>
        <w:tc>
          <w:tcPr>
            <w:tcW w:w="1110" w:type="dxa"/>
            <w:tcBorders>
              <w:top w:val="single" w:sz="4" w:space="0" w:color="auto"/>
              <w:left w:val="single" w:sz="4" w:space="0" w:color="auto"/>
              <w:bottom w:val="single" w:sz="4" w:space="0" w:color="auto"/>
              <w:right w:val="single" w:sz="4" w:space="0" w:color="auto"/>
            </w:tcBorders>
            <w:shd w:val="clear" w:color="auto" w:fill="D9EAD3"/>
            <w:tcMar>
              <w:top w:w="80" w:type="dxa"/>
              <w:left w:w="80" w:type="dxa"/>
              <w:bottom w:w="80" w:type="dxa"/>
              <w:right w:w="80" w:type="dxa"/>
            </w:tcMar>
            <w:vAlign w:val="center"/>
          </w:tcPr>
          <w:p w14:paraId="4D39ACB0" w14:textId="77777777" w:rsidR="007E7228" w:rsidRPr="00F51F43" w:rsidRDefault="007E7228" w:rsidP="004C5FFA">
            <w:pPr>
              <w:spacing w:after="0" w:line="240" w:lineRule="auto"/>
              <w:jc w:val="center"/>
              <w:rPr>
                <w:b/>
                <w:noProof/>
                <w:sz w:val="20"/>
                <w:szCs w:val="20"/>
              </w:rPr>
            </w:pPr>
            <w:r w:rsidRPr="00F51F43">
              <w:rPr>
                <w:b/>
                <w:noProof/>
                <w:sz w:val="20"/>
                <w:szCs w:val="20"/>
              </w:rPr>
              <w:t>Obveza</w:t>
            </w:r>
          </w:p>
        </w:tc>
        <w:tc>
          <w:tcPr>
            <w:tcW w:w="1173" w:type="dxa"/>
            <w:tcBorders>
              <w:top w:val="single" w:sz="4" w:space="0" w:color="auto"/>
              <w:left w:val="nil"/>
              <w:bottom w:val="single" w:sz="4" w:space="0" w:color="auto"/>
              <w:right w:val="single" w:sz="4" w:space="0" w:color="auto"/>
            </w:tcBorders>
            <w:shd w:val="clear" w:color="auto" w:fill="D9EAD3"/>
            <w:tcMar>
              <w:top w:w="80" w:type="dxa"/>
              <w:left w:w="80" w:type="dxa"/>
              <w:bottom w:w="80" w:type="dxa"/>
              <w:right w:w="80" w:type="dxa"/>
            </w:tcMar>
            <w:vAlign w:val="center"/>
          </w:tcPr>
          <w:p w14:paraId="38A2BC4C" w14:textId="77777777" w:rsidR="007E7228" w:rsidRPr="00F51F43" w:rsidRDefault="007E7228" w:rsidP="004C5FFA">
            <w:pPr>
              <w:spacing w:after="0" w:line="240" w:lineRule="auto"/>
              <w:jc w:val="center"/>
              <w:rPr>
                <w:b/>
                <w:noProof/>
                <w:sz w:val="20"/>
                <w:szCs w:val="20"/>
              </w:rPr>
            </w:pPr>
            <w:r w:rsidRPr="00F51F43">
              <w:rPr>
                <w:b/>
                <w:noProof/>
                <w:sz w:val="20"/>
                <w:szCs w:val="20"/>
              </w:rPr>
              <w:t>Ukupno sati</w:t>
            </w:r>
          </w:p>
        </w:tc>
        <w:tc>
          <w:tcPr>
            <w:tcW w:w="1418" w:type="dxa"/>
            <w:tcBorders>
              <w:top w:val="single" w:sz="4" w:space="0" w:color="auto"/>
              <w:left w:val="nil"/>
              <w:bottom w:val="single" w:sz="4" w:space="0" w:color="auto"/>
              <w:right w:val="single" w:sz="4" w:space="0" w:color="auto"/>
            </w:tcBorders>
            <w:shd w:val="clear" w:color="auto" w:fill="D9EAD3"/>
            <w:tcMar>
              <w:top w:w="80" w:type="dxa"/>
              <w:left w:w="80" w:type="dxa"/>
              <w:bottom w:w="80" w:type="dxa"/>
              <w:right w:w="80" w:type="dxa"/>
            </w:tcMar>
            <w:vAlign w:val="center"/>
          </w:tcPr>
          <w:p w14:paraId="561E79B6" w14:textId="77777777" w:rsidR="007E7228" w:rsidRPr="00F51F43" w:rsidRDefault="007E7228" w:rsidP="004C5FFA">
            <w:pPr>
              <w:spacing w:after="0" w:line="240" w:lineRule="auto"/>
              <w:jc w:val="center"/>
              <w:rPr>
                <w:b/>
                <w:noProof/>
                <w:sz w:val="20"/>
                <w:szCs w:val="20"/>
              </w:rPr>
            </w:pPr>
            <w:r w:rsidRPr="00F51F43">
              <w:rPr>
                <w:b/>
                <w:noProof/>
                <w:sz w:val="20"/>
                <w:szCs w:val="20"/>
              </w:rPr>
              <w:t>Neposredni rad</w:t>
            </w:r>
          </w:p>
        </w:tc>
        <w:tc>
          <w:tcPr>
            <w:tcW w:w="4394" w:type="dxa"/>
            <w:tcBorders>
              <w:top w:val="single" w:sz="4" w:space="0" w:color="auto"/>
              <w:left w:val="nil"/>
              <w:bottom w:val="single" w:sz="4" w:space="0" w:color="auto"/>
              <w:right w:val="single" w:sz="4" w:space="0" w:color="auto"/>
            </w:tcBorders>
            <w:shd w:val="clear" w:color="auto" w:fill="D9EAD3"/>
            <w:tcMar>
              <w:top w:w="80" w:type="dxa"/>
              <w:left w:w="80" w:type="dxa"/>
              <w:bottom w:w="80" w:type="dxa"/>
              <w:right w:w="80" w:type="dxa"/>
            </w:tcMar>
            <w:vAlign w:val="center"/>
          </w:tcPr>
          <w:p w14:paraId="6A302D9B" w14:textId="77777777" w:rsidR="007E7228" w:rsidRPr="00F51F43" w:rsidRDefault="007E7228" w:rsidP="004C5FFA">
            <w:pPr>
              <w:spacing w:after="0" w:line="240" w:lineRule="auto"/>
              <w:jc w:val="center"/>
              <w:rPr>
                <w:b/>
                <w:noProof/>
                <w:sz w:val="20"/>
                <w:szCs w:val="20"/>
              </w:rPr>
            </w:pPr>
            <w:r w:rsidRPr="00F51F43">
              <w:rPr>
                <w:b/>
                <w:noProof/>
                <w:sz w:val="20"/>
                <w:szCs w:val="20"/>
              </w:rPr>
              <w:t>Ostali poslovi: pripremanje, pedagoška dokumentacija, suradnja s roditeljima</w:t>
            </w:r>
          </w:p>
        </w:tc>
        <w:tc>
          <w:tcPr>
            <w:tcW w:w="1276" w:type="dxa"/>
            <w:tcBorders>
              <w:top w:val="single" w:sz="4" w:space="0" w:color="auto"/>
              <w:left w:val="nil"/>
              <w:bottom w:val="single" w:sz="4" w:space="0" w:color="auto"/>
              <w:right w:val="single" w:sz="4" w:space="0" w:color="auto"/>
            </w:tcBorders>
            <w:shd w:val="clear" w:color="auto" w:fill="D9EAD3"/>
            <w:tcMar>
              <w:top w:w="80" w:type="dxa"/>
              <w:left w:w="80" w:type="dxa"/>
              <w:bottom w:w="80" w:type="dxa"/>
              <w:right w:w="80" w:type="dxa"/>
            </w:tcMar>
            <w:vAlign w:val="center"/>
          </w:tcPr>
          <w:p w14:paraId="55528220" w14:textId="77777777" w:rsidR="007E7228" w:rsidRPr="00F51F43" w:rsidRDefault="007E7228" w:rsidP="004C5FFA">
            <w:pPr>
              <w:spacing w:after="0" w:line="240" w:lineRule="auto"/>
              <w:jc w:val="center"/>
              <w:rPr>
                <w:b/>
                <w:noProof/>
                <w:sz w:val="20"/>
                <w:szCs w:val="20"/>
              </w:rPr>
            </w:pPr>
            <w:r w:rsidRPr="00F51F43">
              <w:rPr>
                <w:b/>
                <w:noProof/>
                <w:sz w:val="20"/>
                <w:szCs w:val="20"/>
              </w:rPr>
              <w:t>Pauza</w:t>
            </w:r>
          </w:p>
        </w:tc>
      </w:tr>
      <w:tr w:rsidR="006779FF" w:rsidRPr="00F51F43" w14:paraId="0B8CBDBD" w14:textId="77777777" w:rsidTr="007E7228">
        <w:trPr>
          <w:cantSplit/>
          <w:trHeight w:val="255"/>
          <w:jc w:val="center"/>
        </w:trPr>
        <w:tc>
          <w:tcPr>
            <w:tcW w:w="1110"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787F1F18" w14:textId="77777777" w:rsidR="007E7228" w:rsidRPr="00F51F43" w:rsidRDefault="007E7228" w:rsidP="004C5FFA">
            <w:pPr>
              <w:spacing w:after="0" w:line="240" w:lineRule="auto"/>
              <w:jc w:val="center"/>
              <w:rPr>
                <w:b/>
                <w:noProof/>
                <w:sz w:val="20"/>
                <w:szCs w:val="20"/>
              </w:rPr>
            </w:pPr>
            <w:r w:rsidRPr="00F51F43">
              <w:rPr>
                <w:b/>
                <w:noProof/>
                <w:sz w:val="20"/>
                <w:szCs w:val="20"/>
              </w:rPr>
              <w:t>Dnevno</w:t>
            </w:r>
          </w:p>
        </w:tc>
        <w:tc>
          <w:tcPr>
            <w:tcW w:w="1173" w:type="dxa"/>
            <w:tcBorders>
              <w:top w:val="nil"/>
              <w:left w:val="nil"/>
              <w:bottom w:val="single" w:sz="4" w:space="0" w:color="auto"/>
              <w:right w:val="single" w:sz="4" w:space="0" w:color="auto"/>
            </w:tcBorders>
            <w:tcMar>
              <w:top w:w="80" w:type="dxa"/>
              <w:left w:w="80" w:type="dxa"/>
              <w:bottom w:w="80" w:type="dxa"/>
              <w:right w:w="80" w:type="dxa"/>
            </w:tcMar>
            <w:vAlign w:val="center"/>
          </w:tcPr>
          <w:p w14:paraId="3FD8C61E" w14:textId="77777777" w:rsidR="007E7228" w:rsidRPr="00F51F43" w:rsidRDefault="007E7228" w:rsidP="004C5FFA">
            <w:pPr>
              <w:spacing w:after="0" w:line="240" w:lineRule="auto"/>
              <w:jc w:val="center"/>
              <w:rPr>
                <w:noProof/>
                <w:sz w:val="20"/>
                <w:szCs w:val="20"/>
              </w:rPr>
            </w:pPr>
            <w:r w:rsidRPr="00F51F43">
              <w:rPr>
                <w:noProof/>
                <w:sz w:val="20"/>
                <w:szCs w:val="20"/>
              </w:rPr>
              <w:t>8</w:t>
            </w:r>
          </w:p>
        </w:tc>
        <w:tc>
          <w:tcPr>
            <w:tcW w:w="1418" w:type="dxa"/>
            <w:tcBorders>
              <w:top w:val="nil"/>
              <w:left w:val="nil"/>
              <w:bottom w:val="single" w:sz="4" w:space="0" w:color="auto"/>
              <w:right w:val="single" w:sz="4" w:space="0" w:color="auto"/>
            </w:tcBorders>
            <w:tcMar>
              <w:top w:w="80" w:type="dxa"/>
              <w:left w:w="80" w:type="dxa"/>
              <w:bottom w:w="80" w:type="dxa"/>
              <w:right w:w="80" w:type="dxa"/>
            </w:tcMar>
            <w:vAlign w:val="center"/>
          </w:tcPr>
          <w:p w14:paraId="7A354409" w14:textId="77777777" w:rsidR="007E7228" w:rsidRPr="00F51F43" w:rsidRDefault="007E7228" w:rsidP="004C5FFA">
            <w:pPr>
              <w:spacing w:after="0" w:line="240" w:lineRule="auto"/>
              <w:jc w:val="center"/>
              <w:rPr>
                <w:noProof/>
                <w:sz w:val="20"/>
                <w:szCs w:val="20"/>
              </w:rPr>
            </w:pPr>
            <w:r w:rsidRPr="00F51F43">
              <w:rPr>
                <w:noProof/>
                <w:sz w:val="20"/>
                <w:szCs w:val="20"/>
              </w:rPr>
              <w:t>5,5</w:t>
            </w:r>
          </w:p>
        </w:tc>
        <w:tc>
          <w:tcPr>
            <w:tcW w:w="4394" w:type="dxa"/>
            <w:tcBorders>
              <w:top w:val="nil"/>
              <w:left w:val="nil"/>
              <w:bottom w:val="single" w:sz="4" w:space="0" w:color="auto"/>
              <w:right w:val="single" w:sz="4" w:space="0" w:color="auto"/>
            </w:tcBorders>
            <w:tcMar>
              <w:top w:w="80" w:type="dxa"/>
              <w:left w:w="80" w:type="dxa"/>
              <w:bottom w:w="80" w:type="dxa"/>
              <w:right w:w="80" w:type="dxa"/>
            </w:tcMar>
            <w:vAlign w:val="center"/>
          </w:tcPr>
          <w:p w14:paraId="688016FC" w14:textId="77777777" w:rsidR="007E7228" w:rsidRPr="00F51F43" w:rsidRDefault="007E7228" w:rsidP="004C5FFA">
            <w:pPr>
              <w:spacing w:after="0" w:line="240" w:lineRule="auto"/>
              <w:jc w:val="center"/>
              <w:rPr>
                <w:noProof/>
                <w:sz w:val="20"/>
                <w:szCs w:val="20"/>
              </w:rPr>
            </w:pPr>
            <w:r w:rsidRPr="00F51F43">
              <w:rPr>
                <w:noProof/>
                <w:sz w:val="20"/>
                <w:szCs w:val="20"/>
              </w:rPr>
              <w:t>2,0</w:t>
            </w:r>
          </w:p>
        </w:tc>
        <w:tc>
          <w:tcPr>
            <w:tcW w:w="1276" w:type="dxa"/>
            <w:tcBorders>
              <w:top w:val="nil"/>
              <w:left w:val="nil"/>
              <w:bottom w:val="single" w:sz="4" w:space="0" w:color="auto"/>
              <w:right w:val="single" w:sz="4" w:space="0" w:color="auto"/>
            </w:tcBorders>
            <w:tcMar>
              <w:top w:w="80" w:type="dxa"/>
              <w:left w:w="80" w:type="dxa"/>
              <w:bottom w:w="80" w:type="dxa"/>
              <w:right w:w="80" w:type="dxa"/>
            </w:tcMar>
            <w:vAlign w:val="center"/>
          </w:tcPr>
          <w:p w14:paraId="14FEBC5B" w14:textId="77777777" w:rsidR="007E7228" w:rsidRPr="00F51F43" w:rsidRDefault="007E7228" w:rsidP="004C5FFA">
            <w:pPr>
              <w:spacing w:after="0" w:line="240" w:lineRule="auto"/>
              <w:jc w:val="center"/>
              <w:rPr>
                <w:noProof/>
                <w:sz w:val="20"/>
                <w:szCs w:val="20"/>
              </w:rPr>
            </w:pPr>
            <w:r w:rsidRPr="00F51F43">
              <w:rPr>
                <w:noProof/>
                <w:sz w:val="20"/>
                <w:szCs w:val="20"/>
              </w:rPr>
              <w:t>0,5</w:t>
            </w:r>
          </w:p>
        </w:tc>
      </w:tr>
      <w:tr w:rsidR="006779FF" w:rsidRPr="00F51F43" w14:paraId="343D6F82" w14:textId="77777777" w:rsidTr="007E7228">
        <w:trPr>
          <w:cantSplit/>
          <w:trHeight w:val="255"/>
          <w:jc w:val="center"/>
        </w:trPr>
        <w:tc>
          <w:tcPr>
            <w:tcW w:w="1110"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3157A47F" w14:textId="77777777" w:rsidR="007E7228" w:rsidRPr="00F51F43" w:rsidRDefault="007E7228" w:rsidP="004C5FFA">
            <w:pPr>
              <w:spacing w:after="0" w:line="240" w:lineRule="auto"/>
              <w:jc w:val="center"/>
              <w:rPr>
                <w:b/>
                <w:noProof/>
                <w:sz w:val="20"/>
                <w:szCs w:val="20"/>
              </w:rPr>
            </w:pPr>
            <w:r w:rsidRPr="00F51F43">
              <w:rPr>
                <w:b/>
                <w:noProof/>
                <w:sz w:val="20"/>
                <w:szCs w:val="20"/>
              </w:rPr>
              <w:t>Tjedno</w:t>
            </w:r>
          </w:p>
        </w:tc>
        <w:tc>
          <w:tcPr>
            <w:tcW w:w="1173" w:type="dxa"/>
            <w:tcBorders>
              <w:top w:val="nil"/>
              <w:left w:val="nil"/>
              <w:bottom w:val="single" w:sz="4" w:space="0" w:color="auto"/>
              <w:right w:val="single" w:sz="4" w:space="0" w:color="auto"/>
            </w:tcBorders>
            <w:tcMar>
              <w:top w:w="80" w:type="dxa"/>
              <w:left w:w="80" w:type="dxa"/>
              <w:bottom w:w="80" w:type="dxa"/>
              <w:right w:w="80" w:type="dxa"/>
            </w:tcMar>
            <w:vAlign w:val="center"/>
          </w:tcPr>
          <w:p w14:paraId="0A4E75C1" w14:textId="77777777" w:rsidR="007E7228" w:rsidRPr="00F51F43" w:rsidRDefault="007E7228" w:rsidP="004C5FFA">
            <w:pPr>
              <w:spacing w:after="0" w:line="240" w:lineRule="auto"/>
              <w:jc w:val="center"/>
              <w:rPr>
                <w:noProof/>
                <w:sz w:val="20"/>
                <w:szCs w:val="20"/>
              </w:rPr>
            </w:pPr>
            <w:r w:rsidRPr="00F51F43">
              <w:rPr>
                <w:noProof/>
                <w:sz w:val="20"/>
                <w:szCs w:val="20"/>
              </w:rPr>
              <w:t>40</w:t>
            </w:r>
          </w:p>
        </w:tc>
        <w:tc>
          <w:tcPr>
            <w:tcW w:w="1418" w:type="dxa"/>
            <w:tcBorders>
              <w:top w:val="nil"/>
              <w:left w:val="nil"/>
              <w:bottom w:val="single" w:sz="4" w:space="0" w:color="auto"/>
              <w:right w:val="single" w:sz="4" w:space="0" w:color="auto"/>
            </w:tcBorders>
            <w:tcMar>
              <w:top w:w="80" w:type="dxa"/>
              <w:left w:w="80" w:type="dxa"/>
              <w:bottom w:w="80" w:type="dxa"/>
              <w:right w:w="80" w:type="dxa"/>
            </w:tcMar>
            <w:vAlign w:val="center"/>
          </w:tcPr>
          <w:p w14:paraId="7F0829E0" w14:textId="77777777" w:rsidR="007E7228" w:rsidRPr="00F51F43" w:rsidRDefault="007E7228" w:rsidP="004C5FFA">
            <w:pPr>
              <w:spacing w:after="0" w:line="240" w:lineRule="auto"/>
              <w:jc w:val="center"/>
              <w:rPr>
                <w:noProof/>
                <w:sz w:val="20"/>
                <w:szCs w:val="20"/>
              </w:rPr>
            </w:pPr>
            <w:r w:rsidRPr="00F51F43">
              <w:rPr>
                <w:noProof/>
                <w:sz w:val="20"/>
                <w:szCs w:val="20"/>
              </w:rPr>
              <w:t>27,5</w:t>
            </w:r>
          </w:p>
        </w:tc>
        <w:tc>
          <w:tcPr>
            <w:tcW w:w="4394" w:type="dxa"/>
            <w:tcBorders>
              <w:top w:val="nil"/>
              <w:left w:val="nil"/>
              <w:bottom w:val="single" w:sz="4" w:space="0" w:color="auto"/>
              <w:right w:val="single" w:sz="4" w:space="0" w:color="auto"/>
            </w:tcBorders>
            <w:tcMar>
              <w:top w:w="80" w:type="dxa"/>
              <w:left w:w="80" w:type="dxa"/>
              <w:bottom w:w="80" w:type="dxa"/>
              <w:right w:w="80" w:type="dxa"/>
            </w:tcMar>
            <w:vAlign w:val="center"/>
          </w:tcPr>
          <w:p w14:paraId="773B827D" w14:textId="77777777" w:rsidR="007E7228" w:rsidRPr="00F51F43" w:rsidRDefault="007E7228" w:rsidP="004C5FFA">
            <w:pPr>
              <w:spacing w:after="0" w:line="240" w:lineRule="auto"/>
              <w:jc w:val="center"/>
              <w:rPr>
                <w:noProof/>
                <w:sz w:val="20"/>
                <w:szCs w:val="20"/>
              </w:rPr>
            </w:pPr>
            <w:r w:rsidRPr="00F51F43">
              <w:rPr>
                <w:noProof/>
                <w:sz w:val="20"/>
                <w:szCs w:val="20"/>
              </w:rPr>
              <w:t>10,0</w:t>
            </w:r>
          </w:p>
        </w:tc>
        <w:tc>
          <w:tcPr>
            <w:tcW w:w="1276" w:type="dxa"/>
            <w:tcBorders>
              <w:top w:val="nil"/>
              <w:left w:val="nil"/>
              <w:bottom w:val="single" w:sz="4" w:space="0" w:color="auto"/>
              <w:right w:val="single" w:sz="4" w:space="0" w:color="auto"/>
            </w:tcBorders>
            <w:tcMar>
              <w:top w:w="80" w:type="dxa"/>
              <w:left w:w="80" w:type="dxa"/>
              <w:bottom w:w="80" w:type="dxa"/>
              <w:right w:w="80" w:type="dxa"/>
            </w:tcMar>
            <w:vAlign w:val="center"/>
          </w:tcPr>
          <w:p w14:paraId="4109E906" w14:textId="77777777" w:rsidR="007E7228" w:rsidRPr="00F51F43" w:rsidRDefault="007E7228" w:rsidP="004C5FFA">
            <w:pPr>
              <w:spacing w:after="0" w:line="240" w:lineRule="auto"/>
              <w:jc w:val="center"/>
              <w:rPr>
                <w:noProof/>
                <w:sz w:val="20"/>
                <w:szCs w:val="20"/>
              </w:rPr>
            </w:pPr>
            <w:r w:rsidRPr="00F51F43">
              <w:rPr>
                <w:noProof/>
                <w:sz w:val="20"/>
                <w:szCs w:val="20"/>
              </w:rPr>
              <w:t>2,5</w:t>
            </w:r>
          </w:p>
        </w:tc>
      </w:tr>
    </w:tbl>
    <w:p w14:paraId="33EBB062" w14:textId="77777777" w:rsidR="009622AC" w:rsidRPr="00F51F43" w:rsidRDefault="009622AC" w:rsidP="00856C66">
      <w:pPr>
        <w:rPr>
          <w:b/>
          <w:noProof/>
        </w:rPr>
      </w:pPr>
    </w:p>
    <w:p w14:paraId="73DA777D" w14:textId="77777777" w:rsidR="007F1BFB" w:rsidRPr="00F51F43" w:rsidRDefault="00071CAD" w:rsidP="00856C66">
      <w:pPr>
        <w:keepNext/>
        <w:spacing w:before="120"/>
        <w:jc w:val="left"/>
        <w:rPr>
          <w:b/>
          <w:bCs/>
          <w:noProof/>
        </w:rPr>
      </w:pPr>
      <w:r w:rsidRPr="00F51F43">
        <w:rPr>
          <w:b/>
          <w:bCs/>
          <w:noProof/>
        </w:rPr>
        <w:t>T</w:t>
      </w:r>
      <w:r w:rsidR="003E07AA" w:rsidRPr="00F51F43">
        <w:rPr>
          <w:b/>
          <w:bCs/>
          <w:noProof/>
        </w:rPr>
        <w:t xml:space="preserve">ablica </w:t>
      </w:r>
      <w:r w:rsidR="00982AFE" w:rsidRPr="00F51F43">
        <w:rPr>
          <w:b/>
          <w:bCs/>
          <w:noProof/>
        </w:rPr>
        <w:t>12</w:t>
      </w:r>
      <w:r w:rsidR="00D83FEA" w:rsidRPr="00F51F43">
        <w:rPr>
          <w:b/>
          <w:bCs/>
          <w:noProof/>
        </w:rPr>
        <w:t>: Zaduženje</w:t>
      </w:r>
      <w:r w:rsidR="003E07AA" w:rsidRPr="00F51F43">
        <w:rPr>
          <w:b/>
          <w:bCs/>
          <w:noProof/>
        </w:rPr>
        <w:t xml:space="preserve"> ostalih poslova</w:t>
      </w:r>
      <w:r w:rsidR="00D83FEA" w:rsidRPr="00F51F43">
        <w:rPr>
          <w:b/>
          <w:bCs/>
          <w:noProof/>
        </w:rPr>
        <w:t xml:space="preserve"> odgojitelja </w:t>
      </w:r>
    </w:p>
    <w:tbl>
      <w:tblPr>
        <w:tblStyle w:val="Reetkatablice"/>
        <w:tblW w:w="9715" w:type="dxa"/>
        <w:jc w:val="center"/>
        <w:tblLook w:val="0000" w:firstRow="0" w:lastRow="0" w:firstColumn="0" w:lastColumn="0" w:noHBand="0" w:noVBand="0"/>
      </w:tblPr>
      <w:tblGrid>
        <w:gridCol w:w="9715"/>
      </w:tblGrid>
      <w:tr w:rsidR="006779FF" w:rsidRPr="00F51F43" w14:paraId="352E9271" w14:textId="77777777" w:rsidTr="006B4996">
        <w:trPr>
          <w:cantSplit/>
          <w:trHeight w:val="307"/>
          <w:tblHeader/>
          <w:jc w:val="center"/>
        </w:trPr>
        <w:tc>
          <w:tcPr>
            <w:tcW w:w="9715" w:type="dxa"/>
            <w:tcBorders>
              <w:top w:val="single" w:sz="4" w:space="0" w:color="auto"/>
              <w:left w:val="single" w:sz="4" w:space="0" w:color="auto"/>
              <w:bottom w:val="single" w:sz="4" w:space="0" w:color="auto"/>
              <w:right w:val="single" w:sz="4" w:space="0" w:color="auto"/>
            </w:tcBorders>
            <w:shd w:val="clear" w:color="auto" w:fill="D9EAD3"/>
            <w:tcMar>
              <w:top w:w="80" w:type="dxa"/>
              <w:left w:w="80" w:type="dxa"/>
              <w:bottom w:w="80" w:type="dxa"/>
              <w:right w:w="80" w:type="dxa"/>
            </w:tcMar>
            <w:vAlign w:val="center"/>
          </w:tcPr>
          <w:p w14:paraId="1F26F916" w14:textId="77777777" w:rsidR="003E07AA" w:rsidRPr="00F51F43" w:rsidRDefault="003E07AA" w:rsidP="00F65A67">
            <w:pPr>
              <w:spacing w:after="0" w:line="240" w:lineRule="auto"/>
              <w:jc w:val="center"/>
              <w:rPr>
                <w:noProof/>
                <w:sz w:val="20"/>
                <w:szCs w:val="20"/>
              </w:rPr>
            </w:pPr>
            <w:r w:rsidRPr="00F51F43">
              <w:rPr>
                <w:b/>
                <w:noProof/>
                <w:sz w:val="20"/>
                <w:szCs w:val="20"/>
              </w:rPr>
              <w:t>ZADUŽENJA OSTALIH POSLOVA</w:t>
            </w:r>
          </w:p>
        </w:tc>
      </w:tr>
      <w:tr w:rsidR="001A029B" w:rsidRPr="00F51F43" w14:paraId="216FFAF4" w14:textId="77777777" w:rsidTr="00BC7555">
        <w:trPr>
          <w:cantSplit/>
          <w:trHeight w:val="2729"/>
          <w:jc w:val="center"/>
        </w:trPr>
        <w:tc>
          <w:tcPr>
            <w:tcW w:w="97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6B4BD89" w14:textId="77777777" w:rsidR="00F65A67" w:rsidRPr="00F51F43" w:rsidRDefault="00F65A67" w:rsidP="00BC7555">
            <w:pPr>
              <w:pStyle w:val="Odlomakpopisa"/>
              <w:numPr>
                <w:ilvl w:val="0"/>
                <w:numId w:val="48"/>
              </w:numPr>
              <w:spacing w:after="0" w:line="240" w:lineRule="auto"/>
              <w:rPr>
                <w:b/>
                <w:bCs/>
                <w:noProof/>
                <w:sz w:val="20"/>
                <w:szCs w:val="20"/>
                <w:lang w:val="hr-HR"/>
              </w:rPr>
            </w:pPr>
            <w:r w:rsidRPr="00F51F43">
              <w:rPr>
                <w:b/>
                <w:bCs/>
                <w:noProof/>
                <w:sz w:val="20"/>
                <w:szCs w:val="20"/>
                <w:lang w:val="hr-HR"/>
              </w:rPr>
              <w:t>Makro planiranje (tromjesečno)</w:t>
            </w:r>
          </w:p>
          <w:p w14:paraId="6ED80B5B" w14:textId="77777777" w:rsidR="006779FF" w:rsidRPr="00F51F43" w:rsidRDefault="00F65A67" w:rsidP="00BC7555">
            <w:pPr>
              <w:pStyle w:val="Odlomakpopisa"/>
              <w:numPr>
                <w:ilvl w:val="0"/>
                <w:numId w:val="48"/>
              </w:numPr>
              <w:spacing w:after="0" w:line="240" w:lineRule="auto"/>
              <w:rPr>
                <w:noProof/>
                <w:sz w:val="20"/>
                <w:szCs w:val="20"/>
                <w:lang w:val="hr-HR"/>
              </w:rPr>
            </w:pPr>
            <w:r w:rsidRPr="00F51F43">
              <w:rPr>
                <w:noProof/>
                <w:sz w:val="20"/>
                <w:szCs w:val="20"/>
                <w:lang w:val="hr-HR"/>
              </w:rPr>
              <w:t>M</w:t>
            </w:r>
            <w:r w:rsidR="006779FF" w:rsidRPr="00F51F43">
              <w:rPr>
                <w:noProof/>
                <w:sz w:val="20"/>
                <w:szCs w:val="20"/>
                <w:lang w:val="hr-HR"/>
              </w:rPr>
              <w:t xml:space="preserve">ikro planiranje i tromjesečna valorizacija </w:t>
            </w:r>
          </w:p>
          <w:p w14:paraId="7138930C"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tjedno planiranje </w:t>
            </w:r>
          </w:p>
          <w:p w14:paraId="226E3044"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dnevno planiranje i dnevna valorizacija </w:t>
            </w:r>
          </w:p>
          <w:p w14:paraId="783E72BF"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svakodnevno bilježenje zapažanja o djeci, njihovom razvoju, potrebama, interesima i odgojno-obrazovnom radu </w:t>
            </w:r>
          </w:p>
          <w:p w14:paraId="0EC5059F"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priprema za neposredni odgojno-obrazovni rad u skladu s planom i programom </w:t>
            </w:r>
          </w:p>
          <w:p w14:paraId="37755E88"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priprema poticaja, sredstava, materijala i didaktičkih igračaka </w:t>
            </w:r>
          </w:p>
          <w:p w14:paraId="2CB862F8"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osmišljavanje, formiranje i obogaćivanje centara aktivnosti </w:t>
            </w:r>
          </w:p>
          <w:p w14:paraId="38B99C96"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prikupljanje pedagoški neoblikovanog, prirodnog i ekološkog materijala </w:t>
            </w:r>
          </w:p>
          <w:p w14:paraId="43B8EDD3"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izrada didaktičkih sredstava, materijala i poticaja za rad </w:t>
            </w:r>
          </w:p>
          <w:p w14:paraId="28888E7F"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vođenje imenika djece, matične knjige i evidencije polaska djece </w:t>
            </w:r>
          </w:p>
          <w:p w14:paraId="19CF659F" w14:textId="77777777" w:rsidR="006779FF"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xml:space="preserve">vođenje ostale propisane pedagoške i interne dokumentacije Vrtića </w:t>
            </w:r>
          </w:p>
          <w:p w14:paraId="447A432D" w14:textId="77777777" w:rsidR="003E07AA" w:rsidRPr="00F51F43" w:rsidRDefault="006779FF" w:rsidP="00BC7555">
            <w:pPr>
              <w:pStyle w:val="Odlomakpopisa"/>
              <w:numPr>
                <w:ilvl w:val="0"/>
                <w:numId w:val="48"/>
              </w:numPr>
              <w:spacing w:after="0" w:line="240" w:lineRule="auto"/>
              <w:rPr>
                <w:noProof/>
                <w:sz w:val="20"/>
                <w:szCs w:val="20"/>
                <w:lang w:val="hr-HR"/>
              </w:rPr>
            </w:pPr>
            <w:r w:rsidRPr="00F51F43">
              <w:rPr>
                <w:noProof/>
                <w:sz w:val="20"/>
                <w:szCs w:val="20"/>
                <w:lang w:val="hr-HR"/>
              </w:rPr>
              <w:t>  planiranje, dokumentiranje, praćenje i vrednovanje rada na projektima.</w:t>
            </w:r>
          </w:p>
        </w:tc>
      </w:tr>
      <w:tr w:rsidR="001A029B" w:rsidRPr="00F51F43" w14:paraId="4B82DF58" w14:textId="77777777" w:rsidTr="00982AFE">
        <w:trPr>
          <w:cantSplit/>
          <w:trHeight w:val="1362"/>
          <w:jc w:val="center"/>
        </w:trPr>
        <w:tc>
          <w:tcPr>
            <w:tcW w:w="97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FFB21CE" w14:textId="77777777" w:rsidR="006779FF" w:rsidRPr="00F51F43" w:rsidRDefault="006779FF" w:rsidP="006779FF">
            <w:pPr>
              <w:spacing w:after="0" w:line="240" w:lineRule="auto"/>
              <w:rPr>
                <w:b/>
                <w:bCs/>
                <w:noProof/>
                <w:sz w:val="20"/>
                <w:szCs w:val="20"/>
                <w:lang w:eastAsia="en-US"/>
              </w:rPr>
            </w:pPr>
            <w:r w:rsidRPr="00F51F43">
              <w:rPr>
                <w:b/>
                <w:bCs/>
                <w:noProof/>
                <w:sz w:val="20"/>
                <w:szCs w:val="20"/>
                <w:lang w:eastAsia="en-US"/>
              </w:rPr>
              <w:t>II. Suradnja s roditeljima</w:t>
            </w:r>
          </w:p>
          <w:p w14:paraId="404CBA65"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individualne konzultacije, razgovori i razmjena informacija s roditeljima </w:t>
            </w:r>
          </w:p>
          <w:p w14:paraId="5A97975F"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priprema i održavanje roditeljskih sastanaka </w:t>
            </w:r>
          </w:p>
          <w:p w14:paraId="0496F9D2"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organiziranje susreta i zajedničkih aktivnosti u skupini i izvan nje </w:t>
            </w:r>
          </w:p>
          <w:p w14:paraId="2EFAACC1"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uključivanje roditelja kao aktivnih sudionika i nositelja pojedinih aktivnosti u skupini </w:t>
            </w:r>
          </w:p>
          <w:p w14:paraId="61C23C2E"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razvijanje partnerstva i suradničkog odnosa s roditeljima </w:t>
            </w:r>
          </w:p>
          <w:p w14:paraId="738BA945"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uključivanje roditelja u projekte skupine i Vrtića </w:t>
            </w:r>
          </w:p>
          <w:p w14:paraId="4FE99FDF"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zajedničko sudjelovanje u obilježavanju blagdana, svečanosti, priredbi, izleta, sportskih i drugih događanja </w:t>
            </w:r>
          </w:p>
          <w:p w14:paraId="50A705C1"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uključivanje roditelja u prikupljanje materijala, realizaciju aktivnosti i obogaćivanje odgojno-obrazovnog rada </w:t>
            </w:r>
          </w:p>
          <w:p w14:paraId="32948B7D"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 xml:space="preserve">uređivanje i redovito ažuriranje kutića za roditelje </w:t>
            </w:r>
          </w:p>
          <w:p w14:paraId="07B8141A" w14:textId="77777777" w:rsidR="006779FF" w:rsidRPr="00F51F43" w:rsidRDefault="006779FF" w:rsidP="00E04358">
            <w:pPr>
              <w:numPr>
                <w:ilvl w:val="0"/>
                <w:numId w:val="28"/>
              </w:numPr>
              <w:spacing w:after="0" w:line="240" w:lineRule="auto"/>
              <w:rPr>
                <w:noProof/>
                <w:sz w:val="20"/>
                <w:szCs w:val="20"/>
                <w:lang w:eastAsia="en-US"/>
              </w:rPr>
            </w:pPr>
            <w:r w:rsidRPr="00F51F43">
              <w:rPr>
                <w:noProof/>
                <w:sz w:val="20"/>
                <w:szCs w:val="20"/>
                <w:lang w:eastAsia="en-US"/>
              </w:rPr>
              <w:t>informiranje roditelja o radu skupine, aktualnim događanjima i drugim važnim informacijama vezanim uz boravak djeteta u Vrtiću.</w:t>
            </w:r>
          </w:p>
          <w:p w14:paraId="3BE7ED2E" w14:textId="77777777" w:rsidR="003E07AA" w:rsidRPr="00F51F43" w:rsidRDefault="003E07AA" w:rsidP="00670B52">
            <w:pPr>
              <w:spacing w:after="0" w:line="240" w:lineRule="auto"/>
              <w:rPr>
                <w:noProof/>
                <w:sz w:val="20"/>
                <w:szCs w:val="20"/>
              </w:rPr>
            </w:pPr>
          </w:p>
        </w:tc>
      </w:tr>
      <w:tr w:rsidR="001A029B" w:rsidRPr="00F51F43" w14:paraId="46D8D5C7" w14:textId="77777777" w:rsidTr="00982AFE">
        <w:trPr>
          <w:cantSplit/>
          <w:trHeight w:val="1285"/>
          <w:jc w:val="center"/>
        </w:trPr>
        <w:tc>
          <w:tcPr>
            <w:tcW w:w="97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6BF0071" w14:textId="77777777" w:rsidR="006779FF" w:rsidRPr="00F51F43" w:rsidRDefault="006779FF" w:rsidP="006779FF">
            <w:pPr>
              <w:spacing w:after="0" w:line="240" w:lineRule="auto"/>
              <w:rPr>
                <w:b/>
                <w:bCs/>
                <w:noProof/>
                <w:sz w:val="20"/>
                <w:szCs w:val="20"/>
                <w:lang w:eastAsia="en-US"/>
              </w:rPr>
            </w:pPr>
            <w:r w:rsidRPr="00F51F43">
              <w:rPr>
                <w:b/>
                <w:bCs/>
                <w:noProof/>
                <w:sz w:val="20"/>
                <w:szCs w:val="20"/>
                <w:lang w:eastAsia="en-US"/>
              </w:rPr>
              <w:lastRenderedPageBreak/>
              <w:t>III. Permanentno stručno usavršavanje</w:t>
            </w:r>
          </w:p>
          <w:p w14:paraId="1880E836" w14:textId="77777777" w:rsidR="006779FF" w:rsidRPr="00F51F43" w:rsidRDefault="006779FF" w:rsidP="00E04358">
            <w:pPr>
              <w:numPr>
                <w:ilvl w:val="0"/>
                <w:numId w:val="29"/>
              </w:numPr>
              <w:spacing w:after="0" w:line="240" w:lineRule="auto"/>
              <w:rPr>
                <w:noProof/>
                <w:sz w:val="20"/>
                <w:szCs w:val="20"/>
                <w:lang w:eastAsia="en-US"/>
              </w:rPr>
            </w:pPr>
            <w:r w:rsidRPr="00F51F43">
              <w:rPr>
                <w:noProof/>
                <w:sz w:val="20"/>
                <w:szCs w:val="20"/>
                <w:lang w:eastAsia="en-US"/>
              </w:rPr>
              <w:t xml:space="preserve">individualno stručno usavršavanje i praćenje stručne i znanstvene literature </w:t>
            </w:r>
          </w:p>
          <w:p w14:paraId="24592E85" w14:textId="77777777" w:rsidR="006779FF" w:rsidRPr="00F51F43" w:rsidRDefault="006779FF" w:rsidP="00E04358">
            <w:pPr>
              <w:numPr>
                <w:ilvl w:val="0"/>
                <w:numId w:val="29"/>
              </w:numPr>
              <w:spacing w:after="0" w:line="240" w:lineRule="auto"/>
              <w:rPr>
                <w:noProof/>
                <w:sz w:val="20"/>
                <w:szCs w:val="20"/>
                <w:lang w:eastAsia="en-US"/>
              </w:rPr>
            </w:pPr>
            <w:r w:rsidRPr="00F51F43">
              <w:rPr>
                <w:noProof/>
                <w:sz w:val="20"/>
                <w:szCs w:val="20"/>
                <w:lang w:eastAsia="en-US"/>
              </w:rPr>
              <w:t xml:space="preserve">sudjelovanje na stručnim skupovima, seminarima, edukacijama, radionicama i drugim oblicima stručnog usavršavanja izvan ustanove </w:t>
            </w:r>
          </w:p>
          <w:p w14:paraId="0C5A6210" w14:textId="77777777" w:rsidR="006779FF" w:rsidRPr="00F51F43" w:rsidRDefault="006779FF" w:rsidP="00E04358">
            <w:pPr>
              <w:numPr>
                <w:ilvl w:val="0"/>
                <w:numId w:val="29"/>
              </w:numPr>
              <w:spacing w:after="0" w:line="240" w:lineRule="auto"/>
              <w:rPr>
                <w:noProof/>
                <w:sz w:val="20"/>
                <w:szCs w:val="20"/>
                <w:lang w:eastAsia="en-US"/>
              </w:rPr>
            </w:pPr>
            <w:r w:rsidRPr="00F51F43">
              <w:rPr>
                <w:noProof/>
                <w:sz w:val="20"/>
                <w:szCs w:val="20"/>
                <w:lang w:eastAsia="en-US"/>
              </w:rPr>
              <w:t xml:space="preserve">sudjelovanje na sjednicama Odgojiteljskog vijeća </w:t>
            </w:r>
          </w:p>
          <w:p w14:paraId="0270A6B4" w14:textId="77777777" w:rsidR="006779FF" w:rsidRPr="00F51F43" w:rsidRDefault="006779FF" w:rsidP="00E04358">
            <w:pPr>
              <w:numPr>
                <w:ilvl w:val="0"/>
                <w:numId w:val="29"/>
              </w:numPr>
              <w:spacing w:after="0" w:line="240" w:lineRule="auto"/>
              <w:rPr>
                <w:noProof/>
                <w:sz w:val="20"/>
                <w:szCs w:val="20"/>
                <w:lang w:eastAsia="en-US"/>
              </w:rPr>
            </w:pPr>
            <w:r w:rsidRPr="00F51F43">
              <w:rPr>
                <w:noProof/>
                <w:sz w:val="20"/>
                <w:szCs w:val="20"/>
                <w:lang w:eastAsia="en-US"/>
              </w:rPr>
              <w:t xml:space="preserve">sudjelovanje u radu internih stručnih aktiva </w:t>
            </w:r>
          </w:p>
          <w:p w14:paraId="36B80548" w14:textId="77777777" w:rsidR="006779FF" w:rsidRPr="00F51F43" w:rsidRDefault="006779FF" w:rsidP="00E04358">
            <w:pPr>
              <w:numPr>
                <w:ilvl w:val="0"/>
                <w:numId w:val="29"/>
              </w:numPr>
              <w:spacing w:after="0" w:line="240" w:lineRule="auto"/>
              <w:rPr>
                <w:noProof/>
                <w:sz w:val="20"/>
                <w:szCs w:val="20"/>
                <w:lang w:eastAsia="en-US"/>
              </w:rPr>
            </w:pPr>
            <w:r w:rsidRPr="00F51F43">
              <w:rPr>
                <w:noProof/>
                <w:sz w:val="20"/>
                <w:szCs w:val="20"/>
                <w:lang w:eastAsia="en-US"/>
              </w:rPr>
              <w:t xml:space="preserve">stručno usavršavanje prema Katalogu stručnih skupova Agencije za odgoj i obrazovanje (AZOO) </w:t>
            </w:r>
          </w:p>
          <w:p w14:paraId="4CAF7659" w14:textId="77777777" w:rsidR="006779FF" w:rsidRPr="00F51F43" w:rsidRDefault="006779FF" w:rsidP="00E04358">
            <w:pPr>
              <w:numPr>
                <w:ilvl w:val="0"/>
                <w:numId w:val="29"/>
              </w:numPr>
              <w:spacing w:after="0" w:line="240" w:lineRule="auto"/>
              <w:rPr>
                <w:noProof/>
                <w:sz w:val="20"/>
                <w:szCs w:val="20"/>
                <w:lang w:eastAsia="en-US"/>
              </w:rPr>
            </w:pPr>
            <w:r w:rsidRPr="00F51F43">
              <w:rPr>
                <w:noProof/>
                <w:sz w:val="20"/>
                <w:szCs w:val="20"/>
                <w:lang w:eastAsia="en-US"/>
              </w:rPr>
              <w:t xml:space="preserve">razmjena iskustava, primjera dobre prakse i stručnih materijala s drugim odgojno-obrazovnim radnicima </w:t>
            </w:r>
          </w:p>
          <w:p w14:paraId="025C00FD" w14:textId="77777777" w:rsidR="006779FF" w:rsidRPr="00F51F43" w:rsidRDefault="006779FF" w:rsidP="00E04358">
            <w:pPr>
              <w:numPr>
                <w:ilvl w:val="0"/>
                <w:numId w:val="29"/>
              </w:numPr>
              <w:spacing w:after="0" w:line="240" w:lineRule="auto"/>
              <w:rPr>
                <w:noProof/>
                <w:sz w:val="20"/>
                <w:szCs w:val="20"/>
                <w:lang w:eastAsia="en-US"/>
              </w:rPr>
            </w:pPr>
            <w:r w:rsidRPr="00F51F43">
              <w:rPr>
                <w:noProof/>
                <w:sz w:val="20"/>
                <w:szCs w:val="20"/>
                <w:lang w:eastAsia="en-US"/>
              </w:rPr>
              <w:t xml:space="preserve">primjena stečenih znanja i kompetencija u neposrednom odgojno-obrazovnom radu </w:t>
            </w:r>
          </w:p>
          <w:p w14:paraId="1E9E966C" w14:textId="77777777" w:rsidR="006779FF" w:rsidRPr="00F51F43" w:rsidRDefault="006779FF" w:rsidP="00E04358">
            <w:pPr>
              <w:numPr>
                <w:ilvl w:val="0"/>
                <w:numId w:val="29"/>
              </w:numPr>
              <w:spacing w:after="0" w:line="240" w:lineRule="auto"/>
              <w:rPr>
                <w:noProof/>
                <w:sz w:val="20"/>
                <w:szCs w:val="20"/>
                <w:lang w:eastAsia="en-US"/>
              </w:rPr>
            </w:pPr>
            <w:r w:rsidRPr="00F51F43">
              <w:rPr>
                <w:noProof/>
                <w:sz w:val="20"/>
                <w:szCs w:val="20"/>
                <w:lang w:eastAsia="en-US"/>
              </w:rPr>
              <w:t>praćenje suvremenih spoznaja i pristupa u području ranog i predškolskog odgoja i obrazovanja.</w:t>
            </w:r>
          </w:p>
          <w:p w14:paraId="44FD5CAB" w14:textId="77777777" w:rsidR="003E07AA" w:rsidRPr="00F51F43" w:rsidRDefault="003E07AA" w:rsidP="00670B52">
            <w:pPr>
              <w:spacing w:after="0" w:line="240" w:lineRule="auto"/>
              <w:rPr>
                <w:noProof/>
                <w:sz w:val="20"/>
                <w:szCs w:val="20"/>
              </w:rPr>
            </w:pPr>
          </w:p>
        </w:tc>
      </w:tr>
      <w:tr w:rsidR="003E07AA" w:rsidRPr="00F51F43" w14:paraId="1FB2F8EB" w14:textId="77777777" w:rsidTr="00982AFE">
        <w:trPr>
          <w:cantSplit/>
          <w:trHeight w:val="1178"/>
          <w:jc w:val="center"/>
        </w:trPr>
        <w:tc>
          <w:tcPr>
            <w:tcW w:w="97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78DFBFA" w14:textId="77777777" w:rsidR="006779FF" w:rsidRPr="00F51F43" w:rsidRDefault="006779FF" w:rsidP="006779FF">
            <w:pPr>
              <w:spacing w:after="0" w:line="240" w:lineRule="auto"/>
              <w:rPr>
                <w:b/>
                <w:bCs/>
                <w:noProof/>
                <w:sz w:val="20"/>
                <w:szCs w:val="20"/>
                <w:lang w:eastAsia="en-US"/>
              </w:rPr>
            </w:pPr>
            <w:r w:rsidRPr="00F51F43">
              <w:rPr>
                <w:b/>
                <w:bCs/>
                <w:noProof/>
                <w:sz w:val="20"/>
                <w:szCs w:val="20"/>
                <w:lang w:eastAsia="en-US"/>
              </w:rPr>
              <w:t>IV. Ostali poslovi</w:t>
            </w:r>
          </w:p>
          <w:p w14:paraId="6D0860A3" w14:textId="77777777" w:rsidR="006779FF" w:rsidRPr="00F51F43" w:rsidRDefault="006779FF" w:rsidP="00E04358">
            <w:pPr>
              <w:numPr>
                <w:ilvl w:val="0"/>
                <w:numId w:val="30"/>
              </w:numPr>
              <w:spacing w:after="0" w:line="240" w:lineRule="auto"/>
              <w:rPr>
                <w:noProof/>
                <w:sz w:val="20"/>
                <w:szCs w:val="20"/>
                <w:lang w:eastAsia="en-US"/>
              </w:rPr>
            </w:pPr>
            <w:r w:rsidRPr="00F51F43">
              <w:rPr>
                <w:noProof/>
                <w:sz w:val="20"/>
                <w:szCs w:val="20"/>
                <w:lang w:eastAsia="en-US"/>
              </w:rPr>
              <w:t xml:space="preserve">priprema, organizacija i sudjelovanje u različitim svečanostima i događanjima u Vrtiću </w:t>
            </w:r>
          </w:p>
          <w:p w14:paraId="75703D9B" w14:textId="77777777" w:rsidR="006779FF" w:rsidRPr="00F51F43" w:rsidRDefault="006779FF" w:rsidP="00E04358">
            <w:pPr>
              <w:numPr>
                <w:ilvl w:val="0"/>
                <w:numId w:val="30"/>
              </w:numPr>
              <w:spacing w:after="0" w:line="240" w:lineRule="auto"/>
              <w:rPr>
                <w:noProof/>
                <w:sz w:val="20"/>
                <w:szCs w:val="20"/>
                <w:lang w:eastAsia="en-US"/>
              </w:rPr>
            </w:pPr>
            <w:r w:rsidRPr="00F51F43">
              <w:rPr>
                <w:noProof/>
                <w:sz w:val="20"/>
                <w:szCs w:val="20"/>
                <w:lang w:eastAsia="en-US"/>
              </w:rPr>
              <w:t xml:space="preserve">priprema i sudjelovanje u priredbama, predstavama, posjetima, susretima, izletima, šetnjama i drugim aktivnostima izvan Vrtića </w:t>
            </w:r>
          </w:p>
          <w:p w14:paraId="6DF84ED4" w14:textId="77777777" w:rsidR="006779FF" w:rsidRPr="00F51F43" w:rsidRDefault="006779FF" w:rsidP="00E04358">
            <w:pPr>
              <w:numPr>
                <w:ilvl w:val="0"/>
                <w:numId w:val="30"/>
              </w:numPr>
              <w:spacing w:after="0" w:line="240" w:lineRule="auto"/>
              <w:rPr>
                <w:noProof/>
                <w:sz w:val="20"/>
                <w:szCs w:val="20"/>
                <w:lang w:eastAsia="en-US"/>
              </w:rPr>
            </w:pPr>
            <w:r w:rsidRPr="00F51F43">
              <w:rPr>
                <w:noProof/>
                <w:sz w:val="20"/>
                <w:szCs w:val="20"/>
                <w:lang w:eastAsia="en-US"/>
              </w:rPr>
              <w:t xml:space="preserve">uređenje, organizacija i estetsko oblikovanje prostora Vrtića i odgojno-obrazovnih skupina </w:t>
            </w:r>
          </w:p>
          <w:p w14:paraId="69F50E07" w14:textId="77777777" w:rsidR="006779FF" w:rsidRPr="00F51F43" w:rsidRDefault="006779FF" w:rsidP="00E04358">
            <w:pPr>
              <w:numPr>
                <w:ilvl w:val="0"/>
                <w:numId w:val="30"/>
              </w:numPr>
              <w:spacing w:after="0" w:line="240" w:lineRule="auto"/>
              <w:rPr>
                <w:noProof/>
                <w:sz w:val="20"/>
                <w:szCs w:val="20"/>
                <w:lang w:eastAsia="en-US"/>
              </w:rPr>
            </w:pPr>
            <w:r w:rsidRPr="00F51F43">
              <w:rPr>
                <w:noProof/>
                <w:sz w:val="20"/>
                <w:szCs w:val="20"/>
                <w:lang w:eastAsia="en-US"/>
              </w:rPr>
              <w:t xml:space="preserve">priprema prostora i materijala za različite aktivnosti, događanja i svečanosti </w:t>
            </w:r>
          </w:p>
          <w:p w14:paraId="79281BD9" w14:textId="77777777" w:rsidR="006779FF" w:rsidRPr="00F51F43" w:rsidRDefault="006779FF" w:rsidP="00E04358">
            <w:pPr>
              <w:numPr>
                <w:ilvl w:val="0"/>
                <w:numId w:val="30"/>
              </w:numPr>
              <w:spacing w:after="0" w:line="240" w:lineRule="auto"/>
              <w:rPr>
                <w:noProof/>
                <w:sz w:val="20"/>
                <w:szCs w:val="20"/>
                <w:lang w:eastAsia="en-US"/>
              </w:rPr>
            </w:pPr>
            <w:r w:rsidRPr="00F51F43">
              <w:rPr>
                <w:noProof/>
                <w:sz w:val="20"/>
                <w:szCs w:val="20"/>
                <w:lang w:eastAsia="en-US"/>
              </w:rPr>
              <w:t xml:space="preserve">planiranje, priprema, provedba, dokumentiranje i vrednovanje projekata </w:t>
            </w:r>
          </w:p>
          <w:p w14:paraId="12C156F6" w14:textId="77777777" w:rsidR="006779FF" w:rsidRPr="00F51F43" w:rsidRDefault="006779FF" w:rsidP="00E04358">
            <w:pPr>
              <w:numPr>
                <w:ilvl w:val="0"/>
                <w:numId w:val="30"/>
              </w:numPr>
              <w:spacing w:after="0" w:line="240" w:lineRule="auto"/>
              <w:rPr>
                <w:noProof/>
                <w:sz w:val="20"/>
                <w:szCs w:val="20"/>
                <w:lang w:eastAsia="en-US"/>
              </w:rPr>
            </w:pPr>
            <w:r w:rsidRPr="00F51F43">
              <w:rPr>
                <w:noProof/>
                <w:sz w:val="20"/>
                <w:szCs w:val="20"/>
                <w:lang w:eastAsia="en-US"/>
              </w:rPr>
              <w:t xml:space="preserve">suradnja s lokalnom zajednicom, ustanovama, udrugama i drugim vanjskim suradnicima </w:t>
            </w:r>
          </w:p>
          <w:p w14:paraId="1E31CA0D" w14:textId="77777777" w:rsidR="006779FF" w:rsidRPr="00F51F43" w:rsidRDefault="006779FF" w:rsidP="00E04358">
            <w:pPr>
              <w:numPr>
                <w:ilvl w:val="0"/>
                <w:numId w:val="30"/>
              </w:numPr>
              <w:spacing w:after="0" w:line="240" w:lineRule="auto"/>
              <w:rPr>
                <w:noProof/>
                <w:sz w:val="20"/>
                <w:szCs w:val="20"/>
                <w:lang w:eastAsia="en-US"/>
              </w:rPr>
            </w:pPr>
            <w:r w:rsidRPr="00F51F43">
              <w:rPr>
                <w:noProof/>
                <w:sz w:val="20"/>
                <w:szCs w:val="20"/>
                <w:lang w:eastAsia="en-US"/>
              </w:rPr>
              <w:t xml:space="preserve">sudjelovanje u zajedničkim aktivnostima i događanjima na razini Vrtića </w:t>
            </w:r>
          </w:p>
          <w:p w14:paraId="77210E6A" w14:textId="77777777" w:rsidR="006779FF" w:rsidRPr="00F51F43" w:rsidRDefault="006779FF" w:rsidP="00E04358">
            <w:pPr>
              <w:numPr>
                <w:ilvl w:val="0"/>
                <w:numId w:val="30"/>
              </w:numPr>
              <w:spacing w:after="0" w:line="240" w:lineRule="auto"/>
              <w:rPr>
                <w:noProof/>
                <w:sz w:val="20"/>
                <w:szCs w:val="20"/>
                <w:lang w:eastAsia="en-US"/>
              </w:rPr>
            </w:pPr>
            <w:r w:rsidRPr="00F51F43">
              <w:rPr>
                <w:noProof/>
                <w:sz w:val="20"/>
                <w:szCs w:val="20"/>
                <w:lang w:eastAsia="en-US"/>
              </w:rPr>
              <w:t>izrada i priprema materijala potrebnih za provedbu odgojno-obrazovnog rada i drugih aktivnosti Vrtića.</w:t>
            </w:r>
          </w:p>
          <w:p w14:paraId="4A32F377" w14:textId="77777777" w:rsidR="003E07AA" w:rsidRPr="00F51F43" w:rsidRDefault="003E07AA" w:rsidP="00670B52">
            <w:pPr>
              <w:spacing w:after="0" w:line="240" w:lineRule="auto"/>
              <w:rPr>
                <w:noProof/>
                <w:sz w:val="20"/>
                <w:szCs w:val="20"/>
              </w:rPr>
            </w:pPr>
          </w:p>
        </w:tc>
      </w:tr>
    </w:tbl>
    <w:p w14:paraId="30041D4C" w14:textId="77777777" w:rsidR="006779FF" w:rsidRPr="00D7124A" w:rsidRDefault="006779FF" w:rsidP="006779FF">
      <w:pPr>
        <w:rPr>
          <w:b/>
          <w:bCs/>
          <w:noProof/>
          <w:lang w:eastAsia="en-US"/>
        </w:rPr>
      </w:pPr>
      <w:r w:rsidRPr="00D7124A">
        <w:rPr>
          <w:b/>
          <w:bCs/>
          <w:noProof/>
          <w:lang w:eastAsia="en-US"/>
        </w:rPr>
        <w:t>Evidencija radnog vremena odgojitelja</w:t>
      </w:r>
    </w:p>
    <w:p w14:paraId="28E4C2DB" w14:textId="77777777" w:rsidR="006779FF" w:rsidRPr="00F51F43" w:rsidRDefault="006779FF" w:rsidP="006779FF">
      <w:pPr>
        <w:rPr>
          <w:noProof/>
          <w:lang w:eastAsia="en-US"/>
        </w:rPr>
      </w:pPr>
      <w:r w:rsidRPr="00F51F43">
        <w:rPr>
          <w:noProof/>
          <w:lang w:eastAsia="en-US"/>
        </w:rPr>
        <w:t>U vremenu preklapanja radnog vremena odgojitelj ima mogućnost korištenja dnevnog odmora, uz osiguranu kontinuiranu skrb o djeci i nesmetano odvijanje odgojno-obrazovnog procesa.</w:t>
      </w:r>
    </w:p>
    <w:p w14:paraId="6B1401A8" w14:textId="77777777" w:rsidR="006779FF" w:rsidRPr="00F51F43" w:rsidRDefault="006779FF" w:rsidP="006779FF">
      <w:pPr>
        <w:rPr>
          <w:noProof/>
          <w:lang w:eastAsia="en-US"/>
        </w:rPr>
      </w:pPr>
      <w:r w:rsidRPr="00F51F43">
        <w:rPr>
          <w:noProof/>
          <w:lang w:eastAsia="en-US"/>
        </w:rPr>
        <w:t>Odgojitelj svakodnevno vodi propisanu evidenciju radnog vremena. Evidencija se na kraju mjeseca dostavlja Upravi Vrtića radi praćenja realizacije mjesečnog i godišnjeg zaduženja.</w:t>
      </w:r>
    </w:p>
    <w:p w14:paraId="79906969" w14:textId="77777777" w:rsidR="006779FF" w:rsidRPr="00F51F43" w:rsidRDefault="006779FF" w:rsidP="006779FF">
      <w:pPr>
        <w:pStyle w:val="Naslov3"/>
        <w:rPr>
          <w:noProof/>
          <w:lang w:eastAsia="en-US"/>
        </w:rPr>
      </w:pPr>
      <w:bookmarkStart w:id="7" w:name="_Toc241563323"/>
      <w:r w:rsidRPr="00F51F43">
        <w:rPr>
          <w:noProof/>
          <w:lang w:eastAsia="en-US"/>
        </w:rPr>
        <w:t>2.3.2. RADNO VRIJEME ZAJEDNIČKIH SLUŽBI NA RAZINI VRTIĆA</w:t>
      </w:r>
      <w:bookmarkEnd w:id="7"/>
    </w:p>
    <w:p w14:paraId="3428EA30" w14:textId="77777777" w:rsidR="006779FF" w:rsidRPr="00F51F43" w:rsidRDefault="006779FF" w:rsidP="006779FF">
      <w:pPr>
        <w:rPr>
          <w:noProof/>
          <w:lang w:eastAsia="en-US"/>
        </w:rPr>
      </w:pPr>
      <w:r w:rsidRPr="00F51F43">
        <w:rPr>
          <w:noProof/>
          <w:lang w:eastAsia="en-US"/>
        </w:rPr>
        <w:t>Radno vrijeme ravnateljice, stručnih suradnika te administrativno-računovodstvenih djelatnika organizira se u okviru 40-satnog tjednog radnog vremena, sukladno važećim propisima, potrebama Vrtića i organizaciji rada.</w:t>
      </w:r>
    </w:p>
    <w:p w14:paraId="20AD15D2" w14:textId="77777777" w:rsidR="006779FF" w:rsidRPr="00F51F43" w:rsidRDefault="006779FF" w:rsidP="006779FF">
      <w:pPr>
        <w:rPr>
          <w:noProof/>
          <w:lang w:eastAsia="en-US"/>
        </w:rPr>
      </w:pPr>
      <w:r w:rsidRPr="00F51F43">
        <w:rPr>
          <w:noProof/>
          <w:lang w:eastAsia="en-US"/>
        </w:rPr>
        <w:t>Radno vrijeme stručnih suradnika organizira se u skladu s njihovim propisanim radnim obvezama, a obuhvaća neposredan rad s djecom, suradnju s odgojiteljima, roditeljima i drugim sudionicima odgojno-obrazovnog procesa, planiranje, praćenje i vrednovanje rada, vođenje dokumentacije, stručno usavršavanje te ostale poslove iz djelokruga rada.</w:t>
      </w:r>
    </w:p>
    <w:p w14:paraId="2B2ADFB9" w14:textId="77777777" w:rsidR="006779FF" w:rsidRPr="00F51F43" w:rsidRDefault="006779FF" w:rsidP="006779FF">
      <w:pPr>
        <w:rPr>
          <w:noProof/>
          <w:lang w:eastAsia="en-US"/>
        </w:rPr>
      </w:pPr>
      <w:r w:rsidRPr="00F51F43">
        <w:rPr>
          <w:noProof/>
          <w:lang w:eastAsia="en-US"/>
        </w:rPr>
        <w:t xml:space="preserve">Radno vrijeme stručnog tima može se prilagođavati potrebama djece, roditelja, odgojitelja i pojedinih podružnica Vrtića. Tijekom pedagoške godine moguće su promjene u rasporedu </w:t>
      </w:r>
      <w:r w:rsidRPr="00F51F43">
        <w:rPr>
          <w:noProof/>
          <w:lang w:eastAsia="en-US"/>
        </w:rPr>
        <w:lastRenderedPageBreak/>
        <w:t>radnog vremena ovisno o organizacijskim potrebama, specifičnostima programa i drugim potrebama Vrtića.</w:t>
      </w:r>
    </w:p>
    <w:p w14:paraId="26D58C28" w14:textId="77777777" w:rsidR="006779FF" w:rsidRPr="00F51F43" w:rsidRDefault="006779FF" w:rsidP="006779FF">
      <w:pPr>
        <w:rPr>
          <w:noProof/>
          <w:lang w:eastAsia="en-US"/>
        </w:rPr>
      </w:pPr>
      <w:r w:rsidRPr="00F51F43">
        <w:rPr>
          <w:noProof/>
          <w:lang w:eastAsia="en-US"/>
        </w:rPr>
        <w:t xml:space="preserve">Radno vrijeme ravnateljice u </w:t>
      </w:r>
      <w:r w:rsidRPr="00D7124A">
        <w:rPr>
          <w:noProof/>
          <w:lang w:eastAsia="en-US"/>
        </w:rPr>
        <w:t xml:space="preserve">pravilu je od </w:t>
      </w:r>
      <w:r w:rsidRPr="00D7124A">
        <w:rPr>
          <w:bCs/>
          <w:noProof/>
          <w:lang w:eastAsia="en-US"/>
        </w:rPr>
        <w:t>7:00 do 15:00 sati</w:t>
      </w:r>
      <w:r w:rsidRPr="00D7124A">
        <w:rPr>
          <w:noProof/>
          <w:lang w:eastAsia="en-US"/>
        </w:rPr>
        <w:t>,</w:t>
      </w:r>
      <w:r w:rsidRPr="00F51F43">
        <w:rPr>
          <w:noProof/>
          <w:lang w:eastAsia="en-US"/>
        </w:rPr>
        <w:t xml:space="preserve"> uz mogućnost prilagodbe radnog vremena potrebama organizacije i djelatnosti Vrtića.</w:t>
      </w:r>
    </w:p>
    <w:p w14:paraId="696EAD1A" w14:textId="77777777" w:rsidR="002046BC" w:rsidRPr="00F51F43" w:rsidRDefault="002046BC" w:rsidP="006D4654">
      <w:pPr>
        <w:rPr>
          <w:b/>
          <w:noProof/>
        </w:rPr>
      </w:pPr>
    </w:p>
    <w:p w14:paraId="55F39EBA" w14:textId="77777777" w:rsidR="006D4654" w:rsidRPr="00F51F43" w:rsidRDefault="006D4654" w:rsidP="006D4654">
      <w:pPr>
        <w:keepNext/>
        <w:spacing w:before="120"/>
        <w:jc w:val="left"/>
        <w:rPr>
          <w:b/>
          <w:bCs/>
          <w:noProof/>
        </w:rPr>
      </w:pPr>
      <w:r w:rsidRPr="00F51F43">
        <w:rPr>
          <w:b/>
          <w:bCs/>
          <w:noProof/>
        </w:rPr>
        <w:t>Tablica 13: Bitne zadaće na unaprjeđivanju materijalnih uvjeta u pedagoškoj godini 2026./2027.</w:t>
      </w:r>
    </w:p>
    <w:tbl>
      <w:tblPr>
        <w:tblStyle w:val="Reetkatablice"/>
        <w:tblW w:w="9180" w:type="dxa"/>
        <w:jc w:val="center"/>
        <w:tblLayout w:type="fixed"/>
        <w:tblLook w:val="01E0" w:firstRow="1" w:lastRow="1" w:firstColumn="1" w:lastColumn="1" w:noHBand="0" w:noVBand="0"/>
      </w:tblPr>
      <w:tblGrid>
        <w:gridCol w:w="1951"/>
        <w:gridCol w:w="3969"/>
        <w:gridCol w:w="3260"/>
      </w:tblGrid>
      <w:tr w:rsidR="001A029B" w:rsidRPr="00F51F43" w14:paraId="0E243AE7" w14:textId="77777777" w:rsidTr="000D6F77">
        <w:trPr>
          <w:cantSplit/>
          <w:trHeight w:val="207"/>
          <w:tblHeader/>
          <w:jc w:val="center"/>
        </w:trPr>
        <w:tc>
          <w:tcPr>
            <w:tcW w:w="1951" w:type="dxa"/>
            <w:shd w:val="clear" w:color="auto" w:fill="D9EAD3"/>
            <w:tcMar>
              <w:top w:w="80" w:type="dxa"/>
              <w:left w:w="80" w:type="dxa"/>
              <w:bottom w:w="80" w:type="dxa"/>
              <w:right w:w="80" w:type="dxa"/>
            </w:tcMar>
            <w:vAlign w:val="center"/>
          </w:tcPr>
          <w:p w14:paraId="7E1D2F11" w14:textId="77777777" w:rsidR="006D4654" w:rsidRPr="00F51F43" w:rsidRDefault="006D4654" w:rsidP="006D4654">
            <w:pPr>
              <w:spacing w:after="0" w:line="240" w:lineRule="auto"/>
              <w:jc w:val="center"/>
              <w:rPr>
                <w:b/>
                <w:bCs/>
                <w:iCs/>
                <w:noProof/>
                <w:sz w:val="20"/>
                <w:szCs w:val="20"/>
              </w:rPr>
            </w:pPr>
            <w:r w:rsidRPr="00F51F43">
              <w:rPr>
                <w:b/>
                <w:bCs/>
                <w:iCs/>
                <w:noProof/>
                <w:sz w:val="20"/>
                <w:szCs w:val="20"/>
              </w:rPr>
              <w:t>BITNE ZADAĆE</w:t>
            </w:r>
          </w:p>
        </w:tc>
        <w:tc>
          <w:tcPr>
            <w:tcW w:w="3969" w:type="dxa"/>
            <w:shd w:val="clear" w:color="auto" w:fill="D9EAD3"/>
            <w:tcMar>
              <w:top w:w="80" w:type="dxa"/>
              <w:left w:w="80" w:type="dxa"/>
              <w:bottom w:w="80" w:type="dxa"/>
              <w:right w:w="80" w:type="dxa"/>
            </w:tcMar>
            <w:vAlign w:val="center"/>
          </w:tcPr>
          <w:p w14:paraId="40A395CA" w14:textId="77777777" w:rsidR="006D4654" w:rsidRPr="00F51F43" w:rsidRDefault="006D4654" w:rsidP="00E04358">
            <w:pPr>
              <w:pStyle w:val="Odlomakpopisa"/>
              <w:numPr>
                <w:ilvl w:val="0"/>
                <w:numId w:val="33"/>
              </w:numPr>
              <w:spacing w:after="0" w:line="240" w:lineRule="auto"/>
              <w:jc w:val="center"/>
              <w:rPr>
                <w:b/>
                <w:bCs/>
                <w:iCs/>
                <w:noProof/>
                <w:sz w:val="20"/>
                <w:szCs w:val="20"/>
                <w:lang w:val="hr-HR"/>
              </w:rPr>
            </w:pPr>
            <w:r w:rsidRPr="00F51F43">
              <w:rPr>
                <w:b/>
                <w:bCs/>
                <w:iCs/>
                <w:noProof/>
                <w:sz w:val="20"/>
                <w:szCs w:val="20"/>
                <w:lang w:val="hr-HR"/>
              </w:rPr>
              <w:t>STRATEGIJA</w:t>
            </w:r>
          </w:p>
        </w:tc>
        <w:tc>
          <w:tcPr>
            <w:tcW w:w="3260" w:type="dxa"/>
            <w:shd w:val="clear" w:color="auto" w:fill="D9EAD3"/>
            <w:tcMar>
              <w:top w:w="80" w:type="dxa"/>
              <w:left w:w="80" w:type="dxa"/>
              <w:bottom w:w="80" w:type="dxa"/>
              <w:right w:w="80" w:type="dxa"/>
            </w:tcMar>
            <w:vAlign w:val="center"/>
          </w:tcPr>
          <w:p w14:paraId="5EB62E8A" w14:textId="77777777" w:rsidR="006D4654" w:rsidRPr="00F51F43" w:rsidRDefault="006D4654" w:rsidP="006D4654">
            <w:pPr>
              <w:spacing w:after="0" w:line="240" w:lineRule="auto"/>
              <w:jc w:val="center"/>
              <w:rPr>
                <w:b/>
                <w:bCs/>
                <w:iCs/>
                <w:noProof/>
                <w:sz w:val="20"/>
                <w:szCs w:val="20"/>
              </w:rPr>
            </w:pPr>
            <w:r w:rsidRPr="00F51F43">
              <w:rPr>
                <w:b/>
                <w:bCs/>
                <w:iCs/>
                <w:noProof/>
                <w:sz w:val="20"/>
                <w:szCs w:val="20"/>
              </w:rPr>
              <w:t>VALORIZACIJA</w:t>
            </w:r>
          </w:p>
        </w:tc>
      </w:tr>
      <w:tr w:rsidR="001A029B" w:rsidRPr="00F51F43" w14:paraId="589E91EA" w14:textId="77777777" w:rsidTr="00735913">
        <w:trPr>
          <w:cantSplit/>
          <w:trHeight w:val="558"/>
          <w:jc w:val="center"/>
        </w:trPr>
        <w:tc>
          <w:tcPr>
            <w:tcW w:w="1951" w:type="dxa"/>
            <w:shd w:val="clear" w:color="auto" w:fill="auto"/>
            <w:tcMar>
              <w:top w:w="80" w:type="dxa"/>
              <w:left w:w="80" w:type="dxa"/>
              <w:bottom w:w="80" w:type="dxa"/>
              <w:right w:w="80" w:type="dxa"/>
            </w:tcMar>
            <w:vAlign w:val="center"/>
          </w:tcPr>
          <w:p w14:paraId="1EF4706F" w14:textId="77777777" w:rsidR="006D4654" w:rsidRPr="00F51F43" w:rsidRDefault="006D4654" w:rsidP="006D4654">
            <w:pPr>
              <w:spacing w:after="0" w:line="240" w:lineRule="auto"/>
              <w:rPr>
                <w:b/>
                <w:bCs/>
                <w:noProof/>
                <w:sz w:val="20"/>
                <w:szCs w:val="20"/>
              </w:rPr>
            </w:pPr>
            <w:r w:rsidRPr="00F51F43">
              <w:rPr>
                <w:b/>
                <w:bCs/>
                <w:noProof/>
                <w:sz w:val="20"/>
                <w:szCs w:val="20"/>
              </w:rPr>
              <w:t>ANALIZA UVJETA RADA U SVIM OBJEKTIMA</w:t>
            </w:r>
          </w:p>
        </w:tc>
        <w:tc>
          <w:tcPr>
            <w:tcW w:w="3969" w:type="dxa"/>
            <w:shd w:val="clear" w:color="auto" w:fill="auto"/>
            <w:tcMar>
              <w:top w:w="80" w:type="dxa"/>
              <w:left w:w="80" w:type="dxa"/>
              <w:bottom w:w="80" w:type="dxa"/>
              <w:right w:w="80" w:type="dxa"/>
            </w:tcMar>
            <w:vAlign w:val="center"/>
          </w:tcPr>
          <w:p w14:paraId="228A14DD"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financiranje potreba iz vlastitih raspoloživih sredstava Vrtića </w:t>
            </w:r>
          </w:p>
          <w:p w14:paraId="264F2127"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planiranje i financiranje potreba iz proračuna Općina osnivača </w:t>
            </w:r>
          </w:p>
          <w:p w14:paraId="44B797DB"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kontinuirano informiranje osnivača o stanju objekata i potrebama za poboljšanjem materijalnih uvjeta rada </w:t>
            </w:r>
          </w:p>
          <w:p w14:paraId="5249795C"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utvrđivanje potreba za investicijskim i tekućim održavanjem objekata </w:t>
            </w:r>
          </w:p>
          <w:p w14:paraId="67C19F3A"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praćenje stanja i potreba sitnog inventara </w:t>
            </w:r>
          </w:p>
          <w:p w14:paraId="0A0667FD"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praćenje stanja i potreba didaktičke opreme, sredstava i materijala </w:t>
            </w:r>
          </w:p>
          <w:p w14:paraId="32D00850"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praćenje stanja i potreba zaštitne odjeće i obuće zaposlenika </w:t>
            </w:r>
          </w:p>
          <w:p w14:paraId="71DBAFC3"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praćenje stanja opreme te potreba za poboljšanjem uvjeta rada u svim objektima i podružnicama Vrtića </w:t>
            </w:r>
          </w:p>
          <w:p w14:paraId="13F2CFB7"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praćenje stanja i potreba opremanja i održavanja kuhinja </w:t>
            </w:r>
          </w:p>
          <w:p w14:paraId="65176D54" w14:textId="77777777" w:rsidR="000C4A70"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xml:space="preserve">kontinuirano praćenje sigurnosnih uvjeta i potrebnih sigurnosnih mjera u unutarnjim prostorima Vrtića </w:t>
            </w:r>
          </w:p>
          <w:p w14:paraId="4ECA2527" w14:textId="77777777" w:rsidR="006D4654" w:rsidRPr="00F51F43" w:rsidRDefault="000C4A70" w:rsidP="00E04358">
            <w:pPr>
              <w:pStyle w:val="Odlomakpopisa"/>
              <w:numPr>
                <w:ilvl w:val="0"/>
                <w:numId w:val="33"/>
              </w:numPr>
              <w:spacing w:after="0" w:line="240" w:lineRule="auto"/>
              <w:rPr>
                <w:noProof/>
                <w:sz w:val="20"/>
                <w:szCs w:val="20"/>
                <w:lang w:val="hr-HR"/>
              </w:rPr>
            </w:pPr>
            <w:r w:rsidRPr="00F51F43">
              <w:rPr>
                <w:noProof/>
                <w:sz w:val="20"/>
                <w:szCs w:val="20"/>
                <w:lang w:val="hr-HR"/>
              </w:rPr>
              <w:t>  praćenje stanja vanjskih prostora, dječjih igrališta, sprava i druge vanjske opreme te poduzimanje potrebnih mjera radi sigurnosti djece i zaposlenika.</w:t>
            </w:r>
          </w:p>
        </w:tc>
        <w:tc>
          <w:tcPr>
            <w:tcW w:w="3260" w:type="dxa"/>
            <w:shd w:val="clear" w:color="auto" w:fill="auto"/>
            <w:tcMar>
              <w:top w:w="80" w:type="dxa"/>
              <w:left w:w="80" w:type="dxa"/>
              <w:bottom w:w="80" w:type="dxa"/>
              <w:right w:w="80" w:type="dxa"/>
            </w:tcMar>
            <w:vAlign w:val="center"/>
          </w:tcPr>
          <w:p w14:paraId="3C0029C0" w14:textId="77777777" w:rsidR="000C4A70" w:rsidRPr="00F51F43" w:rsidRDefault="000C4A70" w:rsidP="000C4A70">
            <w:pPr>
              <w:spacing w:after="0" w:line="240" w:lineRule="auto"/>
              <w:rPr>
                <w:noProof/>
                <w:sz w:val="20"/>
                <w:szCs w:val="20"/>
                <w:lang w:eastAsia="en-US"/>
              </w:rPr>
            </w:pPr>
            <w:r w:rsidRPr="00F51F43">
              <w:rPr>
                <w:noProof/>
                <w:sz w:val="20"/>
                <w:szCs w:val="20"/>
                <w:lang w:eastAsia="en-US"/>
              </w:rPr>
              <w:t>Valorizacija ostvarenih aktivnosti i materijalnih uvjeta rada provodit će se kontinuirano tijekom pedagoške godine kroz:</w:t>
            </w:r>
          </w:p>
          <w:p w14:paraId="6D4E89C2"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izvješća o realizaciji planiranih aktivnosti i potreba</w:t>
            </w:r>
          </w:p>
          <w:p w14:paraId="7907BD9A"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ankete i druge oblike prikupljanja podataka</w:t>
            </w:r>
          </w:p>
          <w:p w14:paraId="3901ACF7"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prikupljanje i analizu lista potreba djelatnika iz pojedinih objekata i podružnica</w:t>
            </w:r>
          </w:p>
          <w:p w14:paraId="1055487D"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izradu i praćenje lista prioriteta</w:t>
            </w:r>
          </w:p>
          <w:p w14:paraId="32CAA533"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praćenje realizacije planiranih nabava, radova i ulaganja</w:t>
            </w:r>
          </w:p>
          <w:p w14:paraId="23305B70"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analizu ostvarenih ciljeva i planiranih aktivnosti</w:t>
            </w:r>
          </w:p>
          <w:p w14:paraId="11309D39"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izradu kratkoročnih i dugoročnih planova poboljšanja materijalnih uvjeta rada</w:t>
            </w:r>
          </w:p>
          <w:p w14:paraId="110C5CC4"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kontinuiranu suradnju i razmjenu informacija s Općinama osnivačima</w:t>
            </w:r>
          </w:p>
          <w:p w14:paraId="224F8281" w14:textId="77777777" w:rsidR="000C4A70" w:rsidRPr="00F51F43" w:rsidRDefault="000C4A70" w:rsidP="00E04358">
            <w:pPr>
              <w:numPr>
                <w:ilvl w:val="0"/>
                <w:numId w:val="31"/>
              </w:numPr>
              <w:spacing w:after="0" w:line="240" w:lineRule="auto"/>
              <w:rPr>
                <w:noProof/>
                <w:sz w:val="20"/>
                <w:szCs w:val="20"/>
                <w:lang w:eastAsia="en-US"/>
              </w:rPr>
            </w:pPr>
            <w:r w:rsidRPr="00F51F43">
              <w:rPr>
                <w:noProof/>
                <w:sz w:val="20"/>
                <w:szCs w:val="20"/>
                <w:lang w:eastAsia="en-US"/>
              </w:rPr>
              <w:t>praćenje učinkovitosti korištenja raspoloživih financijskih i materijalnih sredstava.</w:t>
            </w:r>
          </w:p>
          <w:p w14:paraId="5F4E4449" w14:textId="77777777" w:rsidR="006D4654" w:rsidRPr="00F51F43" w:rsidRDefault="006D4654" w:rsidP="000C4A70">
            <w:pPr>
              <w:spacing w:after="0" w:line="240" w:lineRule="auto"/>
              <w:rPr>
                <w:noProof/>
                <w:sz w:val="20"/>
                <w:szCs w:val="20"/>
              </w:rPr>
            </w:pPr>
          </w:p>
        </w:tc>
      </w:tr>
      <w:tr w:rsidR="001A029B" w:rsidRPr="00F51F43" w14:paraId="03C74583" w14:textId="77777777" w:rsidTr="000D6F77">
        <w:trPr>
          <w:cantSplit/>
          <w:trHeight w:val="216"/>
          <w:jc w:val="center"/>
        </w:trPr>
        <w:tc>
          <w:tcPr>
            <w:tcW w:w="1951" w:type="dxa"/>
            <w:shd w:val="clear" w:color="auto" w:fill="auto"/>
            <w:tcMar>
              <w:top w:w="80" w:type="dxa"/>
              <w:left w:w="80" w:type="dxa"/>
              <w:bottom w:w="80" w:type="dxa"/>
              <w:right w:w="80" w:type="dxa"/>
            </w:tcMar>
            <w:vAlign w:val="center"/>
          </w:tcPr>
          <w:p w14:paraId="56509F57" w14:textId="77777777" w:rsidR="006D4654" w:rsidRPr="00F51F43" w:rsidRDefault="006D4654" w:rsidP="006D4654">
            <w:pPr>
              <w:spacing w:after="0" w:line="240" w:lineRule="auto"/>
              <w:rPr>
                <w:b/>
                <w:bCs/>
                <w:noProof/>
                <w:sz w:val="20"/>
                <w:szCs w:val="20"/>
              </w:rPr>
            </w:pPr>
            <w:r w:rsidRPr="00F51F43">
              <w:rPr>
                <w:b/>
                <w:bCs/>
                <w:noProof/>
                <w:sz w:val="20"/>
                <w:szCs w:val="20"/>
              </w:rPr>
              <w:lastRenderedPageBreak/>
              <w:t>KRITERIJI FINANCIRANJA DJELATNOSTI VRTIĆA</w:t>
            </w:r>
          </w:p>
        </w:tc>
        <w:tc>
          <w:tcPr>
            <w:tcW w:w="3969" w:type="dxa"/>
            <w:shd w:val="clear" w:color="auto" w:fill="auto"/>
            <w:tcMar>
              <w:top w:w="80" w:type="dxa"/>
              <w:left w:w="80" w:type="dxa"/>
              <w:bottom w:w="80" w:type="dxa"/>
              <w:right w:w="80" w:type="dxa"/>
            </w:tcMar>
            <w:vAlign w:val="center"/>
          </w:tcPr>
          <w:p w14:paraId="6DFDA492" w14:textId="77777777" w:rsidR="000C4A70" w:rsidRPr="00F51F43" w:rsidRDefault="000C4A70" w:rsidP="000C4A70">
            <w:pPr>
              <w:spacing w:after="0" w:line="240" w:lineRule="auto"/>
              <w:rPr>
                <w:noProof/>
                <w:sz w:val="20"/>
                <w:szCs w:val="20"/>
                <w:lang w:eastAsia="en-US"/>
              </w:rPr>
            </w:pPr>
            <w:r w:rsidRPr="00F51F43">
              <w:rPr>
                <w:noProof/>
                <w:sz w:val="20"/>
                <w:szCs w:val="20"/>
                <w:lang w:eastAsia="en-US"/>
              </w:rPr>
              <w:t>Financiranje djelatnosti Vrtića planirat će se i provoditi odgovorno, racionalno i transparentno, u skladu s važećim propisima, financijskim mogućnostima Vrtića i Općina osnivača te utvrđenim prioritetima.Aktivnosti će obuhvaćati:</w:t>
            </w:r>
          </w:p>
          <w:p w14:paraId="369F5852"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 xml:space="preserve">izradu i praćenje Plana nabave </w:t>
            </w:r>
          </w:p>
          <w:p w14:paraId="1A0C0F31"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 xml:space="preserve">izradu Financijskog plana te njegovih izmjena i dopuna prema potrebi </w:t>
            </w:r>
          </w:p>
          <w:p w14:paraId="5BAF96A0"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 xml:space="preserve">izradu propisanih financijskih izvještaja </w:t>
            </w:r>
          </w:p>
          <w:p w14:paraId="7A32716E"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 xml:space="preserve">razmatranje i donošenje odgovarajućih financijskih dokumenata na sjednicama Upravnog vijeća, sukladno njegovim ovlastima </w:t>
            </w:r>
          </w:p>
          <w:p w14:paraId="7C368C15"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 xml:space="preserve">kontinuirano praćenje i analizu financijskog poslovanja Vrtića </w:t>
            </w:r>
          </w:p>
          <w:p w14:paraId="53A8FD09"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 xml:space="preserve">praćenje namjenskog i racionalnog korištenja financijskih sredstava </w:t>
            </w:r>
          </w:p>
          <w:p w14:paraId="15002268"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 xml:space="preserve">provođenje mjera racionalizacije troškova uz očuvanje kvalitete odgojno-obrazovnog rada </w:t>
            </w:r>
          </w:p>
          <w:p w14:paraId="4134A4FB"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 xml:space="preserve">usklađivanje planiranih rashoda s potrebama pojedinih objekata i podružnica </w:t>
            </w:r>
          </w:p>
          <w:p w14:paraId="1BAA09AD" w14:textId="77777777" w:rsidR="000C4A70" w:rsidRPr="00F51F43" w:rsidRDefault="000C4A70" w:rsidP="00E04358">
            <w:pPr>
              <w:numPr>
                <w:ilvl w:val="0"/>
                <w:numId w:val="32"/>
              </w:numPr>
              <w:spacing w:after="0" w:line="240" w:lineRule="auto"/>
              <w:rPr>
                <w:noProof/>
                <w:sz w:val="20"/>
                <w:szCs w:val="20"/>
                <w:lang w:eastAsia="en-US"/>
              </w:rPr>
            </w:pPr>
            <w:r w:rsidRPr="00F51F43">
              <w:rPr>
                <w:noProof/>
                <w:sz w:val="20"/>
                <w:szCs w:val="20"/>
                <w:lang w:eastAsia="en-US"/>
              </w:rPr>
              <w:t>suradnju s Općinama osnivačima u planiranju i osiguravanju sredstava za redovito poslovanje, održavanje i unapređivanje uvjeta rada.</w:t>
            </w:r>
          </w:p>
          <w:p w14:paraId="6541F92D" w14:textId="77777777" w:rsidR="006D4654" w:rsidRPr="00F51F43" w:rsidRDefault="006D4654" w:rsidP="000C4A70">
            <w:pPr>
              <w:spacing w:after="0" w:line="240" w:lineRule="auto"/>
              <w:ind w:left="360"/>
              <w:rPr>
                <w:noProof/>
                <w:sz w:val="20"/>
                <w:szCs w:val="20"/>
              </w:rPr>
            </w:pPr>
          </w:p>
        </w:tc>
        <w:tc>
          <w:tcPr>
            <w:tcW w:w="3260" w:type="dxa"/>
            <w:shd w:val="clear" w:color="auto" w:fill="auto"/>
            <w:tcMar>
              <w:top w:w="80" w:type="dxa"/>
              <w:left w:w="80" w:type="dxa"/>
              <w:bottom w:w="80" w:type="dxa"/>
              <w:right w:w="80" w:type="dxa"/>
            </w:tcMar>
            <w:vAlign w:val="center"/>
          </w:tcPr>
          <w:p w14:paraId="2F01308E" w14:textId="77777777" w:rsidR="000C4A70" w:rsidRPr="00F51F43" w:rsidRDefault="000C4A70" w:rsidP="00E04358">
            <w:pPr>
              <w:pStyle w:val="Odlomakpopisa"/>
              <w:numPr>
                <w:ilvl w:val="0"/>
                <w:numId w:val="32"/>
              </w:numPr>
              <w:spacing w:after="0" w:line="240" w:lineRule="auto"/>
              <w:rPr>
                <w:noProof/>
                <w:sz w:val="20"/>
                <w:szCs w:val="20"/>
                <w:lang w:val="hr-HR"/>
              </w:rPr>
            </w:pPr>
            <w:r w:rsidRPr="00F51F43">
              <w:rPr>
                <w:noProof/>
                <w:sz w:val="20"/>
                <w:szCs w:val="20"/>
                <w:lang w:val="hr-HR"/>
              </w:rPr>
              <w:t xml:space="preserve">Godišnji plan nabave </w:t>
            </w:r>
          </w:p>
          <w:p w14:paraId="5BB07F11" w14:textId="77777777" w:rsidR="000C4A70" w:rsidRPr="00F51F43" w:rsidRDefault="000C4A70" w:rsidP="00E04358">
            <w:pPr>
              <w:pStyle w:val="Odlomakpopisa"/>
              <w:numPr>
                <w:ilvl w:val="0"/>
                <w:numId w:val="32"/>
              </w:numPr>
              <w:spacing w:after="0" w:line="240" w:lineRule="auto"/>
              <w:rPr>
                <w:noProof/>
                <w:sz w:val="20"/>
                <w:szCs w:val="20"/>
                <w:lang w:val="hr-HR"/>
              </w:rPr>
            </w:pPr>
            <w:r w:rsidRPr="00F51F43">
              <w:rPr>
                <w:noProof/>
                <w:sz w:val="20"/>
                <w:szCs w:val="20"/>
                <w:lang w:val="hr-HR"/>
              </w:rPr>
              <w:t xml:space="preserve">praćenje realizacije Plana nabave tijekom pedagoške godine </w:t>
            </w:r>
          </w:p>
          <w:p w14:paraId="1D0793F5" w14:textId="77777777" w:rsidR="000C4A70" w:rsidRPr="00F51F43" w:rsidRDefault="000C4A70" w:rsidP="00E04358">
            <w:pPr>
              <w:pStyle w:val="Odlomakpopisa"/>
              <w:numPr>
                <w:ilvl w:val="0"/>
                <w:numId w:val="32"/>
              </w:numPr>
              <w:spacing w:after="0" w:line="240" w:lineRule="auto"/>
              <w:rPr>
                <w:noProof/>
                <w:sz w:val="20"/>
                <w:szCs w:val="20"/>
                <w:lang w:val="hr-HR"/>
              </w:rPr>
            </w:pPr>
            <w:r w:rsidRPr="00F51F43">
              <w:rPr>
                <w:noProof/>
                <w:sz w:val="20"/>
                <w:szCs w:val="20"/>
                <w:lang w:val="hr-HR"/>
              </w:rPr>
              <w:t xml:space="preserve">mjesečno praćenje i planiranje potreba za nabavom </w:t>
            </w:r>
          </w:p>
          <w:p w14:paraId="46C3DD3E" w14:textId="77777777" w:rsidR="000C4A70" w:rsidRPr="00F51F43" w:rsidRDefault="000C4A70" w:rsidP="00E04358">
            <w:pPr>
              <w:pStyle w:val="Odlomakpopisa"/>
              <w:numPr>
                <w:ilvl w:val="0"/>
                <w:numId w:val="32"/>
              </w:numPr>
              <w:spacing w:after="0" w:line="240" w:lineRule="auto"/>
              <w:rPr>
                <w:noProof/>
                <w:sz w:val="20"/>
                <w:szCs w:val="20"/>
                <w:lang w:val="hr-HR"/>
              </w:rPr>
            </w:pPr>
            <w:r w:rsidRPr="00F51F43">
              <w:rPr>
                <w:noProof/>
                <w:sz w:val="20"/>
                <w:szCs w:val="20"/>
                <w:lang w:val="hr-HR"/>
              </w:rPr>
              <w:t xml:space="preserve">tromjesečno financijsko izvještavanje </w:t>
            </w:r>
          </w:p>
          <w:p w14:paraId="630B790D" w14:textId="77777777" w:rsidR="000C4A70" w:rsidRPr="00F51F43" w:rsidRDefault="000C4A70" w:rsidP="00E04358">
            <w:pPr>
              <w:pStyle w:val="Odlomakpopisa"/>
              <w:numPr>
                <w:ilvl w:val="0"/>
                <w:numId w:val="32"/>
              </w:numPr>
              <w:spacing w:after="0" w:line="240" w:lineRule="auto"/>
              <w:rPr>
                <w:noProof/>
                <w:sz w:val="20"/>
                <w:szCs w:val="20"/>
                <w:lang w:val="hr-HR"/>
              </w:rPr>
            </w:pPr>
            <w:r w:rsidRPr="00F51F43">
              <w:rPr>
                <w:noProof/>
                <w:sz w:val="20"/>
                <w:szCs w:val="20"/>
                <w:lang w:val="hr-HR"/>
              </w:rPr>
              <w:t xml:space="preserve">polugodišnje financijsko izvještavanje </w:t>
            </w:r>
          </w:p>
          <w:p w14:paraId="4A2FC648" w14:textId="77777777" w:rsidR="000C4A70" w:rsidRPr="00F51F43" w:rsidRDefault="000C4A70" w:rsidP="00E04358">
            <w:pPr>
              <w:pStyle w:val="Odlomakpopisa"/>
              <w:numPr>
                <w:ilvl w:val="0"/>
                <w:numId w:val="32"/>
              </w:numPr>
              <w:spacing w:after="0" w:line="240" w:lineRule="auto"/>
              <w:rPr>
                <w:noProof/>
                <w:sz w:val="20"/>
                <w:szCs w:val="20"/>
                <w:lang w:val="hr-HR"/>
              </w:rPr>
            </w:pPr>
            <w:r w:rsidRPr="00F51F43">
              <w:rPr>
                <w:noProof/>
                <w:sz w:val="20"/>
                <w:szCs w:val="20"/>
                <w:lang w:val="hr-HR"/>
              </w:rPr>
              <w:t xml:space="preserve">devetomjesečno praćenje financijskog poslovanja </w:t>
            </w:r>
          </w:p>
          <w:p w14:paraId="25D69AD7" w14:textId="77777777" w:rsidR="000C4A70" w:rsidRPr="00F51F43" w:rsidRDefault="000C4A70" w:rsidP="00E04358">
            <w:pPr>
              <w:pStyle w:val="Odlomakpopisa"/>
              <w:numPr>
                <w:ilvl w:val="0"/>
                <w:numId w:val="32"/>
              </w:numPr>
              <w:spacing w:after="0" w:line="240" w:lineRule="auto"/>
              <w:rPr>
                <w:noProof/>
                <w:sz w:val="20"/>
                <w:szCs w:val="20"/>
                <w:lang w:val="hr-HR"/>
              </w:rPr>
            </w:pPr>
            <w:r w:rsidRPr="00F51F43">
              <w:rPr>
                <w:noProof/>
                <w:sz w:val="20"/>
                <w:szCs w:val="20"/>
                <w:lang w:val="hr-HR"/>
              </w:rPr>
              <w:t xml:space="preserve">godišnje financijsko izvještavanje </w:t>
            </w:r>
          </w:p>
          <w:p w14:paraId="34FEE60D" w14:textId="77777777" w:rsidR="000C4A70" w:rsidRPr="00F51F43" w:rsidRDefault="000C4A70" w:rsidP="00E04358">
            <w:pPr>
              <w:pStyle w:val="Odlomakpopisa"/>
              <w:numPr>
                <w:ilvl w:val="0"/>
                <w:numId w:val="32"/>
              </w:numPr>
              <w:spacing w:after="0" w:line="240" w:lineRule="auto"/>
              <w:rPr>
                <w:noProof/>
                <w:sz w:val="20"/>
                <w:szCs w:val="20"/>
                <w:lang w:val="hr-HR"/>
              </w:rPr>
            </w:pPr>
            <w:r w:rsidRPr="00F51F43">
              <w:rPr>
                <w:noProof/>
                <w:sz w:val="20"/>
                <w:szCs w:val="20"/>
                <w:lang w:val="hr-HR"/>
              </w:rPr>
              <w:t xml:space="preserve">analiza realizacije Financijskog plana i Plana nabave </w:t>
            </w:r>
          </w:p>
          <w:p w14:paraId="31CC4030" w14:textId="77777777" w:rsidR="006D4654" w:rsidRPr="00F51F43" w:rsidRDefault="000C4A70" w:rsidP="00E04358">
            <w:pPr>
              <w:pStyle w:val="Odlomakpopisa"/>
              <w:numPr>
                <w:ilvl w:val="0"/>
                <w:numId w:val="34"/>
              </w:numPr>
              <w:spacing w:after="0" w:line="240" w:lineRule="auto"/>
              <w:rPr>
                <w:noProof/>
                <w:sz w:val="20"/>
                <w:szCs w:val="20"/>
                <w:lang w:val="hr-HR"/>
              </w:rPr>
            </w:pPr>
            <w:r w:rsidRPr="00F51F43">
              <w:rPr>
                <w:noProof/>
                <w:sz w:val="20"/>
                <w:szCs w:val="20"/>
                <w:lang w:val="hr-HR"/>
              </w:rPr>
              <w:t>  izmjene i dopune financijskih dokumenata prema potrebi i u skladu s važećim propisima.</w:t>
            </w:r>
          </w:p>
        </w:tc>
      </w:tr>
      <w:tr w:rsidR="001A029B" w:rsidRPr="00F51F43" w14:paraId="537A43EB" w14:textId="77777777" w:rsidTr="000D6F77">
        <w:trPr>
          <w:cantSplit/>
          <w:trHeight w:val="207"/>
          <w:jc w:val="center"/>
        </w:trPr>
        <w:tc>
          <w:tcPr>
            <w:tcW w:w="1951" w:type="dxa"/>
            <w:shd w:val="clear" w:color="auto" w:fill="auto"/>
            <w:tcMar>
              <w:top w:w="80" w:type="dxa"/>
              <w:left w:w="80" w:type="dxa"/>
              <w:bottom w:w="80" w:type="dxa"/>
              <w:right w:w="80" w:type="dxa"/>
            </w:tcMar>
            <w:vAlign w:val="center"/>
          </w:tcPr>
          <w:p w14:paraId="0EC25E6D" w14:textId="77777777" w:rsidR="006D4654" w:rsidRPr="00F51F43" w:rsidRDefault="006D4654" w:rsidP="006D4654">
            <w:pPr>
              <w:spacing w:after="0" w:line="240" w:lineRule="auto"/>
              <w:rPr>
                <w:b/>
                <w:bCs/>
                <w:noProof/>
                <w:sz w:val="20"/>
                <w:szCs w:val="20"/>
              </w:rPr>
            </w:pPr>
            <w:r w:rsidRPr="00F51F43">
              <w:rPr>
                <w:b/>
                <w:bCs/>
                <w:noProof/>
                <w:sz w:val="20"/>
                <w:szCs w:val="20"/>
              </w:rPr>
              <w:t>MOGUĆNOSTI STVARANJA VLAS</w:t>
            </w:r>
            <w:r w:rsidR="00F8164C" w:rsidRPr="00F51F43">
              <w:rPr>
                <w:b/>
                <w:bCs/>
                <w:noProof/>
                <w:sz w:val="20"/>
                <w:szCs w:val="20"/>
              </w:rPr>
              <w:t>T</w:t>
            </w:r>
            <w:r w:rsidRPr="00F51F43">
              <w:rPr>
                <w:b/>
                <w:bCs/>
                <w:noProof/>
                <w:sz w:val="20"/>
                <w:szCs w:val="20"/>
              </w:rPr>
              <w:t>ITIH PRIHODA</w:t>
            </w:r>
          </w:p>
        </w:tc>
        <w:tc>
          <w:tcPr>
            <w:tcW w:w="3969" w:type="dxa"/>
            <w:shd w:val="clear" w:color="auto" w:fill="auto"/>
            <w:tcMar>
              <w:top w:w="80" w:type="dxa"/>
              <w:left w:w="80" w:type="dxa"/>
              <w:bottom w:w="80" w:type="dxa"/>
              <w:right w:w="80" w:type="dxa"/>
            </w:tcMar>
            <w:vAlign w:val="center"/>
          </w:tcPr>
          <w:p w14:paraId="51AD390A" w14:textId="77777777" w:rsidR="000C4A70" w:rsidRPr="00F51F43" w:rsidRDefault="000C4A70" w:rsidP="000C4A70">
            <w:pPr>
              <w:spacing w:after="0" w:line="240" w:lineRule="auto"/>
              <w:rPr>
                <w:noProof/>
                <w:sz w:val="20"/>
                <w:szCs w:val="20"/>
                <w:lang w:eastAsia="en-US"/>
              </w:rPr>
            </w:pPr>
            <w:r w:rsidRPr="00F51F43">
              <w:rPr>
                <w:noProof/>
                <w:sz w:val="20"/>
                <w:szCs w:val="20"/>
                <w:lang w:eastAsia="en-US"/>
              </w:rPr>
              <w:t>U cilju osiguravanja dodatnih sredstava za unapređivanje kvalitete rada i materijalnih uvjeta Vrtića, mogućnosti ostvarivanja dodatnih prihoda i drugih oblika potpore razvijat će se kroz:</w:t>
            </w:r>
          </w:p>
          <w:p w14:paraId="7D720C5F" w14:textId="77777777" w:rsidR="000C4A70" w:rsidRPr="00F51F43" w:rsidRDefault="000C4A70" w:rsidP="00E04358">
            <w:pPr>
              <w:numPr>
                <w:ilvl w:val="0"/>
                <w:numId w:val="35"/>
              </w:numPr>
              <w:spacing w:after="0" w:line="240" w:lineRule="auto"/>
              <w:rPr>
                <w:noProof/>
                <w:sz w:val="20"/>
                <w:szCs w:val="20"/>
                <w:lang w:eastAsia="en-US"/>
              </w:rPr>
            </w:pPr>
            <w:r w:rsidRPr="00F51F43">
              <w:rPr>
                <w:noProof/>
                <w:sz w:val="20"/>
                <w:szCs w:val="20"/>
                <w:lang w:eastAsia="en-US"/>
              </w:rPr>
              <w:t xml:space="preserve">suradnju s donatorima, sponzorima i gospodarskim subjektima </w:t>
            </w:r>
          </w:p>
          <w:p w14:paraId="1B518D41" w14:textId="77777777" w:rsidR="000C4A70" w:rsidRPr="00F51F43" w:rsidRDefault="000C4A70" w:rsidP="00E04358">
            <w:pPr>
              <w:numPr>
                <w:ilvl w:val="0"/>
                <w:numId w:val="35"/>
              </w:numPr>
              <w:spacing w:after="0" w:line="240" w:lineRule="auto"/>
              <w:rPr>
                <w:noProof/>
                <w:sz w:val="20"/>
                <w:szCs w:val="20"/>
                <w:lang w:eastAsia="en-US"/>
              </w:rPr>
            </w:pPr>
            <w:r w:rsidRPr="00F51F43">
              <w:rPr>
                <w:noProof/>
                <w:sz w:val="20"/>
                <w:szCs w:val="20"/>
                <w:lang w:eastAsia="en-US"/>
              </w:rPr>
              <w:t xml:space="preserve">suradnju s roditeljima </w:t>
            </w:r>
          </w:p>
          <w:p w14:paraId="22A4AA17" w14:textId="77777777" w:rsidR="000C4A70" w:rsidRPr="00F51F43" w:rsidRDefault="000C4A70" w:rsidP="00E04358">
            <w:pPr>
              <w:numPr>
                <w:ilvl w:val="0"/>
                <w:numId w:val="35"/>
              </w:numPr>
              <w:spacing w:after="0" w:line="240" w:lineRule="auto"/>
              <w:rPr>
                <w:noProof/>
                <w:sz w:val="20"/>
                <w:szCs w:val="20"/>
                <w:lang w:eastAsia="en-US"/>
              </w:rPr>
            </w:pPr>
            <w:r w:rsidRPr="00F51F43">
              <w:rPr>
                <w:noProof/>
                <w:sz w:val="20"/>
                <w:szCs w:val="20"/>
                <w:lang w:eastAsia="en-US"/>
              </w:rPr>
              <w:t xml:space="preserve">suradnju s Općinama osnivačima i lokalnom zajednicom </w:t>
            </w:r>
          </w:p>
          <w:p w14:paraId="221E0608" w14:textId="77777777" w:rsidR="000C4A70" w:rsidRPr="00F51F43" w:rsidRDefault="000C4A70" w:rsidP="00E04358">
            <w:pPr>
              <w:numPr>
                <w:ilvl w:val="0"/>
                <w:numId w:val="35"/>
              </w:numPr>
              <w:spacing w:after="0" w:line="240" w:lineRule="auto"/>
              <w:rPr>
                <w:noProof/>
                <w:sz w:val="20"/>
                <w:szCs w:val="20"/>
                <w:lang w:eastAsia="en-US"/>
              </w:rPr>
            </w:pPr>
            <w:r w:rsidRPr="00F51F43">
              <w:rPr>
                <w:noProof/>
                <w:sz w:val="20"/>
                <w:szCs w:val="20"/>
                <w:lang w:eastAsia="en-US"/>
              </w:rPr>
              <w:t xml:space="preserve">suradnju s udrugama, ustanovama i drugim organizacijama </w:t>
            </w:r>
          </w:p>
          <w:p w14:paraId="74DA13EE" w14:textId="77777777" w:rsidR="000C4A70" w:rsidRPr="00F51F43" w:rsidRDefault="000C4A70" w:rsidP="00E04358">
            <w:pPr>
              <w:numPr>
                <w:ilvl w:val="0"/>
                <w:numId w:val="35"/>
              </w:numPr>
              <w:spacing w:after="0" w:line="240" w:lineRule="auto"/>
              <w:rPr>
                <w:noProof/>
                <w:sz w:val="20"/>
                <w:szCs w:val="20"/>
                <w:lang w:eastAsia="en-US"/>
              </w:rPr>
            </w:pPr>
            <w:r w:rsidRPr="00F51F43">
              <w:rPr>
                <w:noProof/>
                <w:sz w:val="20"/>
                <w:szCs w:val="20"/>
                <w:lang w:eastAsia="en-US"/>
              </w:rPr>
              <w:t xml:space="preserve">prijavu na natječaje, javne pozive, projekte i programe financiranja </w:t>
            </w:r>
          </w:p>
          <w:p w14:paraId="6D3B860C" w14:textId="77777777" w:rsidR="000C4A70" w:rsidRPr="00F51F43" w:rsidRDefault="000C4A70" w:rsidP="00E04358">
            <w:pPr>
              <w:numPr>
                <w:ilvl w:val="0"/>
                <w:numId w:val="35"/>
              </w:numPr>
              <w:spacing w:after="0" w:line="240" w:lineRule="auto"/>
              <w:rPr>
                <w:noProof/>
                <w:sz w:val="20"/>
                <w:szCs w:val="20"/>
                <w:lang w:eastAsia="en-US"/>
              </w:rPr>
            </w:pPr>
            <w:r w:rsidRPr="00F51F43">
              <w:rPr>
                <w:noProof/>
                <w:sz w:val="20"/>
                <w:szCs w:val="20"/>
                <w:lang w:eastAsia="en-US"/>
              </w:rPr>
              <w:t xml:space="preserve">prihvaćanje donacija u novcu, opremi, materijalima i drugim sredstvima, u skladu s važećim propisima </w:t>
            </w:r>
          </w:p>
          <w:p w14:paraId="1F926C7A" w14:textId="77777777" w:rsidR="000C4A70" w:rsidRPr="00F51F43" w:rsidRDefault="000C4A70" w:rsidP="00E04358">
            <w:pPr>
              <w:numPr>
                <w:ilvl w:val="0"/>
                <w:numId w:val="35"/>
              </w:numPr>
              <w:spacing w:after="0" w:line="240" w:lineRule="auto"/>
              <w:rPr>
                <w:noProof/>
                <w:sz w:val="20"/>
                <w:szCs w:val="20"/>
                <w:lang w:eastAsia="en-US"/>
              </w:rPr>
            </w:pPr>
            <w:r w:rsidRPr="00F51F43">
              <w:rPr>
                <w:noProof/>
                <w:sz w:val="20"/>
                <w:szCs w:val="20"/>
                <w:lang w:eastAsia="en-US"/>
              </w:rPr>
              <w:t>uključivanje u projekte kojima se mogu osigurati dodatna sredstva za poboljšanje uvjeta boravka djece i rada zaposlenika.</w:t>
            </w:r>
          </w:p>
          <w:p w14:paraId="4F58505F" w14:textId="77777777" w:rsidR="006D4654" w:rsidRPr="00F51F43" w:rsidRDefault="006D4654" w:rsidP="000C4A70">
            <w:pPr>
              <w:spacing w:after="0" w:line="240" w:lineRule="auto"/>
              <w:ind w:left="360"/>
              <w:rPr>
                <w:noProof/>
                <w:sz w:val="20"/>
                <w:szCs w:val="20"/>
              </w:rPr>
            </w:pPr>
          </w:p>
        </w:tc>
        <w:tc>
          <w:tcPr>
            <w:tcW w:w="3260" w:type="dxa"/>
            <w:shd w:val="clear" w:color="auto" w:fill="auto"/>
            <w:tcMar>
              <w:top w:w="80" w:type="dxa"/>
              <w:left w:w="80" w:type="dxa"/>
              <w:bottom w:w="80" w:type="dxa"/>
              <w:right w:w="80" w:type="dxa"/>
            </w:tcMar>
            <w:vAlign w:val="center"/>
          </w:tcPr>
          <w:p w14:paraId="0A10345E" w14:textId="77777777" w:rsidR="000C4A70" w:rsidRPr="00F51F43" w:rsidRDefault="000C4A70" w:rsidP="00E04358">
            <w:pPr>
              <w:numPr>
                <w:ilvl w:val="0"/>
                <w:numId w:val="36"/>
              </w:numPr>
              <w:spacing w:after="0" w:line="240" w:lineRule="auto"/>
              <w:rPr>
                <w:noProof/>
                <w:sz w:val="20"/>
                <w:szCs w:val="20"/>
                <w:lang w:eastAsia="en-US"/>
              </w:rPr>
            </w:pPr>
            <w:r w:rsidRPr="00F51F43">
              <w:rPr>
                <w:noProof/>
                <w:sz w:val="20"/>
                <w:szCs w:val="20"/>
                <w:lang w:eastAsia="en-US"/>
              </w:rPr>
              <w:t xml:space="preserve">analiza mogućnosti ostvarivanja dodatnih prihoda i drugih oblika potpore </w:t>
            </w:r>
          </w:p>
          <w:p w14:paraId="2AB5A42F" w14:textId="77777777" w:rsidR="000C4A70" w:rsidRPr="00F51F43" w:rsidRDefault="000C4A70" w:rsidP="00E04358">
            <w:pPr>
              <w:numPr>
                <w:ilvl w:val="0"/>
                <w:numId w:val="36"/>
              </w:numPr>
              <w:spacing w:after="0" w:line="240" w:lineRule="auto"/>
              <w:rPr>
                <w:noProof/>
                <w:sz w:val="20"/>
                <w:szCs w:val="20"/>
                <w:lang w:eastAsia="en-US"/>
              </w:rPr>
            </w:pPr>
            <w:r w:rsidRPr="00F51F43">
              <w:rPr>
                <w:noProof/>
                <w:sz w:val="20"/>
                <w:szCs w:val="20"/>
                <w:lang w:eastAsia="en-US"/>
              </w:rPr>
              <w:t xml:space="preserve">djelovanje usmjereno na pronalaženje i ostvarivanje dodatnih izvora financiranja </w:t>
            </w:r>
          </w:p>
          <w:p w14:paraId="15687518" w14:textId="77777777" w:rsidR="000C4A70" w:rsidRPr="00F51F43" w:rsidRDefault="000C4A70" w:rsidP="00E04358">
            <w:pPr>
              <w:numPr>
                <w:ilvl w:val="0"/>
                <w:numId w:val="36"/>
              </w:numPr>
              <w:spacing w:after="0" w:line="240" w:lineRule="auto"/>
              <w:rPr>
                <w:noProof/>
                <w:sz w:val="20"/>
                <w:szCs w:val="20"/>
                <w:lang w:eastAsia="en-US"/>
              </w:rPr>
            </w:pPr>
            <w:r w:rsidRPr="00F51F43">
              <w:rPr>
                <w:noProof/>
                <w:sz w:val="20"/>
                <w:szCs w:val="20"/>
                <w:lang w:eastAsia="en-US"/>
              </w:rPr>
              <w:t xml:space="preserve">praćenje dostupnih natječaja, javnih poziva i projekata </w:t>
            </w:r>
          </w:p>
          <w:p w14:paraId="6360E146" w14:textId="77777777" w:rsidR="000C4A70" w:rsidRPr="00F51F43" w:rsidRDefault="000C4A70" w:rsidP="00E04358">
            <w:pPr>
              <w:numPr>
                <w:ilvl w:val="0"/>
                <w:numId w:val="36"/>
              </w:numPr>
              <w:spacing w:after="0" w:line="240" w:lineRule="auto"/>
              <w:rPr>
                <w:noProof/>
                <w:sz w:val="20"/>
                <w:szCs w:val="20"/>
                <w:lang w:eastAsia="en-US"/>
              </w:rPr>
            </w:pPr>
            <w:r w:rsidRPr="00F51F43">
              <w:rPr>
                <w:noProof/>
                <w:sz w:val="20"/>
                <w:szCs w:val="20"/>
                <w:lang w:eastAsia="en-US"/>
              </w:rPr>
              <w:t xml:space="preserve">uspostavljanje i razvijanje suradnje s potencijalnim donatorima i partnerima </w:t>
            </w:r>
          </w:p>
          <w:p w14:paraId="16AF262E" w14:textId="77777777" w:rsidR="000C4A70" w:rsidRPr="00F51F43" w:rsidRDefault="000C4A70" w:rsidP="00E04358">
            <w:pPr>
              <w:numPr>
                <w:ilvl w:val="0"/>
                <w:numId w:val="36"/>
              </w:numPr>
              <w:spacing w:after="0" w:line="240" w:lineRule="auto"/>
              <w:rPr>
                <w:noProof/>
                <w:sz w:val="20"/>
                <w:szCs w:val="20"/>
                <w:lang w:eastAsia="en-US"/>
              </w:rPr>
            </w:pPr>
            <w:r w:rsidRPr="00F51F43">
              <w:rPr>
                <w:noProof/>
                <w:sz w:val="20"/>
                <w:szCs w:val="20"/>
                <w:lang w:eastAsia="en-US"/>
              </w:rPr>
              <w:t>vrednovanje ostvarenih rezultata i planiranje daljnjih aktivnosti.</w:t>
            </w:r>
          </w:p>
          <w:p w14:paraId="58586DD4" w14:textId="77777777" w:rsidR="006D4654" w:rsidRPr="00F51F43" w:rsidRDefault="006D4654" w:rsidP="000C4A70">
            <w:pPr>
              <w:spacing w:after="0" w:line="240" w:lineRule="auto"/>
              <w:ind w:left="360"/>
              <w:rPr>
                <w:noProof/>
                <w:sz w:val="20"/>
                <w:szCs w:val="20"/>
              </w:rPr>
            </w:pPr>
          </w:p>
        </w:tc>
      </w:tr>
      <w:tr w:rsidR="001A029B" w:rsidRPr="00F51F43" w14:paraId="58D025A4" w14:textId="77777777" w:rsidTr="000D6F77">
        <w:trPr>
          <w:cantSplit/>
          <w:trHeight w:val="207"/>
          <w:jc w:val="center"/>
        </w:trPr>
        <w:tc>
          <w:tcPr>
            <w:tcW w:w="1951" w:type="dxa"/>
            <w:shd w:val="clear" w:color="auto" w:fill="auto"/>
            <w:tcMar>
              <w:top w:w="80" w:type="dxa"/>
              <w:left w:w="80" w:type="dxa"/>
              <w:bottom w:w="80" w:type="dxa"/>
              <w:right w:w="80" w:type="dxa"/>
            </w:tcMar>
            <w:vAlign w:val="center"/>
          </w:tcPr>
          <w:p w14:paraId="148C6969" w14:textId="77777777" w:rsidR="006D4654" w:rsidRPr="00F51F43" w:rsidRDefault="006D4654" w:rsidP="006D4654">
            <w:pPr>
              <w:spacing w:after="0" w:line="240" w:lineRule="auto"/>
              <w:rPr>
                <w:b/>
                <w:bCs/>
                <w:noProof/>
                <w:sz w:val="20"/>
                <w:szCs w:val="20"/>
              </w:rPr>
            </w:pPr>
            <w:r w:rsidRPr="00F51F43">
              <w:rPr>
                <w:b/>
                <w:bCs/>
                <w:noProof/>
                <w:sz w:val="20"/>
                <w:szCs w:val="20"/>
              </w:rPr>
              <w:lastRenderedPageBreak/>
              <w:t>DOSTAVLJANJE NA UVID IZVJEŠĆA OPĆINAMA OSNIVAČIMA</w:t>
            </w:r>
          </w:p>
        </w:tc>
        <w:tc>
          <w:tcPr>
            <w:tcW w:w="3969" w:type="dxa"/>
            <w:shd w:val="clear" w:color="auto" w:fill="auto"/>
            <w:tcMar>
              <w:top w:w="80" w:type="dxa"/>
              <w:left w:w="80" w:type="dxa"/>
              <w:bottom w:w="80" w:type="dxa"/>
              <w:right w:w="80" w:type="dxa"/>
            </w:tcMar>
            <w:vAlign w:val="center"/>
          </w:tcPr>
          <w:p w14:paraId="69B4AF38"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kontinuirano praćenje i analiza stanja u pojedinim objektima i podružnicama Vrtića </w:t>
            </w:r>
          </w:p>
          <w:p w14:paraId="53B2DB86"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utvrđivanje potreba i izrada liste prioriteta </w:t>
            </w:r>
          </w:p>
          <w:p w14:paraId="0F9C77E7"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redovito izvještavanje Općina osnivača o stanju, potrebama i realiziranim aktivnostima </w:t>
            </w:r>
          </w:p>
          <w:p w14:paraId="00B092B1"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dostavljanje potrebnih izvješća i podataka Općinama osnivačima </w:t>
            </w:r>
          </w:p>
          <w:p w14:paraId="10F84581"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očitovanje Općinama osnivačima o potrebama ranog i predškolskog odgoja i obrazovanja na području pojedine Općine </w:t>
            </w:r>
          </w:p>
          <w:p w14:paraId="1F8F17FE"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predlaganje mjera za poboljšanje prostornih, materijalnih, kadrovskih i drugih uvjeta rada </w:t>
            </w:r>
          </w:p>
          <w:p w14:paraId="4F983E1B" w14:textId="77777777" w:rsidR="006D4654" w:rsidRPr="00F51F43" w:rsidRDefault="000C4A70" w:rsidP="0008002C">
            <w:pPr>
              <w:pStyle w:val="Odlomakpopisa"/>
              <w:numPr>
                <w:ilvl w:val="0"/>
                <w:numId w:val="49"/>
              </w:numPr>
              <w:spacing w:after="0" w:line="240" w:lineRule="auto"/>
              <w:rPr>
                <w:noProof/>
                <w:sz w:val="20"/>
                <w:szCs w:val="20"/>
                <w:lang w:val="hr-HR"/>
              </w:rPr>
            </w:pPr>
            <w:r w:rsidRPr="00F51F43">
              <w:rPr>
                <w:noProof/>
                <w:sz w:val="20"/>
                <w:szCs w:val="20"/>
                <w:lang w:val="hr-HR"/>
              </w:rPr>
              <w:t>  kontinuirana suradnja s Općinama osnivačima u planiranju razvoja i unapređivanju djelatnosti Vrtića.</w:t>
            </w:r>
          </w:p>
          <w:p w14:paraId="1E93774D" w14:textId="77777777" w:rsidR="00BF4308" w:rsidRPr="00F51F43" w:rsidRDefault="00BF4308" w:rsidP="00BF4308">
            <w:pPr>
              <w:spacing w:after="0" w:line="240" w:lineRule="auto"/>
              <w:rPr>
                <w:noProof/>
                <w:sz w:val="20"/>
                <w:szCs w:val="20"/>
              </w:rPr>
            </w:pPr>
          </w:p>
        </w:tc>
        <w:tc>
          <w:tcPr>
            <w:tcW w:w="3260" w:type="dxa"/>
            <w:shd w:val="clear" w:color="auto" w:fill="auto"/>
            <w:tcMar>
              <w:top w:w="80" w:type="dxa"/>
              <w:left w:w="80" w:type="dxa"/>
              <w:bottom w:w="80" w:type="dxa"/>
              <w:right w:w="80" w:type="dxa"/>
            </w:tcMar>
            <w:vAlign w:val="center"/>
          </w:tcPr>
          <w:p w14:paraId="1A548CE8"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analiza stanja i potreba </w:t>
            </w:r>
          </w:p>
          <w:p w14:paraId="38AE6225"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utvrđivanje i praćenje liste prioriteta </w:t>
            </w:r>
          </w:p>
          <w:p w14:paraId="14F7F252"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očitovanje o utvrđenim potrebama </w:t>
            </w:r>
          </w:p>
          <w:p w14:paraId="0717F535"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praćenje realizacije dogovorenih aktivnosti </w:t>
            </w:r>
          </w:p>
          <w:p w14:paraId="3D269552" w14:textId="77777777" w:rsidR="000C4A70" w:rsidRPr="00F51F43" w:rsidRDefault="000C4A70" w:rsidP="0008002C">
            <w:pPr>
              <w:pStyle w:val="Odlomakpopisa"/>
              <w:numPr>
                <w:ilvl w:val="0"/>
                <w:numId w:val="36"/>
              </w:numPr>
              <w:spacing w:after="0" w:line="240" w:lineRule="auto"/>
              <w:rPr>
                <w:noProof/>
                <w:sz w:val="20"/>
                <w:szCs w:val="20"/>
                <w:lang w:val="hr-HR"/>
              </w:rPr>
            </w:pPr>
            <w:r w:rsidRPr="00F51F43">
              <w:rPr>
                <w:noProof/>
                <w:sz w:val="20"/>
                <w:szCs w:val="20"/>
                <w:lang w:val="hr-HR"/>
              </w:rPr>
              <w:t xml:space="preserve">analiza učinjenog i ostvarenih rezultata </w:t>
            </w:r>
          </w:p>
          <w:p w14:paraId="0C3B44EE" w14:textId="77777777" w:rsidR="006D4654" w:rsidRPr="00F51F43" w:rsidRDefault="000C4A70" w:rsidP="0008002C">
            <w:pPr>
              <w:pStyle w:val="Odlomakpopisa"/>
              <w:numPr>
                <w:ilvl w:val="0"/>
                <w:numId w:val="34"/>
              </w:numPr>
              <w:spacing w:after="0" w:line="240" w:lineRule="auto"/>
              <w:rPr>
                <w:noProof/>
                <w:sz w:val="20"/>
                <w:szCs w:val="20"/>
                <w:lang w:val="hr-HR"/>
              </w:rPr>
            </w:pPr>
            <w:r w:rsidRPr="00F51F43">
              <w:rPr>
                <w:noProof/>
                <w:sz w:val="20"/>
                <w:szCs w:val="20"/>
                <w:lang w:val="hr-HR"/>
              </w:rPr>
              <w:t>  utvrđivanje daljnjih potreba i prioriteta za naredno razdoblje.</w:t>
            </w:r>
          </w:p>
        </w:tc>
      </w:tr>
      <w:tr w:rsidR="001A029B" w:rsidRPr="00F51F43" w14:paraId="482A2FC3" w14:textId="77777777" w:rsidTr="000D6F77">
        <w:trPr>
          <w:cantSplit/>
          <w:trHeight w:val="207"/>
          <w:jc w:val="center"/>
        </w:trPr>
        <w:tc>
          <w:tcPr>
            <w:tcW w:w="1951" w:type="dxa"/>
            <w:shd w:val="clear" w:color="auto" w:fill="auto"/>
            <w:tcMar>
              <w:top w:w="80" w:type="dxa"/>
              <w:left w:w="80" w:type="dxa"/>
              <w:bottom w:w="80" w:type="dxa"/>
              <w:right w:w="80" w:type="dxa"/>
            </w:tcMar>
            <w:vAlign w:val="center"/>
          </w:tcPr>
          <w:p w14:paraId="4440F3D9" w14:textId="77777777" w:rsidR="006D4654" w:rsidRPr="00F51F43" w:rsidRDefault="006D4654" w:rsidP="006D4654">
            <w:pPr>
              <w:spacing w:after="0" w:line="240" w:lineRule="auto"/>
              <w:rPr>
                <w:b/>
                <w:bCs/>
                <w:noProof/>
                <w:sz w:val="20"/>
                <w:szCs w:val="20"/>
              </w:rPr>
            </w:pPr>
            <w:r w:rsidRPr="00F51F43">
              <w:rPr>
                <w:b/>
                <w:bCs/>
                <w:noProof/>
                <w:sz w:val="20"/>
                <w:szCs w:val="20"/>
              </w:rPr>
              <w:t>RAZRADITI GODIŠNJU STRUKTURU GODIŠNJEG FONDA SATI SVIH ZAPOSLENIKA</w:t>
            </w:r>
          </w:p>
        </w:tc>
        <w:tc>
          <w:tcPr>
            <w:tcW w:w="3969" w:type="dxa"/>
            <w:shd w:val="clear" w:color="auto" w:fill="auto"/>
            <w:tcMar>
              <w:top w:w="80" w:type="dxa"/>
              <w:left w:w="80" w:type="dxa"/>
              <w:bottom w:w="80" w:type="dxa"/>
              <w:right w:w="80" w:type="dxa"/>
            </w:tcMar>
            <w:vAlign w:val="center"/>
          </w:tcPr>
          <w:p w14:paraId="0AD79B8F" w14:textId="77777777" w:rsidR="003477AB" w:rsidRPr="00F51F43" w:rsidRDefault="003477AB" w:rsidP="00E04358">
            <w:pPr>
              <w:pStyle w:val="Odlomakpopisa"/>
              <w:numPr>
                <w:ilvl w:val="0"/>
                <w:numId w:val="37"/>
              </w:numPr>
              <w:spacing w:after="0" w:line="240" w:lineRule="auto"/>
              <w:rPr>
                <w:noProof/>
                <w:sz w:val="20"/>
                <w:szCs w:val="20"/>
                <w:lang w:val="hr-HR"/>
              </w:rPr>
            </w:pPr>
            <w:r w:rsidRPr="00F51F43">
              <w:rPr>
                <w:noProof/>
                <w:sz w:val="20"/>
                <w:szCs w:val="20"/>
                <w:lang w:val="hr-HR"/>
              </w:rPr>
              <w:t xml:space="preserve">izrada godišnjeg zaduženja zaposlenika u skladu s propisanim radnim vremenom i poslovima radnog mjesta </w:t>
            </w:r>
          </w:p>
          <w:p w14:paraId="0C777A9E" w14:textId="77777777" w:rsidR="003477AB" w:rsidRPr="00F51F43" w:rsidRDefault="003477AB" w:rsidP="00E04358">
            <w:pPr>
              <w:pStyle w:val="Odlomakpopisa"/>
              <w:numPr>
                <w:ilvl w:val="0"/>
                <w:numId w:val="37"/>
              </w:numPr>
              <w:spacing w:after="0" w:line="240" w:lineRule="auto"/>
              <w:rPr>
                <w:noProof/>
                <w:sz w:val="20"/>
                <w:szCs w:val="20"/>
                <w:lang w:val="hr-HR"/>
              </w:rPr>
            </w:pPr>
            <w:r w:rsidRPr="00F51F43">
              <w:rPr>
                <w:noProof/>
                <w:sz w:val="20"/>
                <w:szCs w:val="20"/>
                <w:lang w:val="hr-HR"/>
              </w:rPr>
              <w:t xml:space="preserve">redovito i pravodobno vođenje evidencije radnog vremena </w:t>
            </w:r>
          </w:p>
          <w:p w14:paraId="5EA7C5AE" w14:textId="77777777" w:rsidR="003477AB" w:rsidRPr="00F51F43" w:rsidRDefault="003477AB" w:rsidP="00E04358">
            <w:pPr>
              <w:pStyle w:val="Odlomakpopisa"/>
              <w:numPr>
                <w:ilvl w:val="0"/>
                <w:numId w:val="37"/>
              </w:numPr>
              <w:spacing w:after="0" w:line="240" w:lineRule="auto"/>
              <w:rPr>
                <w:noProof/>
                <w:sz w:val="20"/>
                <w:szCs w:val="20"/>
                <w:lang w:val="hr-HR"/>
              </w:rPr>
            </w:pPr>
            <w:r w:rsidRPr="00F51F43">
              <w:rPr>
                <w:noProof/>
                <w:sz w:val="20"/>
                <w:szCs w:val="20"/>
                <w:lang w:val="hr-HR"/>
              </w:rPr>
              <w:t xml:space="preserve">mjesečno praćenje i obrada realiziranog fonda sati </w:t>
            </w:r>
          </w:p>
          <w:p w14:paraId="65578C96" w14:textId="77777777" w:rsidR="003477AB" w:rsidRPr="00F51F43" w:rsidRDefault="003477AB" w:rsidP="00E04358">
            <w:pPr>
              <w:pStyle w:val="Odlomakpopisa"/>
              <w:numPr>
                <w:ilvl w:val="0"/>
                <w:numId w:val="37"/>
              </w:numPr>
              <w:spacing w:after="0" w:line="240" w:lineRule="auto"/>
              <w:rPr>
                <w:noProof/>
                <w:sz w:val="20"/>
                <w:szCs w:val="20"/>
                <w:lang w:val="hr-HR"/>
              </w:rPr>
            </w:pPr>
            <w:r w:rsidRPr="00F51F43">
              <w:rPr>
                <w:noProof/>
                <w:sz w:val="20"/>
                <w:szCs w:val="20"/>
                <w:lang w:val="hr-HR"/>
              </w:rPr>
              <w:t xml:space="preserve">praćenje odstupanja između planiranog i realiziranog fonda sati </w:t>
            </w:r>
          </w:p>
          <w:p w14:paraId="6AB9314E" w14:textId="77777777" w:rsidR="003477AB" w:rsidRPr="00F51F43" w:rsidRDefault="003477AB" w:rsidP="00E04358">
            <w:pPr>
              <w:pStyle w:val="Odlomakpopisa"/>
              <w:numPr>
                <w:ilvl w:val="0"/>
                <w:numId w:val="37"/>
              </w:numPr>
              <w:spacing w:after="0" w:line="240" w:lineRule="auto"/>
              <w:rPr>
                <w:noProof/>
                <w:sz w:val="20"/>
                <w:szCs w:val="20"/>
                <w:lang w:val="hr-HR"/>
              </w:rPr>
            </w:pPr>
            <w:r w:rsidRPr="00F51F43">
              <w:rPr>
                <w:noProof/>
                <w:sz w:val="20"/>
                <w:szCs w:val="20"/>
                <w:lang w:val="hr-HR"/>
              </w:rPr>
              <w:t xml:space="preserve">organizacija i preraspodjela radnog vremena u skladu s potrebama procesa rada i važećim propisima </w:t>
            </w:r>
          </w:p>
          <w:p w14:paraId="5DA55CDE" w14:textId="77777777" w:rsidR="003477AB" w:rsidRPr="00F51F43" w:rsidRDefault="003477AB" w:rsidP="00E04358">
            <w:pPr>
              <w:pStyle w:val="Odlomakpopisa"/>
              <w:numPr>
                <w:ilvl w:val="0"/>
                <w:numId w:val="37"/>
              </w:numPr>
              <w:spacing w:after="0" w:line="240" w:lineRule="auto"/>
              <w:rPr>
                <w:noProof/>
                <w:sz w:val="20"/>
                <w:szCs w:val="20"/>
                <w:lang w:val="hr-HR"/>
              </w:rPr>
            </w:pPr>
            <w:r w:rsidRPr="00F51F43">
              <w:rPr>
                <w:noProof/>
                <w:sz w:val="20"/>
                <w:szCs w:val="20"/>
                <w:lang w:val="hr-HR"/>
              </w:rPr>
              <w:t xml:space="preserve">evidentiranje i praćenje viška i manjka ostvarenih sati </w:t>
            </w:r>
          </w:p>
          <w:p w14:paraId="2BE8A131" w14:textId="77777777" w:rsidR="003477AB" w:rsidRPr="00F51F43" w:rsidRDefault="003477AB" w:rsidP="00E04358">
            <w:pPr>
              <w:pStyle w:val="Odlomakpopisa"/>
              <w:numPr>
                <w:ilvl w:val="0"/>
                <w:numId w:val="37"/>
              </w:numPr>
              <w:spacing w:after="0" w:line="240" w:lineRule="auto"/>
              <w:rPr>
                <w:noProof/>
                <w:sz w:val="20"/>
                <w:szCs w:val="20"/>
                <w:lang w:val="hr-HR"/>
              </w:rPr>
            </w:pPr>
            <w:r w:rsidRPr="00F51F43">
              <w:rPr>
                <w:noProof/>
                <w:sz w:val="20"/>
                <w:szCs w:val="20"/>
                <w:lang w:val="hr-HR"/>
              </w:rPr>
              <w:t xml:space="preserve">korištenje slobodnih sati odnosno dana u skladu s organizacijskim mogućnostima Vrtića i važećim propisima </w:t>
            </w:r>
          </w:p>
          <w:p w14:paraId="167CA7E6" w14:textId="77777777" w:rsidR="006D4654" w:rsidRPr="00F51F43" w:rsidRDefault="003477AB" w:rsidP="00E04358">
            <w:pPr>
              <w:pStyle w:val="Odlomakpopisa"/>
              <w:numPr>
                <w:ilvl w:val="0"/>
                <w:numId w:val="37"/>
              </w:numPr>
              <w:spacing w:after="0" w:line="240" w:lineRule="auto"/>
              <w:rPr>
                <w:noProof/>
                <w:sz w:val="20"/>
                <w:szCs w:val="20"/>
                <w:lang w:val="hr-HR"/>
              </w:rPr>
            </w:pPr>
            <w:r w:rsidRPr="00F51F43">
              <w:rPr>
                <w:noProof/>
                <w:sz w:val="20"/>
                <w:szCs w:val="20"/>
                <w:lang w:val="hr-HR"/>
              </w:rPr>
              <w:t xml:space="preserve"> kontinuirano praćenje realizacije godišnjeg fonda sati svih zaposlenika.</w:t>
            </w:r>
          </w:p>
        </w:tc>
        <w:tc>
          <w:tcPr>
            <w:tcW w:w="3260" w:type="dxa"/>
            <w:shd w:val="clear" w:color="auto" w:fill="auto"/>
            <w:tcMar>
              <w:top w:w="80" w:type="dxa"/>
              <w:left w:w="80" w:type="dxa"/>
              <w:bottom w:w="80" w:type="dxa"/>
              <w:right w:w="80" w:type="dxa"/>
            </w:tcMar>
            <w:vAlign w:val="center"/>
          </w:tcPr>
          <w:p w14:paraId="4741E6E4" w14:textId="77777777" w:rsidR="003477AB" w:rsidRPr="00F51F43" w:rsidRDefault="003477AB" w:rsidP="003477AB">
            <w:pPr>
              <w:spacing w:after="0" w:line="240" w:lineRule="auto"/>
              <w:rPr>
                <w:noProof/>
                <w:sz w:val="20"/>
                <w:szCs w:val="20"/>
                <w:lang w:eastAsia="en-US"/>
              </w:rPr>
            </w:pPr>
            <w:r w:rsidRPr="00F51F43">
              <w:rPr>
                <w:noProof/>
                <w:sz w:val="20"/>
                <w:szCs w:val="20"/>
                <w:lang w:eastAsia="en-US"/>
              </w:rPr>
              <w:t xml:space="preserve">  liste i pregledi zaposlenika </w:t>
            </w:r>
          </w:p>
          <w:p w14:paraId="4643857B" w14:textId="77777777" w:rsidR="003477AB" w:rsidRPr="00F51F43" w:rsidRDefault="003477AB" w:rsidP="003477AB">
            <w:pPr>
              <w:spacing w:after="0" w:line="240" w:lineRule="auto"/>
              <w:rPr>
                <w:noProof/>
                <w:sz w:val="20"/>
                <w:szCs w:val="20"/>
                <w:lang w:eastAsia="en-US"/>
              </w:rPr>
            </w:pPr>
            <w:r w:rsidRPr="00F51F43">
              <w:rPr>
                <w:noProof/>
                <w:sz w:val="20"/>
                <w:szCs w:val="20"/>
                <w:lang w:eastAsia="en-US"/>
              </w:rPr>
              <w:t xml:space="preserve">  godišnja zaduženja svih zaposlenika </w:t>
            </w:r>
          </w:p>
          <w:p w14:paraId="2764928E" w14:textId="77777777" w:rsidR="003477AB" w:rsidRPr="00F51F43" w:rsidRDefault="003477AB" w:rsidP="003477AB">
            <w:pPr>
              <w:spacing w:after="0" w:line="240" w:lineRule="auto"/>
              <w:rPr>
                <w:noProof/>
                <w:sz w:val="20"/>
                <w:szCs w:val="20"/>
                <w:lang w:eastAsia="en-US"/>
              </w:rPr>
            </w:pPr>
            <w:r w:rsidRPr="00F51F43">
              <w:rPr>
                <w:noProof/>
                <w:sz w:val="20"/>
                <w:szCs w:val="20"/>
                <w:lang w:eastAsia="en-US"/>
              </w:rPr>
              <w:t xml:space="preserve">  mjesečne evidencije radnog vremena i satnica za sve zaposlenike </w:t>
            </w:r>
          </w:p>
          <w:p w14:paraId="58572761" w14:textId="77777777" w:rsidR="003477AB" w:rsidRPr="00F51F43" w:rsidRDefault="003477AB" w:rsidP="003477AB">
            <w:pPr>
              <w:spacing w:after="0" w:line="240" w:lineRule="auto"/>
              <w:rPr>
                <w:noProof/>
                <w:sz w:val="20"/>
                <w:szCs w:val="20"/>
                <w:lang w:eastAsia="en-US"/>
              </w:rPr>
            </w:pPr>
            <w:r w:rsidRPr="00F51F43">
              <w:rPr>
                <w:noProof/>
                <w:sz w:val="20"/>
                <w:szCs w:val="20"/>
                <w:lang w:eastAsia="en-US"/>
              </w:rPr>
              <w:t xml:space="preserve">  evidencije realiziranog fonda sati </w:t>
            </w:r>
          </w:p>
          <w:p w14:paraId="228E8D41" w14:textId="77777777" w:rsidR="003477AB" w:rsidRPr="00F51F43" w:rsidRDefault="003477AB" w:rsidP="003477AB">
            <w:pPr>
              <w:spacing w:after="0" w:line="240" w:lineRule="auto"/>
              <w:rPr>
                <w:noProof/>
                <w:sz w:val="20"/>
                <w:szCs w:val="20"/>
                <w:lang w:eastAsia="en-US"/>
              </w:rPr>
            </w:pPr>
            <w:r w:rsidRPr="00F51F43">
              <w:rPr>
                <w:noProof/>
                <w:sz w:val="20"/>
                <w:szCs w:val="20"/>
                <w:lang w:eastAsia="en-US"/>
              </w:rPr>
              <w:t xml:space="preserve">  evidencije viška i manjka sati </w:t>
            </w:r>
          </w:p>
          <w:p w14:paraId="51CDC85C" w14:textId="77777777" w:rsidR="003477AB" w:rsidRPr="00F51F43" w:rsidRDefault="003477AB" w:rsidP="003477AB">
            <w:pPr>
              <w:spacing w:after="0" w:line="240" w:lineRule="auto"/>
              <w:rPr>
                <w:noProof/>
                <w:sz w:val="20"/>
                <w:szCs w:val="20"/>
                <w:lang w:eastAsia="en-US"/>
              </w:rPr>
            </w:pPr>
            <w:r w:rsidRPr="00F51F43">
              <w:rPr>
                <w:noProof/>
                <w:sz w:val="20"/>
                <w:szCs w:val="20"/>
                <w:lang w:eastAsia="en-US"/>
              </w:rPr>
              <w:t xml:space="preserve">  praćenje korištenja slobodnih sati i dana </w:t>
            </w:r>
          </w:p>
          <w:p w14:paraId="5E8C51C7" w14:textId="77777777" w:rsidR="006D4654" w:rsidRPr="00F51F43" w:rsidRDefault="003477AB" w:rsidP="003477AB">
            <w:pPr>
              <w:spacing w:after="0" w:line="240" w:lineRule="auto"/>
              <w:rPr>
                <w:noProof/>
                <w:sz w:val="20"/>
                <w:szCs w:val="20"/>
              </w:rPr>
            </w:pPr>
            <w:r w:rsidRPr="00F51F43">
              <w:rPr>
                <w:noProof/>
                <w:sz w:val="20"/>
                <w:szCs w:val="20"/>
                <w:lang w:eastAsia="en-US"/>
              </w:rPr>
              <w:t>  godišnja analiza realizacije fonda sati svih zaposlenika.</w:t>
            </w:r>
          </w:p>
        </w:tc>
      </w:tr>
      <w:tr w:rsidR="006D4654" w:rsidRPr="00F51F43" w14:paraId="3542A75D" w14:textId="77777777" w:rsidTr="000D6F77">
        <w:trPr>
          <w:cantSplit/>
          <w:trHeight w:val="207"/>
          <w:jc w:val="center"/>
        </w:trPr>
        <w:tc>
          <w:tcPr>
            <w:tcW w:w="1951" w:type="dxa"/>
            <w:shd w:val="clear" w:color="auto" w:fill="auto"/>
            <w:tcMar>
              <w:top w:w="80" w:type="dxa"/>
              <w:left w:w="80" w:type="dxa"/>
              <w:bottom w:w="80" w:type="dxa"/>
              <w:right w:w="80" w:type="dxa"/>
            </w:tcMar>
            <w:vAlign w:val="center"/>
          </w:tcPr>
          <w:p w14:paraId="157717F8" w14:textId="77777777" w:rsidR="006D4654" w:rsidRPr="00F51F43" w:rsidRDefault="006D4654" w:rsidP="006D4654">
            <w:pPr>
              <w:spacing w:after="0" w:line="240" w:lineRule="auto"/>
              <w:rPr>
                <w:b/>
                <w:bCs/>
                <w:noProof/>
                <w:sz w:val="20"/>
                <w:szCs w:val="20"/>
              </w:rPr>
            </w:pPr>
            <w:r w:rsidRPr="00F51F43">
              <w:rPr>
                <w:b/>
                <w:bCs/>
                <w:noProof/>
                <w:sz w:val="20"/>
                <w:szCs w:val="20"/>
              </w:rPr>
              <w:lastRenderedPageBreak/>
              <w:t>VREDNOVANJE RADA ZAPOSLENIKA</w:t>
            </w:r>
          </w:p>
        </w:tc>
        <w:tc>
          <w:tcPr>
            <w:tcW w:w="3969" w:type="dxa"/>
            <w:shd w:val="clear" w:color="auto" w:fill="auto"/>
            <w:tcMar>
              <w:top w:w="80" w:type="dxa"/>
              <w:left w:w="80" w:type="dxa"/>
              <w:bottom w:w="80" w:type="dxa"/>
              <w:right w:w="80" w:type="dxa"/>
            </w:tcMar>
            <w:vAlign w:val="center"/>
          </w:tcPr>
          <w:p w14:paraId="14DF4D8D" w14:textId="77777777" w:rsidR="003477AB" w:rsidRPr="00F51F43" w:rsidRDefault="003477AB" w:rsidP="00E04358">
            <w:pPr>
              <w:numPr>
                <w:ilvl w:val="0"/>
                <w:numId w:val="38"/>
              </w:numPr>
              <w:spacing w:after="0" w:line="240" w:lineRule="auto"/>
              <w:rPr>
                <w:noProof/>
                <w:sz w:val="20"/>
                <w:szCs w:val="20"/>
                <w:lang w:eastAsia="en-US"/>
              </w:rPr>
            </w:pPr>
            <w:r w:rsidRPr="00F51F43">
              <w:rPr>
                <w:noProof/>
                <w:sz w:val="20"/>
                <w:szCs w:val="20"/>
                <w:lang w:eastAsia="en-US"/>
              </w:rPr>
              <w:t xml:space="preserve">praćenje i vrednovanje rada zaposlenika u skladu s poslovima i zadaćama radnog mjesta </w:t>
            </w:r>
          </w:p>
          <w:p w14:paraId="55AEE680" w14:textId="77777777" w:rsidR="003477AB" w:rsidRPr="00F51F43" w:rsidRDefault="003477AB" w:rsidP="00E04358">
            <w:pPr>
              <w:numPr>
                <w:ilvl w:val="0"/>
                <w:numId w:val="38"/>
              </w:numPr>
              <w:spacing w:after="0" w:line="240" w:lineRule="auto"/>
              <w:rPr>
                <w:noProof/>
                <w:sz w:val="20"/>
                <w:szCs w:val="20"/>
                <w:lang w:eastAsia="en-US"/>
              </w:rPr>
            </w:pPr>
            <w:r w:rsidRPr="00F51F43">
              <w:rPr>
                <w:noProof/>
                <w:sz w:val="20"/>
                <w:szCs w:val="20"/>
                <w:lang w:eastAsia="en-US"/>
              </w:rPr>
              <w:t xml:space="preserve">primjena utvrđenih kriterija vrednovanja za pojedina radna mjesta </w:t>
            </w:r>
          </w:p>
          <w:p w14:paraId="31CD92E5" w14:textId="77777777" w:rsidR="003477AB" w:rsidRPr="00F51F43" w:rsidRDefault="003477AB" w:rsidP="00E04358">
            <w:pPr>
              <w:numPr>
                <w:ilvl w:val="0"/>
                <w:numId w:val="38"/>
              </w:numPr>
              <w:spacing w:after="0" w:line="240" w:lineRule="auto"/>
              <w:rPr>
                <w:noProof/>
                <w:sz w:val="20"/>
                <w:szCs w:val="20"/>
                <w:lang w:eastAsia="en-US"/>
              </w:rPr>
            </w:pPr>
            <w:r w:rsidRPr="00F51F43">
              <w:rPr>
                <w:noProof/>
                <w:sz w:val="20"/>
                <w:szCs w:val="20"/>
                <w:lang w:eastAsia="en-US"/>
              </w:rPr>
              <w:t xml:space="preserve">praćenje kvalitete, odgovornosti i pravodobnosti izvršavanja radnih obveza </w:t>
            </w:r>
          </w:p>
          <w:p w14:paraId="36891F3A" w14:textId="77777777" w:rsidR="003477AB" w:rsidRPr="00F51F43" w:rsidRDefault="003477AB" w:rsidP="00E04358">
            <w:pPr>
              <w:numPr>
                <w:ilvl w:val="0"/>
                <w:numId w:val="38"/>
              </w:numPr>
              <w:spacing w:after="0" w:line="240" w:lineRule="auto"/>
              <w:rPr>
                <w:noProof/>
                <w:sz w:val="20"/>
                <w:szCs w:val="20"/>
                <w:lang w:eastAsia="en-US"/>
              </w:rPr>
            </w:pPr>
            <w:r w:rsidRPr="00F51F43">
              <w:rPr>
                <w:noProof/>
                <w:sz w:val="20"/>
                <w:szCs w:val="20"/>
                <w:lang w:eastAsia="en-US"/>
              </w:rPr>
              <w:t xml:space="preserve">vrednovanje dodatnih zadaća i angažmana izvan redovnih poslova </w:t>
            </w:r>
          </w:p>
          <w:p w14:paraId="457FCB36" w14:textId="77777777" w:rsidR="003477AB" w:rsidRPr="00F51F43" w:rsidRDefault="003477AB" w:rsidP="00E04358">
            <w:pPr>
              <w:numPr>
                <w:ilvl w:val="0"/>
                <w:numId w:val="38"/>
              </w:numPr>
              <w:spacing w:after="0" w:line="240" w:lineRule="auto"/>
              <w:rPr>
                <w:noProof/>
                <w:sz w:val="20"/>
                <w:szCs w:val="20"/>
                <w:lang w:eastAsia="en-US"/>
              </w:rPr>
            </w:pPr>
            <w:r w:rsidRPr="00F51F43">
              <w:rPr>
                <w:noProof/>
                <w:sz w:val="20"/>
                <w:szCs w:val="20"/>
                <w:lang w:eastAsia="en-US"/>
              </w:rPr>
              <w:t xml:space="preserve">praćenje i vrednovanje poslova mentorstva, vođenja podružnica, sudjelovanja u projektima te izlaganja i predavanja na stručnim skupovima </w:t>
            </w:r>
          </w:p>
          <w:p w14:paraId="52A3B9F9" w14:textId="77777777" w:rsidR="003477AB" w:rsidRPr="00F51F43" w:rsidRDefault="003477AB" w:rsidP="00E04358">
            <w:pPr>
              <w:numPr>
                <w:ilvl w:val="0"/>
                <w:numId w:val="38"/>
              </w:numPr>
              <w:spacing w:after="0" w:line="240" w:lineRule="auto"/>
              <w:rPr>
                <w:noProof/>
                <w:sz w:val="20"/>
                <w:szCs w:val="20"/>
                <w:lang w:eastAsia="en-US"/>
              </w:rPr>
            </w:pPr>
            <w:r w:rsidRPr="00F51F43">
              <w:rPr>
                <w:noProof/>
                <w:sz w:val="20"/>
                <w:szCs w:val="20"/>
                <w:lang w:eastAsia="en-US"/>
              </w:rPr>
              <w:t xml:space="preserve">poticanje profesionalnog razvoja, inicijativnosti i unapređivanja kvalitete rada </w:t>
            </w:r>
          </w:p>
          <w:p w14:paraId="6E2259C0" w14:textId="77777777" w:rsidR="003477AB" w:rsidRPr="00F51F43" w:rsidRDefault="003477AB" w:rsidP="00E04358">
            <w:pPr>
              <w:numPr>
                <w:ilvl w:val="0"/>
                <w:numId w:val="38"/>
              </w:numPr>
              <w:spacing w:after="0" w:line="240" w:lineRule="auto"/>
              <w:rPr>
                <w:noProof/>
                <w:sz w:val="20"/>
                <w:szCs w:val="20"/>
                <w:lang w:eastAsia="en-US"/>
              </w:rPr>
            </w:pPr>
            <w:r w:rsidRPr="00F51F43">
              <w:rPr>
                <w:noProof/>
                <w:sz w:val="20"/>
                <w:szCs w:val="20"/>
                <w:lang w:eastAsia="en-US"/>
              </w:rPr>
              <w:t xml:space="preserve">analiza ostvarenih rezultata rada </w:t>
            </w:r>
          </w:p>
          <w:p w14:paraId="36DA01DA" w14:textId="77777777" w:rsidR="006D4654" w:rsidRPr="00F51F43" w:rsidRDefault="003477AB" w:rsidP="00E04358">
            <w:pPr>
              <w:numPr>
                <w:ilvl w:val="0"/>
                <w:numId w:val="38"/>
              </w:numPr>
              <w:spacing w:after="0" w:line="240" w:lineRule="auto"/>
              <w:rPr>
                <w:noProof/>
                <w:sz w:val="20"/>
                <w:szCs w:val="20"/>
                <w:lang w:eastAsia="en-US"/>
              </w:rPr>
            </w:pPr>
            <w:r w:rsidRPr="00F51F43">
              <w:rPr>
                <w:noProof/>
                <w:sz w:val="20"/>
                <w:szCs w:val="20"/>
                <w:lang w:eastAsia="en-US"/>
              </w:rPr>
              <w:t>izrada izvješća i dostavljanje podataka Upravnom vijeću na zahtjev i prema potrebi.</w:t>
            </w:r>
          </w:p>
        </w:tc>
        <w:tc>
          <w:tcPr>
            <w:tcW w:w="3260" w:type="dxa"/>
            <w:shd w:val="clear" w:color="auto" w:fill="auto"/>
            <w:tcMar>
              <w:top w:w="80" w:type="dxa"/>
              <w:left w:w="80" w:type="dxa"/>
              <w:bottom w:w="80" w:type="dxa"/>
              <w:right w:w="80" w:type="dxa"/>
            </w:tcMar>
            <w:vAlign w:val="center"/>
          </w:tcPr>
          <w:p w14:paraId="6485DFA2" w14:textId="77777777" w:rsidR="003477AB" w:rsidRPr="00F51F43" w:rsidRDefault="003477AB" w:rsidP="003477AB">
            <w:pPr>
              <w:spacing w:after="0" w:line="240" w:lineRule="auto"/>
              <w:rPr>
                <w:noProof/>
                <w:sz w:val="20"/>
                <w:szCs w:val="20"/>
              </w:rPr>
            </w:pPr>
            <w:r w:rsidRPr="00F51F43">
              <w:rPr>
                <w:noProof/>
                <w:sz w:val="20"/>
                <w:szCs w:val="20"/>
              </w:rPr>
              <w:t xml:space="preserve">  evidencije i dokumentacija o radu i dodatnim zaduženjima </w:t>
            </w:r>
          </w:p>
          <w:p w14:paraId="7EE14914" w14:textId="77777777" w:rsidR="003477AB" w:rsidRPr="00F51F43" w:rsidRDefault="003477AB" w:rsidP="003477AB">
            <w:pPr>
              <w:spacing w:after="0" w:line="240" w:lineRule="auto"/>
              <w:rPr>
                <w:noProof/>
                <w:sz w:val="20"/>
                <w:szCs w:val="20"/>
              </w:rPr>
            </w:pPr>
            <w:r w:rsidRPr="00F51F43">
              <w:rPr>
                <w:noProof/>
                <w:sz w:val="20"/>
                <w:szCs w:val="20"/>
              </w:rPr>
              <w:t xml:space="preserve">  izvješća o realizaciji zadaća i aktivnosti </w:t>
            </w:r>
          </w:p>
          <w:p w14:paraId="23BD6E71" w14:textId="77777777" w:rsidR="006D4654" w:rsidRPr="00F51F43" w:rsidRDefault="003477AB" w:rsidP="003477AB">
            <w:pPr>
              <w:spacing w:after="0" w:line="240" w:lineRule="auto"/>
              <w:rPr>
                <w:noProof/>
                <w:sz w:val="20"/>
                <w:szCs w:val="20"/>
              </w:rPr>
            </w:pPr>
            <w:r w:rsidRPr="00F51F43">
              <w:rPr>
                <w:noProof/>
                <w:sz w:val="20"/>
                <w:szCs w:val="20"/>
              </w:rPr>
              <w:t>  izvješća Upravnom vijeću na zahtjev i prema potrebi</w:t>
            </w:r>
          </w:p>
        </w:tc>
      </w:tr>
    </w:tbl>
    <w:p w14:paraId="591B6B1B" w14:textId="77777777" w:rsidR="00DE433A" w:rsidRPr="00DE433A" w:rsidRDefault="00DE433A" w:rsidP="00DE433A">
      <w:pPr>
        <w:pStyle w:val="Naslov1"/>
        <w:rPr>
          <w:noProof/>
        </w:rPr>
      </w:pPr>
      <w:bookmarkStart w:id="8" w:name="_Toc241563324"/>
      <w:r w:rsidRPr="00DE433A">
        <w:rPr>
          <w:noProof/>
        </w:rPr>
        <w:lastRenderedPageBreak/>
        <w:t>3. MATERIJALNE POTREBE</w:t>
      </w:r>
      <w:bookmarkEnd w:id="8"/>
    </w:p>
    <w:p w14:paraId="0BE8E03A" w14:textId="77777777" w:rsidR="003477AB" w:rsidRPr="00F51F43" w:rsidRDefault="003477AB" w:rsidP="00D7124A">
      <w:pPr>
        <w:pStyle w:val="pdq2pgselectionanchorcontainer"/>
        <w:spacing w:before="0" w:after="120"/>
        <w:rPr>
          <w:b/>
          <w:noProof/>
          <w:lang w:val="hr-HR"/>
        </w:rPr>
      </w:pPr>
      <w:r w:rsidRPr="00F51F43">
        <w:rPr>
          <w:noProof/>
          <w:lang w:val="hr-HR"/>
        </w:rPr>
        <w:t xml:space="preserve">U skladu s planiranim potrebama i realnim troškovima poslovanja, Vrtić izrađuje Financijski plan koji se donosi sukladno važećim propisima te se pravodobno dostavlja Općinama osnivačima: </w:t>
      </w:r>
      <w:r w:rsidRPr="00F51F43">
        <w:rPr>
          <w:rStyle w:val="Naglaeno"/>
          <w:b w:val="0"/>
          <w:noProof/>
          <w:lang w:val="hr-HR"/>
        </w:rPr>
        <w:t>Koprivničkom Ivancu, Đelekovcu, Goli, Legradu i Koprivničkim Bregima</w:t>
      </w:r>
      <w:r w:rsidRPr="00F51F43">
        <w:rPr>
          <w:b/>
          <w:noProof/>
          <w:lang w:val="hr-HR"/>
        </w:rPr>
        <w:t>.</w:t>
      </w:r>
    </w:p>
    <w:p w14:paraId="7FEEB662" w14:textId="77777777" w:rsidR="003477AB" w:rsidRPr="00F51F43" w:rsidRDefault="003477AB" w:rsidP="00D7124A">
      <w:pPr>
        <w:pStyle w:val="StandardWeb"/>
        <w:spacing w:before="0" w:after="120"/>
        <w:rPr>
          <w:noProof/>
        </w:rPr>
      </w:pPr>
      <w:r w:rsidRPr="00F51F43">
        <w:rPr>
          <w:noProof/>
        </w:rPr>
        <w:t>Financijskim planom obuhvaćaju se planirani rashodi za zaposlene, materijalni i financijski rashodi te ostali troškovi potrebni za redovito funkcioniranje Vrtića. Potrebe se prate i planiraju vodeći računa o specifičnostima, broju skupina, broju djece, kadrovskim potrebama te prostornim i materijalnim uvjetima pojedinih podružnica.</w:t>
      </w:r>
    </w:p>
    <w:p w14:paraId="03D7B8FA" w14:textId="77777777" w:rsidR="003477AB" w:rsidRPr="00F51F43" w:rsidRDefault="003477AB" w:rsidP="00D7124A">
      <w:pPr>
        <w:pStyle w:val="StandardWeb"/>
        <w:spacing w:before="0" w:after="120"/>
        <w:rPr>
          <w:noProof/>
        </w:rPr>
      </w:pPr>
      <w:r w:rsidRPr="00F51F43">
        <w:rPr>
          <w:noProof/>
        </w:rPr>
        <w:t>Vrtić će tijekom pedagoške godine kontinuirano surađivati s Općinama osnivačima radi pravodobnog utvrđivanja potreba, određivanja prioriteta te osiguravanja uvjeta za kvalitetno i nesmetano obavljanje djelatnosti ranog i predškolskog odgoja i obrazovanja.</w:t>
      </w:r>
    </w:p>
    <w:p w14:paraId="05E00D8A" w14:textId="77777777" w:rsidR="003477AB" w:rsidRPr="00F51F43" w:rsidRDefault="003477AB" w:rsidP="00D7124A">
      <w:pPr>
        <w:pStyle w:val="StandardWeb"/>
        <w:spacing w:before="0" w:after="120"/>
        <w:rPr>
          <w:noProof/>
        </w:rPr>
      </w:pPr>
      <w:r w:rsidRPr="00F51F43">
        <w:rPr>
          <w:noProof/>
        </w:rPr>
        <w:t>Uz sredstva osnivača, Vrtić će pratiti mogućnosti ostvarivanja dodatnih sredstava putem nadležnih ministarstava, javnih poziva, natječaja, projekata, donacija i drugih dostupnih izvora financiranja. Posebna pozornost usmjerit će se na mogućnosti financiranja unapređenja prostornih i materijalnih uvjeta, povećanja smještajnih kapaciteta, uključivanja djece s teškoćama u razvoju te podizanja kvalitete odgojno-obrazovnog rada.</w:t>
      </w:r>
    </w:p>
    <w:p w14:paraId="7F741BE1" w14:textId="77777777" w:rsidR="00A85C27" w:rsidRDefault="003477AB" w:rsidP="00D7124A">
      <w:pPr>
        <w:pStyle w:val="StandardWeb"/>
        <w:spacing w:before="0" w:after="120"/>
        <w:rPr>
          <w:noProof/>
        </w:rPr>
      </w:pPr>
      <w:r w:rsidRPr="00D7124A">
        <w:rPr>
          <w:noProof/>
        </w:rPr>
        <w:t xml:space="preserve">Na temelju iskazanih potreba pojedinih podružnica i utvrđenih prioriteta izrađen je </w:t>
      </w:r>
      <w:r w:rsidRPr="00D7124A">
        <w:rPr>
          <w:rStyle w:val="Naglaeno"/>
          <w:b w:val="0"/>
          <w:noProof/>
        </w:rPr>
        <w:t>Plan nabave materijalnih potreba za pedagošku godinu 2026./2027.</w:t>
      </w:r>
      <w:r w:rsidRPr="00D7124A">
        <w:rPr>
          <w:b/>
          <w:noProof/>
        </w:rPr>
        <w:t>,</w:t>
      </w:r>
      <w:r w:rsidRPr="00D7124A">
        <w:rPr>
          <w:noProof/>
        </w:rPr>
        <w:t xml:space="preserve"> koji je prikazan u tablici u nastavku.</w:t>
      </w:r>
    </w:p>
    <w:p w14:paraId="245E8226" w14:textId="77777777" w:rsidR="00DE433A" w:rsidRDefault="00DE433A" w:rsidP="00D7124A">
      <w:pPr>
        <w:pStyle w:val="StandardWeb"/>
        <w:spacing w:before="0" w:after="120"/>
        <w:rPr>
          <w:noProof/>
        </w:rPr>
      </w:pPr>
    </w:p>
    <w:p w14:paraId="58B3A593" w14:textId="77777777" w:rsidR="00DE433A" w:rsidRDefault="00DE433A" w:rsidP="00D7124A">
      <w:pPr>
        <w:pStyle w:val="StandardWeb"/>
        <w:spacing w:before="0" w:after="120"/>
        <w:rPr>
          <w:noProof/>
        </w:rPr>
      </w:pPr>
    </w:p>
    <w:p w14:paraId="7EE3D3F6" w14:textId="77777777" w:rsidR="00DE433A" w:rsidRPr="00D7124A" w:rsidRDefault="00DE433A" w:rsidP="00D7124A">
      <w:pPr>
        <w:pStyle w:val="StandardWeb"/>
        <w:spacing w:before="0" w:after="120"/>
        <w:rPr>
          <w:noProof/>
        </w:rPr>
      </w:pPr>
    </w:p>
    <w:p w14:paraId="0547833A" w14:textId="77777777" w:rsidR="00DE433A" w:rsidRDefault="00AA290F" w:rsidP="00AA290F">
      <w:pPr>
        <w:keepNext/>
        <w:spacing w:before="120"/>
        <w:jc w:val="left"/>
        <w:rPr>
          <w:b/>
          <w:bCs/>
          <w:noProof/>
        </w:rPr>
      </w:pPr>
      <w:r w:rsidRPr="00F51F43">
        <w:rPr>
          <w:b/>
          <w:bCs/>
          <w:noProof/>
        </w:rPr>
        <w:t>Tablica 14: Materijalne potrebe po područnim objektima za pedagošku godinu 2026./2027.</w:t>
      </w:r>
    </w:p>
    <w:tbl>
      <w:tblPr>
        <w:tblStyle w:val="Reetkatablice1"/>
        <w:tblW w:w="9026" w:type="dxa"/>
        <w:tblLook w:val="04A0" w:firstRow="1" w:lastRow="0" w:firstColumn="1" w:lastColumn="0" w:noHBand="0" w:noVBand="1"/>
      </w:tblPr>
      <w:tblGrid>
        <w:gridCol w:w="534"/>
        <w:gridCol w:w="6095"/>
        <w:gridCol w:w="2397"/>
      </w:tblGrid>
      <w:tr w:rsidR="00DE433A" w:rsidRPr="00DE433A" w14:paraId="4D4B7374" w14:textId="77777777" w:rsidTr="00074BBD">
        <w:tc>
          <w:tcPr>
            <w:tcW w:w="534" w:type="dxa"/>
            <w:shd w:val="clear" w:color="auto" w:fill="D9D9D9" w:themeFill="background1" w:themeFillShade="D9"/>
          </w:tcPr>
          <w:p w14:paraId="2381E91E" w14:textId="77777777" w:rsidR="00DE433A" w:rsidRPr="00DE433A" w:rsidRDefault="00DE433A" w:rsidP="00A035F1">
            <w:pPr>
              <w:spacing w:after="0" w:line="240" w:lineRule="auto"/>
              <w:jc w:val="center"/>
              <w:rPr>
                <w:color w:val="auto"/>
                <w:sz w:val="20"/>
                <w:szCs w:val="20"/>
              </w:rPr>
            </w:pPr>
            <w:r w:rsidRPr="00DE433A">
              <w:rPr>
                <w:b/>
                <w:bCs/>
                <w:color w:val="auto"/>
                <w:sz w:val="20"/>
                <w:szCs w:val="20"/>
              </w:rPr>
              <w:t>R. br.</w:t>
            </w:r>
          </w:p>
        </w:tc>
        <w:tc>
          <w:tcPr>
            <w:tcW w:w="6095" w:type="dxa"/>
            <w:shd w:val="clear" w:color="auto" w:fill="D9D9D9" w:themeFill="background1" w:themeFillShade="D9"/>
          </w:tcPr>
          <w:p w14:paraId="49D8DB58" w14:textId="77777777" w:rsidR="00DE433A" w:rsidRPr="00DE433A" w:rsidRDefault="00DE433A" w:rsidP="00A035F1">
            <w:pPr>
              <w:spacing w:after="0" w:line="240" w:lineRule="auto"/>
              <w:rPr>
                <w:color w:val="auto"/>
                <w:sz w:val="20"/>
                <w:szCs w:val="20"/>
              </w:rPr>
            </w:pPr>
            <w:r w:rsidRPr="00DE433A">
              <w:rPr>
                <w:b/>
                <w:bCs/>
                <w:color w:val="auto"/>
                <w:sz w:val="20"/>
                <w:szCs w:val="20"/>
              </w:rPr>
              <w:t>PLAN NABAVE (MATERIJALI, SREDSTVA, NAMJEŠTAJ, SPRAVE…)</w:t>
            </w:r>
          </w:p>
        </w:tc>
        <w:tc>
          <w:tcPr>
            <w:tcW w:w="2397" w:type="dxa"/>
            <w:shd w:val="clear" w:color="auto" w:fill="D9D9D9" w:themeFill="background1" w:themeFillShade="D9"/>
          </w:tcPr>
          <w:p w14:paraId="1F63A8B2" w14:textId="77777777" w:rsidR="00DE433A" w:rsidRPr="00DE433A" w:rsidRDefault="00DE433A" w:rsidP="00A035F1">
            <w:pPr>
              <w:spacing w:after="0" w:line="240" w:lineRule="auto"/>
              <w:jc w:val="center"/>
              <w:rPr>
                <w:color w:val="auto"/>
                <w:sz w:val="20"/>
                <w:szCs w:val="20"/>
              </w:rPr>
            </w:pPr>
            <w:r w:rsidRPr="00DE433A">
              <w:rPr>
                <w:b/>
                <w:bCs/>
                <w:color w:val="auto"/>
                <w:sz w:val="20"/>
                <w:szCs w:val="20"/>
              </w:rPr>
              <w:t>POTREBNA NOVČANA SREDSTVA</w:t>
            </w:r>
          </w:p>
        </w:tc>
      </w:tr>
      <w:tr w:rsidR="00DE433A" w:rsidRPr="00DE433A" w14:paraId="24505AA2" w14:textId="77777777" w:rsidTr="00DE433A">
        <w:tc>
          <w:tcPr>
            <w:tcW w:w="9026" w:type="dxa"/>
            <w:gridSpan w:val="3"/>
          </w:tcPr>
          <w:p w14:paraId="62990B38" w14:textId="77777777" w:rsidR="00DE433A" w:rsidRPr="00DE433A" w:rsidRDefault="00DE433A" w:rsidP="00A035F1">
            <w:pPr>
              <w:spacing w:after="0" w:line="240" w:lineRule="auto"/>
              <w:rPr>
                <w:color w:val="auto"/>
                <w:sz w:val="20"/>
                <w:szCs w:val="20"/>
              </w:rPr>
            </w:pPr>
            <w:r w:rsidRPr="00DE433A">
              <w:rPr>
                <w:b/>
                <w:bCs/>
                <w:color w:val="auto"/>
                <w:sz w:val="20"/>
                <w:szCs w:val="20"/>
              </w:rPr>
              <w:t>ĐELEKOVEC – PO Iskrica, Đelekovec</w:t>
            </w:r>
          </w:p>
        </w:tc>
      </w:tr>
      <w:tr w:rsidR="00DE433A" w:rsidRPr="00DE433A" w14:paraId="7129D8CE" w14:textId="77777777" w:rsidTr="00DE433A">
        <w:tc>
          <w:tcPr>
            <w:tcW w:w="9026" w:type="dxa"/>
            <w:gridSpan w:val="3"/>
          </w:tcPr>
          <w:p w14:paraId="39B1B2EC" w14:textId="77777777" w:rsidR="00DE433A" w:rsidRPr="00DE433A" w:rsidRDefault="00DE433A" w:rsidP="00A035F1">
            <w:pPr>
              <w:spacing w:after="0" w:line="240" w:lineRule="auto"/>
              <w:rPr>
                <w:color w:val="auto"/>
                <w:sz w:val="20"/>
                <w:szCs w:val="20"/>
              </w:rPr>
            </w:pPr>
            <w:r w:rsidRPr="00DE433A">
              <w:rPr>
                <w:b/>
                <w:bCs/>
                <w:color w:val="auto"/>
                <w:sz w:val="20"/>
                <w:szCs w:val="20"/>
              </w:rPr>
              <w:t>Skupina: Iskrica</w:t>
            </w:r>
          </w:p>
        </w:tc>
      </w:tr>
      <w:tr w:rsidR="00DE433A" w:rsidRPr="00DE433A" w14:paraId="07EE784D" w14:textId="77777777" w:rsidTr="00DE433A">
        <w:tc>
          <w:tcPr>
            <w:tcW w:w="534" w:type="dxa"/>
          </w:tcPr>
          <w:p w14:paraId="6D6F4534"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60BECB28" w14:textId="77777777" w:rsidR="00DE433A" w:rsidRPr="00DE433A" w:rsidRDefault="00DE433A" w:rsidP="00A035F1">
            <w:pPr>
              <w:spacing w:after="0" w:line="240" w:lineRule="auto"/>
              <w:rPr>
                <w:color w:val="auto"/>
                <w:sz w:val="20"/>
                <w:szCs w:val="20"/>
              </w:rPr>
            </w:pPr>
            <w:r w:rsidRPr="00DE433A">
              <w:rPr>
                <w:color w:val="auto"/>
                <w:sz w:val="20"/>
                <w:szCs w:val="20"/>
              </w:rPr>
              <w:t>Orfov instrumentarij</w:t>
            </w:r>
          </w:p>
        </w:tc>
        <w:tc>
          <w:tcPr>
            <w:tcW w:w="2397" w:type="dxa"/>
          </w:tcPr>
          <w:p w14:paraId="1284B3B2" w14:textId="77777777" w:rsidR="00DE433A" w:rsidRPr="00DE433A" w:rsidRDefault="00DE433A" w:rsidP="00A035F1">
            <w:pPr>
              <w:spacing w:after="0" w:line="240" w:lineRule="auto"/>
              <w:jc w:val="right"/>
              <w:rPr>
                <w:color w:val="auto"/>
                <w:sz w:val="20"/>
                <w:szCs w:val="20"/>
              </w:rPr>
            </w:pPr>
            <w:r w:rsidRPr="00DE433A">
              <w:rPr>
                <w:color w:val="auto"/>
                <w:sz w:val="20"/>
                <w:szCs w:val="20"/>
              </w:rPr>
              <w:t>250,00 €</w:t>
            </w:r>
          </w:p>
        </w:tc>
      </w:tr>
      <w:tr w:rsidR="00DE433A" w:rsidRPr="00DE433A" w14:paraId="49D6A697" w14:textId="77777777" w:rsidTr="00DE433A">
        <w:tc>
          <w:tcPr>
            <w:tcW w:w="534" w:type="dxa"/>
          </w:tcPr>
          <w:p w14:paraId="6289E422" w14:textId="77777777" w:rsidR="00DE433A" w:rsidRPr="00DE433A" w:rsidRDefault="00DE433A" w:rsidP="00A035F1">
            <w:pPr>
              <w:spacing w:after="0" w:line="240" w:lineRule="auto"/>
              <w:jc w:val="center"/>
              <w:rPr>
                <w:color w:val="auto"/>
                <w:sz w:val="20"/>
                <w:szCs w:val="20"/>
              </w:rPr>
            </w:pPr>
            <w:r w:rsidRPr="00DE433A">
              <w:rPr>
                <w:color w:val="auto"/>
                <w:sz w:val="20"/>
                <w:szCs w:val="20"/>
              </w:rPr>
              <w:lastRenderedPageBreak/>
              <w:t>2.</w:t>
            </w:r>
          </w:p>
        </w:tc>
        <w:tc>
          <w:tcPr>
            <w:tcW w:w="6095" w:type="dxa"/>
          </w:tcPr>
          <w:p w14:paraId="5F01D51A" w14:textId="77777777" w:rsidR="00DE433A" w:rsidRPr="00DE433A" w:rsidRDefault="00DE433A" w:rsidP="00A035F1">
            <w:pPr>
              <w:spacing w:after="0" w:line="240" w:lineRule="auto"/>
              <w:rPr>
                <w:color w:val="auto"/>
                <w:sz w:val="20"/>
                <w:szCs w:val="20"/>
              </w:rPr>
            </w:pPr>
            <w:r w:rsidRPr="00DE433A">
              <w:rPr>
                <w:color w:val="auto"/>
                <w:sz w:val="20"/>
                <w:szCs w:val="20"/>
              </w:rPr>
              <w:t>Senzorni stol</w:t>
            </w:r>
          </w:p>
        </w:tc>
        <w:tc>
          <w:tcPr>
            <w:tcW w:w="2397" w:type="dxa"/>
          </w:tcPr>
          <w:p w14:paraId="64591DBC" w14:textId="77777777" w:rsidR="00DE433A" w:rsidRPr="00DE433A" w:rsidRDefault="00DE433A" w:rsidP="00A035F1">
            <w:pPr>
              <w:spacing w:after="0" w:line="240" w:lineRule="auto"/>
              <w:jc w:val="right"/>
              <w:rPr>
                <w:color w:val="auto"/>
                <w:sz w:val="20"/>
                <w:szCs w:val="20"/>
              </w:rPr>
            </w:pPr>
            <w:r w:rsidRPr="00DE433A">
              <w:rPr>
                <w:color w:val="auto"/>
                <w:sz w:val="20"/>
                <w:szCs w:val="20"/>
              </w:rPr>
              <w:t>300,00 €</w:t>
            </w:r>
          </w:p>
        </w:tc>
      </w:tr>
      <w:tr w:rsidR="00DE433A" w:rsidRPr="00DE433A" w14:paraId="149D91C5" w14:textId="77777777" w:rsidTr="00DE433A">
        <w:tc>
          <w:tcPr>
            <w:tcW w:w="534" w:type="dxa"/>
          </w:tcPr>
          <w:p w14:paraId="4AC1BAE8"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052C3E23" w14:textId="77777777" w:rsidR="00DE433A" w:rsidRPr="00DE433A" w:rsidRDefault="00DE433A" w:rsidP="00A035F1">
            <w:pPr>
              <w:spacing w:after="0" w:line="240" w:lineRule="auto"/>
              <w:rPr>
                <w:color w:val="auto"/>
                <w:sz w:val="20"/>
                <w:szCs w:val="20"/>
              </w:rPr>
            </w:pPr>
            <w:r w:rsidRPr="00DE433A">
              <w:rPr>
                <w:color w:val="auto"/>
                <w:sz w:val="20"/>
                <w:szCs w:val="20"/>
              </w:rPr>
              <w:t>Svjetleći stol</w:t>
            </w:r>
          </w:p>
        </w:tc>
        <w:tc>
          <w:tcPr>
            <w:tcW w:w="2397" w:type="dxa"/>
          </w:tcPr>
          <w:p w14:paraId="0D586EC1" w14:textId="77777777" w:rsidR="00DE433A" w:rsidRPr="00DE433A" w:rsidRDefault="00DE433A" w:rsidP="00A035F1">
            <w:pPr>
              <w:spacing w:after="0" w:line="240" w:lineRule="auto"/>
              <w:jc w:val="right"/>
              <w:rPr>
                <w:color w:val="auto"/>
                <w:sz w:val="20"/>
                <w:szCs w:val="20"/>
              </w:rPr>
            </w:pPr>
            <w:r w:rsidRPr="00DE433A">
              <w:rPr>
                <w:color w:val="auto"/>
                <w:sz w:val="20"/>
                <w:szCs w:val="20"/>
              </w:rPr>
              <w:t>300,00 €</w:t>
            </w:r>
          </w:p>
        </w:tc>
      </w:tr>
      <w:tr w:rsidR="00DE433A" w:rsidRPr="00DE433A" w14:paraId="308607F9" w14:textId="77777777" w:rsidTr="00DE433A">
        <w:tc>
          <w:tcPr>
            <w:tcW w:w="534" w:type="dxa"/>
          </w:tcPr>
          <w:p w14:paraId="7BEDFA1F"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73A16301" w14:textId="77777777" w:rsidR="00DE433A" w:rsidRPr="00DE433A" w:rsidRDefault="00DE433A" w:rsidP="00A035F1">
            <w:pPr>
              <w:spacing w:after="0" w:line="240" w:lineRule="auto"/>
              <w:rPr>
                <w:color w:val="auto"/>
                <w:sz w:val="20"/>
                <w:szCs w:val="20"/>
              </w:rPr>
            </w:pPr>
            <w:r w:rsidRPr="00DE433A">
              <w:rPr>
                <w:color w:val="auto"/>
                <w:sz w:val="20"/>
                <w:szCs w:val="20"/>
              </w:rPr>
              <w:t>Nadstrešnica za pješčanik</w:t>
            </w:r>
          </w:p>
        </w:tc>
        <w:tc>
          <w:tcPr>
            <w:tcW w:w="2397" w:type="dxa"/>
          </w:tcPr>
          <w:p w14:paraId="1160255C" w14:textId="77777777" w:rsidR="00DE433A" w:rsidRPr="00DE433A" w:rsidRDefault="00DE433A" w:rsidP="00A035F1">
            <w:pPr>
              <w:spacing w:after="0" w:line="240" w:lineRule="auto"/>
              <w:jc w:val="right"/>
              <w:rPr>
                <w:color w:val="auto"/>
                <w:sz w:val="20"/>
                <w:szCs w:val="20"/>
              </w:rPr>
            </w:pPr>
            <w:r w:rsidRPr="00DE433A">
              <w:rPr>
                <w:color w:val="auto"/>
                <w:sz w:val="20"/>
                <w:szCs w:val="20"/>
              </w:rPr>
              <w:t>600,00 €</w:t>
            </w:r>
          </w:p>
        </w:tc>
      </w:tr>
      <w:tr w:rsidR="00DE433A" w:rsidRPr="00DE433A" w14:paraId="62C7D5E1" w14:textId="77777777" w:rsidTr="00DE433A">
        <w:tc>
          <w:tcPr>
            <w:tcW w:w="534" w:type="dxa"/>
          </w:tcPr>
          <w:p w14:paraId="20ECB539" w14:textId="77777777" w:rsidR="00DE433A" w:rsidRPr="00DE433A" w:rsidRDefault="00DE433A" w:rsidP="00A035F1">
            <w:pPr>
              <w:spacing w:after="0" w:line="240" w:lineRule="auto"/>
              <w:rPr>
                <w:color w:val="auto"/>
                <w:sz w:val="20"/>
                <w:szCs w:val="20"/>
              </w:rPr>
            </w:pPr>
          </w:p>
        </w:tc>
        <w:tc>
          <w:tcPr>
            <w:tcW w:w="6095" w:type="dxa"/>
          </w:tcPr>
          <w:p w14:paraId="33F11669" w14:textId="77777777" w:rsidR="00DE433A" w:rsidRPr="00DE433A" w:rsidRDefault="00DE433A" w:rsidP="00A035F1">
            <w:pPr>
              <w:spacing w:after="0" w:line="240" w:lineRule="auto"/>
              <w:rPr>
                <w:color w:val="auto"/>
                <w:sz w:val="20"/>
                <w:szCs w:val="20"/>
              </w:rPr>
            </w:pPr>
            <w:r w:rsidRPr="00DE433A">
              <w:rPr>
                <w:b/>
                <w:bCs/>
                <w:color w:val="auto"/>
                <w:sz w:val="20"/>
                <w:szCs w:val="20"/>
              </w:rPr>
              <w:t>Ukupno – Iskrica</w:t>
            </w:r>
          </w:p>
        </w:tc>
        <w:tc>
          <w:tcPr>
            <w:tcW w:w="2397" w:type="dxa"/>
          </w:tcPr>
          <w:p w14:paraId="42F597A8"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1.450,00 €</w:t>
            </w:r>
          </w:p>
        </w:tc>
      </w:tr>
      <w:tr w:rsidR="00DE433A" w:rsidRPr="00DE433A" w14:paraId="6AE55975" w14:textId="77777777" w:rsidTr="00DE433A">
        <w:tc>
          <w:tcPr>
            <w:tcW w:w="9026" w:type="dxa"/>
            <w:gridSpan w:val="3"/>
          </w:tcPr>
          <w:p w14:paraId="27650E61" w14:textId="77777777" w:rsidR="00DE433A" w:rsidRPr="00DE433A" w:rsidRDefault="00DE433A" w:rsidP="00A035F1">
            <w:pPr>
              <w:spacing w:after="0" w:line="240" w:lineRule="auto"/>
              <w:rPr>
                <w:color w:val="auto"/>
                <w:sz w:val="20"/>
                <w:szCs w:val="20"/>
              </w:rPr>
            </w:pPr>
            <w:r w:rsidRPr="00DE433A">
              <w:rPr>
                <w:b/>
                <w:bCs/>
                <w:color w:val="auto"/>
                <w:sz w:val="20"/>
                <w:szCs w:val="20"/>
              </w:rPr>
              <w:t>Skupina: Makići</w:t>
            </w:r>
          </w:p>
        </w:tc>
      </w:tr>
      <w:tr w:rsidR="00DE433A" w:rsidRPr="00DE433A" w14:paraId="58C30E2E" w14:textId="77777777" w:rsidTr="00DE433A">
        <w:tc>
          <w:tcPr>
            <w:tcW w:w="534" w:type="dxa"/>
          </w:tcPr>
          <w:p w14:paraId="7BA5BC82"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203DD3B8" w14:textId="77777777" w:rsidR="00DE433A" w:rsidRPr="00DE433A" w:rsidRDefault="00DE433A" w:rsidP="00A035F1">
            <w:pPr>
              <w:spacing w:after="0" w:line="240" w:lineRule="auto"/>
              <w:rPr>
                <w:color w:val="auto"/>
                <w:sz w:val="20"/>
                <w:szCs w:val="20"/>
              </w:rPr>
            </w:pPr>
            <w:r w:rsidRPr="00DE433A">
              <w:rPr>
                <w:color w:val="auto"/>
                <w:sz w:val="20"/>
                <w:szCs w:val="20"/>
              </w:rPr>
              <w:t>Orffov instrumentarij</w:t>
            </w:r>
          </w:p>
        </w:tc>
        <w:tc>
          <w:tcPr>
            <w:tcW w:w="2397" w:type="dxa"/>
          </w:tcPr>
          <w:p w14:paraId="7EF0037F" w14:textId="77777777" w:rsidR="00DE433A" w:rsidRPr="00DE433A" w:rsidRDefault="00DE433A" w:rsidP="00A035F1">
            <w:pPr>
              <w:spacing w:after="0" w:line="240" w:lineRule="auto"/>
              <w:jc w:val="right"/>
              <w:rPr>
                <w:color w:val="auto"/>
                <w:sz w:val="20"/>
                <w:szCs w:val="20"/>
              </w:rPr>
            </w:pPr>
            <w:r w:rsidRPr="00DE433A">
              <w:rPr>
                <w:color w:val="auto"/>
                <w:sz w:val="20"/>
                <w:szCs w:val="20"/>
              </w:rPr>
              <w:t>250,00 €</w:t>
            </w:r>
            <w:r w:rsidRPr="00DE433A">
              <w:rPr>
                <w:i/>
                <w:iCs/>
                <w:color w:val="auto"/>
                <w:sz w:val="20"/>
                <w:szCs w:val="20"/>
              </w:rPr>
              <w:t xml:space="preserve"> (AI procjena)</w:t>
            </w:r>
          </w:p>
        </w:tc>
      </w:tr>
      <w:tr w:rsidR="00DE433A" w:rsidRPr="00DE433A" w14:paraId="7054DEA1" w14:textId="77777777" w:rsidTr="00DE433A">
        <w:tc>
          <w:tcPr>
            <w:tcW w:w="534" w:type="dxa"/>
          </w:tcPr>
          <w:p w14:paraId="4E03DC0B"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051D69F7" w14:textId="77777777" w:rsidR="00DE433A" w:rsidRPr="00DE433A" w:rsidRDefault="00DE433A" w:rsidP="00A035F1">
            <w:pPr>
              <w:spacing w:after="0" w:line="240" w:lineRule="auto"/>
              <w:rPr>
                <w:color w:val="auto"/>
                <w:sz w:val="20"/>
                <w:szCs w:val="20"/>
              </w:rPr>
            </w:pPr>
            <w:r w:rsidRPr="00DE433A">
              <w:rPr>
                <w:color w:val="auto"/>
                <w:sz w:val="20"/>
                <w:szCs w:val="20"/>
              </w:rPr>
              <w:t>Spužvasti elementi</w:t>
            </w:r>
          </w:p>
        </w:tc>
        <w:tc>
          <w:tcPr>
            <w:tcW w:w="2397" w:type="dxa"/>
          </w:tcPr>
          <w:p w14:paraId="5476E5A5"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r w:rsidRPr="00DE433A">
              <w:rPr>
                <w:i/>
                <w:iCs/>
                <w:color w:val="auto"/>
                <w:sz w:val="20"/>
                <w:szCs w:val="20"/>
              </w:rPr>
              <w:t xml:space="preserve"> (AI procjena)</w:t>
            </w:r>
          </w:p>
        </w:tc>
      </w:tr>
      <w:tr w:rsidR="00DE433A" w:rsidRPr="00DE433A" w14:paraId="0ABE2D41" w14:textId="77777777" w:rsidTr="00DE433A">
        <w:tc>
          <w:tcPr>
            <w:tcW w:w="534" w:type="dxa"/>
          </w:tcPr>
          <w:p w14:paraId="02EDB1B7"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73C76A42" w14:textId="77777777" w:rsidR="00DE433A" w:rsidRPr="00DE433A" w:rsidRDefault="00DE433A" w:rsidP="00A035F1">
            <w:pPr>
              <w:spacing w:after="0" w:line="240" w:lineRule="auto"/>
              <w:rPr>
                <w:color w:val="auto"/>
                <w:sz w:val="20"/>
                <w:szCs w:val="20"/>
              </w:rPr>
            </w:pPr>
            <w:r w:rsidRPr="00DE433A">
              <w:rPr>
                <w:color w:val="auto"/>
                <w:sz w:val="20"/>
                <w:szCs w:val="20"/>
              </w:rPr>
              <w:t>Stol s posudama za senzorne aktivnosti</w:t>
            </w:r>
          </w:p>
        </w:tc>
        <w:tc>
          <w:tcPr>
            <w:tcW w:w="2397" w:type="dxa"/>
          </w:tcPr>
          <w:p w14:paraId="44444955" w14:textId="77777777" w:rsidR="00DE433A" w:rsidRPr="00DE433A" w:rsidRDefault="00DE433A" w:rsidP="00A035F1">
            <w:pPr>
              <w:spacing w:after="0" w:line="240" w:lineRule="auto"/>
              <w:jc w:val="right"/>
              <w:rPr>
                <w:color w:val="auto"/>
                <w:sz w:val="20"/>
                <w:szCs w:val="20"/>
              </w:rPr>
            </w:pPr>
            <w:r w:rsidRPr="00DE433A">
              <w:rPr>
                <w:color w:val="auto"/>
                <w:sz w:val="20"/>
                <w:szCs w:val="20"/>
              </w:rPr>
              <w:t>300,00 €</w:t>
            </w:r>
            <w:r w:rsidRPr="00DE433A">
              <w:rPr>
                <w:i/>
                <w:iCs/>
                <w:color w:val="auto"/>
                <w:sz w:val="20"/>
                <w:szCs w:val="20"/>
              </w:rPr>
              <w:t xml:space="preserve"> (AI procjena)</w:t>
            </w:r>
          </w:p>
        </w:tc>
      </w:tr>
      <w:tr w:rsidR="00DE433A" w:rsidRPr="00DE433A" w14:paraId="04B4D444" w14:textId="77777777" w:rsidTr="00DE433A">
        <w:tc>
          <w:tcPr>
            <w:tcW w:w="534" w:type="dxa"/>
          </w:tcPr>
          <w:p w14:paraId="3CDAD541"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3233F2C2" w14:textId="77777777" w:rsidR="00DE433A" w:rsidRPr="00DE433A" w:rsidRDefault="00DE433A" w:rsidP="00A035F1">
            <w:pPr>
              <w:spacing w:after="0" w:line="240" w:lineRule="auto"/>
              <w:rPr>
                <w:color w:val="auto"/>
                <w:sz w:val="20"/>
                <w:szCs w:val="20"/>
              </w:rPr>
            </w:pPr>
            <w:r w:rsidRPr="00DE433A">
              <w:rPr>
                <w:color w:val="auto"/>
                <w:sz w:val="20"/>
                <w:szCs w:val="20"/>
              </w:rPr>
              <w:t>Garderobni ormar za odgojitelje</w:t>
            </w:r>
          </w:p>
        </w:tc>
        <w:tc>
          <w:tcPr>
            <w:tcW w:w="2397" w:type="dxa"/>
          </w:tcPr>
          <w:p w14:paraId="0DF4D5A5" w14:textId="77777777" w:rsidR="00DE433A" w:rsidRPr="00DE433A" w:rsidRDefault="00DE433A" w:rsidP="00A035F1">
            <w:pPr>
              <w:spacing w:after="0" w:line="240" w:lineRule="auto"/>
              <w:jc w:val="right"/>
              <w:rPr>
                <w:color w:val="auto"/>
                <w:sz w:val="20"/>
                <w:szCs w:val="20"/>
              </w:rPr>
            </w:pPr>
            <w:r w:rsidRPr="00DE433A">
              <w:rPr>
                <w:color w:val="auto"/>
                <w:sz w:val="20"/>
                <w:szCs w:val="20"/>
              </w:rPr>
              <w:t>350,00 €</w:t>
            </w:r>
            <w:r w:rsidRPr="00DE433A">
              <w:rPr>
                <w:i/>
                <w:iCs/>
                <w:color w:val="auto"/>
                <w:sz w:val="20"/>
                <w:szCs w:val="20"/>
              </w:rPr>
              <w:t xml:space="preserve"> (AI procjena)</w:t>
            </w:r>
          </w:p>
        </w:tc>
      </w:tr>
      <w:tr w:rsidR="00DE433A" w:rsidRPr="00DE433A" w14:paraId="46DF7FD6" w14:textId="77777777" w:rsidTr="00DE433A">
        <w:tc>
          <w:tcPr>
            <w:tcW w:w="534" w:type="dxa"/>
          </w:tcPr>
          <w:p w14:paraId="283FE675" w14:textId="77777777" w:rsidR="00DE433A" w:rsidRPr="00DE433A" w:rsidRDefault="00DE433A" w:rsidP="00A035F1">
            <w:pPr>
              <w:spacing w:after="0" w:line="240" w:lineRule="auto"/>
              <w:jc w:val="center"/>
              <w:rPr>
                <w:color w:val="auto"/>
                <w:sz w:val="20"/>
                <w:szCs w:val="20"/>
              </w:rPr>
            </w:pPr>
            <w:r w:rsidRPr="00DE433A">
              <w:rPr>
                <w:color w:val="auto"/>
                <w:sz w:val="20"/>
                <w:szCs w:val="20"/>
              </w:rPr>
              <w:t>5.</w:t>
            </w:r>
          </w:p>
        </w:tc>
        <w:tc>
          <w:tcPr>
            <w:tcW w:w="6095" w:type="dxa"/>
          </w:tcPr>
          <w:p w14:paraId="3678E15C" w14:textId="77777777" w:rsidR="00DE433A" w:rsidRPr="00DE433A" w:rsidRDefault="00DE433A" w:rsidP="00A035F1">
            <w:pPr>
              <w:spacing w:after="0" w:line="240" w:lineRule="auto"/>
              <w:rPr>
                <w:color w:val="auto"/>
                <w:sz w:val="20"/>
                <w:szCs w:val="20"/>
              </w:rPr>
            </w:pPr>
            <w:r w:rsidRPr="00DE433A">
              <w:rPr>
                <w:color w:val="auto"/>
                <w:sz w:val="20"/>
                <w:szCs w:val="20"/>
              </w:rPr>
              <w:t>Laptop</w:t>
            </w:r>
          </w:p>
        </w:tc>
        <w:tc>
          <w:tcPr>
            <w:tcW w:w="2397" w:type="dxa"/>
          </w:tcPr>
          <w:p w14:paraId="566A4B81" w14:textId="77777777" w:rsidR="00DE433A" w:rsidRPr="00DE433A" w:rsidRDefault="00DE433A" w:rsidP="00A035F1">
            <w:pPr>
              <w:spacing w:after="0" w:line="240" w:lineRule="auto"/>
              <w:jc w:val="right"/>
              <w:rPr>
                <w:color w:val="auto"/>
                <w:sz w:val="20"/>
                <w:szCs w:val="20"/>
              </w:rPr>
            </w:pPr>
            <w:r w:rsidRPr="00DE433A">
              <w:rPr>
                <w:color w:val="auto"/>
                <w:sz w:val="20"/>
                <w:szCs w:val="20"/>
              </w:rPr>
              <w:t>700,00 €</w:t>
            </w:r>
            <w:r w:rsidRPr="00DE433A">
              <w:rPr>
                <w:i/>
                <w:iCs/>
                <w:color w:val="auto"/>
                <w:sz w:val="20"/>
                <w:szCs w:val="20"/>
              </w:rPr>
              <w:t xml:space="preserve"> (AI procjena)</w:t>
            </w:r>
          </w:p>
        </w:tc>
      </w:tr>
      <w:tr w:rsidR="00DE433A" w:rsidRPr="00DE433A" w14:paraId="166BE1F3" w14:textId="77777777" w:rsidTr="00DE433A">
        <w:tc>
          <w:tcPr>
            <w:tcW w:w="534" w:type="dxa"/>
          </w:tcPr>
          <w:p w14:paraId="073804C5" w14:textId="77777777" w:rsidR="00DE433A" w:rsidRPr="00DE433A" w:rsidRDefault="00DE433A" w:rsidP="00A035F1">
            <w:pPr>
              <w:spacing w:after="0" w:line="240" w:lineRule="auto"/>
              <w:rPr>
                <w:color w:val="auto"/>
                <w:sz w:val="20"/>
                <w:szCs w:val="20"/>
              </w:rPr>
            </w:pPr>
          </w:p>
        </w:tc>
        <w:tc>
          <w:tcPr>
            <w:tcW w:w="6095" w:type="dxa"/>
          </w:tcPr>
          <w:p w14:paraId="0B1BACBF" w14:textId="77777777" w:rsidR="00DE433A" w:rsidRPr="00DE433A" w:rsidRDefault="00DE433A" w:rsidP="00A035F1">
            <w:pPr>
              <w:spacing w:after="0" w:line="240" w:lineRule="auto"/>
              <w:rPr>
                <w:color w:val="auto"/>
                <w:sz w:val="20"/>
                <w:szCs w:val="20"/>
              </w:rPr>
            </w:pPr>
            <w:r w:rsidRPr="00DE433A">
              <w:rPr>
                <w:b/>
                <w:bCs/>
                <w:color w:val="auto"/>
                <w:sz w:val="20"/>
                <w:szCs w:val="20"/>
              </w:rPr>
              <w:t>Ukupno – Makići</w:t>
            </w:r>
          </w:p>
        </w:tc>
        <w:tc>
          <w:tcPr>
            <w:tcW w:w="2397" w:type="dxa"/>
          </w:tcPr>
          <w:p w14:paraId="3FBED130"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2.100,00 €</w:t>
            </w:r>
          </w:p>
        </w:tc>
      </w:tr>
      <w:tr w:rsidR="00DE433A" w:rsidRPr="00DE433A" w14:paraId="68E8A433" w14:textId="77777777" w:rsidTr="00DE433A">
        <w:tc>
          <w:tcPr>
            <w:tcW w:w="9026" w:type="dxa"/>
            <w:gridSpan w:val="3"/>
          </w:tcPr>
          <w:p w14:paraId="43C7F401" w14:textId="77777777" w:rsidR="00DE433A" w:rsidRPr="00DE433A" w:rsidRDefault="00DE433A" w:rsidP="00A035F1">
            <w:pPr>
              <w:spacing w:after="0" w:line="240" w:lineRule="auto"/>
              <w:rPr>
                <w:color w:val="auto"/>
                <w:sz w:val="20"/>
                <w:szCs w:val="20"/>
              </w:rPr>
            </w:pPr>
            <w:r w:rsidRPr="00DE433A">
              <w:rPr>
                <w:b/>
                <w:bCs/>
                <w:color w:val="auto"/>
                <w:sz w:val="20"/>
                <w:szCs w:val="20"/>
              </w:rPr>
              <w:t>GOLA – PO Zvončić, Gola</w:t>
            </w:r>
          </w:p>
        </w:tc>
      </w:tr>
      <w:tr w:rsidR="00DE433A" w:rsidRPr="00DE433A" w14:paraId="7C83DDB3" w14:textId="77777777" w:rsidTr="00DE433A">
        <w:tc>
          <w:tcPr>
            <w:tcW w:w="9026" w:type="dxa"/>
            <w:gridSpan w:val="3"/>
          </w:tcPr>
          <w:p w14:paraId="3FF03090" w14:textId="77777777" w:rsidR="00DE433A" w:rsidRPr="00DE433A" w:rsidRDefault="00DE433A" w:rsidP="00A035F1">
            <w:pPr>
              <w:spacing w:after="0" w:line="240" w:lineRule="auto"/>
              <w:rPr>
                <w:color w:val="auto"/>
                <w:sz w:val="20"/>
                <w:szCs w:val="20"/>
              </w:rPr>
            </w:pPr>
            <w:r w:rsidRPr="00DE433A">
              <w:rPr>
                <w:b/>
                <w:bCs/>
                <w:color w:val="auto"/>
                <w:sz w:val="20"/>
                <w:szCs w:val="20"/>
              </w:rPr>
              <w:t>Skupina: Mali zeko</w:t>
            </w:r>
          </w:p>
        </w:tc>
      </w:tr>
      <w:tr w:rsidR="00DE433A" w:rsidRPr="00DE433A" w14:paraId="2EF95153" w14:textId="77777777" w:rsidTr="00DE433A">
        <w:tc>
          <w:tcPr>
            <w:tcW w:w="534" w:type="dxa"/>
          </w:tcPr>
          <w:p w14:paraId="69DD109D"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60D34926" w14:textId="77777777" w:rsidR="00DE433A" w:rsidRPr="00DE433A" w:rsidRDefault="00DE433A" w:rsidP="00A035F1">
            <w:pPr>
              <w:spacing w:after="0" w:line="240" w:lineRule="auto"/>
              <w:rPr>
                <w:color w:val="auto"/>
                <w:sz w:val="20"/>
                <w:szCs w:val="20"/>
              </w:rPr>
            </w:pPr>
            <w:r w:rsidRPr="00DE433A">
              <w:rPr>
                <w:color w:val="auto"/>
                <w:sz w:val="20"/>
                <w:szCs w:val="20"/>
              </w:rPr>
              <w:t>Pisač i kopirka</w:t>
            </w:r>
          </w:p>
        </w:tc>
        <w:tc>
          <w:tcPr>
            <w:tcW w:w="2397" w:type="dxa"/>
          </w:tcPr>
          <w:p w14:paraId="24AA2926"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p>
        </w:tc>
      </w:tr>
      <w:tr w:rsidR="00DE433A" w:rsidRPr="00DE433A" w14:paraId="62CC002A" w14:textId="77777777" w:rsidTr="00DE433A">
        <w:tc>
          <w:tcPr>
            <w:tcW w:w="534" w:type="dxa"/>
          </w:tcPr>
          <w:p w14:paraId="2DB1B1AC"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14F9E921" w14:textId="77777777" w:rsidR="00DE433A" w:rsidRPr="00DE433A" w:rsidRDefault="00DE433A" w:rsidP="00A035F1">
            <w:pPr>
              <w:spacing w:after="0" w:line="240" w:lineRule="auto"/>
              <w:rPr>
                <w:color w:val="auto"/>
                <w:sz w:val="20"/>
                <w:szCs w:val="20"/>
              </w:rPr>
            </w:pPr>
            <w:r w:rsidRPr="00DE433A">
              <w:rPr>
                <w:color w:val="auto"/>
                <w:sz w:val="20"/>
                <w:szCs w:val="20"/>
              </w:rPr>
              <w:t>Stolna didaktika</w:t>
            </w:r>
          </w:p>
        </w:tc>
        <w:tc>
          <w:tcPr>
            <w:tcW w:w="2397" w:type="dxa"/>
          </w:tcPr>
          <w:p w14:paraId="52716211"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4CA39CDA" w14:textId="77777777" w:rsidTr="00DE433A">
        <w:tc>
          <w:tcPr>
            <w:tcW w:w="534" w:type="dxa"/>
          </w:tcPr>
          <w:p w14:paraId="472F2ADE"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778C57CB" w14:textId="77777777" w:rsidR="00DE433A" w:rsidRPr="00DE433A" w:rsidRDefault="00DE433A" w:rsidP="00A035F1">
            <w:pPr>
              <w:spacing w:after="0" w:line="240" w:lineRule="auto"/>
              <w:rPr>
                <w:color w:val="auto"/>
                <w:sz w:val="20"/>
                <w:szCs w:val="20"/>
              </w:rPr>
            </w:pPr>
            <w:r w:rsidRPr="00DE433A">
              <w:rPr>
                <w:color w:val="auto"/>
                <w:sz w:val="20"/>
                <w:szCs w:val="20"/>
              </w:rPr>
              <w:t>Senzomotorička sredstva</w:t>
            </w:r>
          </w:p>
        </w:tc>
        <w:tc>
          <w:tcPr>
            <w:tcW w:w="2397" w:type="dxa"/>
          </w:tcPr>
          <w:p w14:paraId="5E10FC15" w14:textId="77777777" w:rsidR="00DE433A" w:rsidRPr="00DE433A" w:rsidRDefault="00DE433A" w:rsidP="00A035F1">
            <w:pPr>
              <w:spacing w:after="0" w:line="240" w:lineRule="auto"/>
              <w:jc w:val="right"/>
              <w:rPr>
                <w:color w:val="auto"/>
                <w:sz w:val="20"/>
                <w:szCs w:val="20"/>
              </w:rPr>
            </w:pPr>
            <w:r w:rsidRPr="00DE433A">
              <w:rPr>
                <w:color w:val="auto"/>
                <w:sz w:val="20"/>
                <w:szCs w:val="20"/>
              </w:rPr>
              <w:t>300,00 €</w:t>
            </w:r>
          </w:p>
        </w:tc>
      </w:tr>
      <w:tr w:rsidR="00DE433A" w:rsidRPr="00DE433A" w14:paraId="6BB9A145" w14:textId="77777777" w:rsidTr="00DE433A">
        <w:tc>
          <w:tcPr>
            <w:tcW w:w="534" w:type="dxa"/>
          </w:tcPr>
          <w:p w14:paraId="3BC52E43" w14:textId="77777777" w:rsidR="00DE433A" w:rsidRPr="00DE433A" w:rsidRDefault="00DE433A" w:rsidP="00A035F1">
            <w:pPr>
              <w:spacing w:after="0" w:line="240" w:lineRule="auto"/>
              <w:rPr>
                <w:color w:val="auto"/>
                <w:sz w:val="20"/>
                <w:szCs w:val="20"/>
              </w:rPr>
            </w:pPr>
          </w:p>
        </w:tc>
        <w:tc>
          <w:tcPr>
            <w:tcW w:w="6095" w:type="dxa"/>
          </w:tcPr>
          <w:p w14:paraId="168C9CBB" w14:textId="77777777" w:rsidR="00DE433A" w:rsidRPr="00DE433A" w:rsidRDefault="00DE433A" w:rsidP="00A035F1">
            <w:pPr>
              <w:spacing w:after="0" w:line="240" w:lineRule="auto"/>
              <w:rPr>
                <w:color w:val="auto"/>
                <w:sz w:val="20"/>
                <w:szCs w:val="20"/>
              </w:rPr>
            </w:pPr>
            <w:r w:rsidRPr="00DE433A">
              <w:rPr>
                <w:b/>
                <w:bCs/>
                <w:color w:val="auto"/>
                <w:sz w:val="20"/>
                <w:szCs w:val="20"/>
              </w:rPr>
              <w:t>Ukupno – Mali zeko</w:t>
            </w:r>
          </w:p>
        </w:tc>
        <w:tc>
          <w:tcPr>
            <w:tcW w:w="2397" w:type="dxa"/>
          </w:tcPr>
          <w:p w14:paraId="2B6563FD"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600,00 €</w:t>
            </w:r>
          </w:p>
        </w:tc>
      </w:tr>
      <w:tr w:rsidR="00DE433A" w:rsidRPr="00DE433A" w14:paraId="29434AF3" w14:textId="77777777" w:rsidTr="00DE433A">
        <w:tc>
          <w:tcPr>
            <w:tcW w:w="9026" w:type="dxa"/>
            <w:gridSpan w:val="3"/>
          </w:tcPr>
          <w:p w14:paraId="4B6CD564" w14:textId="77777777" w:rsidR="00DE433A" w:rsidRPr="00DE433A" w:rsidRDefault="00DE433A" w:rsidP="00A035F1">
            <w:pPr>
              <w:spacing w:after="0" w:line="240" w:lineRule="auto"/>
              <w:rPr>
                <w:color w:val="auto"/>
                <w:sz w:val="20"/>
                <w:szCs w:val="20"/>
              </w:rPr>
            </w:pPr>
            <w:r w:rsidRPr="00DE433A">
              <w:rPr>
                <w:b/>
                <w:bCs/>
                <w:color w:val="auto"/>
                <w:sz w:val="20"/>
                <w:szCs w:val="20"/>
              </w:rPr>
              <w:t>Skupina: Pčelice</w:t>
            </w:r>
          </w:p>
        </w:tc>
      </w:tr>
      <w:tr w:rsidR="00DE433A" w:rsidRPr="00DE433A" w14:paraId="3424BF38" w14:textId="77777777" w:rsidTr="00DE433A">
        <w:tc>
          <w:tcPr>
            <w:tcW w:w="534" w:type="dxa"/>
          </w:tcPr>
          <w:p w14:paraId="159F1C27"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1407CFC6" w14:textId="77777777" w:rsidR="00DE433A" w:rsidRPr="00DE433A" w:rsidRDefault="00DE433A" w:rsidP="00A035F1">
            <w:pPr>
              <w:spacing w:after="0" w:line="240" w:lineRule="auto"/>
              <w:rPr>
                <w:color w:val="auto"/>
                <w:sz w:val="20"/>
                <w:szCs w:val="20"/>
              </w:rPr>
            </w:pPr>
            <w:r w:rsidRPr="00DE433A">
              <w:rPr>
                <w:color w:val="auto"/>
                <w:sz w:val="20"/>
                <w:szCs w:val="20"/>
              </w:rPr>
              <w:t>Igre za razvoj senzomotorike</w:t>
            </w:r>
          </w:p>
        </w:tc>
        <w:tc>
          <w:tcPr>
            <w:tcW w:w="2397" w:type="dxa"/>
          </w:tcPr>
          <w:p w14:paraId="0ABA9CF9" w14:textId="77777777" w:rsidR="00DE433A" w:rsidRPr="00DE433A" w:rsidRDefault="00DE433A" w:rsidP="00A035F1">
            <w:pPr>
              <w:spacing w:after="0" w:line="240" w:lineRule="auto"/>
              <w:jc w:val="right"/>
              <w:rPr>
                <w:color w:val="auto"/>
                <w:sz w:val="20"/>
                <w:szCs w:val="20"/>
              </w:rPr>
            </w:pPr>
            <w:r w:rsidRPr="00DE433A">
              <w:rPr>
                <w:color w:val="auto"/>
                <w:sz w:val="20"/>
                <w:szCs w:val="20"/>
              </w:rPr>
              <w:t>300,00 €</w:t>
            </w:r>
          </w:p>
        </w:tc>
      </w:tr>
      <w:tr w:rsidR="00DE433A" w:rsidRPr="00DE433A" w14:paraId="1A9CC499" w14:textId="77777777" w:rsidTr="00DE433A">
        <w:tc>
          <w:tcPr>
            <w:tcW w:w="534" w:type="dxa"/>
          </w:tcPr>
          <w:p w14:paraId="00C89B1E"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2AF38439" w14:textId="77777777" w:rsidR="00DE433A" w:rsidRPr="00DE433A" w:rsidRDefault="00DE433A" w:rsidP="00A035F1">
            <w:pPr>
              <w:spacing w:after="0" w:line="240" w:lineRule="auto"/>
              <w:rPr>
                <w:color w:val="auto"/>
                <w:sz w:val="20"/>
                <w:szCs w:val="20"/>
              </w:rPr>
            </w:pPr>
            <w:r w:rsidRPr="00DE433A">
              <w:rPr>
                <w:color w:val="auto"/>
                <w:sz w:val="20"/>
                <w:szCs w:val="20"/>
              </w:rPr>
              <w:t>Guralice za unutarnji i vanjski prostor</w:t>
            </w:r>
          </w:p>
        </w:tc>
        <w:tc>
          <w:tcPr>
            <w:tcW w:w="2397" w:type="dxa"/>
          </w:tcPr>
          <w:p w14:paraId="5B244CA2" w14:textId="77777777" w:rsidR="00DE433A" w:rsidRPr="00DE433A" w:rsidRDefault="00DE433A" w:rsidP="00A035F1">
            <w:pPr>
              <w:spacing w:after="0" w:line="240" w:lineRule="auto"/>
              <w:jc w:val="right"/>
              <w:rPr>
                <w:color w:val="auto"/>
                <w:sz w:val="20"/>
                <w:szCs w:val="20"/>
              </w:rPr>
            </w:pPr>
            <w:r w:rsidRPr="00DE433A">
              <w:rPr>
                <w:color w:val="auto"/>
                <w:sz w:val="20"/>
                <w:szCs w:val="20"/>
              </w:rPr>
              <w:t>300,00 €</w:t>
            </w:r>
          </w:p>
        </w:tc>
      </w:tr>
      <w:tr w:rsidR="00DE433A" w:rsidRPr="00DE433A" w14:paraId="6DC47BBB" w14:textId="77777777" w:rsidTr="00DE433A">
        <w:tc>
          <w:tcPr>
            <w:tcW w:w="534" w:type="dxa"/>
          </w:tcPr>
          <w:p w14:paraId="0B2EE65F"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21487440" w14:textId="77777777" w:rsidR="00DE433A" w:rsidRPr="00DE433A" w:rsidRDefault="00DE433A" w:rsidP="00A035F1">
            <w:pPr>
              <w:spacing w:after="0" w:line="240" w:lineRule="auto"/>
              <w:rPr>
                <w:color w:val="auto"/>
                <w:sz w:val="20"/>
                <w:szCs w:val="20"/>
              </w:rPr>
            </w:pPr>
            <w:r w:rsidRPr="00DE433A">
              <w:rPr>
                <w:color w:val="auto"/>
                <w:sz w:val="20"/>
                <w:szCs w:val="20"/>
              </w:rPr>
              <w:t>Slikovnice</w:t>
            </w:r>
          </w:p>
        </w:tc>
        <w:tc>
          <w:tcPr>
            <w:tcW w:w="2397" w:type="dxa"/>
          </w:tcPr>
          <w:p w14:paraId="73A07564"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p>
        </w:tc>
      </w:tr>
      <w:tr w:rsidR="00DE433A" w:rsidRPr="00DE433A" w14:paraId="53BF0BF7" w14:textId="77777777" w:rsidTr="00DE433A">
        <w:tc>
          <w:tcPr>
            <w:tcW w:w="534" w:type="dxa"/>
          </w:tcPr>
          <w:p w14:paraId="25CB9F42"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0FA9773A" w14:textId="77777777" w:rsidR="00DE433A" w:rsidRPr="00DE433A" w:rsidRDefault="00DE433A" w:rsidP="00A035F1">
            <w:pPr>
              <w:spacing w:after="0" w:line="240" w:lineRule="auto"/>
              <w:rPr>
                <w:color w:val="auto"/>
                <w:sz w:val="20"/>
                <w:szCs w:val="20"/>
              </w:rPr>
            </w:pPr>
            <w:r w:rsidRPr="00DE433A">
              <w:rPr>
                <w:color w:val="auto"/>
                <w:sz w:val="20"/>
                <w:szCs w:val="20"/>
              </w:rPr>
              <w:t>Vozila – poljoprivredni strojevi</w:t>
            </w:r>
          </w:p>
        </w:tc>
        <w:tc>
          <w:tcPr>
            <w:tcW w:w="2397" w:type="dxa"/>
          </w:tcPr>
          <w:p w14:paraId="734FB426"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5D8BA916" w14:textId="77777777" w:rsidTr="00DE433A">
        <w:tc>
          <w:tcPr>
            <w:tcW w:w="534" w:type="dxa"/>
          </w:tcPr>
          <w:p w14:paraId="633AEDCD" w14:textId="77777777" w:rsidR="00DE433A" w:rsidRPr="00DE433A" w:rsidRDefault="00DE433A" w:rsidP="00A035F1">
            <w:pPr>
              <w:spacing w:after="0" w:line="240" w:lineRule="auto"/>
              <w:jc w:val="center"/>
              <w:rPr>
                <w:color w:val="auto"/>
                <w:sz w:val="20"/>
                <w:szCs w:val="20"/>
              </w:rPr>
            </w:pPr>
            <w:r w:rsidRPr="00DE433A">
              <w:rPr>
                <w:color w:val="auto"/>
                <w:sz w:val="20"/>
                <w:szCs w:val="20"/>
              </w:rPr>
              <w:t>5.</w:t>
            </w:r>
          </w:p>
        </w:tc>
        <w:tc>
          <w:tcPr>
            <w:tcW w:w="6095" w:type="dxa"/>
          </w:tcPr>
          <w:p w14:paraId="66C1C0F7" w14:textId="77777777" w:rsidR="00DE433A" w:rsidRPr="00DE433A" w:rsidRDefault="00DE433A" w:rsidP="00A035F1">
            <w:pPr>
              <w:spacing w:after="0" w:line="240" w:lineRule="auto"/>
              <w:rPr>
                <w:color w:val="auto"/>
                <w:sz w:val="20"/>
                <w:szCs w:val="20"/>
              </w:rPr>
            </w:pPr>
            <w:r w:rsidRPr="00DE433A">
              <w:rPr>
                <w:color w:val="auto"/>
                <w:sz w:val="20"/>
                <w:szCs w:val="20"/>
              </w:rPr>
              <w:t>Mekane lutke</w:t>
            </w:r>
          </w:p>
        </w:tc>
        <w:tc>
          <w:tcPr>
            <w:tcW w:w="2397" w:type="dxa"/>
          </w:tcPr>
          <w:p w14:paraId="3214A85C"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p>
        </w:tc>
      </w:tr>
      <w:tr w:rsidR="00DE433A" w:rsidRPr="00DE433A" w14:paraId="42EAAFC5" w14:textId="77777777" w:rsidTr="00DE433A">
        <w:tc>
          <w:tcPr>
            <w:tcW w:w="534" w:type="dxa"/>
          </w:tcPr>
          <w:p w14:paraId="51E29EC3" w14:textId="77777777" w:rsidR="00DE433A" w:rsidRPr="00DE433A" w:rsidRDefault="00DE433A" w:rsidP="00A035F1">
            <w:pPr>
              <w:spacing w:after="0" w:line="240" w:lineRule="auto"/>
              <w:rPr>
                <w:color w:val="auto"/>
                <w:sz w:val="20"/>
                <w:szCs w:val="20"/>
              </w:rPr>
            </w:pPr>
          </w:p>
        </w:tc>
        <w:tc>
          <w:tcPr>
            <w:tcW w:w="6095" w:type="dxa"/>
          </w:tcPr>
          <w:p w14:paraId="7DF17CA6" w14:textId="77777777" w:rsidR="00DE433A" w:rsidRPr="00DE433A" w:rsidRDefault="00DE433A" w:rsidP="00A035F1">
            <w:pPr>
              <w:spacing w:after="0" w:line="240" w:lineRule="auto"/>
              <w:rPr>
                <w:color w:val="auto"/>
                <w:sz w:val="20"/>
                <w:szCs w:val="20"/>
              </w:rPr>
            </w:pPr>
            <w:r w:rsidRPr="00DE433A">
              <w:rPr>
                <w:b/>
                <w:bCs/>
                <w:color w:val="auto"/>
                <w:sz w:val="20"/>
                <w:szCs w:val="20"/>
              </w:rPr>
              <w:t>Ukupno – Pčelice</w:t>
            </w:r>
          </w:p>
        </w:tc>
        <w:tc>
          <w:tcPr>
            <w:tcW w:w="2397" w:type="dxa"/>
          </w:tcPr>
          <w:p w14:paraId="3447D608"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1.000,00 €</w:t>
            </w:r>
          </w:p>
        </w:tc>
      </w:tr>
      <w:tr w:rsidR="00DE433A" w:rsidRPr="00DE433A" w14:paraId="2458D734" w14:textId="77777777" w:rsidTr="00DE433A">
        <w:tc>
          <w:tcPr>
            <w:tcW w:w="9026" w:type="dxa"/>
            <w:gridSpan w:val="3"/>
          </w:tcPr>
          <w:p w14:paraId="4066019E" w14:textId="77777777" w:rsidR="00DE433A" w:rsidRPr="00DE433A" w:rsidRDefault="00DE433A" w:rsidP="00A035F1">
            <w:pPr>
              <w:spacing w:after="0" w:line="240" w:lineRule="auto"/>
              <w:rPr>
                <w:color w:val="auto"/>
                <w:sz w:val="20"/>
                <w:szCs w:val="20"/>
              </w:rPr>
            </w:pPr>
            <w:r w:rsidRPr="00DE433A">
              <w:rPr>
                <w:b/>
                <w:bCs/>
                <w:color w:val="auto"/>
                <w:sz w:val="20"/>
                <w:szCs w:val="20"/>
              </w:rPr>
              <w:t>Skupina: Sovice</w:t>
            </w:r>
          </w:p>
        </w:tc>
      </w:tr>
      <w:tr w:rsidR="00DE433A" w:rsidRPr="00DE433A" w14:paraId="6D8BAD29" w14:textId="77777777" w:rsidTr="00DE433A">
        <w:tc>
          <w:tcPr>
            <w:tcW w:w="534" w:type="dxa"/>
          </w:tcPr>
          <w:p w14:paraId="7F44A055"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06C7D0CC" w14:textId="77777777" w:rsidR="00DE433A" w:rsidRPr="00DE433A" w:rsidRDefault="00DE433A" w:rsidP="00A035F1">
            <w:pPr>
              <w:spacing w:after="0" w:line="240" w:lineRule="auto"/>
              <w:rPr>
                <w:color w:val="auto"/>
                <w:sz w:val="20"/>
                <w:szCs w:val="20"/>
              </w:rPr>
            </w:pPr>
            <w:r w:rsidRPr="00DE433A">
              <w:rPr>
                <w:color w:val="auto"/>
                <w:sz w:val="20"/>
                <w:szCs w:val="20"/>
              </w:rPr>
              <w:t>Materijali za građevni centar</w:t>
            </w:r>
          </w:p>
        </w:tc>
        <w:tc>
          <w:tcPr>
            <w:tcW w:w="2397" w:type="dxa"/>
          </w:tcPr>
          <w:p w14:paraId="3AA1D596"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2E4342C4" w14:textId="77777777" w:rsidTr="00DE433A">
        <w:tc>
          <w:tcPr>
            <w:tcW w:w="534" w:type="dxa"/>
          </w:tcPr>
          <w:p w14:paraId="227EFDA6"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7CD5979A" w14:textId="77777777" w:rsidR="00DE433A" w:rsidRPr="00DE433A" w:rsidRDefault="00DE433A" w:rsidP="00A035F1">
            <w:pPr>
              <w:spacing w:after="0" w:line="240" w:lineRule="auto"/>
              <w:rPr>
                <w:color w:val="auto"/>
                <w:sz w:val="20"/>
                <w:szCs w:val="20"/>
              </w:rPr>
            </w:pPr>
            <w:r w:rsidRPr="00DE433A">
              <w:rPr>
                <w:color w:val="auto"/>
                <w:sz w:val="20"/>
                <w:szCs w:val="20"/>
              </w:rPr>
              <w:t>Umetaljke</w:t>
            </w:r>
          </w:p>
        </w:tc>
        <w:tc>
          <w:tcPr>
            <w:tcW w:w="2397" w:type="dxa"/>
          </w:tcPr>
          <w:p w14:paraId="2925E808"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p>
        </w:tc>
      </w:tr>
      <w:tr w:rsidR="00DE433A" w:rsidRPr="00DE433A" w14:paraId="24FB6F13" w14:textId="77777777" w:rsidTr="00DE433A">
        <w:tc>
          <w:tcPr>
            <w:tcW w:w="534" w:type="dxa"/>
          </w:tcPr>
          <w:p w14:paraId="65651418"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71C0D414" w14:textId="77777777" w:rsidR="00DE433A" w:rsidRPr="00DE433A" w:rsidRDefault="00DE433A" w:rsidP="00A035F1">
            <w:pPr>
              <w:spacing w:after="0" w:line="240" w:lineRule="auto"/>
              <w:rPr>
                <w:color w:val="auto"/>
                <w:sz w:val="20"/>
                <w:szCs w:val="20"/>
              </w:rPr>
            </w:pPr>
            <w:r w:rsidRPr="00DE433A">
              <w:rPr>
                <w:color w:val="auto"/>
                <w:sz w:val="20"/>
                <w:szCs w:val="20"/>
              </w:rPr>
              <w:t>Slikovnice</w:t>
            </w:r>
          </w:p>
        </w:tc>
        <w:tc>
          <w:tcPr>
            <w:tcW w:w="2397" w:type="dxa"/>
          </w:tcPr>
          <w:p w14:paraId="0D94EAAC"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p>
        </w:tc>
      </w:tr>
      <w:tr w:rsidR="00DE433A" w:rsidRPr="00DE433A" w14:paraId="1633C912" w14:textId="77777777" w:rsidTr="00DE433A">
        <w:tc>
          <w:tcPr>
            <w:tcW w:w="534" w:type="dxa"/>
          </w:tcPr>
          <w:p w14:paraId="5CE0F448" w14:textId="77777777" w:rsidR="00DE433A" w:rsidRPr="00DE433A" w:rsidRDefault="00DE433A" w:rsidP="00A035F1">
            <w:pPr>
              <w:spacing w:after="0" w:line="240" w:lineRule="auto"/>
              <w:rPr>
                <w:color w:val="auto"/>
                <w:sz w:val="20"/>
                <w:szCs w:val="20"/>
              </w:rPr>
            </w:pPr>
          </w:p>
        </w:tc>
        <w:tc>
          <w:tcPr>
            <w:tcW w:w="6095" w:type="dxa"/>
          </w:tcPr>
          <w:p w14:paraId="3D0859D4" w14:textId="77777777" w:rsidR="00DE433A" w:rsidRPr="00DE433A" w:rsidRDefault="00DE433A" w:rsidP="00A035F1">
            <w:pPr>
              <w:spacing w:after="0" w:line="240" w:lineRule="auto"/>
              <w:rPr>
                <w:color w:val="auto"/>
                <w:sz w:val="20"/>
                <w:szCs w:val="20"/>
              </w:rPr>
            </w:pPr>
            <w:r w:rsidRPr="00DE433A">
              <w:rPr>
                <w:b/>
                <w:bCs/>
                <w:color w:val="auto"/>
                <w:sz w:val="20"/>
                <w:szCs w:val="20"/>
              </w:rPr>
              <w:t>Ukupno – Sovice</w:t>
            </w:r>
          </w:p>
        </w:tc>
        <w:tc>
          <w:tcPr>
            <w:tcW w:w="2397" w:type="dxa"/>
          </w:tcPr>
          <w:p w14:paraId="046AF488"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400,00 €</w:t>
            </w:r>
          </w:p>
        </w:tc>
      </w:tr>
      <w:tr w:rsidR="00DE433A" w:rsidRPr="00DE433A" w14:paraId="59F6E8B3" w14:textId="77777777" w:rsidTr="00DE433A">
        <w:tc>
          <w:tcPr>
            <w:tcW w:w="9026" w:type="dxa"/>
            <w:gridSpan w:val="3"/>
          </w:tcPr>
          <w:p w14:paraId="5BB56BD6" w14:textId="77777777" w:rsidR="00DE433A" w:rsidRPr="00DE433A" w:rsidRDefault="00DE433A" w:rsidP="00A035F1">
            <w:pPr>
              <w:spacing w:after="0" w:line="240" w:lineRule="auto"/>
              <w:rPr>
                <w:color w:val="auto"/>
                <w:sz w:val="20"/>
                <w:szCs w:val="20"/>
              </w:rPr>
            </w:pPr>
            <w:r w:rsidRPr="00DE433A">
              <w:rPr>
                <w:b/>
                <w:bCs/>
                <w:color w:val="auto"/>
                <w:sz w:val="20"/>
                <w:szCs w:val="20"/>
              </w:rPr>
              <w:t>Skupina: Vesele rode</w:t>
            </w:r>
          </w:p>
        </w:tc>
      </w:tr>
      <w:tr w:rsidR="00DE433A" w:rsidRPr="00DE433A" w14:paraId="5C06B78C" w14:textId="77777777" w:rsidTr="00DE433A">
        <w:tc>
          <w:tcPr>
            <w:tcW w:w="534" w:type="dxa"/>
          </w:tcPr>
          <w:p w14:paraId="704A13CF"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64E6E4E8" w14:textId="77777777" w:rsidR="00DE433A" w:rsidRPr="00DE433A" w:rsidRDefault="00DE433A" w:rsidP="00A035F1">
            <w:pPr>
              <w:spacing w:after="0" w:line="240" w:lineRule="auto"/>
              <w:rPr>
                <w:color w:val="auto"/>
                <w:sz w:val="20"/>
                <w:szCs w:val="20"/>
              </w:rPr>
            </w:pPr>
            <w:r w:rsidRPr="00DE433A">
              <w:rPr>
                <w:color w:val="auto"/>
                <w:sz w:val="20"/>
                <w:szCs w:val="20"/>
              </w:rPr>
              <w:t>Vanjski kutić kuhinje</w:t>
            </w:r>
          </w:p>
        </w:tc>
        <w:tc>
          <w:tcPr>
            <w:tcW w:w="2397" w:type="dxa"/>
          </w:tcPr>
          <w:p w14:paraId="08E88A1A" w14:textId="77777777" w:rsidR="00DE433A" w:rsidRPr="00DE433A" w:rsidRDefault="00DE433A" w:rsidP="00A035F1">
            <w:pPr>
              <w:spacing w:after="0" w:line="240" w:lineRule="auto"/>
              <w:jc w:val="right"/>
              <w:rPr>
                <w:color w:val="auto"/>
                <w:sz w:val="20"/>
                <w:szCs w:val="20"/>
              </w:rPr>
            </w:pPr>
            <w:r w:rsidRPr="00DE433A">
              <w:rPr>
                <w:color w:val="auto"/>
                <w:sz w:val="20"/>
                <w:szCs w:val="20"/>
              </w:rPr>
              <w:t>400,00 €</w:t>
            </w:r>
            <w:r w:rsidRPr="00DE433A">
              <w:rPr>
                <w:i/>
                <w:iCs/>
                <w:color w:val="auto"/>
                <w:sz w:val="20"/>
                <w:szCs w:val="20"/>
              </w:rPr>
              <w:t xml:space="preserve"> (AI procjena)</w:t>
            </w:r>
          </w:p>
        </w:tc>
      </w:tr>
      <w:tr w:rsidR="00DE433A" w:rsidRPr="00DE433A" w14:paraId="404201C4" w14:textId="77777777" w:rsidTr="00DE433A">
        <w:tc>
          <w:tcPr>
            <w:tcW w:w="534" w:type="dxa"/>
          </w:tcPr>
          <w:p w14:paraId="08BC673B"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3ED0EF17" w14:textId="77777777" w:rsidR="00DE433A" w:rsidRPr="00DE433A" w:rsidRDefault="00DE433A" w:rsidP="00A035F1">
            <w:pPr>
              <w:spacing w:after="0" w:line="240" w:lineRule="auto"/>
              <w:rPr>
                <w:color w:val="auto"/>
                <w:sz w:val="20"/>
                <w:szCs w:val="20"/>
              </w:rPr>
            </w:pPr>
            <w:r w:rsidRPr="00DE433A">
              <w:rPr>
                <w:color w:val="auto"/>
                <w:sz w:val="20"/>
                <w:szCs w:val="20"/>
              </w:rPr>
              <w:t>Vozila</w:t>
            </w:r>
          </w:p>
        </w:tc>
        <w:tc>
          <w:tcPr>
            <w:tcW w:w="2397" w:type="dxa"/>
          </w:tcPr>
          <w:p w14:paraId="70712915"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r w:rsidRPr="00DE433A">
              <w:rPr>
                <w:i/>
                <w:iCs/>
                <w:color w:val="auto"/>
                <w:sz w:val="20"/>
                <w:szCs w:val="20"/>
              </w:rPr>
              <w:t xml:space="preserve"> (AI procjena)</w:t>
            </w:r>
          </w:p>
        </w:tc>
      </w:tr>
      <w:tr w:rsidR="00DE433A" w:rsidRPr="00DE433A" w14:paraId="4A4DAE59" w14:textId="77777777" w:rsidTr="00DE433A">
        <w:tc>
          <w:tcPr>
            <w:tcW w:w="534" w:type="dxa"/>
          </w:tcPr>
          <w:p w14:paraId="3F4A8ED9"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2A570216" w14:textId="77777777" w:rsidR="00DE433A" w:rsidRPr="00DE433A" w:rsidRDefault="00DE433A" w:rsidP="00A035F1">
            <w:pPr>
              <w:spacing w:after="0" w:line="240" w:lineRule="auto"/>
              <w:rPr>
                <w:color w:val="auto"/>
                <w:sz w:val="20"/>
                <w:szCs w:val="20"/>
              </w:rPr>
            </w:pPr>
            <w:r w:rsidRPr="00DE433A">
              <w:rPr>
                <w:color w:val="auto"/>
                <w:sz w:val="20"/>
                <w:szCs w:val="20"/>
              </w:rPr>
              <w:t>Didaktika (umetaljke)</w:t>
            </w:r>
          </w:p>
        </w:tc>
        <w:tc>
          <w:tcPr>
            <w:tcW w:w="2397" w:type="dxa"/>
          </w:tcPr>
          <w:p w14:paraId="66F7C501"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r w:rsidRPr="00DE433A">
              <w:rPr>
                <w:i/>
                <w:iCs/>
                <w:color w:val="auto"/>
                <w:sz w:val="20"/>
                <w:szCs w:val="20"/>
              </w:rPr>
              <w:t xml:space="preserve"> (AI procjena)</w:t>
            </w:r>
          </w:p>
        </w:tc>
      </w:tr>
      <w:tr w:rsidR="00DE433A" w:rsidRPr="00DE433A" w14:paraId="31FB08B1" w14:textId="77777777" w:rsidTr="00DE433A">
        <w:tc>
          <w:tcPr>
            <w:tcW w:w="534" w:type="dxa"/>
          </w:tcPr>
          <w:p w14:paraId="21267742"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5BB9DA2B" w14:textId="77777777" w:rsidR="00DE433A" w:rsidRPr="00DE433A" w:rsidRDefault="00DE433A" w:rsidP="00A035F1">
            <w:pPr>
              <w:spacing w:after="0" w:line="240" w:lineRule="auto"/>
              <w:rPr>
                <w:color w:val="auto"/>
                <w:sz w:val="20"/>
                <w:szCs w:val="20"/>
              </w:rPr>
            </w:pPr>
            <w:r w:rsidRPr="00DE433A">
              <w:rPr>
                <w:color w:val="auto"/>
                <w:sz w:val="20"/>
                <w:szCs w:val="20"/>
              </w:rPr>
              <w:t>Slikovnice</w:t>
            </w:r>
          </w:p>
        </w:tc>
        <w:tc>
          <w:tcPr>
            <w:tcW w:w="2397" w:type="dxa"/>
          </w:tcPr>
          <w:p w14:paraId="03F3907F"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r w:rsidRPr="00DE433A">
              <w:rPr>
                <w:i/>
                <w:iCs/>
                <w:color w:val="auto"/>
                <w:sz w:val="20"/>
                <w:szCs w:val="20"/>
              </w:rPr>
              <w:t xml:space="preserve"> (AI procjena)</w:t>
            </w:r>
          </w:p>
        </w:tc>
      </w:tr>
      <w:tr w:rsidR="00DE433A" w:rsidRPr="00DE433A" w14:paraId="6794257B" w14:textId="77777777" w:rsidTr="00DE433A">
        <w:tc>
          <w:tcPr>
            <w:tcW w:w="534" w:type="dxa"/>
          </w:tcPr>
          <w:p w14:paraId="06893CC1" w14:textId="77777777" w:rsidR="00DE433A" w:rsidRPr="00DE433A" w:rsidRDefault="00DE433A" w:rsidP="00A035F1">
            <w:pPr>
              <w:spacing w:after="0" w:line="240" w:lineRule="auto"/>
              <w:rPr>
                <w:color w:val="auto"/>
                <w:sz w:val="20"/>
                <w:szCs w:val="20"/>
              </w:rPr>
            </w:pPr>
          </w:p>
        </w:tc>
        <w:tc>
          <w:tcPr>
            <w:tcW w:w="6095" w:type="dxa"/>
          </w:tcPr>
          <w:p w14:paraId="59EC7268" w14:textId="77777777" w:rsidR="00DE433A" w:rsidRPr="00DE433A" w:rsidRDefault="00DE433A" w:rsidP="00A035F1">
            <w:pPr>
              <w:spacing w:after="0" w:line="240" w:lineRule="auto"/>
              <w:rPr>
                <w:color w:val="auto"/>
                <w:sz w:val="20"/>
                <w:szCs w:val="20"/>
              </w:rPr>
            </w:pPr>
            <w:r w:rsidRPr="00DE433A">
              <w:rPr>
                <w:b/>
                <w:bCs/>
                <w:color w:val="auto"/>
                <w:sz w:val="20"/>
                <w:szCs w:val="20"/>
              </w:rPr>
              <w:t>Ukupno – Vesele rode</w:t>
            </w:r>
          </w:p>
        </w:tc>
        <w:tc>
          <w:tcPr>
            <w:tcW w:w="2397" w:type="dxa"/>
          </w:tcPr>
          <w:p w14:paraId="5EEDE5C2"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800,00 €</w:t>
            </w:r>
          </w:p>
        </w:tc>
      </w:tr>
      <w:tr w:rsidR="00DE433A" w:rsidRPr="00DE433A" w14:paraId="6B2E748D" w14:textId="77777777" w:rsidTr="00DE433A">
        <w:tc>
          <w:tcPr>
            <w:tcW w:w="9026" w:type="dxa"/>
            <w:gridSpan w:val="3"/>
          </w:tcPr>
          <w:p w14:paraId="396ED000" w14:textId="77777777" w:rsidR="00DE433A" w:rsidRPr="00DE433A" w:rsidRDefault="00DE433A" w:rsidP="00A035F1">
            <w:pPr>
              <w:spacing w:after="0" w:line="240" w:lineRule="auto"/>
              <w:rPr>
                <w:color w:val="auto"/>
                <w:sz w:val="20"/>
                <w:szCs w:val="20"/>
              </w:rPr>
            </w:pPr>
            <w:r w:rsidRPr="00DE433A">
              <w:rPr>
                <w:b/>
                <w:bCs/>
                <w:color w:val="auto"/>
                <w:sz w:val="20"/>
                <w:szCs w:val="20"/>
              </w:rPr>
              <w:t>Skupina: Zvjezdice</w:t>
            </w:r>
          </w:p>
        </w:tc>
      </w:tr>
      <w:tr w:rsidR="00DE433A" w:rsidRPr="00DE433A" w14:paraId="3E4FCFC1" w14:textId="77777777" w:rsidTr="00DE433A">
        <w:tc>
          <w:tcPr>
            <w:tcW w:w="534" w:type="dxa"/>
          </w:tcPr>
          <w:p w14:paraId="703A3C48"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05278820" w14:textId="77777777" w:rsidR="00DE433A" w:rsidRPr="00DE433A" w:rsidRDefault="00DE433A" w:rsidP="00A035F1">
            <w:pPr>
              <w:spacing w:after="0" w:line="240" w:lineRule="auto"/>
              <w:rPr>
                <w:color w:val="auto"/>
                <w:sz w:val="20"/>
                <w:szCs w:val="20"/>
              </w:rPr>
            </w:pPr>
            <w:r w:rsidRPr="00DE433A">
              <w:rPr>
                <w:color w:val="auto"/>
                <w:sz w:val="20"/>
                <w:szCs w:val="20"/>
              </w:rPr>
              <w:t>Nabava vozila za nadopunu kutića građenja</w:t>
            </w:r>
          </w:p>
        </w:tc>
        <w:tc>
          <w:tcPr>
            <w:tcW w:w="2397" w:type="dxa"/>
          </w:tcPr>
          <w:p w14:paraId="589DF1BD"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33A71CDE" w14:textId="77777777" w:rsidTr="00DE433A">
        <w:tc>
          <w:tcPr>
            <w:tcW w:w="534" w:type="dxa"/>
          </w:tcPr>
          <w:p w14:paraId="16E1EEC4"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74918BE6" w14:textId="77777777" w:rsidR="00DE433A" w:rsidRPr="00DE433A" w:rsidRDefault="00DE433A" w:rsidP="00A035F1">
            <w:pPr>
              <w:spacing w:after="0" w:line="240" w:lineRule="auto"/>
              <w:rPr>
                <w:color w:val="auto"/>
                <w:sz w:val="20"/>
                <w:szCs w:val="20"/>
              </w:rPr>
            </w:pPr>
            <w:r w:rsidRPr="00DE433A">
              <w:rPr>
                <w:color w:val="auto"/>
                <w:sz w:val="20"/>
                <w:szCs w:val="20"/>
              </w:rPr>
              <w:t>Oformljivanje centra za senzomotoriku</w:t>
            </w:r>
          </w:p>
        </w:tc>
        <w:tc>
          <w:tcPr>
            <w:tcW w:w="2397" w:type="dxa"/>
          </w:tcPr>
          <w:p w14:paraId="0EB0E753"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2A99DF40" w14:textId="77777777" w:rsidTr="00DE433A">
        <w:tc>
          <w:tcPr>
            <w:tcW w:w="534" w:type="dxa"/>
          </w:tcPr>
          <w:p w14:paraId="2D0B2F97"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212D7D83" w14:textId="77777777" w:rsidR="00DE433A" w:rsidRPr="00DE433A" w:rsidRDefault="00DE433A" w:rsidP="00A035F1">
            <w:pPr>
              <w:spacing w:after="0" w:line="240" w:lineRule="auto"/>
              <w:rPr>
                <w:color w:val="auto"/>
                <w:sz w:val="20"/>
                <w:szCs w:val="20"/>
              </w:rPr>
            </w:pPr>
            <w:r w:rsidRPr="00DE433A">
              <w:rPr>
                <w:color w:val="auto"/>
                <w:sz w:val="20"/>
                <w:szCs w:val="20"/>
              </w:rPr>
              <w:t>Nadopuna obiteljskog centra – odjeća za lutke, kolica, krevetići, rekviziti za kuhinju</w:t>
            </w:r>
          </w:p>
        </w:tc>
        <w:tc>
          <w:tcPr>
            <w:tcW w:w="2397" w:type="dxa"/>
          </w:tcPr>
          <w:p w14:paraId="6934D345"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08613D24" w14:textId="77777777" w:rsidTr="00DE433A">
        <w:tc>
          <w:tcPr>
            <w:tcW w:w="534" w:type="dxa"/>
          </w:tcPr>
          <w:p w14:paraId="6C166447"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3211E351" w14:textId="77777777" w:rsidR="00DE433A" w:rsidRPr="00DE433A" w:rsidRDefault="00DE433A" w:rsidP="00A035F1">
            <w:pPr>
              <w:spacing w:after="0" w:line="240" w:lineRule="auto"/>
              <w:rPr>
                <w:color w:val="auto"/>
                <w:sz w:val="20"/>
                <w:szCs w:val="20"/>
              </w:rPr>
            </w:pPr>
            <w:r w:rsidRPr="00DE433A">
              <w:rPr>
                <w:color w:val="auto"/>
                <w:sz w:val="20"/>
                <w:szCs w:val="20"/>
              </w:rPr>
              <w:t>Vozila za vanjsko igralište, oprema za dvoranu</w:t>
            </w:r>
          </w:p>
        </w:tc>
        <w:tc>
          <w:tcPr>
            <w:tcW w:w="2397" w:type="dxa"/>
          </w:tcPr>
          <w:p w14:paraId="734A6713" w14:textId="77777777" w:rsidR="00DE433A" w:rsidRPr="00DE433A" w:rsidRDefault="00DE433A" w:rsidP="00A035F1">
            <w:pPr>
              <w:spacing w:after="0" w:line="240" w:lineRule="auto"/>
              <w:jc w:val="right"/>
              <w:rPr>
                <w:color w:val="auto"/>
                <w:sz w:val="20"/>
                <w:szCs w:val="20"/>
              </w:rPr>
            </w:pPr>
            <w:r w:rsidRPr="00DE433A">
              <w:rPr>
                <w:color w:val="auto"/>
                <w:sz w:val="20"/>
                <w:szCs w:val="20"/>
              </w:rPr>
              <w:t>1.000,00 €</w:t>
            </w:r>
          </w:p>
        </w:tc>
      </w:tr>
      <w:tr w:rsidR="00DE433A" w:rsidRPr="00DE433A" w14:paraId="512E28D5" w14:textId="77777777" w:rsidTr="00DE433A">
        <w:tc>
          <w:tcPr>
            <w:tcW w:w="534" w:type="dxa"/>
          </w:tcPr>
          <w:p w14:paraId="15733DA9" w14:textId="77777777" w:rsidR="00DE433A" w:rsidRPr="00DE433A" w:rsidRDefault="00DE433A" w:rsidP="00A035F1">
            <w:pPr>
              <w:spacing w:after="0" w:line="240" w:lineRule="auto"/>
              <w:rPr>
                <w:color w:val="auto"/>
                <w:sz w:val="20"/>
                <w:szCs w:val="20"/>
              </w:rPr>
            </w:pPr>
          </w:p>
        </w:tc>
        <w:tc>
          <w:tcPr>
            <w:tcW w:w="6095" w:type="dxa"/>
          </w:tcPr>
          <w:p w14:paraId="01113CFD" w14:textId="77777777" w:rsidR="00DE433A" w:rsidRPr="00DE433A" w:rsidRDefault="00DE433A" w:rsidP="00A035F1">
            <w:pPr>
              <w:spacing w:after="0" w:line="240" w:lineRule="auto"/>
              <w:rPr>
                <w:color w:val="auto"/>
                <w:sz w:val="20"/>
                <w:szCs w:val="20"/>
              </w:rPr>
            </w:pPr>
            <w:r w:rsidRPr="00DE433A">
              <w:rPr>
                <w:b/>
                <w:bCs/>
                <w:color w:val="auto"/>
                <w:sz w:val="20"/>
                <w:szCs w:val="20"/>
              </w:rPr>
              <w:t>Ukupno – Zvjezdice</w:t>
            </w:r>
          </w:p>
        </w:tc>
        <w:tc>
          <w:tcPr>
            <w:tcW w:w="2397" w:type="dxa"/>
          </w:tcPr>
          <w:p w14:paraId="0D5D590E"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1.600,00 €</w:t>
            </w:r>
          </w:p>
        </w:tc>
      </w:tr>
      <w:tr w:rsidR="00DE433A" w:rsidRPr="00DE433A" w14:paraId="46AB9284" w14:textId="77777777" w:rsidTr="00DE433A">
        <w:tc>
          <w:tcPr>
            <w:tcW w:w="9026" w:type="dxa"/>
            <w:gridSpan w:val="3"/>
          </w:tcPr>
          <w:p w14:paraId="72E141F0" w14:textId="77777777" w:rsidR="00DE433A" w:rsidRPr="00DE433A" w:rsidRDefault="00DE433A" w:rsidP="00A035F1">
            <w:pPr>
              <w:spacing w:after="0" w:line="240" w:lineRule="auto"/>
              <w:rPr>
                <w:color w:val="auto"/>
                <w:sz w:val="20"/>
                <w:szCs w:val="20"/>
              </w:rPr>
            </w:pPr>
            <w:r w:rsidRPr="00DE433A">
              <w:rPr>
                <w:b/>
                <w:bCs/>
                <w:color w:val="auto"/>
                <w:sz w:val="20"/>
                <w:szCs w:val="20"/>
              </w:rPr>
              <w:t>Skupina: Zvončić</w:t>
            </w:r>
          </w:p>
        </w:tc>
      </w:tr>
      <w:tr w:rsidR="00DE433A" w:rsidRPr="00DE433A" w14:paraId="5A804885" w14:textId="77777777" w:rsidTr="00DE433A">
        <w:tc>
          <w:tcPr>
            <w:tcW w:w="534" w:type="dxa"/>
          </w:tcPr>
          <w:p w14:paraId="3F20B562"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64DB4BDD" w14:textId="77777777" w:rsidR="00DE433A" w:rsidRPr="00DE433A" w:rsidRDefault="00DE433A" w:rsidP="00A035F1">
            <w:pPr>
              <w:spacing w:after="0" w:line="240" w:lineRule="auto"/>
              <w:rPr>
                <w:color w:val="auto"/>
                <w:sz w:val="20"/>
                <w:szCs w:val="20"/>
              </w:rPr>
            </w:pPr>
            <w:r w:rsidRPr="00DE433A">
              <w:rPr>
                <w:color w:val="auto"/>
                <w:sz w:val="20"/>
                <w:szCs w:val="20"/>
              </w:rPr>
              <w:t>Materijal za likovne aktivnosti</w:t>
            </w:r>
          </w:p>
        </w:tc>
        <w:tc>
          <w:tcPr>
            <w:tcW w:w="2397" w:type="dxa"/>
          </w:tcPr>
          <w:p w14:paraId="4BFA4044" w14:textId="77777777" w:rsidR="00DE433A" w:rsidRPr="00DE433A" w:rsidRDefault="00DE433A" w:rsidP="00A035F1">
            <w:pPr>
              <w:spacing w:after="0" w:line="240" w:lineRule="auto"/>
              <w:jc w:val="right"/>
              <w:rPr>
                <w:color w:val="auto"/>
                <w:sz w:val="20"/>
                <w:szCs w:val="20"/>
              </w:rPr>
            </w:pPr>
            <w:r w:rsidRPr="00DE433A">
              <w:rPr>
                <w:color w:val="auto"/>
                <w:sz w:val="20"/>
                <w:szCs w:val="20"/>
              </w:rPr>
              <w:t>960,00 €</w:t>
            </w:r>
          </w:p>
        </w:tc>
      </w:tr>
      <w:tr w:rsidR="00DE433A" w:rsidRPr="00DE433A" w14:paraId="0CF86038" w14:textId="77777777" w:rsidTr="00DE433A">
        <w:tc>
          <w:tcPr>
            <w:tcW w:w="534" w:type="dxa"/>
          </w:tcPr>
          <w:p w14:paraId="066AEBAA"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4EDF87F6" w14:textId="77777777" w:rsidR="00DE433A" w:rsidRPr="00DE433A" w:rsidRDefault="00DE433A" w:rsidP="00A035F1">
            <w:pPr>
              <w:spacing w:after="0" w:line="240" w:lineRule="auto"/>
              <w:rPr>
                <w:color w:val="auto"/>
                <w:sz w:val="20"/>
                <w:szCs w:val="20"/>
              </w:rPr>
            </w:pPr>
            <w:r w:rsidRPr="00DE433A">
              <w:rPr>
                <w:color w:val="auto"/>
                <w:sz w:val="20"/>
                <w:szCs w:val="20"/>
              </w:rPr>
              <w:t>Narodne nošnje</w:t>
            </w:r>
          </w:p>
        </w:tc>
        <w:tc>
          <w:tcPr>
            <w:tcW w:w="2397" w:type="dxa"/>
          </w:tcPr>
          <w:p w14:paraId="706FD2D6" w14:textId="77777777" w:rsidR="00DE433A" w:rsidRPr="00DE433A" w:rsidRDefault="00DE433A" w:rsidP="00A035F1">
            <w:pPr>
              <w:spacing w:after="0" w:line="240" w:lineRule="auto"/>
              <w:jc w:val="right"/>
              <w:rPr>
                <w:color w:val="auto"/>
                <w:sz w:val="20"/>
                <w:szCs w:val="20"/>
              </w:rPr>
            </w:pPr>
            <w:r w:rsidRPr="00DE433A">
              <w:rPr>
                <w:color w:val="auto"/>
                <w:sz w:val="20"/>
                <w:szCs w:val="20"/>
              </w:rPr>
              <w:t>600,00 €</w:t>
            </w:r>
          </w:p>
        </w:tc>
      </w:tr>
      <w:tr w:rsidR="00DE433A" w:rsidRPr="00DE433A" w14:paraId="4525B14D" w14:textId="77777777" w:rsidTr="00DE433A">
        <w:tc>
          <w:tcPr>
            <w:tcW w:w="534" w:type="dxa"/>
          </w:tcPr>
          <w:p w14:paraId="2F8FFD37" w14:textId="77777777" w:rsidR="00DE433A" w:rsidRPr="00DE433A" w:rsidRDefault="00DE433A" w:rsidP="00A035F1">
            <w:pPr>
              <w:spacing w:after="0" w:line="240" w:lineRule="auto"/>
              <w:rPr>
                <w:color w:val="auto"/>
                <w:sz w:val="20"/>
                <w:szCs w:val="20"/>
              </w:rPr>
            </w:pPr>
          </w:p>
        </w:tc>
        <w:tc>
          <w:tcPr>
            <w:tcW w:w="6095" w:type="dxa"/>
          </w:tcPr>
          <w:p w14:paraId="41F1FBA6" w14:textId="77777777" w:rsidR="00DE433A" w:rsidRPr="00DE433A" w:rsidRDefault="00DE433A" w:rsidP="00A035F1">
            <w:pPr>
              <w:spacing w:after="0" w:line="240" w:lineRule="auto"/>
              <w:rPr>
                <w:color w:val="auto"/>
                <w:sz w:val="20"/>
                <w:szCs w:val="20"/>
              </w:rPr>
            </w:pPr>
            <w:r w:rsidRPr="00DE433A">
              <w:rPr>
                <w:b/>
                <w:bCs/>
                <w:color w:val="auto"/>
                <w:sz w:val="20"/>
                <w:szCs w:val="20"/>
              </w:rPr>
              <w:t>Ukupno – Zvončić</w:t>
            </w:r>
          </w:p>
        </w:tc>
        <w:tc>
          <w:tcPr>
            <w:tcW w:w="2397" w:type="dxa"/>
          </w:tcPr>
          <w:p w14:paraId="7B4FF2E2"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1.560,00 €</w:t>
            </w:r>
          </w:p>
        </w:tc>
      </w:tr>
      <w:tr w:rsidR="00DE433A" w:rsidRPr="00DE433A" w14:paraId="3F216BAF" w14:textId="77777777" w:rsidTr="00DE433A">
        <w:tc>
          <w:tcPr>
            <w:tcW w:w="9026" w:type="dxa"/>
            <w:gridSpan w:val="3"/>
          </w:tcPr>
          <w:p w14:paraId="520FB1B6" w14:textId="77777777" w:rsidR="00DE433A" w:rsidRPr="00DE433A" w:rsidRDefault="00DE433A" w:rsidP="00A035F1">
            <w:pPr>
              <w:spacing w:after="0" w:line="240" w:lineRule="auto"/>
              <w:rPr>
                <w:color w:val="auto"/>
                <w:sz w:val="20"/>
                <w:szCs w:val="20"/>
              </w:rPr>
            </w:pPr>
            <w:r w:rsidRPr="00DE433A">
              <w:rPr>
                <w:b/>
                <w:bCs/>
                <w:color w:val="auto"/>
                <w:sz w:val="20"/>
                <w:szCs w:val="20"/>
              </w:rPr>
              <w:t>ŽDALA – PO Ždala</w:t>
            </w:r>
          </w:p>
        </w:tc>
      </w:tr>
      <w:tr w:rsidR="00DE433A" w:rsidRPr="00DE433A" w14:paraId="55A1F218" w14:textId="77777777" w:rsidTr="00DE433A">
        <w:tc>
          <w:tcPr>
            <w:tcW w:w="9026" w:type="dxa"/>
            <w:gridSpan w:val="3"/>
          </w:tcPr>
          <w:p w14:paraId="002CE6E1" w14:textId="77777777" w:rsidR="00DE433A" w:rsidRPr="00DE433A" w:rsidRDefault="00DE433A" w:rsidP="00A035F1">
            <w:pPr>
              <w:spacing w:after="0" w:line="240" w:lineRule="auto"/>
              <w:rPr>
                <w:color w:val="auto"/>
                <w:sz w:val="20"/>
                <w:szCs w:val="20"/>
              </w:rPr>
            </w:pPr>
            <w:r w:rsidRPr="00DE433A">
              <w:rPr>
                <w:b/>
                <w:bCs/>
                <w:color w:val="auto"/>
                <w:sz w:val="20"/>
                <w:szCs w:val="20"/>
              </w:rPr>
              <w:t>Skupina: Bambi</w:t>
            </w:r>
          </w:p>
        </w:tc>
      </w:tr>
      <w:tr w:rsidR="00DE433A" w:rsidRPr="00DE433A" w14:paraId="5E55648D" w14:textId="77777777" w:rsidTr="00DE433A">
        <w:tc>
          <w:tcPr>
            <w:tcW w:w="534" w:type="dxa"/>
          </w:tcPr>
          <w:p w14:paraId="40D170F1"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3DE696D5" w14:textId="77777777" w:rsidR="00DE433A" w:rsidRPr="00DE433A" w:rsidRDefault="00DE433A" w:rsidP="00A035F1">
            <w:pPr>
              <w:spacing w:after="0" w:line="240" w:lineRule="auto"/>
              <w:rPr>
                <w:color w:val="auto"/>
                <w:sz w:val="20"/>
                <w:szCs w:val="20"/>
              </w:rPr>
            </w:pPr>
            <w:r w:rsidRPr="00DE433A">
              <w:rPr>
                <w:color w:val="auto"/>
                <w:sz w:val="20"/>
                <w:szCs w:val="20"/>
              </w:rPr>
              <w:t>Zamrzivač</w:t>
            </w:r>
          </w:p>
        </w:tc>
        <w:tc>
          <w:tcPr>
            <w:tcW w:w="2397" w:type="dxa"/>
          </w:tcPr>
          <w:p w14:paraId="52353595" w14:textId="77777777" w:rsidR="00DE433A" w:rsidRPr="00DE433A" w:rsidRDefault="00DE433A" w:rsidP="00A035F1">
            <w:pPr>
              <w:spacing w:after="0" w:line="240" w:lineRule="auto"/>
              <w:jc w:val="right"/>
              <w:rPr>
                <w:color w:val="auto"/>
                <w:sz w:val="20"/>
                <w:szCs w:val="20"/>
              </w:rPr>
            </w:pPr>
            <w:r w:rsidRPr="00DE433A">
              <w:rPr>
                <w:color w:val="auto"/>
                <w:sz w:val="20"/>
                <w:szCs w:val="20"/>
              </w:rPr>
              <w:t>450,00 €</w:t>
            </w:r>
            <w:r w:rsidRPr="00DE433A">
              <w:rPr>
                <w:i/>
                <w:iCs/>
                <w:color w:val="auto"/>
                <w:sz w:val="20"/>
                <w:szCs w:val="20"/>
              </w:rPr>
              <w:t xml:space="preserve"> (AI procjena)</w:t>
            </w:r>
          </w:p>
        </w:tc>
      </w:tr>
      <w:tr w:rsidR="00DE433A" w:rsidRPr="00DE433A" w14:paraId="0564BEE1" w14:textId="77777777" w:rsidTr="00DE433A">
        <w:tc>
          <w:tcPr>
            <w:tcW w:w="534" w:type="dxa"/>
          </w:tcPr>
          <w:p w14:paraId="0CFF63BF"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3CA246CA" w14:textId="77777777" w:rsidR="00DE433A" w:rsidRPr="00DE433A" w:rsidRDefault="00DE433A" w:rsidP="00A035F1">
            <w:pPr>
              <w:spacing w:after="0" w:line="240" w:lineRule="auto"/>
              <w:rPr>
                <w:color w:val="auto"/>
                <w:sz w:val="20"/>
                <w:szCs w:val="20"/>
              </w:rPr>
            </w:pPr>
            <w:r w:rsidRPr="00DE433A">
              <w:rPr>
                <w:color w:val="auto"/>
                <w:sz w:val="20"/>
                <w:szCs w:val="20"/>
              </w:rPr>
              <w:t>Kuhinjski materijal (žlice, vilice, noževi, zdjelice)</w:t>
            </w:r>
          </w:p>
        </w:tc>
        <w:tc>
          <w:tcPr>
            <w:tcW w:w="2397" w:type="dxa"/>
          </w:tcPr>
          <w:p w14:paraId="38829A43" w14:textId="77777777" w:rsidR="00DE433A" w:rsidRPr="00DE433A" w:rsidRDefault="00DE433A" w:rsidP="00A035F1">
            <w:pPr>
              <w:spacing w:after="0" w:line="240" w:lineRule="auto"/>
              <w:jc w:val="right"/>
              <w:rPr>
                <w:color w:val="auto"/>
                <w:sz w:val="20"/>
                <w:szCs w:val="20"/>
              </w:rPr>
            </w:pPr>
            <w:r w:rsidRPr="00DE433A">
              <w:rPr>
                <w:color w:val="auto"/>
                <w:sz w:val="20"/>
                <w:szCs w:val="20"/>
              </w:rPr>
              <w:t>250,00 €</w:t>
            </w:r>
            <w:r w:rsidRPr="00DE433A">
              <w:rPr>
                <w:i/>
                <w:iCs/>
                <w:color w:val="auto"/>
                <w:sz w:val="20"/>
                <w:szCs w:val="20"/>
              </w:rPr>
              <w:t xml:space="preserve"> (AI procjena)</w:t>
            </w:r>
          </w:p>
        </w:tc>
      </w:tr>
      <w:tr w:rsidR="00DE433A" w:rsidRPr="00DE433A" w14:paraId="392E087F" w14:textId="77777777" w:rsidTr="00DE433A">
        <w:tc>
          <w:tcPr>
            <w:tcW w:w="534" w:type="dxa"/>
          </w:tcPr>
          <w:p w14:paraId="04FB7C9B"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3EE808FF" w14:textId="77777777" w:rsidR="00DE433A" w:rsidRPr="00DE433A" w:rsidRDefault="00DE433A" w:rsidP="00A035F1">
            <w:pPr>
              <w:spacing w:after="0" w:line="240" w:lineRule="auto"/>
              <w:rPr>
                <w:color w:val="auto"/>
                <w:sz w:val="20"/>
                <w:szCs w:val="20"/>
              </w:rPr>
            </w:pPr>
            <w:r w:rsidRPr="00DE433A">
              <w:rPr>
                <w:color w:val="auto"/>
                <w:sz w:val="20"/>
                <w:szCs w:val="20"/>
              </w:rPr>
              <w:t>Krečenje unutrašnjosti objekta i kuhinje, obnova dijelova fasade i krečenje terase</w:t>
            </w:r>
          </w:p>
        </w:tc>
        <w:tc>
          <w:tcPr>
            <w:tcW w:w="2397" w:type="dxa"/>
          </w:tcPr>
          <w:p w14:paraId="66ADEB70" w14:textId="77777777" w:rsidR="00DE433A" w:rsidRPr="00DE433A" w:rsidRDefault="00DE433A" w:rsidP="00A035F1">
            <w:pPr>
              <w:spacing w:after="0" w:line="240" w:lineRule="auto"/>
              <w:jc w:val="right"/>
              <w:rPr>
                <w:color w:val="auto"/>
                <w:sz w:val="20"/>
                <w:szCs w:val="20"/>
              </w:rPr>
            </w:pPr>
            <w:r w:rsidRPr="00DE433A">
              <w:rPr>
                <w:color w:val="auto"/>
                <w:sz w:val="20"/>
                <w:szCs w:val="20"/>
              </w:rPr>
              <w:t>4.000,00 €</w:t>
            </w:r>
            <w:r w:rsidRPr="00DE433A">
              <w:rPr>
                <w:i/>
                <w:iCs/>
                <w:color w:val="auto"/>
                <w:sz w:val="20"/>
                <w:szCs w:val="20"/>
              </w:rPr>
              <w:t xml:space="preserve"> (AI procjena)</w:t>
            </w:r>
          </w:p>
        </w:tc>
      </w:tr>
      <w:tr w:rsidR="00DE433A" w:rsidRPr="00DE433A" w14:paraId="564F1C3A" w14:textId="77777777" w:rsidTr="00DE433A">
        <w:tc>
          <w:tcPr>
            <w:tcW w:w="534" w:type="dxa"/>
          </w:tcPr>
          <w:p w14:paraId="3608BDB0"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0861E2B5" w14:textId="77777777" w:rsidR="00DE433A" w:rsidRPr="00DE433A" w:rsidRDefault="00DE433A" w:rsidP="00A035F1">
            <w:pPr>
              <w:spacing w:after="0" w:line="240" w:lineRule="auto"/>
              <w:rPr>
                <w:color w:val="auto"/>
                <w:sz w:val="20"/>
                <w:szCs w:val="20"/>
              </w:rPr>
            </w:pPr>
            <w:r w:rsidRPr="00DE433A">
              <w:rPr>
                <w:color w:val="auto"/>
                <w:sz w:val="20"/>
                <w:szCs w:val="20"/>
              </w:rPr>
              <w:t>Printer</w:t>
            </w:r>
          </w:p>
        </w:tc>
        <w:tc>
          <w:tcPr>
            <w:tcW w:w="2397" w:type="dxa"/>
          </w:tcPr>
          <w:p w14:paraId="2E42DE18" w14:textId="77777777" w:rsidR="00DE433A" w:rsidRPr="00DE433A" w:rsidRDefault="00DE433A" w:rsidP="00A035F1">
            <w:pPr>
              <w:spacing w:after="0" w:line="240" w:lineRule="auto"/>
              <w:jc w:val="right"/>
              <w:rPr>
                <w:color w:val="auto"/>
                <w:sz w:val="20"/>
                <w:szCs w:val="20"/>
              </w:rPr>
            </w:pPr>
            <w:r w:rsidRPr="00DE433A">
              <w:rPr>
                <w:color w:val="auto"/>
                <w:sz w:val="20"/>
                <w:szCs w:val="20"/>
              </w:rPr>
              <w:t>250,00 €</w:t>
            </w:r>
            <w:r w:rsidRPr="00DE433A">
              <w:rPr>
                <w:i/>
                <w:iCs/>
                <w:color w:val="auto"/>
                <w:sz w:val="20"/>
                <w:szCs w:val="20"/>
              </w:rPr>
              <w:t xml:space="preserve"> (AI procjena)</w:t>
            </w:r>
          </w:p>
        </w:tc>
      </w:tr>
      <w:tr w:rsidR="00DE433A" w:rsidRPr="00DE433A" w14:paraId="6FF21D86" w14:textId="77777777" w:rsidTr="00DE433A">
        <w:tc>
          <w:tcPr>
            <w:tcW w:w="534" w:type="dxa"/>
          </w:tcPr>
          <w:p w14:paraId="33FAD149" w14:textId="77777777" w:rsidR="00DE433A" w:rsidRPr="00DE433A" w:rsidRDefault="00DE433A" w:rsidP="00A035F1">
            <w:pPr>
              <w:spacing w:after="0" w:line="240" w:lineRule="auto"/>
              <w:jc w:val="center"/>
              <w:rPr>
                <w:color w:val="auto"/>
                <w:sz w:val="20"/>
                <w:szCs w:val="20"/>
              </w:rPr>
            </w:pPr>
            <w:r w:rsidRPr="00DE433A">
              <w:rPr>
                <w:color w:val="auto"/>
                <w:sz w:val="20"/>
                <w:szCs w:val="20"/>
              </w:rPr>
              <w:t>5.</w:t>
            </w:r>
          </w:p>
        </w:tc>
        <w:tc>
          <w:tcPr>
            <w:tcW w:w="6095" w:type="dxa"/>
          </w:tcPr>
          <w:p w14:paraId="383BACCB" w14:textId="77777777" w:rsidR="00DE433A" w:rsidRPr="00DE433A" w:rsidRDefault="00DE433A" w:rsidP="00A035F1">
            <w:pPr>
              <w:spacing w:after="0" w:line="240" w:lineRule="auto"/>
              <w:rPr>
                <w:color w:val="auto"/>
                <w:sz w:val="20"/>
                <w:szCs w:val="20"/>
              </w:rPr>
            </w:pPr>
            <w:r w:rsidRPr="00DE433A">
              <w:rPr>
                <w:color w:val="auto"/>
                <w:sz w:val="20"/>
                <w:szCs w:val="20"/>
              </w:rPr>
              <w:t>Krevetići × 5</w:t>
            </w:r>
          </w:p>
        </w:tc>
        <w:tc>
          <w:tcPr>
            <w:tcW w:w="2397" w:type="dxa"/>
          </w:tcPr>
          <w:p w14:paraId="6460C854"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r w:rsidRPr="00DE433A">
              <w:rPr>
                <w:i/>
                <w:iCs/>
                <w:color w:val="auto"/>
                <w:sz w:val="20"/>
                <w:szCs w:val="20"/>
              </w:rPr>
              <w:t xml:space="preserve"> (AI procjena)</w:t>
            </w:r>
          </w:p>
        </w:tc>
      </w:tr>
      <w:tr w:rsidR="00DE433A" w:rsidRPr="00DE433A" w14:paraId="65474457" w14:textId="77777777" w:rsidTr="00DE433A">
        <w:tc>
          <w:tcPr>
            <w:tcW w:w="534" w:type="dxa"/>
          </w:tcPr>
          <w:p w14:paraId="366383CF" w14:textId="77777777" w:rsidR="00DE433A" w:rsidRPr="00DE433A" w:rsidRDefault="00DE433A" w:rsidP="00A035F1">
            <w:pPr>
              <w:spacing w:after="0" w:line="240" w:lineRule="auto"/>
              <w:jc w:val="center"/>
              <w:rPr>
                <w:color w:val="auto"/>
                <w:sz w:val="20"/>
                <w:szCs w:val="20"/>
              </w:rPr>
            </w:pPr>
            <w:r w:rsidRPr="00DE433A">
              <w:rPr>
                <w:color w:val="auto"/>
                <w:sz w:val="20"/>
                <w:szCs w:val="20"/>
              </w:rPr>
              <w:t>6.</w:t>
            </w:r>
          </w:p>
        </w:tc>
        <w:tc>
          <w:tcPr>
            <w:tcW w:w="6095" w:type="dxa"/>
          </w:tcPr>
          <w:p w14:paraId="22C465DB" w14:textId="77777777" w:rsidR="00DE433A" w:rsidRPr="00DE433A" w:rsidRDefault="00DE433A" w:rsidP="00A035F1">
            <w:pPr>
              <w:spacing w:after="0" w:line="240" w:lineRule="auto"/>
              <w:rPr>
                <w:color w:val="auto"/>
                <w:sz w:val="20"/>
                <w:szCs w:val="20"/>
              </w:rPr>
            </w:pPr>
            <w:r w:rsidRPr="00DE433A">
              <w:rPr>
                <w:color w:val="auto"/>
                <w:sz w:val="20"/>
                <w:szCs w:val="20"/>
              </w:rPr>
              <w:t>Veliki ormar</w:t>
            </w:r>
          </w:p>
        </w:tc>
        <w:tc>
          <w:tcPr>
            <w:tcW w:w="2397" w:type="dxa"/>
          </w:tcPr>
          <w:p w14:paraId="63844B3D"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r w:rsidRPr="00DE433A">
              <w:rPr>
                <w:i/>
                <w:iCs/>
                <w:color w:val="auto"/>
                <w:sz w:val="20"/>
                <w:szCs w:val="20"/>
              </w:rPr>
              <w:t xml:space="preserve"> (AI procjena)</w:t>
            </w:r>
          </w:p>
        </w:tc>
      </w:tr>
      <w:tr w:rsidR="00DE433A" w:rsidRPr="00DE433A" w14:paraId="229D6DBB" w14:textId="77777777" w:rsidTr="00DE433A">
        <w:tc>
          <w:tcPr>
            <w:tcW w:w="534" w:type="dxa"/>
          </w:tcPr>
          <w:p w14:paraId="7A15ADFF" w14:textId="77777777" w:rsidR="00DE433A" w:rsidRPr="00DE433A" w:rsidRDefault="00DE433A" w:rsidP="00A035F1">
            <w:pPr>
              <w:spacing w:after="0" w:line="240" w:lineRule="auto"/>
              <w:jc w:val="center"/>
              <w:rPr>
                <w:color w:val="auto"/>
                <w:sz w:val="20"/>
                <w:szCs w:val="20"/>
              </w:rPr>
            </w:pPr>
            <w:r w:rsidRPr="00DE433A">
              <w:rPr>
                <w:color w:val="auto"/>
                <w:sz w:val="20"/>
                <w:szCs w:val="20"/>
              </w:rPr>
              <w:t>7.</w:t>
            </w:r>
          </w:p>
        </w:tc>
        <w:tc>
          <w:tcPr>
            <w:tcW w:w="6095" w:type="dxa"/>
          </w:tcPr>
          <w:p w14:paraId="2CC0FB29" w14:textId="77777777" w:rsidR="00DE433A" w:rsidRPr="00DE433A" w:rsidRDefault="00DE433A" w:rsidP="00A035F1">
            <w:pPr>
              <w:spacing w:after="0" w:line="240" w:lineRule="auto"/>
              <w:rPr>
                <w:color w:val="auto"/>
                <w:sz w:val="20"/>
                <w:szCs w:val="20"/>
              </w:rPr>
            </w:pPr>
            <w:r w:rsidRPr="00DE433A">
              <w:rPr>
                <w:color w:val="auto"/>
                <w:sz w:val="20"/>
                <w:szCs w:val="20"/>
              </w:rPr>
              <w:t>Vanjska sprava</w:t>
            </w:r>
          </w:p>
        </w:tc>
        <w:tc>
          <w:tcPr>
            <w:tcW w:w="2397" w:type="dxa"/>
          </w:tcPr>
          <w:p w14:paraId="0270208D" w14:textId="77777777" w:rsidR="00DE433A" w:rsidRPr="00DE433A" w:rsidRDefault="00DE433A" w:rsidP="00A035F1">
            <w:pPr>
              <w:spacing w:after="0" w:line="240" w:lineRule="auto"/>
              <w:jc w:val="right"/>
              <w:rPr>
                <w:color w:val="auto"/>
                <w:sz w:val="20"/>
                <w:szCs w:val="20"/>
              </w:rPr>
            </w:pPr>
            <w:r w:rsidRPr="00DE433A">
              <w:rPr>
                <w:color w:val="auto"/>
                <w:sz w:val="20"/>
                <w:szCs w:val="20"/>
              </w:rPr>
              <w:t>3.000,00 €</w:t>
            </w:r>
            <w:r w:rsidRPr="00DE433A">
              <w:rPr>
                <w:i/>
                <w:iCs/>
                <w:color w:val="auto"/>
                <w:sz w:val="20"/>
                <w:szCs w:val="20"/>
              </w:rPr>
              <w:t xml:space="preserve"> (AI procjena)</w:t>
            </w:r>
          </w:p>
        </w:tc>
      </w:tr>
      <w:tr w:rsidR="00DE433A" w:rsidRPr="00DE433A" w14:paraId="4AB758F4" w14:textId="77777777" w:rsidTr="00DE433A">
        <w:tc>
          <w:tcPr>
            <w:tcW w:w="534" w:type="dxa"/>
          </w:tcPr>
          <w:p w14:paraId="0C8774BB" w14:textId="77777777" w:rsidR="00DE433A" w:rsidRPr="00DE433A" w:rsidRDefault="00DE433A" w:rsidP="00A035F1">
            <w:pPr>
              <w:spacing w:after="0" w:line="240" w:lineRule="auto"/>
              <w:jc w:val="center"/>
              <w:rPr>
                <w:color w:val="auto"/>
                <w:sz w:val="20"/>
                <w:szCs w:val="20"/>
              </w:rPr>
            </w:pPr>
            <w:r w:rsidRPr="00DE433A">
              <w:rPr>
                <w:color w:val="auto"/>
                <w:sz w:val="20"/>
                <w:szCs w:val="20"/>
              </w:rPr>
              <w:t>8.</w:t>
            </w:r>
          </w:p>
        </w:tc>
        <w:tc>
          <w:tcPr>
            <w:tcW w:w="6095" w:type="dxa"/>
          </w:tcPr>
          <w:p w14:paraId="4395F397" w14:textId="77777777" w:rsidR="00DE433A" w:rsidRPr="00DE433A" w:rsidRDefault="00DE433A" w:rsidP="00A035F1">
            <w:pPr>
              <w:spacing w:after="0" w:line="240" w:lineRule="auto"/>
              <w:rPr>
                <w:color w:val="auto"/>
                <w:sz w:val="20"/>
                <w:szCs w:val="20"/>
              </w:rPr>
            </w:pPr>
            <w:r w:rsidRPr="00DE433A">
              <w:rPr>
                <w:color w:val="auto"/>
                <w:sz w:val="20"/>
                <w:szCs w:val="20"/>
              </w:rPr>
              <w:t>Vanjske klupe</w:t>
            </w:r>
          </w:p>
        </w:tc>
        <w:tc>
          <w:tcPr>
            <w:tcW w:w="2397" w:type="dxa"/>
          </w:tcPr>
          <w:p w14:paraId="6AAEB089"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r w:rsidRPr="00DE433A">
              <w:rPr>
                <w:i/>
                <w:iCs/>
                <w:color w:val="auto"/>
                <w:sz w:val="20"/>
                <w:szCs w:val="20"/>
              </w:rPr>
              <w:t xml:space="preserve"> (AI procjena)</w:t>
            </w:r>
          </w:p>
        </w:tc>
      </w:tr>
      <w:tr w:rsidR="00DE433A" w:rsidRPr="00DE433A" w14:paraId="0CE9052B" w14:textId="77777777" w:rsidTr="00DE433A">
        <w:tc>
          <w:tcPr>
            <w:tcW w:w="534" w:type="dxa"/>
          </w:tcPr>
          <w:p w14:paraId="76DC52AB" w14:textId="77777777" w:rsidR="00DE433A" w:rsidRPr="00DE433A" w:rsidRDefault="00DE433A" w:rsidP="00A035F1">
            <w:pPr>
              <w:spacing w:after="0" w:line="240" w:lineRule="auto"/>
              <w:jc w:val="center"/>
              <w:rPr>
                <w:color w:val="auto"/>
                <w:sz w:val="20"/>
                <w:szCs w:val="20"/>
              </w:rPr>
            </w:pPr>
            <w:r w:rsidRPr="00DE433A">
              <w:rPr>
                <w:color w:val="auto"/>
                <w:sz w:val="20"/>
                <w:szCs w:val="20"/>
              </w:rPr>
              <w:t>9.</w:t>
            </w:r>
          </w:p>
        </w:tc>
        <w:tc>
          <w:tcPr>
            <w:tcW w:w="6095" w:type="dxa"/>
          </w:tcPr>
          <w:p w14:paraId="7D5C55A4" w14:textId="77777777" w:rsidR="00DE433A" w:rsidRPr="00DE433A" w:rsidRDefault="00DE433A" w:rsidP="00A035F1">
            <w:pPr>
              <w:spacing w:after="0" w:line="240" w:lineRule="auto"/>
              <w:rPr>
                <w:color w:val="auto"/>
                <w:sz w:val="20"/>
                <w:szCs w:val="20"/>
              </w:rPr>
            </w:pPr>
            <w:r w:rsidRPr="00DE433A">
              <w:rPr>
                <w:color w:val="auto"/>
                <w:sz w:val="20"/>
                <w:szCs w:val="20"/>
              </w:rPr>
              <w:t>Antistresne podloge za dječje igralište</w:t>
            </w:r>
          </w:p>
        </w:tc>
        <w:tc>
          <w:tcPr>
            <w:tcW w:w="2397" w:type="dxa"/>
          </w:tcPr>
          <w:p w14:paraId="5A4E6797" w14:textId="77777777" w:rsidR="00DE433A" w:rsidRPr="00DE433A" w:rsidRDefault="00DE433A" w:rsidP="00A035F1">
            <w:pPr>
              <w:spacing w:after="0" w:line="240" w:lineRule="auto"/>
              <w:jc w:val="right"/>
              <w:rPr>
                <w:color w:val="auto"/>
                <w:sz w:val="20"/>
                <w:szCs w:val="20"/>
              </w:rPr>
            </w:pPr>
            <w:r w:rsidRPr="00DE433A">
              <w:rPr>
                <w:color w:val="auto"/>
                <w:sz w:val="20"/>
                <w:szCs w:val="20"/>
              </w:rPr>
              <w:t>2.000,00 €</w:t>
            </w:r>
            <w:r w:rsidRPr="00DE433A">
              <w:rPr>
                <w:i/>
                <w:iCs/>
                <w:color w:val="auto"/>
                <w:sz w:val="20"/>
                <w:szCs w:val="20"/>
              </w:rPr>
              <w:t xml:space="preserve"> (AI procjena)</w:t>
            </w:r>
          </w:p>
        </w:tc>
      </w:tr>
      <w:tr w:rsidR="00DE433A" w:rsidRPr="00DE433A" w14:paraId="7E03C9FE" w14:textId="77777777" w:rsidTr="00DE433A">
        <w:tc>
          <w:tcPr>
            <w:tcW w:w="534" w:type="dxa"/>
          </w:tcPr>
          <w:p w14:paraId="6277F904" w14:textId="77777777" w:rsidR="00DE433A" w:rsidRPr="00DE433A" w:rsidRDefault="00DE433A" w:rsidP="00A035F1">
            <w:pPr>
              <w:spacing w:after="0" w:line="240" w:lineRule="auto"/>
              <w:jc w:val="center"/>
              <w:rPr>
                <w:color w:val="auto"/>
                <w:sz w:val="20"/>
                <w:szCs w:val="20"/>
              </w:rPr>
            </w:pPr>
            <w:r w:rsidRPr="00DE433A">
              <w:rPr>
                <w:color w:val="auto"/>
                <w:sz w:val="20"/>
                <w:szCs w:val="20"/>
              </w:rPr>
              <w:lastRenderedPageBreak/>
              <w:t>10.</w:t>
            </w:r>
          </w:p>
        </w:tc>
        <w:tc>
          <w:tcPr>
            <w:tcW w:w="6095" w:type="dxa"/>
          </w:tcPr>
          <w:p w14:paraId="2F9909B6" w14:textId="77777777" w:rsidR="00DE433A" w:rsidRPr="00DE433A" w:rsidRDefault="00DE433A" w:rsidP="00A035F1">
            <w:pPr>
              <w:spacing w:after="0" w:line="240" w:lineRule="auto"/>
              <w:rPr>
                <w:color w:val="auto"/>
                <w:sz w:val="20"/>
                <w:szCs w:val="20"/>
              </w:rPr>
            </w:pPr>
            <w:r w:rsidRPr="00DE433A">
              <w:rPr>
                <w:color w:val="auto"/>
                <w:sz w:val="20"/>
                <w:szCs w:val="20"/>
              </w:rPr>
              <w:t>Toplomjer</w:t>
            </w:r>
          </w:p>
        </w:tc>
        <w:tc>
          <w:tcPr>
            <w:tcW w:w="2397" w:type="dxa"/>
          </w:tcPr>
          <w:p w14:paraId="1D165D3E" w14:textId="77777777" w:rsidR="00DE433A" w:rsidRPr="00DE433A" w:rsidRDefault="00DE433A" w:rsidP="00A035F1">
            <w:pPr>
              <w:spacing w:after="0" w:line="240" w:lineRule="auto"/>
              <w:jc w:val="right"/>
              <w:rPr>
                <w:color w:val="auto"/>
                <w:sz w:val="20"/>
                <w:szCs w:val="20"/>
              </w:rPr>
            </w:pPr>
            <w:r w:rsidRPr="00DE433A">
              <w:rPr>
                <w:color w:val="auto"/>
                <w:sz w:val="20"/>
                <w:szCs w:val="20"/>
              </w:rPr>
              <w:t>30,00 €</w:t>
            </w:r>
            <w:r w:rsidRPr="00DE433A">
              <w:rPr>
                <w:i/>
                <w:iCs/>
                <w:color w:val="auto"/>
                <w:sz w:val="20"/>
                <w:szCs w:val="20"/>
              </w:rPr>
              <w:t xml:space="preserve"> (AI procjena)</w:t>
            </w:r>
          </w:p>
        </w:tc>
      </w:tr>
      <w:tr w:rsidR="00DE433A" w:rsidRPr="00DE433A" w14:paraId="4C2C201C" w14:textId="77777777" w:rsidTr="00DE433A">
        <w:tc>
          <w:tcPr>
            <w:tcW w:w="534" w:type="dxa"/>
          </w:tcPr>
          <w:p w14:paraId="7269177F" w14:textId="77777777" w:rsidR="00DE433A" w:rsidRPr="00DE433A" w:rsidRDefault="00DE433A" w:rsidP="00A035F1">
            <w:pPr>
              <w:spacing w:after="0" w:line="240" w:lineRule="auto"/>
              <w:rPr>
                <w:color w:val="auto"/>
                <w:sz w:val="20"/>
                <w:szCs w:val="20"/>
              </w:rPr>
            </w:pPr>
          </w:p>
        </w:tc>
        <w:tc>
          <w:tcPr>
            <w:tcW w:w="6095" w:type="dxa"/>
          </w:tcPr>
          <w:p w14:paraId="44B757A6" w14:textId="77777777" w:rsidR="00DE433A" w:rsidRPr="00DE433A" w:rsidRDefault="00DE433A" w:rsidP="00A035F1">
            <w:pPr>
              <w:spacing w:after="0" w:line="240" w:lineRule="auto"/>
              <w:rPr>
                <w:color w:val="auto"/>
                <w:sz w:val="20"/>
                <w:szCs w:val="20"/>
              </w:rPr>
            </w:pPr>
            <w:r w:rsidRPr="00DE433A">
              <w:rPr>
                <w:b/>
                <w:bCs/>
                <w:color w:val="auto"/>
                <w:sz w:val="20"/>
                <w:szCs w:val="20"/>
              </w:rPr>
              <w:t>Ukupno – Bambi</w:t>
            </w:r>
          </w:p>
        </w:tc>
        <w:tc>
          <w:tcPr>
            <w:tcW w:w="2397" w:type="dxa"/>
          </w:tcPr>
          <w:p w14:paraId="48AA6687"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11.480,00 €</w:t>
            </w:r>
          </w:p>
        </w:tc>
      </w:tr>
      <w:tr w:rsidR="00DE433A" w:rsidRPr="00DE433A" w14:paraId="3AAD7C5E" w14:textId="77777777" w:rsidTr="00DE433A">
        <w:tc>
          <w:tcPr>
            <w:tcW w:w="9026" w:type="dxa"/>
            <w:gridSpan w:val="3"/>
          </w:tcPr>
          <w:p w14:paraId="53D8AE8F" w14:textId="77777777" w:rsidR="00DE433A" w:rsidRPr="00DE433A" w:rsidRDefault="00DE433A" w:rsidP="00A035F1">
            <w:pPr>
              <w:spacing w:after="0" w:line="240" w:lineRule="auto"/>
              <w:rPr>
                <w:color w:val="auto"/>
                <w:sz w:val="20"/>
                <w:szCs w:val="20"/>
              </w:rPr>
            </w:pPr>
            <w:r w:rsidRPr="00DE433A">
              <w:rPr>
                <w:b/>
                <w:bCs/>
                <w:color w:val="auto"/>
                <w:sz w:val="20"/>
                <w:szCs w:val="20"/>
              </w:rPr>
              <w:t>KOPRIVNIČKI BREGI – PO Potočić, Koprivnički Bregi</w:t>
            </w:r>
          </w:p>
        </w:tc>
      </w:tr>
      <w:tr w:rsidR="00DE433A" w:rsidRPr="00DE433A" w14:paraId="1A66968E" w14:textId="77777777" w:rsidTr="00DE433A">
        <w:tc>
          <w:tcPr>
            <w:tcW w:w="9026" w:type="dxa"/>
            <w:gridSpan w:val="3"/>
          </w:tcPr>
          <w:p w14:paraId="2C88E283" w14:textId="77777777" w:rsidR="00DE433A" w:rsidRPr="00DE433A" w:rsidRDefault="00DE433A" w:rsidP="00A035F1">
            <w:pPr>
              <w:spacing w:after="0" w:line="240" w:lineRule="auto"/>
              <w:rPr>
                <w:color w:val="auto"/>
                <w:sz w:val="20"/>
                <w:szCs w:val="20"/>
              </w:rPr>
            </w:pPr>
            <w:r w:rsidRPr="00DE433A">
              <w:rPr>
                <w:b/>
                <w:bCs/>
                <w:color w:val="auto"/>
                <w:sz w:val="20"/>
                <w:szCs w:val="20"/>
              </w:rPr>
              <w:t>Skupina: Lavići</w:t>
            </w:r>
          </w:p>
        </w:tc>
      </w:tr>
      <w:tr w:rsidR="00DE433A" w:rsidRPr="00DE433A" w14:paraId="0C602E0A" w14:textId="77777777" w:rsidTr="00DE433A">
        <w:tc>
          <w:tcPr>
            <w:tcW w:w="534" w:type="dxa"/>
          </w:tcPr>
          <w:p w14:paraId="6CAA8CB1"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65E44A99" w14:textId="77777777" w:rsidR="00DE433A" w:rsidRPr="00DE433A" w:rsidRDefault="00DE433A" w:rsidP="00A035F1">
            <w:pPr>
              <w:spacing w:after="0" w:line="240" w:lineRule="auto"/>
              <w:rPr>
                <w:color w:val="auto"/>
                <w:sz w:val="20"/>
                <w:szCs w:val="20"/>
              </w:rPr>
            </w:pPr>
            <w:r w:rsidRPr="00DE433A">
              <w:rPr>
                <w:color w:val="auto"/>
                <w:sz w:val="20"/>
                <w:szCs w:val="20"/>
              </w:rPr>
              <w:t>Bojanje zidova</w:t>
            </w:r>
          </w:p>
        </w:tc>
        <w:tc>
          <w:tcPr>
            <w:tcW w:w="2397" w:type="dxa"/>
          </w:tcPr>
          <w:p w14:paraId="020EC9CB" w14:textId="77777777" w:rsidR="00DE433A" w:rsidRPr="00DE433A" w:rsidRDefault="00DE433A" w:rsidP="00A035F1">
            <w:pPr>
              <w:spacing w:after="0" w:line="240" w:lineRule="auto"/>
              <w:jc w:val="right"/>
              <w:rPr>
                <w:color w:val="auto"/>
                <w:sz w:val="20"/>
                <w:szCs w:val="20"/>
              </w:rPr>
            </w:pPr>
            <w:r w:rsidRPr="00DE433A">
              <w:rPr>
                <w:color w:val="auto"/>
                <w:sz w:val="20"/>
                <w:szCs w:val="20"/>
              </w:rPr>
              <w:t>3.000,00 €</w:t>
            </w:r>
            <w:r w:rsidRPr="00DE433A">
              <w:rPr>
                <w:i/>
                <w:iCs/>
                <w:color w:val="auto"/>
                <w:sz w:val="20"/>
                <w:szCs w:val="20"/>
              </w:rPr>
              <w:t xml:space="preserve"> (AI procjena)</w:t>
            </w:r>
          </w:p>
        </w:tc>
      </w:tr>
      <w:tr w:rsidR="00DE433A" w:rsidRPr="00DE433A" w14:paraId="79FA20D0" w14:textId="77777777" w:rsidTr="00DE433A">
        <w:tc>
          <w:tcPr>
            <w:tcW w:w="534" w:type="dxa"/>
          </w:tcPr>
          <w:p w14:paraId="60D2FF70"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199E594D" w14:textId="77777777" w:rsidR="00DE433A" w:rsidRPr="00DE433A" w:rsidRDefault="00DE433A" w:rsidP="00A035F1">
            <w:pPr>
              <w:spacing w:after="0" w:line="240" w:lineRule="auto"/>
              <w:rPr>
                <w:color w:val="auto"/>
                <w:sz w:val="20"/>
                <w:szCs w:val="20"/>
              </w:rPr>
            </w:pPr>
            <w:r w:rsidRPr="00DE433A">
              <w:rPr>
                <w:color w:val="auto"/>
                <w:sz w:val="20"/>
                <w:szCs w:val="20"/>
              </w:rPr>
              <w:t>Nadstrešnica na prilazu</w:t>
            </w:r>
          </w:p>
        </w:tc>
        <w:tc>
          <w:tcPr>
            <w:tcW w:w="2397" w:type="dxa"/>
          </w:tcPr>
          <w:p w14:paraId="6AD49F8F" w14:textId="77777777" w:rsidR="00DE433A" w:rsidRPr="00DE433A" w:rsidRDefault="00DE433A" w:rsidP="00A035F1">
            <w:pPr>
              <w:spacing w:after="0" w:line="240" w:lineRule="auto"/>
              <w:jc w:val="right"/>
              <w:rPr>
                <w:color w:val="auto"/>
                <w:sz w:val="20"/>
                <w:szCs w:val="20"/>
              </w:rPr>
            </w:pPr>
            <w:r w:rsidRPr="00DE433A">
              <w:rPr>
                <w:color w:val="auto"/>
                <w:sz w:val="20"/>
                <w:szCs w:val="20"/>
              </w:rPr>
              <w:t>3.500,00 €</w:t>
            </w:r>
            <w:r w:rsidRPr="00DE433A">
              <w:rPr>
                <w:i/>
                <w:iCs/>
                <w:color w:val="auto"/>
                <w:sz w:val="20"/>
                <w:szCs w:val="20"/>
              </w:rPr>
              <w:t xml:space="preserve"> (AI procjena)</w:t>
            </w:r>
          </w:p>
        </w:tc>
      </w:tr>
      <w:tr w:rsidR="00DE433A" w:rsidRPr="00DE433A" w14:paraId="0C587432" w14:textId="77777777" w:rsidTr="00DE433A">
        <w:tc>
          <w:tcPr>
            <w:tcW w:w="534" w:type="dxa"/>
          </w:tcPr>
          <w:p w14:paraId="0BC9D31C"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58B4A346" w14:textId="77777777" w:rsidR="00DE433A" w:rsidRPr="00DE433A" w:rsidRDefault="00DE433A" w:rsidP="00A035F1">
            <w:pPr>
              <w:spacing w:after="0" w:line="240" w:lineRule="auto"/>
              <w:rPr>
                <w:color w:val="auto"/>
                <w:sz w:val="20"/>
                <w:szCs w:val="20"/>
              </w:rPr>
            </w:pPr>
            <w:r w:rsidRPr="00DE433A">
              <w:rPr>
                <w:color w:val="auto"/>
                <w:sz w:val="20"/>
                <w:szCs w:val="20"/>
              </w:rPr>
              <w:t>Sitni inventar i prezentacija vrtića</w:t>
            </w:r>
          </w:p>
        </w:tc>
        <w:tc>
          <w:tcPr>
            <w:tcW w:w="2397" w:type="dxa"/>
          </w:tcPr>
          <w:p w14:paraId="24E8A6EC"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p>
        </w:tc>
      </w:tr>
      <w:tr w:rsidR="00DE433A" w:rsidRPr="00DE433A" w14:paraId="1474531B" w14:textId="77777777" w:rsidTr="00DE433A">
        <w:tc>
          <w:tcPr>
            <w:tcW w:w="534" w:type="dxa"/>
          </w:tcPr>
          <w:p w14:paraId="386E4814" w14:textId="77777777" w:rsidR="00DE433A" w:rsidRPr="00DE433A" w:rsidRDefault="00DE433A" w:rsidP="00A035F1">
            <w:pPr>
              <w:spacing w:after="0" w:line="240" w:lineRule="auto"/>
              <w:rPr>
                <w:color w:val="auto"/>
                <w:sz w:val="20"/>
                <w:szCs w:val="20"/>
              </w:rPr>
            </w:pPr>
          </w:p>
        </w:tc>
        <w:tc>
          <w:tcPr>
            <w:tcW w:w="6095" w:type="dxa"/>
          </w:tcPr>
          <w:p w14:paraId="79CFFDA8" w14:textId="77777777" w:rsidR="00DE433A" w:rsidRPr="00DE433A" w:rsidRDefault="00DE433A" w:rsidP="00A035F1">
            <w:pPr>
              <w:spacing w:after="0" w:line="240" w:lineRule="auto"/>
              <w:rPr>
                <w:color w:val="auto"/>
                <w:sz w:val="20"/>
                <w:szCs w:val="20"/>
              </w:rPr>
            </w:pPr>
            <w:r w:rsidRPr="00DE433A">
              <w:rPr>
                <w:b/>
                <w:bCs/>
                <w:color w:val="auto"/>
                <w:sz w:val="20"/>
                <w:szCs w:val="20"/>
              </w:rPr>
              <w:t>Ukupno – Lavići</w:t>
            </w:r>
          </w:p>
        </w:tc>
        <w:tc>
          <w:tcPr>
            <w:tcW w:w="2397" w:type="dxa"/>
          </w:tcPr>
          <w:p w14:paraId="3B43006E"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7.000,00 €</w:t>
            </w:r>
          </w:p>
        </w:tc>
      </w:tr>
      <w:tr w:rsidR="00DE433A" w:rsidRPr="00DE433A" w14:paraId="4B905FC4" w14:textId="77777777" w:rsidTr="00DE433A">
        <w:tc>
          <w:tcPr>
            <w:tcW w:w="9026" w:type="dxa"/>
            <w:gridSpan w:val="3"/>
          </w:tcPr>
          <w:p w14:paraId="4DA4EFCD" w14:textId="77777777" w:rsidR="00DE433A" w:rsidRPr="00DE433A" w:rsidRDefault="00DE433A" w:rsidP="00A035F1">
            <w:pPr>
              <w:spacing w:after="0" w:line="240" w:lineRule="auto"/>
              <w:rPr>
                <w:color w:val="auto"/>
                <w:sz w:val="20"/>
                <w:szCs w:val="20"/>
              </w:rPr>
            </w:pPr>
            <w:r w:rsidRPr="00DE433A">
              <w:rPr>
                <w:b/>
                <w:bCs/>
                <w:color w:val="auto"/>
                <w:sz w:val="20"/>
                <w:szCs w:val="20"/>
              </w:rPr>
              <w:t>Skupina: Leptirići</w:t>
            </w:r>
          </w:p>
        </w:tc>
      </w:tr>
      <w:tr w:rsidR="00DE433A" w:rsidRPr="00DE433A" w14:paraId="517ED393" w14:textId="77777777" w:rsidTr="00DE433A">
        <w:tc>
          <w:tcPr>
            <w:tcW w:w="534" w:type="dxa"/>
          </w:tcPr>
          <w:p w14:paraId="7CB6C94D"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0B558CC8" w14:textId="77777777" w:rsidR="00DE433A" w:rsidRPr="00DE433A" w:rsidRDefault="00DE433A" w:rsidP="00A035F1">
            <w:pPr>
              <w:spacing w:after="0" w:line="240" w:lineRule="auto"/>
              <w:rPr>
                <w:color w:val="auto"/>
                <w:sz w:val="20"/>
                <w:szCs w:val="20"/>
              </w:rPr>
            </w:pPr>
            <w:r w:rsidRPr="00DE433A">
              <w:rPr>
                <w:color w:val="auto"/>
                <w:sz w:val="20"/>
                <w:szCs w:val="20"/>
              </w:rPr>
              <w:t>Komarnici za prozore u odgojnoj sobi Leptirića</w:t>
            </w:r>
          </w:p>
        </w:tc>
        <w:tc>
          <w:tcPr>
            <w:tcW w:w="2397" w:type="dxa"/>
          </w:tcPr>
          <w:p w14:paraId="6C06873B" w14:textId="77777777" w:rsidR="00DE433A" w:rsidRPr="00DE433A" w:rsidRDefault="00DE433A" w:rsidP="00A035F1">
            <w:pPr>
              <w:spacing w:after="0" w:line="240" w:lineRule="auto"/>
              <w:jc w:val="right"/>
              <w:rPr>
                <w:color w:val="auto"/>
                <w:sz w:val="20"/>
                <w:szCs w:val="20"/>
              </w:rPr>
            </w:pPr>
            <w:r w:rsidRPr="00DE433A">
              <w:rPr>
                <w:color w:val="auto"/>
                <w:sz w:val="20"/>
                <w:szCs w:val="20"/>
              </w:rPr>
              <w:t>300,00 €</w:t>
            </w:r>
            <w:r w:rsidRPr="00DE433A">
              <w:rPr>
                <w:i/>
                <w:iCs/>
                <w:color w:val="auto"/>
                <w:sz w:val="20"/>
                <w:szCs w:val="20"/>
              </w:rPr>
              <w:t xml:space="preserve"> (AI procjena)</w:t>
            </w:r>
          </w:p>
        </w:tc>
      </w:tr>
      <w:tr w:rsidR="00DE433A" w:rsidRPr="00DE433A" w14:paraId="764A7202" w14:textId="77777777" w:rsidTr="00DE433A">
        <w:tc>
          <w:tcPr>
            <w:tcW w:w="534" w:type="dxa"/>
          </w:tcPr>
          <w:p w14:paraId="09879309"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31207193" w14:textId="77777777" w:rsidR="00DE433A" w:rsidRPr="00DE433A" w:rsidRDefault="00DE433A" w:rsidP="00A035F1">
            <w:pPr>
              <w:spacing w:after="0" w:line="240" w:lineRule="auto"/>
              <w:rPr>
                <w:color w:val="auto"/>
                <w:sz w:val="20"/>
                <w:szCs w:val="20"/>
              </w:rPr>
            </w:pPr>
            <w:r w:rsidRPr="00DE433A">
              <w:rPr>
                <w:color w:val="auto"/>
                <w:sz w:val="20"/>
                <w:szCs w:val="20"/>
              </w:rPr>
              <w:t>Pločice na prilazu i terasi</w:t>
            </w:r>
          </w:p>
        </w:tc>
        <w:tc>
          <w:tcPr>
            <w:tcW w:w="2397" w:type="dxa"/>
          </w:tcPr>
          <w:p w14:paraId="44B1DBCF" w14:textId="77777777" w:rsidR="00DE433A" w:rsidRPr="00DE433A" w:rsidRDefault="00DE433A" w:rsidP="00A035F1">
            <w:pPr>
              <w:spacing w:after="0" w:line="240" w:lineRule="auto"/>
              <w:jc w:val="right"/>
              <w:rPr>
                <w:color w:val="auto"/>
                <w:sz w:val="20"/>
                <w:szCs w:val="20"/>
              </w:rPr>
            </w:pPr>
            <w:r w:rsidRPr="00DE433A">
              <w:rPr>
                <w:color w:val="auto"/>
                <w:sz w:val="20"/>
                <w:szCs w:val="20"/>
              </w:rPr>
              <w:t>4.500,00 €</w:t>
            </w:r>
            <w:r w:rsidRPr="00DE433A">
              <w:rPr>
                <w:i/>
                <w:iCs/>
                <w:color w:val="auto"/>
                <w:sz w:val="20"/>
                <w:szCs w:val="20"/>
              </w:rPr>
              <w:t xml:space="preserve"> (AI procjena)</w:t>
            </w:r>
          </w:p>
        </w:tc>
      </w:tr>
      <w:tr w:rsidR="00DE433A" w:rsidRPr="00DE433A" w14:paraId="29312B50" w14:textId="77777777" w:rsidTr="00DE433A">
        <w:tc>
          <w:tcPr>
            <w:tcW w:w="534" w:type="dxa"/>
          </w:tcPr>
          <w:p w14:paraId="2104A074"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498C4101" w14:textId="77777777" w:rsidR="00DE433A" w:rsidRPr="00DE433A" w:rsidRDefault="00DE433A" w:rsidP="00A035F1">
            <w:pPr>
              <w:spacing w:after="0" w:line="240" w:lineRule="auto"/>
              <w:rPr>
                <w:color w:val="auto"/>
                <w:sz w:val="20"/>
                <w:szCs w:val="20"/>
              </w:rPr>
            </w:pPr>
            <w:r w:rsidRPr="00DE433A">
              <w:rPr>
                <w:color w:val="auto"/>
                <w:sz w:val="20"/>
                <w:szCs w:val="20"/>
              </w:rPr>
              <w:t>Sjena za pješčanik</w:t>
            </w:r>
          </w:p>
        </w:tc>
        <w:tc>
          <w:tcPr>
            <w:tcW w:w="2397" w:type="dxa"/>
          </w:tcPr>
          <w:p w14:paraId="24A6AC6A" w14:textId="77777777" w:rsidR="00DE433A" w:rsidRPr="00DE433A" w:rsidRDefault="00DE433A" w:rsidP="00A035F1">
            <w:pPr>
              <w:spacing w:after="0" w:line="240" w:lineRule="auto"/>
              <w:jc w:val="right"/>
              <w:rPr>
                <w:color w:val="auto"/>
                <w:sz w:val="20"/>
                <w:szCs w:val="20"/>
              </w:rPr>
            </w:pPr>
            <w:r w:rsidRPr="00DE433A">
              <w:rPr>
                <w:color w:val="auto"/>
                <w:sz w:val="20"/>
                <w:szCs w:val="20"/>
              </w:rPr>
              <w:t>400,00 €</w:t>
            </w:r>
            <w:r w:rsidRPr="00DE433A">
              <w:rPr>
                <w:i/>
                <w:iCs/>
                <w:color w:val="auto"/>
                <w:sz w:val="20"/>
                <w:szCs w:val="20"/>
              </w:rPr>
              <w:t xml:space="preserve"> (AI procjena)</w:t>
            </w:r>
          </w:p>
        </w:tc>
      </w:tr>
      <w:tr w:rsidR="00DE433A" w:rsidRPr="00DE433A" w14:paraId="1D7CBC28" w14:textId="77777777" w:rsidTr="00DE433A">
        <w:tc>
          <w:tcPr>
            <w:tcW w:w="534" w:type="dxa"/>
          </w:tcPr>
          <w:p w14:paraId="5E575681"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579E86C7" w14:textId="77777777" w:rsidR="00DE433A" w:rsidRPr="00DE433A" w:rsidRDefault="00DE433A" w:rsidP="00A035F1">
            <w:pPr>
              <w:spacing w:after="0" w:line="240" w:lineRule="auto"/>
              <w:rPr>
                <w:color w:val="auto"/>
                <w:sz w:val="20"/>
                <w:szCs w:val="20"/>
              </w:rPr>
            </w:pPr>
            <w:r w:rsidRPr="00DE433A">
              <w:rPr>
                <w:color w:val="auto"/>
                <w:sz w:val="20"/>
                <w:szCs w:val="20"/>
              </w:rPr>
              <w:t>Zatvaranje bočne strane terase – cerada</w:t>
            </w:r>
          </w:p>
        </w:tc>
        <w:tc>
          <w:tcPr>
            <w:tcW w:w="2397" w:type="dxa"/>
          </w:tcPr>
          <w:p w14:paraId="77A55A0E" w14:textId="77777777" w:rsidR="00DE433A" w:rsidRPr="00DE433A" w:rsidRDefault="00DE433A" w:rsidP="00A035F1">
            <w:pPr>
              <w:spacing w:after="0" w:line="240" w:lineRule="auto"/>
              <w:jc w:val="right"/>
              <w:rPr>
                <w:color w:val="auto"/>
                <w:sz w:val="20"/>
                <w:szCs w:val="20"/>
              </w:rPr>
            </w:pPr>
            <w:r w:rsidRPr="00DE433A">
              <w:rPr>
                <w:color w:val="auto"/>
                <w:sz w:val="20"/>
                <w:szCs w:val="20"/>
              </w:rPr>
              <w:t>1.200,00 €</w:t>
            </w:r>
            <w:r w:rsidRPr="00DE433A">
              <w:rPr>
                <w:i/>
                <w:iCs/>
                <w:color w:val="auto"/>
                <w:sz w:val="20"/>
                <w:szCs w:val="20"/>
              </w:rPr>
              <w:t xml:space="preserve"> (AI procjena)</w:t>
            </w:r>
          </w:p>
        </w:tc>
      </w:tr>
      <w:tr w:rsidR="00DE433A" w:rsidRPr="00DE433A" w14:paraId="2FA36BC7" w14:textId="77777777" w:rsidTr="00DE433A">
        <w:tc>
          <w:tcPr>
            <w:tcW w:w="534" w:type="dxa"/>
          </w:tcPr>
          <w:p w14:paraId="554B01C1" w14:textId="77777777" w:rsidR="00DE433A" w:rsidRPr="00DE433A" w:rsidRDefault="00DE433A" w:rsidP="00A035F1">
            <w:pPr>
              <w:spacing w:after="0" w:line="240" w:lineRule="auto"/>
              <w:rPr>
                <w:color w:val="auto"/>
                <w:sz w:val="20"/>
                <w:szCs w:val="20"/>
              </w:rPr>
            </w:pPr>
          </w:p>
        </w:tc>
        <w:tc>
          <w:tcPr>
            <w:tcW w:w="6095" w:type="dxa"/>
          </w:tcPr>
          <w:p w14:paraId="398F1DEF" w14:textId="77777777" w:rsidR="00DE433A" w:rsidRPr="00DE433A" w:rsidRDefault="00DE433A" w:rsidP="00A035F1">
            <w:pPr>
              <w:spacing w:after="0" w:line="240" w:lineRule="auto"/>
              <w:rPr>
                <w:color w:val="auto"/>
                <w:sz w:val="20"/>
                <w:szCs w:val="20"/>
              </w:rPr>
            </w:pPr>
            <w:r w:rsidRPr="00DE433A">
              <w:rPr>
                <w:b/>
                <w:bCs/>
                <w:color w:val="auto"/>
                <w:sz w:val="20"/>
                <w:szCs w:val="20"/>
              </w:rPr>
              <w:t>Ukupno – Leptirići</w:t>
            </w:r>
          </w:p>
        </w:tc>
        <w:tc>
          <w:tcPr>
            <w:tcW w:w="2397" w:type="dxa"/>
          </w:tcPr>
          <w:p w14:paraId="427C24FA"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6.400,00 €</w:t>
            </w:r>
          </w:p>
        </w:tc>
      </w:tr>
      <w:tr w:rsidR="00DE433A" w:rsidRPr="00DE433A" w14:paraId="31A7A62E" w14:textId="77777777" w:rsidTr="00DE433A">
        <w:tc>
          <w:tcPr>
            <w:tcW w:w="9026" w:type="dxa"/>
            <w:gridSpan w:val="3"/>
          </w:tcPr>
          <w:p w14:paraId="2B6A8CC8" w14:textId="77777777" w:rsidR="00DE433A" w:rsidRPr="00DE433A" w:rsidRDefault="00DE433A" w:rsidP="00A035F1">
            <w:pPr>
              <w:spacing w:after="0" w:line="240" w:lineRule="auto"/>
              <w:rPr>
                <w:color w:val="auto"/>
                <w:sz w:val="20"/>
                <w:szCs w:val="20"/>
              </w:rPr>
            </w:pPr>
            <w:r w:rsidRPr="00DE433A">
              <w:rPr>
                <w:b/>
                <w:bCs/>
                <w:color w:val="auto"/>
                <w:sz w:val="20"/>
                <w:szCs w:val="20"/>
              </w:rPr>
              <w:t>KOPRIVNIČKI IVANEC – PO Ivančica, Koprivnički Ivanec</w:t>
            </w:r>
          </w:p>
        </w:tc>
      </w:tr>
      <w:tr w:rsidR="00DE433A" w:rsidRPr="00DE433A" w14:paraId="798967B9" w14:textId="77777777" w:rsidTr="00DE433A">
        <w:tc>
          <w:tcPr>
            <w:tcW w:w="9026" w:type="dxa"/>
            <w:gridSpan w:val="3"/>
          </w:tcPr>
          <w:p w14:paraId="079EFE2B" w14:textId="77777777" w:rsidR="00DE433A" w:rsidRPr="00DE433A" w:rsidRDefault="00DE433A" w:rsidP="00A035F1">
            <w:pPr>
              <w:spacing w:after="0" w:line="240" w:lineRule="auto"/>
              <w:rPr>
                <w:color w:val="auto"/>
                <w:sz w:val="20"/>
                <w:szCs w:val="20"/>
              </w:rPr>
            </w:pPr>
            <w:r w:rsidRPr="00DE433A">
              <w:rPr>
                <w:b/>
                <w:bCs/>
                <w:color w:val="auto"/>
                <w:sz w:val="20"/>
                <w:szCs w:val="20"/>
              </w:rPr>
              <w:t>Skupina: Bubamare</w:t>
            </w:r>
          </w:p>
        </w:tc>
      </w:tr>
      <w:tr w:rsidR="00DE433A" w:rsidRPr="00DE433A" w14:paraId="2F3C5B65" w14:textId="77777777" w:rsidTr="00DE433A">
        <w:tc>
          <w:tcPr>
            <w:tcW w:w="534" w:type="dxa"/>
          </w:tcPr>
          <w:p w14:paraId="275D1593"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39117B80" w14:textId="77777777" w:rsidR="00DE433A" w:rsidRPr="00DE433A" w:rsidRDefault="00DE433A" w:rsidP="00A035F1">
            <w:pPr>
              <w:spacing w:after="0" w:line="240" w:lineRule="auto"/>
              <w:rPr>
                <w:color w:val="auto"/>
                <w:sz w:val="20"/>
                <w:szCs w:val="20"/>
              </w:rPr>
            </w:pPr>
            <w:r w:rsidRPr="00DE433A">
              <w:rPr>
                <w:color w:val="auto"/>
                <w:sz w:val="20"/>
                <w:szCs w:val="20"/>
              </w:rPr>
              <w:t>Prijenosno računalo</w:t>
            </w:r>
          </w:p>
        </w:tc>
        <w:tc>
          <w:tcPr>
            <w:tcW w:w="2397" w:type="dxa"/>
          </w:tcPr>
          <w:p w14:paraId="6EBBA1D5" w14:textId="77777777" w:rsidR="00DE433A" w:rsidRPr="00DE433A" w:rsidRDefault="00DE433A" w:rsidP="00A035F1">
            <w:pPr>
              <w:spacing w:after="0" w:line="240" w:lineRule="auto"/>
              <w:jc w:val="right"/>
              <w:rPr>
                <w:color w:val="auto"/>
                <w:sz w:val="20"/>
                <w:szCs w:val="20"/>
              </w:rPr>
            </w:pPr>
            <w:r w:rsidRPr="00DE433A">
              <w:rPr>
                <w:color w:val="auto"/>
                <w:sz w:val="20"/>
                <w:szCs w:val="20"/>
              </w:rPr>
              <w:t>600,00 €</w:t>
            </w:r>
          </w:p>
        </w:tc>
      </w:tr>
      <w:tr w:rsidR="00DE433A" w:rsidRPr="00DE433A" w14:paraId="4891E29A" w14:textId="77777777" w:rsidTr="00DE433A">
        <w:tc>
          <w:tcPr>
            <w:tcW w:w="534" w:type="dxa"/>
          </w:tcPr>
          <w:p w14:paraId="398B04A3"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253DBDFA" w14:textId="77777777" w:rsidR="00DE433A" w:rsidRPr="00DE433A" w:rsidRDefault="00DE433A" w:rsidP="00A035F1">
            <w:pPr>
              <w:spacing w:after="0" w:line="240" w:lineRule="auto"/>
              <w:rPr>
                <w:color w:val="auto"/>
                <w:sz w:val="20"/>
                <w:szCs w:val="20"/>
              </w:rPr>
            </w:pPr>
            <w:r w:rsidRPr="00DE433A">
              <w:rPr>
                <w:color w:val="auto"/>
                <w:sz w:val="20"/>
                <w:szCs w:val="20"/>
              </w:rPr>
              <w:t>Klupice za garderobu</w:t>
            </w:r>
          </w:p>
        </w:tc>
        <w:tc>
          <w:tcPr>
            <w:tcW w:w="2397" w:type="dxa"/>
          </w:tcPr>
          <w:p w14:paraId="4CADF4B7" w14:textId="77777777" w:rsidR="00DE433A" w:rsidRPr="00DE433A" w:rsidRDefault="00DE433A" w:rsidP="00A035F1">
            <w:pPr>
              <w:spacing w:after="0" w:line="240" w:lineRule="auto"/>
              <w:jc w:val="right"/>
              <w:rPr>
                <w:color w:val="auto"/>
                <w:sz w:val="20"/>
                <w:szCs w:val="20"/>
              </w:rPr>
            </w:pPr>
            <w:r w:rsidRPr="00DE433A">
              <w:rPr>
                <w:color w:val="auto"/>
                <w:sz w:val="20"/>
                <w:szCs w:val="20"/>
              </w:rPr>
              <w:t>400,00 €</w:t>
            </w:r>
          </w:p>
        </w:tc>
      </w:tr>
      <w:tr w:rsidR="00DE433A" w:rsidRPr="00DE433A" w14:paraId="0D44F2A4" w14:textId="77777777" w:rsidTr="00DE433A">
        <w:tc>
          <w:tcPr>
            <w:tcW w:w="534" w:type="dxa"/>
          </w:tcPr>
          <w:p w14:paraId="1FAF0AC9" w14:textId="77777777" w:rsidR="00DE433A" w:rsidRPr="00DE433A" w:rsidRDefault="00DE433A" w:rsidP="00A035F1">
            <w:pPr>
              <w:spacing w:after="0" w:line="240" w:lineRule="auto"/>
              <w:rPr>
                <w:color w:val="auto"/>
                <w:sz w:val="20"/>
                <w:szCs w:val="20"/>
              </w:rPr>
            </w:pPr>
          </w:p>
        </w:tc>
        <w:tc>
          <w:tcPr>
            <w:tcW w:w="6095" w:type="dxa"/>
          </w:tcPr>
          <w:p w14:paraId="193D7685" w14:textId="77777777" w:rsidR="00DE433A" w:rsidRPr="00DE433A" w:rsidRDefault="00DE433A" w:rsidP="00A035F1">
            <w:pPr>
              <w:spacing w:after="0" w:line="240" w:lineRule="auto"/>
              <w:rPr>
                <w:color w:val="auto"/>
                <w:sz w:val="20"/>
                <w:szCs w:val="20"/>
              </w:rPr>
            </w:pPr>
            <w:r w:rsidRPr="00DE433A">
              <w:rPr>
                <w:b/>
                <w:bCs/>
                <w:color w:val="auto"/>
                <w:sz w:val="20"/>
                <w:szCs w:val="20"/>
              </w:rPr>
              <w:t>Ukupno – Bubamare</w:t>
            </w:r>
          </w:p>
        </w:tc>
        <w:tc>
          <w:tcPr>
            <w:tcW w:w="2397" w:type="dxa"/>
          </w:tcPr>
          <w:p w14:paraId="65F89A51"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1.000,00 €</w:t>
            </w:r>
          </w:p>
        </w:tc>
      </w:tr>
      <w:tr w:rsidR="00DE433A" w:rsidRPr="00DE433A" w14:paraId="5FB63A58" w14:textId="77777777" w:rsidTr="00DE433A">
        <w:tc>
          <w:tcPr>
            <w:tcW w:w="9026" w:type="dxa"/>
            <w:gridSpan w:val="3"/>
          </w:tcPr>
          <w:p w14:paraId="291D2F8F" w14:textId="77777777" w:rsidR="00DE433A" w:rsidRPr="00DE433A" w:rsidRDefault="00DE433A" w:rsidP="00A035F1">
            <w:pPr>
              <w:spacing w:after="0" w:line="240" w:lineRule="auto"/>
              <w:rPr>
                <w:color w:val="auto"/>
                <w:sz w:val="20"/>
                <w:szCs w:val="20"/>
              </w:rPr>
            </w:pPr>
            <w:r w:rsidRPr="00DE433A">
              <w:rPr>
                <w:b/>
                <w:bCs/>
                <w:color w:val="auto"/>
                <w:sz w:val="20"/>
                <w:szCs w:val="20"/>
              </w:rPr>
              <w:t>Skupina: Cvjetići</w:t>
            </w:r>
          </w:p>
        </w:tc>
      </w:tr>
      <w:tr w:rsidR="00DE433A" w:rsidRPr="00DE433A" w14:paraId="46A5DCD1" w14:textId="77777777" w:rsidTr="00DE433A">
        <w:tc>
          <w:tcPr>
            <w:tcW w:w="9026" w:type="dxa"/>
            <w:gridSpan w:val="3"/>
          </w:tcPr>
          <w:p w14:paraId="6CE9210D" w14:textId="77777777" w:rsidR="00DE433A" w:rsidRPr="00DE433A" w:rsidRDefault="00DE433A" w:rsidP="00A035F1">
            <w:pPr>
              <w:spacing w:after="0" w:line="240" w:lineRule="auto"/>
              <w:rPr>
                <w:color w:val="auto"/>
                <w:sz w:val="20"/>
                <w:szCs w:val="20"/>
              </w:rPr>
            </w:pPr>
            <w:r w:rsidRPr="00DE433A">
              <w:rPr>
                <w:b/>
                <w:bCs/>
                <w:i/>
                <w:iCs/>
                <w:color w:val="auto"/>
                <w:sz w:val="20"/>
                <w:szCs w:val="20"/>
              </w:rPr>
              <w:t>Kuhinja</w:t>
            </w:r>
          </w:p>
        </w:tc>
      </w:tr>
      <w:tr w:rsidR="00DE433A" w:rsidRPr="00DE433A" w14:paraId="233F0318" w14:textId="77777777" w:rsidTr="00DE433A">
        <w:tc>
          <w:tcPr>
            <w:tcW w:w="534" w:type="dxa"/>
          </w:tcPr>
          <w:p w14:paraId="641529BF"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1AEF6CD7" w14:textId="77777777" w:rsidR="00DE433A" w:rsidRPr="00DE433A" w:rsidRDefault="00DE433A" w:rsidP="00A035F1">
            <w:pPr>
              <w:spacing w:after="0" w:line="240" w:lineRule="auto"/>
              <w:rPr>
                <w:color w:val="auto"/>
                <w:sz w:val="20"/>
                <w:szCs w:val="20"/>
              </w:rPr>
            </w:pPr>
            <w:r w:rsidRPr="00DE433A">
              <w:rPr>
                <w:color w:val="auto"/>
                <w:sz w:val="20"/>
                <w:szCs w:val="20"/>
              </w:rPr>
              <w:t>5 ovala</w:t>
            </w:r>
          </w:p>
        </w:tc>
        <w:tc>
          <w:tcPr>
            <w:tcW w:w="2397" w:type="dxa"/>
          </w:tcPr>
          <w:p w14:paraId="6E2F2F85" w14:textId="77777777" w:rsidR="00DE433A" w:rsidRPr="00DE433A" w:rsidRDefault="00DE433A" w:rsidP="00A035F1">
            <w:pPr>
              <w:spacing w:after="0" w:line="240" w:lineRule="auto"/>
              <w:jc w:val="right"/>
              <w:rPr>
                <w:color w:val="auto"/>
                <w:sz w:val="20"/>
                <w:szCs w:val="20"/>
              </w:rPr>
            </w:pPr>
            <w:r w:rsidRPr="00DE433A">
              <w:rPr>
                <w:color w:val="auto"/>
                <w:sz w:val="20"/>
                <w:szCs w:val="20"/>
              </w:rPr>
              <w:t>60,00 €</w:t>
            </w:r>
          </w:p>
        </w:tc>
      </w:tr>
      <w:tr w:rsidR="00DE433A" w:rsidRPr="00DE433A" w14:paraId="36B2BA08" w14:textId="77777777" w:rsidTr="00DE433A">
        <w:tc>
          <w:tcPr>
            <w:tcW w:w="534" w:type="dxa"/>
          </w:tcPr>
          <w:p w14:paraId="43667A46"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4D6D9F01" w14:textId="77777777" w:rsidR="00DE433A" w:rsidRPr="00DE433A" w:rsidRDefault="00DE433A" w:rsidP="00A035F1">
            <w:pPr>
              <w:spacing w:after="0" w:line="240" w:lineRule="auto"/>
              <w:rPr>
                <w:color w:val="auto"/>
                <w:sz w:val="20"/>
                <w:szCs w:val="20"/>
              </w:rPr>
            </w:pPr>
            <w:r w:rsidRPr="00DE433A">
              <w:rPr>
                <w:color w:val="auto"/>
                <w:sz w:val="20"/>
                <w:szCs w:val="20"/>
              </w:rPr>
              <w:t>1 valjak za tijesto</w:t>
            </w:r>
          </w:p>
        </w:tc>
        <w:tc>
          <w:tcPr>
            <w:tcW w:w="2397" w:type="dxa"/>
          </w:tcPr>
          <w:p w14:paraId="0179BF76" w14:textId="77777777" w:rsidR="00DE433A" w:rsidRPr="00DE433A" w:rsidRDefault="00DE433A" w:rsidP="00A035F1">
            <w:pPr>
              <w:spacing w:after="0" w:line="240" w:lineRule="auto"/>
              <w:jc w:val="right"/>
              <w:rPr>
                <w:color w:val="auto"/>
                <w:sz w:val="20"/>
                <w:szCs w:val="20"/>
              </w:rPr>
            </w:pPr>
            <w:r w:rsidRPr="00DE433A">
              <w:rPr>
                <w:color w:val="auto"/>
                <w:sz w:val="20"/>
                <w:szCs w:val="20"/>
              </w:rPr>
              <w:t>10,00 €</w:t>
            </w:r>
          </w:p>
        </w:tc>
      </w:tr>
      <w:tr w:rsidR="00DE433A" w:rsidRPr="00DE433A" w14:paraId="4BE41F99" w14:textId="77777777" w:rsidTr="00DE433A">
        <w:tc>
          <w:tcPr>
            <w:tcW w:w="534" w:type="dxa"/>
          </w:tcPr>
          <w:p w14:paraId="0197862D"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2D030CF1" w14:textId="77777777" w:rsidR="00DE433A" w:rsidRPr="00DE433A" w:rsidRDefault="00DE433A" w:rsidP="00A035F1">
            <w:pPr>
              <w:spacing w:after="0" w:line="240" w:lineRule="auto"/>
              <w:rPr>
                <w:color w:val="auto"/>
                <w:sz w:val="20"/>
                <w:szCs w:val="20"/>
              </w:rPr>
            </w:pPr>
            <w:r w:rsidRPr="00DE433A">
              <w:rPr>
                <w:color w:val="auto"/>
                <w:sz w:val="20"/>
                <w:szCs w:val="20"/>
              </w:rPr>
              <w:t>Kutija za brašno od 1,5 kg – 3 kom</w:t>
            </w:r>
          </w:p>
        </w:tc>
        <w:tc>
          <w:tcPr>
            <w:tcW w:w="2397" w:type="dxa"/>
          </w:tcPr>
          <w:p w14:paraId="691453EA" w14:textId="77777777" w:rsidR="00DE433A" w:rsidRPr="00DE433A" w:rsidRDefault="00DE433A" w:rsidP="00A035F1">
            <w:pPr>
              <w:spacing w:after="0" w:line="240" w:lineRule="auto"/>
              <w:jc w:val="right"/>
              <w:rPr>
                <w:color w:val="auto"/>
                <w:sz w:val="20"/>
                <w:szCs w:val="20"/>
              </w:rPr>
            </w:pPr>
            <w:r w:rsidRPr="00DE433A">
              <w:rPr>
                <w:color w:val="auto"/>
                <w:sz w:val="20"/>
                <w:szCs w:val="20"/>
              </w:rPr>
              <w:t>30,00 €</w:t>
            </w:r>
          </w:p>
        </w:tc>
      </w:tr>
      <w:tr w:rsidR="00DE433A" w:rsidRPr="00DE433A" w14:paraId="5A45B82B" w14:textId="77777777" w:rsidTr="00DE433A">
        <w:tc>
          <w:tcPr>
            <w:tcW w:w="534" w:type="dxa"/>
          </w:tcPr>
          <w:p w14:paraId="099CFBD0"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66751C1F" w14:textId="77777777" w:rsidR="00DE433A" w:rsidRPr="00DE433A" w:rsidRDefault="00DE433A" w:rsidP="00A035F1">
            <w:pPr>
              <w:spacing w:after="0" w:line="240" w:lineRule="auto"/>
              <w:rPr>
                <w:color w:val="auto"/>
                <w:sz w:val="20"/>
                <w:szCs w:val="20"/>
              </w:rPr>
            </w:pPr>
            <w:r w:rsidRPr="00DE433A">
              <w:rPr>
                <w:color w:val="auto"/>
                <w:sz w:val="20"/>
                <w:szCs w:val="20"/>
              </w:rPr>
              <w:t>Kutija za šećer</w:t>
            </w:r>
          </w:p>
        </w:tc>
        <w:tc>
          <w:tcPr>
            <w:tcW w:w="2397" w:type="dxa"/>
          </w:tcPr>
          <w:p w14:paraId="35C4CEFE" w14:textId="77777777" w:rsidR="00DE433A" w:rsidRPr="00DE433A" w:rsidRDefault="00DE433A" w:rsidP="00A035F1">
            <w:pPr>
              <w:spacing w:after="0" w:line="240" w:lineRule="auto"/>
              <w:jc w:val="right"/>
              <w:rPr>
                <w:color w:val="auto"/>
                <w:sz w:val="20"/>
                <w:szCs w:val="20"/>
              </w:rPr>
            </w:pPr>
            <w:r w:rsidRPr="00DE433A">
              <w:rPr>
                <w:color w:val="auto"/>
                <w:sz w:val="20"/>
                <w:szCs w:val="20"/>
              </w:rPr>
              <w:t>10,00 €</w:t>
            </w:r>
          </w:p>
        </w:tc>
      </w:tr>
      <w:tr w:rsidR="00DE433A" w:rsidRPr="00DE433A" w14:paraId="6F18A468" w14:textId="77777777" w:rsidTr="00DE433A">
        <w:tc>
          <w:tcPr>
            <w:tcW w:w="534" w:type="dxa"/>
          </w:tcPr>
          <w:p w14:paraId="3FB737EA" w14:textId="77777777" w:rsidR="00DE433A" w:rsidRPr="00DE433A" w:rsidRDefault="00DE433A" w:rsidP="00A035F1">
            <w:pPr>
              <w:spacing w:after="0" w:line="240" w:lineRule="auto"/>
              <w:jc w:val="center"/>
              <w:rPr>
                <w:color w:val="auto"/>
                <w:sz w:val="20"/>
                <w:szCs w:val="20"/>
              </w:rPr>
            </w:pPr>
            <w:r w:rsidRPr="00DE433A">
              <w:rPr>
                <w:color w:val="auto"/>
                <w:sz w:val="20"/>
                <w:szCs w:val="20"/>
              </w:rPr>
              <w:t>5.</w:t>
            </w:r>
          </w:p>
        </w:tc>
        <w:tc>
          <w:tcPr>
            <w:tcW w:w="6095" w:type="dxa"/>
          </w:tcPr>
          <w:p w14:paraId="72E8F43B" w14:textId="77777777" w:rsidR="00DE433A" w:rsidRPr="00DE433A" w:rsidRDefault="00DE433A" w:rsidP="00A035F1">
            <w:pPr>
              <w:spacing w:after="0" w:line="240" w:lineRule="auto"/>
              <w:rPr>
                <w:color w:val="auto"/>
                <w:sz w:val="20"/>
                <w:szCs w:val="20"/>
              </w:rPr>
            </w:pPr>
            <w:r w:rsidRPr="00DE433A">
              <w:rPr>
                <w:color w:val="auto"/>
                <w:sz w:val="20"/>
                <w:szCs w:val="20"/>
              </w:rPr>
              <w:t>Plastika četvrtasta za hladnjak</w:t>
            </w:r>
          </w:p>
        </w:tc>
        <w:tc>
          <w:tcPr>
            <w:tcW w:w="2397" w:type="dxa"/>
          </w:tcPr>
          <w:p w14:paraId="6DEE6EAC" w14:textId="77777777" w:rsidR="00DE433A" w:rsidRPr="00DE433A" w:rsidRDefault="00DE433A" w:rsidP="00A035F1">
            <w:pPr>
              <w:spacing w:after="0" w:line="240" w:lineRule="auto"/>
              <w:jc w:val="right"/>
              <w:rPr>
                <w:color w:val="auto"/>
                <w:sz w:val="20"/>
                <w:szCs w:val="20"/>
              </w:rPr>
            </w:pPr>
            <w:r w:rsidRPr="00DE433A">
              <w:rPr>
                <w:color w:val="auto"/>
                <w:sz w:val="20"/>
                <w:szCs w:val="20"/>
              </w:rPr>
              <w:t>60,00 €</w:t>
            </w:r>
          </w:p>
        </w:tc>
      </w:tr>
      <w:tr w:rsidR="00DE433A" w:rsidRPr="00DE433A" w14:paraId="43735113" w14:textId="77777777" w:rsidTr="00DE433A">
        <w:tc>
          <w:tcPr>
            <w:tcW w:w="534" w:type="dxa"/>
          </w:tcPr>
          <w:p w14:paraId="1F682797" w14:textId="77777777" w:rsidR="00DE433A" w:rsidRPr="00DE433A" w:rsidRDefault="00DE433A" w:rsidP="00A035F1">
            <w:pPr>
              <w:spacing w:after="0" w:line="240" w:lineRule="auto"/>
              <w:jc w:val="center"/>
              <w:rPr>
                <w:color w:val="auto"/>
                <w:sz w:val="20"/>
                <w:szCs w:val="20"/>
              </w:rPr>
            </w:pPr>
            <w:r w:rsidRPr="00DE433A">
              <w:rPr>
                <w:color w:val="auto"/>
                <w:sz w:val="20"/>
                <w:szCs w:val="20"/>
              </w:rPr>
              <w:t>6.</w:t>
            </w:r>
          </w:p>
        </w:tc>
        <w:tc>
          <w:tcPr>
            <w:tcW w:w="6095" w:type="dxa"/>
          </w:tcPr>
          <w:p w14:paraId="79C37E6E" w14:textId="77777777" w:rsidR="00DE433A" w:rsidRPr="00DE433A" w:rsidRDefault="00DE433A" w:rsidP="00A035F1">
            <w:pPr>
              <w:spacing w:after="0" w:line="240" w:lineRule="auto"/>
              <w:rPr>
                <w:color w:val="auto"/>
                <w:sz w:val="20"/>
                <w:szCs w:val="20"/>
              </w:rPr>
            </w:pPr>
            <w:r w:rsidRPr="00DE433A">
              <w:rPr>
                <w:color w:val="auto"/>
                <w:sz w:val="20"/>
                <w:szCs w:val="20"/>
              </w:rPr>
              <w:t>Velika mutilica</w:t>
            </w:r>
          </w:p>
        </w:tc>
        <w:tc>
          <w:tcPr>
            <w:tcW w:w="2397" w:type="dxa"/>
          </w:tcPr>
          <w:p w14:paraId="5BD6331A" w14:textId="77777777" w:rsidR="00DE433A" w:rsidRPr="00DE433A" w:rsidRDefault="00DE433A" w:rsidP="00A035F1">
            <w:pPr>
              <w:spacing w:after="0" w:line="240" w:lineRule="auto"/>
              <w:jc w:val="right"/>
              <w:rPr>
                <w:color w:val="auto"/>
                <w:sz w:val="20"/>
                <w:szCs w:val="20"/>
              </w:rPr>
            </w:pPr>
            <w:r w:rsidRPr="00DE433A">
              <w:rPr>
                <w:color w:val="auto"/>
                <w:sz w:val="20"/>
                <w:szCs w:val="20"/>
              </w:rPr>
              <w:t>10,00 €</w:t>
            </w:r>
          </w:p>
        </w:tc>
      </w:tr>
      <w:tr w:rsidR="00DE433A" w:rsidRPr="00DE433A" w14:paraId="4B4D3172" w14:textId="77777777" w:rsidTr="00DE433A">
        <w:tc>
          <w:tcPr>
            <w:tcW w:w="9026" w:type="dxa"/>
            <w:gridSpan w:val="3"/>
          </w:tcPr>
          <w:p w14:paraId="39FA1D92" w14:textId="77777777" w:rsidR="00DE433A" w:rsidRPr="00DE433A" w:rsidRDefault="00DE433A" w:rsidP="00A035F1">
            <w:pPr>
              <w:spacing w:after="0" w:line="240" w:lineRule="auto"/>
              <w:rPr>
                <w:color w:val="auto"/>
                <w:sz w:val="20"/>
                <w:szCs w:val="20"/>
              </w:rPr>
            </w:pPr>
            <w:r w:rsidRPr="00DE433A">
              <w:rPr>
                <w:b/>
                <w:bCs/>
                <w:i/>
                <w:iCs/>
                <w:color w:val="auto"/>
                <w:sz w:val="20"/>
                <w:szCs w:val="20"/>
              </w:rPr>
              <w:t>Skupina Cvjetići</w:t>
            </w:r>
          </w:p>
        </w:tc>
      </w:tr>
      <w:tr w:rsidR="00DE433A" w:rsidRPr="00DE433A" w14:paraId="56CC2B7C" w14:textId="77777777" w:rsidTr="00DE433A">
        <w:tc>
          <w:tcPr>
            <w:tcW w:w="534" w:type="dxa"/>
          </w:tcPr>
          <w:p w14:paraId="6B6EC039" w14:textId="77777777" w:rsidR="00DE433A" w:rsidRPr="00DE433A" w:rsidRDefault="00DE433A" w:rsidP="00A035F1">
            <w:pPr>
              <w:spacing w:after="0" w:line="240" w:lineRule="auto"/>
              <w:jc w:val="center"/>
              <w:rPr>
                <w:color w:val="auto"/>
                <w:sz w:val="20"/>
                <w:szCs w:val="20"/>
              </w:rPr>
            </w:pPr>
            <w:r w:rsidRPr="00DE433A">
              <w:rPr>
                <w:color w:val="auto"/>
                <w:sz w:val="20"/>
                <w:szCs w:val="20"/>
              </w:rPr>
              <w:t>7.</w:t>
            </w:r>
          </w:p>
        </w:tc>
        <w:tc>
          <w:tcPr>
            <w:tcW w:w="6095" w:type="dxa"/>
          </w:tcPr>
          <w:p w14:paraId="12D1346F" w14:textId="77777777" w:rsidR="00DE433A" w:rsidRPr="00DE433A" w:rsidRDefault="00DE433A" w:rsidP="00A035F1">
            <w:pPr>
              <w:spacing w:after="0" w:line="240" w:lineRule="auto"/>
              <w:rPr>
                <w:color w:val="auto"/>
                <w:sz w:val="20"/>
                <w:szCs w:val="20"/>
              </w:rPr>
            </w:pPr>
            <w:r w:rsidRPr="00DE433A">
              <w:rPr>
                <w:color w:val="auto"/>
                <w:sz w:val="20"/>
                <w:szCs w:val="20"/>
              </w:rPr>
              <w:t>Veliki suncobrani za igralište</w:t>
            </w:r>
          </w:p>
        </w:tc>
        <w:tc>
          <w:tcPr>
            <w:tcW w:w="2397" w:type="dxa"/>
          </w:tcPr>
          <w:p w14:paraId="7ED54530" w14:textId="77777777" w:rsidR="00DE433A" w:rsidRPr="00DE433A" w:rsidRDefault="00DE433A" w:rsidP="00A035F1">
            <w:pPr>
              <w:spacing w:after="0" w:line="240" w:lineRule="auto"/>
              <w:jc w:val="right"/>
              <w:rPr>
                <w:color w:val="auto"/>
                <w:sz w:val="20"/>
                <w:szCs w:val="20"/>
              </w:rPr>
            </w:pPr>
            <w:r w:rsidRPr="00DE433A">
              <w:rPr>
                <w:color w:val="auto"/>
                <w:sz w:val="20"/>
                <w:szCs w:val="20"/>
              </w:rPr>
              <w:t>160,00 €</w:t>
            </w:r>
          </w:p>
        </w:tc>
      </w:tr>
      <w:tr w:rsidR="00DE433A" w:rsidRPr="00DE433A" w14:paraId="38E11DB7" w14:textId="77777777" w:rsidTr="00DE433A">
        <w:tc>
          <w:tcPr>
            <w:tcW w:w="534" w:type="dxa"/>
          </w:tcPr>
          <w:p w14:paraId="71AD275C" w14:textId="77777777" w:rsidR="00DE433A" w:rsidRPr="00DE433A" w:rsidRDefault="00DE433A" w:rsidP="00A035F1">
            <w:pPr>
              <w:spacing w:after="0" w:line="240" w:lineRule="auto"/>
              <w:jc w:val="center"/>
              <w:rPr>
                <w:color w:val="auto"/>
                <w:sz w:val="20"/>
                <w:szCs w:val="20"/>
              </w:rPr>
            </w:pPr>
            <w:r w:rsidRPr="00DE433A">
              <w:rPr>
                <w:color w:val="auto"/>
                <w:sz w:val="20"/>
                <w:szCs w:val="20"/>
              </w:rPr>
              <w:t>8.</w:t>
            </w:r>
          </w:p>
        </w:tc>
        <w:tc>
          <w:tcPr>
            <w:tcW w:w="6095" w:type="dxa"/>
          </w:tcPr>
          <w:p w14:paraId="1ACBE32B" w14:textId="77777777" w:rsidR="00DE433A" w:rsidRPr="00DE433A" w:rsidRDefault="00DE433A" w:rsidP="00A035F1">
            <w:pPr>
              <w:spacing w:after="0" w:line="240" w:lineRule="auto"/>
              <w:rPr>
                <w:color w:val="auto"/>
                <w:sz w:val="20"/>
                <w:szCs w:val="20"/>
              </w:rPr>
            </w:pPr>
            <w:r w:rsidRPr="00DE433A">
              <w:rPr>
                <w:color w:val="auto"/>
                <w:sz w:val="20"/>
                <w:szCs w:val="20"/>
              </w:rPr>
              <w:t>Radio/kazetofon</w:t>
            </w:r>
          </w:p>
        </w:tc>
        <w:tc>
          <w:tcPr>
            <w:tcW w:w="2397" w:type="dxa"/>
          </w:tcPr>
          <w:p w14:paraId="1AD6AE15" w14:textId="77777777" w:rsidR="00DE433A" w:rsidRPr="00DE433A" w:rsidRDefault="00DE433A" w:rsidP="00A035F1">
            <w:pPr>
              <w:spacing w:after="0" w:line="240" w:lineRule="auto"/>
              <w:jc w:val="right"/>
              <w:rPr>
                <w:color w:val="auto"/>
                <w:sz w:val="20"/>
                <w:szCs w:val="20"/>
              </w:rPr>
            </w:pPr>
            <w:r w:rsidRPr="00DE433A">
              <w:rPr>
                <w:color w:val="auto"/>
                <w:sz w:val="20"/>
                <w:szCs w:val="20"/>
              </w:rPr>
              <w:t>70,00 €</w:t>
            </w:r>
          </w:p>
        </w:tc>
      </w:tr>
      <w:tr w:rsidR="00DE433A" w:rsidRPr="00DE433A" w14:paraId="22898DC6" w14:textId="77777777" w:rsidTr="00DE433A">
        <w:tc>
          <w:tcPr>
            <w:tcW w:w="534" w:type="dxa"/>
          </w:tcPr>
          <w:p w14:paraId="2F3DD743" w14:textId="77777777" w:rsidR="00DE433A" w:rsidRPr="00DE433A" w:rsidRDefault="00DE433A" w:rsidP="00A035F1">
            <w:pPr>
              <w:spacing w:after="0" w:line="240" w:lineRule="auto"/>
              <w:rPr>
                <w:color w:val="auto"/>
                <w:sz w:val="20"/>
                <w:szCs w:val="20"/>
              </w:rPr>
            </w:pPr>
          </w:p>
        </w:tc>
        <w:tc>
          <w:tcPr>
            <w:tcW w:w="6095" w:type="dxa"/>
          </w:tcPr>
          <w:p w14:paraId="727800C0" w14:textId="77777777" w:rsidR="00DE433A" w:rsidRPr="00DE433A" w:rsidRDefault="00DE433A" w:rsidP="00A035F1">
            <w:pPr>
              <w:spacing w:after="0" w:line="240" w:lineRule="auto"/>
              <w:rPr>
                <w:color w:val="auto"/>
                <w:sz w:val="20"/>
                <w:szCs w:val="20"/>
              </w:rPr>
            </w:pPr>
            <w:r w:rsidRPr="00DE433A">
              <w:rPr>
                <w:b/>
                <w:bCs/>
                <w:color w:val="auto"/>
                <w:sz w:val="20"/>
                <w:szCs w:val="20"/>
              </w:rPr>
              <w:t>Ukupno – Cvjetići</w:t>
            </w:r>
          </w:p>
        </w:tc>
        <w:tc>
          <w:tcPr>
            <w:tcW w:w="2397" w:type="dxa"/>
          </w:tcPr>
          <w:p w14:paraId="00C1B6AC"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410,00 €</w:t>
            </w:r>
          </w:p>
        </w:tc>
      </w:tr>
      <w:tr w:rsidR="00DE433A" w:rsidRPr="00DE433A" w14:paraId="222F4565" w14:textId="77777777" w:rsidTr="00DE433A">
        <w:tc>
          <w:tcPr>
            <w:tcW w:w="9026" w:type="dxa"/>
            <w:gridSpan w:val="3"/>
          </w:tcPr>
          <w:p w14:paraId="12109BA2" w14:textId="77777777" w:rsidR="00DE433A" w:rsidRPr="00DE433A" w:rsidRDefault="00DE433A" w:rsidP="00A035F1">
            <w:pPr>
              <w:spacing w:after="0" w:line="240" w:lineRule="auto"/>
              <w:rPr>
                <w:color w:val="auto"/>
                <w:sz w:val="20"/>
                <w:szCs w:val="20"/>
              </w:rPr>
            </w:pPr>
            <w:r w:rsidRPr="00DE433A">
              <w:rPr>
                <w:b/>
                <w:bCs/>
                <w:color w:val="auto"/>
                <w:sz w:val="20"/>
                <w:szCs w:val="20"/>
              </w:rPr>
              <w:t>Skupina: Leptirići</w:t>
            </w:r>
          </w:p>
        </w:tc>
      </w:tr>
      <w:tr w:rsidR="00DE433A" w:rsidRPr="00DE433A" w14:paraId="67F3CD5D" w14:textId="77777777" w:rsidTr="00DE433A">
        <w:tc>
          <w:tcPr>
            <w:tcW w:w="534" w:type="dxa"/>
          </w:tcPr>
          <w:p w14:paraId="0A8603FB"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52536C91" w14:textId="77777777" w:rsidR="00DE433A" w:rsidRPr="00DE433A" w:rsidRDefault="00DE433A" w:rsidP="00A035F1">
            <w:pPr>
              <w:spacing w:after="0" w:line="240" w:lineRule="auto"/>
              <w:rPr>
                <w:color w:val="auto"/>
                <w:sz w:val="20"/>
                <w:szCs w:val="20"/>
              </w:rPr>
            </w:pPr>
            <w:r w:rsidRPr="00DE433A">
              <w:rPr>
                <w:color w:val="auto"/>
                <w:sz w:val="20"/>
                <w:szCs w:val="20"/>
              </w:rPr>
              <w:t>TV i DVD uređaj</w:t>
            </w:r>
          </w:p>
        </w:tc>
        <w:tc>
          <w:tcPr>
            <w:tcW w:w="2397" w:type="dxa"/>
          </w:tcPr>
          <w:p w14:paraId="6578D798"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p>
        </w:tc>
      </w:tr>
      <w:tr w:rsidR="00DE433A" w:rsidRPr="00DE433A" w14:paraId="7B7D362E" w14:textId="77777777" w:rsidTr="00DE433A">
        <w:tc>
          <w:tcPr>
            <w:tcW w:w="534" w:type="dxa"/>
          </w:tcPr>
          <w:p w14:paraId="0F1A5F40"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01C4D466" w14:textId="77777777" w:rsidR="00DE433A" w:rsidRPr="00DE433A" w:rsidRDefault="00DE433A" w:rsidP="00A035F1">
            <w:pPr>
              <w:spacing w:after="0" w:line="240" w:lineRule="auto"/>
              <w:rPr>
                <w:color w:val="auto"/>
                <w:sz w:val="20"/>
                <w:szCs w:val="20"/>
              </w:rPr>
            </w:pPr>
            <w:r w:rsidRPr="00DE433A">
              <w:rPr>
                <w:color w:val="auto"/>
                <w:sz w:val="20"/>
                <w:szCs w:val="20"/>
              </w:rPr>
              <w:t>Veliki ormar s policama za pohranu didaktike u sobi DB</w:t>
            </w:r>
          </w:p>
        </w:tc>
        <w:tc>
          <w:tcPr>
            <w:tcW w:w="2397" w:type="dxa"/>
          </w:tcPr>
          <w:p w14:paraId="7714FEBB" w14:textId="77777777" w:rsidR="00DE433A" w:rsidRPr="00DE433A" w:rsidRDefault="00DE433A" w:rsidP="00A035F1">
            <w:pPr>
              <w:spacing w:after="0" w:line="240" w:lineRule="auto"/>
              <w:jc w:val="right"/>
              <w:rPr>
                <w:color w:val="auto"/>
                <w:sz w:val="20"/>
                <w:szCs w:val="20"/>
              </w:rPr>
            </w:pPr>
            <w:r w:rsidRPr="00DE433A">
              <w:rPr>
                <w:color w:val="auto"/>
                <w:sz w:val="20"/>
                <w:szCs w:val="20"/>
              </w:rPr>
              <w:t>700,00 €</w:t>
            </w:r>
          </w:p>
        </w:tc>
      </w:tr>
      <w:tr w:rsidR="00DE433A" w:rsidRPr="00DE433A" w14:paraId="0921F581" w14:textId="77777777" w:rsidTr="00DE433A">
        <w:tc>
          <w:tcPr>
            <w:tcW w:w="534" w:type="dxa"/>
          </w:tcPr>
          <w:p w14:paraId="0D94895C"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166651A3" w14:textId="77777777" w:rsidR="00DE433A" w:rsidRPr="00DE433A" w:rsidRDefault="00DE433A" w:rsidP="00A035F1">
            <w:pPr>
              <w:spacing w:after="0" w:line="240" w:lineRule="auto"/>
              <w:rPr>
                <w:color w:val="auto"/>
                <w:sz w:val="20"/>
                <w:szCs w:val="20"/>
              </w:rPr>
            </w:pPr>
            <w:r w:rsidRPr="00DE433A">
              <w:rPr>
                <w:color w:val="auto"/>
                <w:sz w:val="20"/>
                <w:szCs w:val="20"/>
              </w:rPr>
              <w:t>Polica u kupaoni za potrošni materijal</w:t>
            </w:r>
          </w:p>
        </w:tc>
        <w:tc>
          <w:tcPr>
            <w:tcW w:w="2397" w:type="dxa"/>
          </w:tcPr>
          <w:p w14:paraId="6E568B11" w14:textId="77777777" w:rsidR="00DE433A" w:rsidRPr="00DE433A" w:rsidRDefault="00DE433A" w:rsidP="00A035F1">
            <w:pPr>
              <w:spacing w:after="0" w:line="240" w:lineRule="auto"/>
              <w:jc w:val="right"/>
              <w:rPr>
                <w:color w:val="auto"/>
                <w:sz w:val="20"/>
                <w:szCs w:val="20"/>
              </w:rPr>
            </w:pPr>
            <w:r w:rsidRPr="00DE433A">
              <w:rPr>
                <w:color w:val="auto"/>
                <w:sz w:val="20"/>
                <w:szCs w:val="20"/>
              </w:rPr>
              <w:t>50,00 €</w:t>
            </w:r>
          </w:p>
        </w:tc>
      </w:tr>
      <w:tr w:rsidR="00DE433A" w:rsidRPr="00DE433A" w14:paraId="70300816" w14:textId="77777777" w:rsidTr="00DE433A">
        <w:tc>
          <w:tcPr>
            <w:tcW w:w="534" w:type="dxa"/>
          </w:tcPr>
          <w:p w14:paraId="76D3FFBF"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3E0730D5" w14:textId="77777777" w:rsidR="00DE433A" w:rsidRPr="00DE433A" w:rsidRDefault="00DE433A" w:rsidP="00A035F1">
            <w:pPr>
              <w:spacing w:after="0" w:line="240" w:lineRule="auto"/>
              <w:rPr>
                <w:color w:val="auto"/>
                <w:sz w:val="20"/>
                <w:szCs w:val="20"/>
              </w:rPr>
            </w:pPr>
            <w:r w:rsidRPr="00DE433A">
              <w:rPr>
                <w:color w:val="auto"/>
                <w:sz w:val="20"/>
                <w:szCs w:val="20"/>
              </w:rPr>
              <w:t>Stolno-manipulativne igre</w:t>
            </w:r>
          </w:p>
        </w:tc>
        <w:tc>
          <w:tcPr>
            <w:tcW w:w="2397" w:type="dxa"/>
          </w:tcPr>
          <w:p w14:paraId="34E92B54"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19F623F6" w14:textId="77777777" w:rsidTr="00DE433A">
        <w:tc>
          <w:tcPr>
            <w:tcW w:w="534" w:type="dxa"/>
          </w:tcPr>
          <w:p w14:paraId="7DB31446" w14:textId="77777777" w:rsidR="00DE433A" w:rsidRPr="00DE433A" w:rsidRDefault="00DE433A" w:rsidP="00A035F1">
            <w:pPr>
              <w:spacing w:after="0" w:line="240" w:lineRule="auto"/>
              <w:rPr>
                <w:color w:val="auto"/>
                <w:sz w:val="20"/>
                <w:szCs w:val="20"/>
              </w:rPr>
            </w:pPr>
          </w:p>
        </w:tc>
        <w:tc>
          <w:tcPr>
            <w:tcW w:w="6095" w:type="dxa"/>
          </w:tcPr>
          <w:p w14:paraId="5A1DAB01" w14:textId="77777777" w:rsidR="00DE433A" w:rsidRPr="00DE433A" w:rsidRDefault="00DE433A" w:rsidP="00A035F1">
            <w:pPr>
              <w:spacing w:after="0" w:line="240" w:lineRule="auto"/>
              <w:rPr>
                <w:color w:val="auto"/>
                <w:sz w:val="20"/>
                <w:szCs w:val="20"/>
              </w:rPr>
            </w:pPr>
            <w:r w:rsidRPr="00DE433A">
              <w:rPr>
                <w:b/>
                <w:bCs/>
                <w:color w:val="auto"/>
                <w:sz w:val="20"/>
                <w:szCs w:val="20"/>
              </w:rPr>
              <w:t>Ukupno – Leptirići</w:t>
            </w:r>
          </w:p>
        </w:tc>
        <w:tc>
          <w:tcPr>
            <w:tcW w:w="2397" w:type="dxa"/>
          </w:tcPr>
          <w:p w14:paraId="3F361CA8"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1.450,00 €</w:t>
            </w:r>
          </w:p>
        </w:tc>
      </w:tr>
      <w:tr w:rsidR="00DE433A" w:rsidRPr="00DE433A" w14:paraId="1255D0BA" w14:textId="77777777" w:rsidTr="00DE433A">
        <w:tc>
          <w:tcPr>
            <w:tcW w:w="9026" w:type="dxa"/>
            <w:gridSpan w:val="3"/>
          </w:tcPr>
          <w:p w14:paraId="12CE606C" w14:textId="77777777" w:rsidR="00DE433A" w:rsidRPr="00DE433A" w:rsidRDefault="00DE433A" w:rsidP="00A035F1">
            <w:pPr>
              <w:spacing w:after="0" w:line="240" w:lineRule="auto"/>
              <w:rPr>
                <w:color w:val="auto"/>
                <w:sz w:val="20"/>
                <w:szCs w:val="20"/>
              </w:rPr>
            </w:pPr>
            <w:r w:rsidRPr="00DE433A">
              <w:rPr>
                <w:b/>
                <w:bCs/>
                <w:color w:val="auto"/>
                <w:sz w:val="20"/>
                <w:szCs w:val="20"/>
              </w:rPr>
              <w:t>Skupina: Makići</w:t>
            </w:r>
          </w:p>
        </w:tc>
      </w:tr>
      <w:tr w:rsidR="00DE433A" w:rsidRPr="00DE433A" w14:paraId="32ECDCE7" w14:textId="77777777" w:rsidTr="00DE433A">
        <w:tc>
          <w:tcPr>
            <w:tcW w:w="534" w:type="dxa"/>
          </w:tcPr>
          <w:p w14:paraId="0135199C"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6D242553" w14:textId="77777777" w:rsidR="00DE433A" w:rsidRPr="00DE433A" w:rsidRDefault="00DE433A" w:rsidP="00A035F1">
            <w:pPr>
              <w:spacing w:after="0" w:line="240" w:lineRule="auto"/>
              <w:rPr>
                <w:color w:val="auto"/>
                <w:sz w:val="20"/>
                <w:szCs w:val="20"/>
              </w:rPr>
            </w:pPr>
            <w:r w:rsidRPr="00DE433A">
              <w:rPr>
                <w:color w:val="auto"/>
                <w:sz w:val="20"/>
                <w:szCs w:val="20"/>
              </w:rPr>
              <w:t>Boje za printer</w:t>
            </w:r>
          </w:p>
        </w:tc>
        <w:tc>
          <w:tcPr>
            <w:tcW w:w="2397" w:type="dxa"/>
          </w:tcPr>
          <w:p w14:paraId="1EB8CF13"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5CC80B46" w14:textId="77777777" w:rsidTr="00DE433A">
        <w:tc>
          <w:tcPr>
            <w:tcW w:w="534" w:type="dxa"/>
          </w:tcPr>
          <w:p w14:paraId="43E34AF5"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01BF65F6" w14:textId="77777777" w:rsidR="00DE433A" w:rsidRPr="00DE433A" w:rsidRDefault="00DE433A" w:rsidP="00A035F1">
            <w:pPr>
              <w:spacing w:after="0" w:line="240" w:lineRule="auto"/>
              <w:rPr>
                <w:color w:val="auto"/>
                <w:sz w:val="20"/>
                <w:szCs w:val="20"/>
              </w:rPr>
            </w:pPr>
            <w:r w:rsidRPr="00DE433A">
              <w:rPr>
                <w:color w:val="auto"/>
                <w:sz w:val="20"/>
                <w:szCs w:val="20"/>
              </w:rPr>
              <w:t>Kupnja didaktike za srednju vrtićku skupinu Makići</w:t>
            </w:r>
          </w:p>
        </w:tc>
        <w:tc>
          <w:tcPr>
            <w:tcW w:w="2397" w:type="dxa"/>
          </w:tcPr>
          <w:p w14:paraId="26B73063" w14:textId="77777777" w:rsidR="00DE433A" w:rsidRPr="00DE433A" w:rsidRDefault="00DE433A" w:rsidP="00A035F1">
            <w:pPr>
              <w:spacing w:after="0" w:line="240" w:lineRule="auto"/>
              <w:jc w:val="right"/>
              <w:rPr>
                <w:color w:val="auto"/>
                <w:sz w:val="20"/>
                <w:szCs w:val="20"/>
              </w:rPr>
            </w:pPr>
            <w:r w:rsidRPr="00DE433A">
              <w:rPr>
                <w:color w:val="auto"/>
                <w:sz w:val="20"/>
                <w:szCs w:val="20"/>
              </w:rPr>
              <w:t>2.000,00 €</w:t>
            </w:r>
          </w:p>
        </w:tc>
      </w:tr>
      <w:tr w:rsidR="00DE433A" w:rsidRPr="00DE433A" w14:paraId="719FDE85" w14:textId="77777777" w:rsidTr="00DE433A">
        <w:tc>
          <w:tcPr>
            <w:tcW w:w="534" w:type="dxa"/>
          </w:tcPr>
          <w:p w14:paraId="01656DF3"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2B37BDDF" w14:textId="77777777" w:rsidR="00DE433A" w:rsidRPr="00DE433A" w:rsidRDefault="00DE433A" w:rsidP="00A035F1">
            <w:pPr>
              <w:spacing w:after="0" w:line="240" w:lineRule="auto"/>
              <w:rPr>
                <w:color w:val="auto"/>
                <w:sz w:val="20"/>
                <w:szCs w:val="20"/>
              </w:rPr>
            </w:pPr>
            <w:r w:rsidRPr="00DE433A">
              <w:rPr>
                <w:color w:val="auto"/>
                <w:sz w:val="20"/>
                <w:szCs w:val="20"/>
              </w:rPr>
              <w:t>Slikovnice</w:t>
            </w:r>
          </w:p>
        </w:tc>
        <w:tc>
          <w:tcPr>
            <w:tcW w:w="2397" w:type="dxa"/>
          </w:tcPr>
          <w:p w14:paraId="147BEF81"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3293C1BF" w14:textId="77777777" w:rsidTr="00DE433A">
        <w:tc>
          <w:tcPr>
            <w:tcW w:w="534" w:type="dxa"/>
          </w:tcPr>
          <w:p w14:paraId="1D2894C9"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38E093A6" w14:textId="77777777" w:rsidR="00DE433A" w:rsidRPr="00DE433A" w:rsidRDefault="00DE433A" w:rsidP="00A035F1">
            <w:pPr>
              <w:spacing w:after="0" w:line="240" w:lineRule="auto"/>
              <w:rPr>
                <w:color w:val="auto"/>
                <w:sz w:val="20"/>
                <w:szCs w:val="20"/>
              </w:rPr>
            </w:pPr>
            <w:r w:rsidRPr="00DE433A">
              <w:rPr>
                <w:color w:val="auto"/>
                <w:sz w:val="20"/>
                <w:szCs w:val="20"/>
              </w:rPr>
              <w:t>Laptop</w:t>
            </w:r>
          </w:p>
        </w:tc>
        <w:tc>
          <w:tcPr>
            <w:tcW w:w="2397" w:type="dxa"/>
          </w:tcPr>
          <w:p w14:paraId="1A8D1CBA" w14:textId="77777777" w:rsidR="00DE433A" w:rsidRPr="00DE433A" w:rsidRDefault="00DE433A" w:rsidP="00A035F1">
            <w:pPr>
              <w:spacing w:after="0" w:line="240" w:lineRule="auto"/>
              <w:jc w:val="right"/>
              <w:rPr>
                <w:color w:val="auto"/>
                <w:sz w:val="20"/>
                <w:szCs w:val="20"/>
              </w:rPr>
            </w:pPr>
            <w:r w:rsidRPr="00DE433A">
              <w:rPr>
                <w:color w:val="auto"/>
                <w:sz w:val="20"/>
                <w:szCs w:val="20"/>
              </w:rPr>
              <w:t>1.000,00 €</w:t>
            </w:r>
          </w:p>
        </w:tc>
      </w:tr>
      <w:tr w:rsidR="00DE433A" w:rsidRPr="00DE433A" w14:paraId="52EF64C7" w14:textId="77777777" w:rsidTr="00DE433A">
        <w:tc>
          <w:tcPr>
            <w:tcW w:w="534" w:type="dxa"/>
          </w:tcPr>
          <w:p w14:paraId="697C7C60" w14:textId="77777777" w:rsidR="00DE433A" w:rsidRPr="00DE433A" w:rsidRDefault="00DE433A" w:rsidP="00A035F1">
            <w:pPr>
              <w:spacing w:after="0" w:line="240" w:lineRule="auto"/>
              <w:jc w:val="center"/>
              <w:rPr>
                <w:color w:val="auto"/>
                <w:sz w:val="20"/>
                <w:szCs w:val="20"/>
              </w:rPr>
            </w:pPr>
            <w:r w:rsidRPr="00DE433A">
              <w:rPr>
                <w:color w:val="auto"/>
                <w:sz w:val="20"/>
                <w:szCs w:val="20"/>
              </w:rPr>
              <w:t>5.</w:t>
            </w:r>
          </w:p>
        </w:tc>
        <w:tc>
          <w:tcPr>
            <w:tcW w:w="6095" w:type="dxa"/>
          </w:tcPr>
          <w:p w14:paraId="67BC4D5C" w14:textId="77777777" w:rsidR="00DE433A" w:rsidRPr="00DE433A" w:rsidRDefault="00DE433A" w:rsidP="00A035F1">
            <w:pPr>
              <w:spacing w:after="0" w:line="240" w:lineRule="auto"/>
              <w:rPr>
                <w:color w:val="auto"/>
                <w:sz w:val="20"/>
                <w:szCs w:val="20"/>
              </w:rPr>
            </w:pPr>
            <w:r w:rsidRPr="00DE433A">
              <w:rPr>
                <w:color w:val="auto"/>
                <w:sz w:val="20"/>
                <w:szCs w:val="20"/>
              </w:rPr>
              <w:t>Mobitel za svaku skupinu jedan</w:t>
            </w:r>
          </w:p>
        </w:tc>
        <w:tc>
          <w:tcPr>
            <w:tcW w:w="2397" w:type="dxa"/>
          </w:tcPr>
          <w:p w14:paraId="3DF09E22" w14:textId="77777777" w:rsidR="00DE433A" w:rsidRPr="00DE433A" w:rsidRDefault="00DE433A" w:rsidP="00A035F1">
            <w:pPr>
              <w:spacing w:after="0" w:line="240" w:lineRule="auto"/>
              <w:jc w:val="right"/>
              <w:rPr>
                <w:color w:val="auto"/>
                <w:sz w:val="20"/>
                <w:szCs w:val="20"/>
              </w:rPr>
            </w:pPr>
            <w:r w:rsidRPr="00DE433A">
              <w:rPr>
                <w:color w:val="auto"/>
                <w:sz w:val="20"/>
                <w:szCs w:val="20"/>
              </w:rPr>
              <w:t>350,00 €</w:t>
            </w:r>
          </w:p>
        </w:tc>
      </w:tr>
      <w:tr w:rsidR="00DE433A" w:rsidRPr="00DE433A" w14:paraId="32645BB2" w14:textId="77777777" w:rsidTr="00DE433A">
        <w:tc>
          <w:tcPr>
            <w:tcW w:w="534" w:type="dxa"/>
          </w:tcPr>
          <w:p w14:paraId="44FA0BBF" w14:textId="77777777" w:rsidR="00DE433A" w:rsidRPr="00DE433A" w:rsidRDefault="00DE433A" w:rsidP="00A035F1">
            <w:pPr>
              <w:spacing w:after="0" w:line="240" w:lineRule="auto"/>
              <w:jc w:val="center"/>
              <w:rPr>
                <w:color w:val="auto"/>
                <w:sz w:val="20"/>
                <w:szCs w:val="20"/>
              </w:rPr>
            </w:pPr>
            <w:r w:rsidRPr="00DE433A">
              <w:rPr>
                <w:color w:val="auto"/>
                <w:sz w:val="20"/>
                <w:szCs w:val="20"/>
              </w:rPr>
              <w:t>6.</w:t>
            </w:r>
          </w:p>
        </w:tc>
        <w:tc>
          <w:tcPr>
            <w:tcW w:w="6095" w:type="dxa"/>
          </w:tcPr>
          <w:p w14:paraId="47A175FA" w14:textId="77777777" w:rsidR="00DE433A" w:rsidRPr="00DE433A" w:rsidRDefault="00DE433A" w:rsidP="00A035F1">
            <w:pPr>
              <w:spacing w:after="0" w:line="240" w:lineRule="auto"/>
              <w:rPr>
                <w:color w:val="auto"/>
                <w:sz w:val="20"/>
                <w:szCs w:val="20"/>
              </w:rPr>
            </w:pPr>
            <w:r w:rsidRPr="00DE433A">
              <w:rPr>
                <w:color w:val="auto"/>
                <w:sz w:val="20"/>
                <w:szCs w:val="20"/>
              </w:rPr>
              <w:t>Radio sa CD-om</w:t>
            </w:r>
          </w:p>
        </w:tc>
        <w:tc>
          <w:tcPr>
            <w:tcW w:w="2397" w:type="dxa"/>
          </w:tcPr>
          <w:p w14:paraId="1837DEA0"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p>
        </w:tc>
      </w:tr>
      <w:tr w:rsidR="00DE433A" w:rsidRPr="00DE433A" w14:paraId="1DFA6147" w14:textId="77777777" w:rsidTr="00DE433A">
        <w:tc>
          <w:tcPr>
            <w:tcW w:w="534" w:type="dxa"/>
          </w:tcPr>
          <w:p w14:paraId="4F1E7EA6" w14:textId="77777777" w:rsidR="00DE433A" w:rsidRPr="00DE433A" w:rsidRDefault="00DE433A" w:rsidP="00A035F1">
            <w:pPr>
              <w:spacing w:after="0" w:line="240" w:lineRule="auto"/>
              <w:jc w:val="center"/>
              <w:rPr>
                <w:color w:val="auto"/>
                <w:sz w:val="20"/>
                <w:szCs w:val="20"/>
              </w:rPr>
            </w:pPr>
            <w:r w:rsidRPr="00DE433A">
              <w:rPr>
                <w:color w:val="auto"/>
                <w:sz w:val="20"/>
                <w:szCs w:val="20"/>
              </w:rPr>
              <w:t>7.</w:t>
            </w:r>
          </w:p>
        </w:tc>
        <w:tc>
          <w:tcPr>
            <w:tcW w:w="6095" w:type="dxa"/>
          </w:tcPr>
          <w:p w14:paraId="5FED8EFA" w14:textId="77777777" w:rsidR="00DE433A" w:rsidRPr="00DE433A" w:rsidRDefault="00DE433A" w:rsidP="00A035F1">
            <w:pPr>
              <w:spacing w:after="0" w:line="240" w:lineRule="auto"/>
              <w:rPr>
                <w:color w:val="auto"/>
                <w:sz w:val="20"/>
                <w:szCs w:val="20"/>
              </w:rPr>
            </w:pPr>
            <w:r w:rsidRPr="00DE433A">
              <w:rPr>
                <w:color w:val="auto"/>
                <w:sz w:val="20"/>
                <w:szCs w:val="20"/>
              </w:rPr>
              <w:t>Suncobran 2×</w:t>
            </w:r>
          </w:p>
        </w:tc>
        <w:tc>
          <w:tcPr>
            <w:tcW w:w="2397" w:type="dxa"/>
          </w:tcPr>
          <w:p w14:paraId="37930382"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43683A71" w14:textId="77777777" w:rsidTr="00DE433A">
        <w:tc>
          <w:tcPr>
            <w:tcW w:w="534" w:type="dxa"/>
          </w:tcPr>
          <w:p w14:paraId="2972AC79" w14:textId="77777777" w:rsidR="00DE433A" w:rsidRPr="00DE433A" w:rsidRDefault="00DE433A" w:rsidP="00A035F1">
            <w:pPr>
              <w:spacing w:after="0" w:line="240" w:lineRule="auto"/>
              <w:jc w:val="center"/>
              <w:rPr>
                <w:color w:val="auto"/>
                <w:sz w:val="20"/>
                <w:szCs w:val="20"/>
              </w:rPr>
            </w:pPr>
            <w:r w:rsidRPr="00DE433A">
              <w:rPr>
                <w:color w:val="auto"/>
                <w:sz w:val="20"/>
                <w:szCs w:val="20"/>
              </w:rPr>
              <w:t>8.</w:t>
            </w:r>
          </w:p>
        </w:tc>
        <w:tc>
          <w:tcPr>
            <w:tcW w:w="6095" w:type="dxa"/>
          </w:tcPr>
          <w:p w14:paraId="2F4F62F8" w14:textId="77777777" w:rsidR="00DE433A" w:rsidRPr="00DE433A" w:rsidRDefault="00DE433A" w:rsidP="00A035F1">
            <w:pPr>
              <w:spacing w:after="0" w:line="240" w:lineRule="auto"/>
              <w:rPr>
                <w:color w:val="auto"/>
                <w:sz w:val="20"/>
                <w:szCs w:val="20"/>
              </w:rPr>
            </w:pPr>
            <w:r w:rsidRPr="00DE433A">
              <w:rPr>
                <w:color w:val="auto"/>
                <w:sz w:val="20"/>
                <w:szCs w:val="20"/>
              </w:rPr>
              <w:t>PVC bazen veći 2×</w:t>
            </w:r>
          </w:p>
        </w:tc>
        <w:tc>
          <w:tcPr>
            <w:tcW w:w="2397" w:type="dxa"/>
          </w:tcPr>
          <w:p w14:paraId="139482BD" w14:textId="77777777" w:rsidR="00DE433A" w:rsidRPr="00DE433A" w:rsidRDefault="00DE433A" w:rsidP="00A035F1">
            <w:pPr>
              <w:spacing w:after="0" w:line="240" w:lineRule="auto"/>
              <w:jc w:val="right"/>
              <w:rPr>
                <w:color w:val="auto"/>
                <w:sz w:val="20"/>
                <w:szCs w:val="20"/>
              </w:rPr>
            </w:pPr>
            <w:r w:rsidRPr="00DE433A">
              <w:rPr>
                <w:color w:val="auto"/>
                <w:sz w:val="20"/>
                <w:szCs w:val="20"/>
              </w:rPr>
              <w:t>150,00 €</w:t>
            </w:r>
          </w:p>
        </w:tc>
      </w:tr>
      <w:tr w:rsidR="00DE433A" w:rsidRPr="00DE433A" w14:paraId="005ED03C" w14:textId="77777777" w:rsidTr="00DE433A">
        <w:tc>
          <w:tcPr>
            <w:tcW w:w="534" w:type="dxa"/>
          </w:tcPr>
          <w:p w14:paraId="1096DA38" w14:textId="77777777" w:rsidR="00DE433A" w:rsidRPr="00DE433A" w:rsidRDefault="00DE433A" w:rsidP="00A035F1">
            <w:pPr>
              <w:spacing w:after="0" w:line="240" w:lineRule="auto"/>
              <w:jc w:val="center"/>
              <w:rPr>
                <w:color w:val="auto"/>
                <w:sz w:val="20"/>
                <w:szCs w:val="20"/>
              </w:rPr>
            </w:pPr>
            <w:r w:rsidRPr="00DE433A">
              <w:rPr>
                <w:color w:val="auto"/>
                <w:sz w:val="20"/>
                <w:szCs w:val="20"/>
              </w:rPr>
              <w:t>9.</w:t>
            </w:r>
          </w:p>
        </w:tc>
        <w:tc>
          <w:tcPr>
            <w:tcW w:w="6095" w:type="dxa"/>
          </w:tcPr>
          <w:p w14:paraId="063E4FAB" w14:textId="77777777" w:rsidR="00DE433A" w:rsidRPr="00DE433A" w:rsidRDefault="00DE433A" w:rsidP="00A035F1">
            <w:pPr>
              <w:spacing w:after="0" w:line="240" w:lineRule="auto"/>
              <w:rPr>
                <w:color w:val="auto"/>
                <w:sz w:val="20"/>
                <w:szCs w:val="20"/>
              </w:rPr>
            </w:pPr>
            <w:r w:rsidRPr="00DE433A">
              <w:rPr>
                <w:color w:val="auto"/>
                <w:sz w:val="20"/>
                <w:szCs w:val="20"/>
              </w:rPr>
              <w:t>Crijevo za vodu 5 m i špricalica</w:t>
            </w:r>
          </w:p>
        </w:tc>
        <w:tc>
          <w:tcPr>
            <w:tcW w:w="2397" w:type="dxa"/>
          </w:tcPr>
          <w:p w14:paraId="1F8304E0"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p>
        </w:tc>
      </w:tr>
      <w:tr w:rsidR="00DE433A" w:rsidRPr="00DE433A" w14:paraId="187750F9" w14:textId="77777777" w:rsidTr="00DE433A">
        <w:tc>
          <w:tcPr>
            <w:tcW w:w="534" w:type="dxa"/>
          </w:tcPr>
          <w:p w14:paraId="50672C84" w14:textId="77777777" w:rsidR="00DE433A" w:rsidRPr="00DE433A" w:rsidRDefault="00DE433A" w:rsidP="00A035F1">
            <w:pPr>
              <w:spacing w:after="0" w:line="240" w:lineRule="auto"/>
              <w:jc w:val="center"/>
              <w:rPr>
                <w:color w:val="auto"/>
                <w:sz w:val="20"/>
                <w:szCs w:val="20"/>
              </w:rPr>
            </w:pPr>
            <w:r w:rsidRPr="00DE433A">
              <w:rPr>
                <w:color w:val="auto"/>
                <w:sz w:val="20"/>
                <w:szCs w:val="20"/>
              </w:rPr>
              <w:t>10.</w:t>
            </w:r>
          </w:p>
        </w:tc>
        <w:tc>
          <w:tcPr>
            <w:tcW w:w="6095" w:type="dxa"/>
          </w:tcPr>
          <w:p w14:paraId="2123AFEE" w14:textId="77777777" w:rsidR="00DE433A" w:rsidRPr="00DE433A" w:rsidRDefault="00DE433A" w:rsidP="00A035F1">
            <w:pPr>
              <w:spacing w:after="0" w:line="240" w:lineRule="auto"/>
              <w:rPr>
                <w:color w:val="auto"/>
                <w:sz w:val="20"/>
                <w:szCs w:val="20"/>
              </w:rPr>
            </w:pPr>
            <w:r w:rsidRPr="00DE433A">
              <w:rPr>
                <w:color w:val="auto"/>
                <w:sz w:val="20"/>
                <w:szCs w:val="20"/>
              </w:rPr>
              <w:t>Velika kopirka (može i rabljena) za sve skupine u novom objektu</w:t>
            </w:r>
          </w:p>
        </w:tc>
        <w:tc>
          <w:tcPr>
            <w:tcW w:w="2397" w:type="dxa"/>
          </w:tcPr>
          <w:p w14:paraId="7120F581" w14:textId="77777777" w:rsidR="00DE433A" w:rsidRPr="00DE433A" w:rsidRDefault="00DE433A" w:rsidP="00A035F1">
            <w:pPr>
              <w:spacing w:after="0" w:line="240" w:lineRule="auto"/>
              <w:jc w:val="right"/>
              <w:rPr>
                <w:color w:val="auto"/>
                <w:sz w:val="20"/>
                <w:szCs w:val="20"/>
              </w:rPr>
            </w:pPr>
            <w:r w:rsidRPr="00DE433A">
              <w:rPr>
                <w:color w:val="auto"/>
                <w:sz w:val="20"/>
                <w:szCs w:val="20"/>
              </w:rPr>
              <w:t>2.000,00 €</w:t>
            </w:r>
          </w:p>
        </w:tc>
      </w:tr>
      <w:tr w:rsidR="00DE433A" w:rsidRPr="00DE433A" w14:paraId="409584B0" w14:textId="77777777" w:rsidTr="00DE433A">
        <w:tc>
          <w:tcPr>
            <w:tcW w:w="534" w:type="dxa"/>
          </w:tcPr>
          <w:p w14:paraId="346A24B8" w14:textId="77777777" w:rsidR="00DE433A" w:rsidRPr="00DE433A" w:rsidRDefault="00DE433A" w:rsidP="00A035F1">
            <w:pPr>
              <w:spacing w:after="0" w:line="240" w:lineRule="auto"/>
              <w:jc w:val="center"/>
              <w:rPr>
                <w:color w:val="auto"/>
                <w:sz w:val="20"/>
                <w:szCs w:val="20"/>
              </w:rPr>
            </w:pPr>
            <w:r w:rsidRPr="00DE433A">
              <w:rPr>
                <w:color w:val="auto"/>
                <w:sz w:val="20"/>
                <w:szCs w:val="20"/>
              </w:rPr>
              <w:t>11.</w:t>
            </w:r>
          </w:p>
        </w:tc>
        <w:tc>
          <w:tcPr>
            <w:tcW w:w="6095" w:type="dxa"/>
          </w:tcPr>
          <w:p w14:paraId="670F6C86" w14:textId="77777777" w:rsidR="00DE433A" w:rsidRPr="00DE433A" w:rsidRDefault="00DE433A" w:rsidP="00A035F1">
            <w:pPr>
              <w:spacing w:after="0" w:line="240" w:lineRule="auto"/>
              <w:rPr>
                <w:color w:val="auto"/>
                <w:sz w:val="20"/>
                <w:szCs w:val="20"/>
              </w:rPr>
            </w:pPr>
            <w:r w:rsidRPr="00DE433A">
              <w:rPr>
                <w:color w:val="auto"/>
                <w:sz w:val="20"/>
                <w:szCs w:val="20"/>
              </w:rPr>
              <w:t>TV s DVD-om</w:t>
            </w:r>
          </w:p>
        </w:tc>
        <w:tc>
          <w:tcPr>
            <w:tcW w:w="2397" w:type="dxa"/>
          </w:tcPr>
          <w:p w14:paraId="55C34E09" w14:textId="77777777" w:rsidR="00DE433A" w:rsidRPr="00DE433A" w:rsidRDefault="00DE433A" w:rsidP="00A035F1">
            <w:pPr>
              <w:spacing w:after="0" w:line="240" w:lineRule="auto"/>
              <w:jc w:val="right"/>
              <w:rPr>
                <w:color w:val="auto"/>
                <w:sz w:val="20"/>
                <w:szCs w:val="20"/>
              </w:rPr>
            </w:pPr>
            <w:r w:rsidRPr="00DE433A">
              <w:rPr>
                <w:color w:val="auto"/>
                <w:sz w:val="20"/>
                <w:szCs w:val="20"/>
              </w:rPr>
              <w:t>700,00 €</w:t>
            </w:r>
          </w:p>
        </w:tc>
      </w:tr>
      <w:tr w:rsidR="00DE433A" w:rsidRPr="00DE433A" w14:paraId="4F01DFC9" w14:textId="77777777" w:rsidTr="00DE433A">
        <w:tc>
          <w:tcPr>
            <w:tcW w:w="534" w:type="dxa"/>
          </w:tcPr>
          <w:p w14:paraId="43103079" w14:textId="77777777" w:rsidR="00DE433A" w:rsidRPr="00DE433A" w:rsidRDefault="00DE433A" w:rsidP="00A035F1">
            <w:pPr>
              <w:spacing w:after="0" w:line="240" w:lineRule="auto"/>
              <w:jc w:val="center"/>
              <w:rPr>
                <w:color w:val="auto"/>
                <w:sz w:val="20"/>
                <w:szCs w:val="20"/>
              </w:rPr>
            </w:pPr>
            <w:r w:rsidRPr="00DE433A">
              <w:rPr>
                <w:color w:val="auto"/>
                <w:sz w:val="20"/>
                <w:szCs w:val="20"/>
              </w:rPr>
              <w:t>12.</w:t>
            </w:r>
          </w:p>
        </w:tc>
        <w:tc>
          <w:tcPr>
            <w:tcW w:w="6095" w:type="dxa"/>
          </w:tcPr>
          <w:p w14:paraId="5F20784F" w14:textId="77777777" w:rsidR="00DE433A" w:rsidRPr="00DE433A" w:rsidRDefault="00DE433A" w:rsidP="00A035F1">
            <w:pPr>
              <w:spacing w:after="0" w:line="240" w:lineRule="auto"/>
              <w:rPr>
                <w:color w:val="auto"/>
                <w:sz w:val="20"/>
                <w:szCs w:val="20"/>
              </w:rPr>
            </w:pPr>
            <w:r w:rsidRPr="00DE433A">
              <w:rPr>
                <w:color w:val="auto"/>
                <w:sz w:val="20"/>
                <w:szCs w:val="20"/>
              </w:rPr>
              <w:t>Ormar s policama za potrošni materijal i potrebe odgojiteljica</w:t>
            </w:r>
          </w:p>
        </w:tc>
        <w:tc>
          <w:tcPr>
            <w:tcW w:w="2397" w:type="dxa"/>
          </w:tcPr>
          <w:p w14:paraId="7BB44D2E" w14:textId="77777777" w:rsidR="00DE433A" w:rsidRPr="00DE433A" w:rsidRDefault="00DE433A" w:rsidP="00A035F1">
            <w:pPr>
              <w:spacing w:after="0" w:line="240" w:lineRule="auto"/>
              <w:jc w:val="right"/>
              <w:rPr>
                <w:color w:val="auto"/>
                <w:sz w:val="20"/>
                <w:szCs w:val="20"/>
              </w:rPr>
            </w:pPr>
            <w:r w:rsidRPr="00DE433A">
              <w:rPr>
                <w:color w:val="auto"/>
                <w:sz w:val="20"/>
                <w:szCs w:val="20"/>
              </w:rPr>
              <w:t>300,00 €</w:t>
            </w:r>
          </w:p>
        </w:tc>
      </w:tr>
      <w:tr w:rsidR="00DE433A" w:rsidRPr="00DE433A" w14:paraId="2918A8F7" w14:textId="77777777" w:rsidTr="00DE433A">
        <w:tc>
          <w:tcPr>
            <w:tcW w:w="534" w:type="dxa"/>
          </w:tcPr>
          <w:p w14:paraId="15F30873" w14:textId="77777777" w:rsidR="00DE433A" w:rsidRPr="00DE433A" w:rsidRDefault="00DE433A" w:rsidP="00A035F1">
            <w:pPr>
              <w:spacing w:after="0" w:line="240" w:lineRule="auto"/>
              <w:rPr>
                <w:color w:val="auto"/>
                <w:sz w:val="20"/>
                <w:szCs w:val="20"/>
              </w:rPr>
            </w:pPr>
          </w:p>
        </w:tc>
        <w:tc>
          <w:tcPr>
            <w:tcW w:w="6095" w:type="dxa"/>
          </w:tcPr>
          <w:p w14:paraId="2797E2DE" w14:textId="77777777" w:rsidR="00DE433A" w:rsidRPr="00DE433A" w:rsidRDefault="00DE433A" w:rsidP="00A035F1">
            <w:pPr>
              <w:spacing w:after="0" w:line="240" w:lineRule="auto"/>
              <w:rPr>
                <w:color w:val="auto"/>
                <w:sz w:val="20"/>
                <w:szCs w:val="20"/>
              </w:rPr>
            </w:pPr>
            <w:r w:rsidRPr="00DE433A">
              <w:rPr>
                <w:b/>
                <w:bCs/>
                <w:color w:val="auto"/>
                <w:sz w:val="20"/>
                <w:szCs w:val="20"/>
              </w:rPr>
              <w:t>Ukupno – Makići</w:t>
            </w:r>
          </w:p>
        </w:tc>
        <w:tc>
          <w:tcPr>
            <w:tcW w:w="2397" w:type="dxa"/>
          </w:tcPr>
          <w:p w14:paraId="08E7363E"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7.300,00 €</w:t>
            </w:r>
          </w:p>
        </w:tc>
      </w:tr>
      <w:tr w:rsidR="00DE433A" w:rsidRPr="00DE433A" w14:paraId="2EE897F6" w14:textId="77777777" w:rsidTr="00DE433A">
        <w:tc>
          <w:tcPr>
            <w:tcW w:w="9026" w:type="dxa"/>
            <w:gridSpan w:val="3"/>
          </w:tcPr>
          <w:p w14:paraId="3216C74D" w14:textId="77777777" w:rsidR="00DE433A" w:rsidRPr="00DE433A" w:rsidRDefault="00DE433A" w:rsidP="00A035F1">
            <w:pPr>
              <w:spacing w:after="0" w:line="240" w:lineRule="auto"/>
              <w:rPr>
                <w:color w:val="auto"/>
                <w:sz w:val="20"/>
                <w:szCs w:val="20"/>
              </w:rPr>
            </w:pPr>
            <w:r w:rsidRPr="00DE433A">
              <w:rPr>
                <w:b/>
                <w:bCs/>
                <w:color w:val="auto"/>
                <w:sz w:val="20"/>
                <w:szCs w:val="20"/>
              </w:rPr>
              <w:t>Skupina: Pčelice</w:t>
            </w:r>
          </w:p>
        </w:tc>
      </w:tr>
      <w:tr w:rsidR="00DE433A" w:rsidRPr="00DE433A" w14:paraId="67001EF7" w14:textId="77777777" w:rsidTr="00DE433A">
        <w:tc>
          <w:tcPr>
            <w:tcW w:w="534" w:type="dxa"/>
          </w:tcPr>
          <w:p w14:paraId="2C1A7AAE"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0EE1358A" w14:textId="77777777" w:rsidR="00DE433A" w:rsidRPr="00DE433A" w:rsidRDefault="00DE433A" w:rsidP="00A035F1">
            <w:pPr>
              <w:spacing w:after="0" w:line="240" w:lineRule="auto"/>
              <w:rPr>
                <w:color w:val="auto"/>
                <w:sz w:val="20"/>
                <w:szCs w:val="20"/>
              </w:rPr>
            </w:pPr>
            <w:r w:rsidRPr="00DE433A">
              <w:rPr>
                <w:color w:val="auto"/>
                <w:sz w:val="20"/>
                <w:szCs w:val="20"/>
              </w:rPr>
              <w:t>Klima uređaj za prostor sobe dnevnog boravka skupine Pčelice</w:t>
            </w:r>
          </w:p>
        </w:tc>
        <w:tc>
          <w:tcPr>
            <w:tcW w:w="2397" w:type="dxa"/>
          </w:tcPr>
          <w:p w14:paraId="70CF97D1" w14:textId="77777777" w:rsidR="00DE433A" w:rsidRPr="00DE433A" w:rsidRDefault="00DE433A" w:rsidP="00A035F1">
            <w:pPr>
              <w:spacing w:after="0" w:line="240" w:lineRule="auto"/>
              <w:jc w:val="right"/>
              <w:rPr>
                <w:color w:val="auto"/>
                <w:sz w:val="20"/>
                <w:szCs w:val="20"/>
              </w:rPr>
            </w:pPr>
            <w:r w:rsidRPr="00DE433A">
              <w:rPr>
                <w:color w:val="auto"/>
                <w:sz w:val="20"/>
                <w:szCs w:val="20"/>
              </w:rPr>
              <w:t>1.000,00 €</w:t>
            </w:r>
          </w:p>
        </w:tc>
      </w:tr>
      <w:tr w:rsidR="00DE433A" w:rsidRPr="00DE433A" w14:paraId="381B0D4E" w14:textId="77777777" w:rsidTr="00DE433A">
        <w:tc>
          <w:tcPr>
            <w:tcW w:w="534" w:type="dxa"/>
          </w:tcPr>
          <w:p w14:paraId="0AB0D542"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3CF1EB31" w14:textId="77777777" w:rsidR="00DE433A" w:rsidRPr="00DE433A" w:rsidRDefault="00DE433A" w:rsidP="00A035F1">
            <w:pPr>
              <w:spacing w:after="0" w:line="240" w:lineRule="auto"/>
              <w:rPr>
                <w:color w:val="auto"/>
                <w:sz w:val="20"/>
                <w:szCs w:val="20"/>
              </w:rPr>
            </w:pPr>
            <w:r w:rsidRPr="00DE433A">
              <w:rPr>
                <w:color w:val="auto"/>
                <w:sz w:val="20"/>
                <w:szCs w:val="20"/>
              </w:rPr>
              <w:t>Zvučnik bluetooth/zvučnici za kompjutor</w:t>
            </w:r>
          </w:p>
        </w:tc>
        <w:tc>
          <w:tcPr>
            <w:tcW w:w="2397" w:type="dxa"/>
          </w:tcPr>
          <w:p w14:paraId="27D882B4"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p>
        </w:tc>
      </w:tr>
      <w:tr w:rsidR="00DE433A" w:rsidRPr="00DE433A" w14:paraId="243DBBB3" w14:textId="77777777" w:rsidTr="00DE433A">
        <w:tc>
          <w:tcPr>
            <w:tcW w:w="534" w:type="dxa"/>
          </w:tcPr>
          <w:p w14:paraId="00DA41FB"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5021E917" w14:textId="77777777" w:rsidR="00DE433A" w:rsidRPr="00DE433A" w:rsidRDefault="00DE433A" w:rsidP="00A035F1">
            <w:pPr>
              <w:spacing w:after="0" w:line="240" w:lineRule="auto"/>
              <w:rPr>
                <w:color w:val="auto"/>
                <w:sz w:val="20"/>
                <w:szCs w:val="20"/>
              </w:rPr>
            </w:pPr>
            <w:r w:rsidRPr="00DE433A">
              <w:rPr>
                <w:color w:val="auto"/>
                <w:sz w:val="20"/>
                <w:szCs w:val="20"/>
              </w:rPr>
              <w:t>Centar kuhinje za dječju igru</w:t>
            </w:r>
          </w:p>
        </w:tc>
        <w:tc>
          <w:tcPr>
            <w:tcW w:w="2397" w:type="dxa"/>
          </w:tcPr>
          <w:p w14:paraId="3FF7E5F5" w14:textId="77777777" w:rsidR="00DE433A" w:rsidRPr="00DE433A" w:rsidRDefault="00DE433A" w:rsidP="00A035F1">
            <w:pPr>
              <w:spacing w:after="0" w:line="240" w:lineRule="auto"/>
              <w:jc w:val="right"/>
              <w:rPr>
                <w:color w:val="auto"/>
                <w:sz w:val="20"/>
                <w:szCs w:val="20"/>
              </w:rPr>
            </w:pPr>
            <w:r w:rsidRPr="00DE433A">
              <w:rPr>
                <w:color w:val="auto"/>
                <w:sz w:val="20"/>
                <w:szCs w:val="20"/>
              </w:rPr>
              <w:t>1.000,00 €</w:t>
            </w:r>
          </w:p>
        </w:tc>
      </w:tr>
      <w:tr w:rsidR="00DE433A" w:rsidRPr="00DE433A" w14:paraId="573B5BA7" w14:textId="77777777" w:rsidTr="00DE433A">
        <w:tc>
          <w:tcPr>
            <w:tcW w:w="534" w:type="dxa"/>
          </w:tcPr>
          <w:p w14:paraId="6F5697BE" w14:textId="77777777" w:rsidR="00DE433A" w:rsidRPr="00DE433A" w:rsidRDefault="00DE433A" w:rsidP="00A035F1">
            <w:pPr>
              <w:spacing w:after="0" w:line="240" w:lineRule="auto"/>
              <w:rPr>
                <w:color w:val="auto"/>
                <w:sz w:val="20"/>
                <w:szCs w:val="20"/>
              </w:rPr>
            </w:pPr>
          </w:p>
        </w:tc>
        <w:tc>
          <w:tcPr>
            <w:tcW w:w="6095" w:type="dxa"/>
          </w:tcPr>
          <w:p w14:paraId="68084C6E" w14:textId="77777777" w:rsidR="00DE433A" w:rsidRPr="00DE433A" w:rsidRDefault="00DE433A" w:rsidP="00A035F1">
            <w:pPr>
              <w:spacing w:after="0" w:line="240" w:lineRule="auto"/>
              <w:rPr>
                <w:color w:val="auto"/>
                <w:sz w:val="20"/>
                <w:szCs w:val="20"/>
              </w:rPr>
            </w:pPr>
            <w:r w:rsidRPr="00DE433A">
              <w:rPr>
                <w:b/>
                <w:bCs/>
                <w:color w:val="auto"/>
                <w:sz w:val="20"/>
                <w:szCs w:val="20"/>
              </w:rPr>
              <w:t>Ukupno – Pčelice</w:t>
            </w:r>
          </w:p>
        </w:tc>
        <w:tc>
          <w:tcPr>
            <w:tcW w:w="2397" w:type="dxa"/>
          </w:tcPr>
          <w:p w14:paraId="21691445"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2.500,00 €</w:t>
            </w:r>
          </w:p>
        </w:tc>
      </w:tr>
      <w:tr w:rsidR="00DE433A" w:rsidRPr="00DE433A" w14:paraId="4F3939E0" w14:textId="77777777" w:rsidTr="00DE433A">
        <w:tc>
          <w:tcPr>
            <w:tcW w:w="9026" w:type="dxa"/>
            <w:gridSpan w:val="3"/>
          </w:tcPr>
          <w:p w14:paraId="1B38058A" w14:textId="77777777" w:rsidR="00DE433A" w:rsidRPr="00DE433A" w:rsidRDefault="00DE433A" w:rsidP="00A035F1">
            <w:pPr>
              <w:spacing w:after="0" w:line="240" w:lineRule="auto"/>
              <w:rPr>
                <w:color w:val="auto"/>
                <w:sz w:val="20"/>
                <w:szCs w:val="20"/>
              </w:rPr>
            </w:pPr>
            <w:r w:rsidRPr="00DE433A">
              <w:rPr>
                <w:b/>
                <w:bCs/>
                <w:color w:val="auto"/>
                <w:sz w:val="20"/>
                <w:szCs w:val="20"/>
              </w:rPr>
              <w:t>LEGRAD – PO Dabrić, Legrad</w:t>
            </w:r>
          </w:p>
        </w:tc>
      </w:tr>
      <w:tr w:rsidR="00DE433A" w:rsidRPr="00DE433A" w14:paraId="5B2C94C0" w14:textId="77777777" w:rsidTr="00DE433A">
        <w:tc>
          <w:tcPr>
            <w:tcW w:w="9026" w:type="dxa"/>
            <w:gridSpan w:val="3"/>
          </w:tcPr>
          <w:p w14:paraId="616E2FCC" w14:textId="77777777" w:rsidR="00DE433A" w:rsidRPr="00DE433A" w:rsidRDefault="00DE433A" w:rsidP="00A035F1">
            <w:pPr>
              <w:spacing w:after="0" w:line="240" w:lineRule="auto"/>
              <w:rPr>
                <w:color w:val="auto"/>
                <w:sz w:val="20"/>
                <w:szCs w:val="20"/>
              </w:rPr>
            </w:pPr>
            <w:r w:rsidRPr="00DE433A">
              <w:rPr>
                <w:b/>
                <w:bCs/>
                <w:color w:val="auto"/>
                <w:sz w:val="20"/>
                <w:szCs w:val="20"/>
              </w:rPr>
              <w:t>Skupina: Bubamare</w:t>
            </w:r>
          </w:p>
        </w:tc>
      </w:tr>
      <w:tr w:rsidR="00DE433A" w:rsidRPr="00DE433A" w14:paraId="1F708877" w14:textId="77777777" w:rsidTr="00DE433A">
        <w:tc>
          <w:tcPr>
            <w:tcW w:w="534" w:type="dxa"/>
          </w:tcPr>
          <w:p w14:paraId="58537C50" w14:textId="77777777" w:rsidR="00DE433A" w:rsidRPr="00DE433A" w:rsidRDefault="00DE433A" w:rsidP="00A035F1">
            <w:pPr>
              <w:spacing w:after="0" w:line="240" w:lineRule="auto"/>
              <w:jc w:val="center"/>
              <w:rPr>
                <w:color w:val="auto"/>
                <w:sz w:val="20"/>
                <w:szCs w:val="20"/>
              </w:rPr>
            </w:pPr>
            <w:r w:rsidRPr="00DE433A">
              <w:rPr>
                <w:color w:val="auto"/>
                <w:sz w:val="20"/>
                <w:szCs w:val="20"/>
              </w:rPr>
              <w:lastRenderedPageBreak/>
              <w:t>1.</w:t>
            </w:r>
          </w:p>
        </w:tc>
        <w:tc>
          <w:tcPr>
            <w:tcW w:w="6095" w:type="dxa"/>
          </w:tcPr>
          <w:p w14:paraId="15D4FEDA" w14:textId="77777777" w:rsidR="00DE433A" w:rsidRPr="00DE433A" w:rsidRDefault="00DE433A" w:rsidP="00A035F1">
            <w:pPr>
              <w:spacing w:after="0" w:line="240" w:lineRule="auto"/>
              <w:rPr>
                <w:color w:val="auto"/>
                <w:sz w:val="20"/>
                <w:szCs w:val="20"/>
              </w:rPr>
            </w:pPr>
            <w:r w:rsidRPr="00DE433A">
              <w:rPr>
                <w:color w:val="auto"/>
                <w:sz w:val="20"/>
                <w:szCs w:val="20"/>
              </w:rPr>
              <w:t>Nova sprava na igralištu</w:t>
            </w:r>
          </w:p>
        </w:tc>
        <w:tc>
          <w:tcPr>
            <w:tcW w:w="2397" w:type="dxa"/>
          </w:tcPr>
          <w:p w14:paraId="2741B95A" w14:textId="77777777" w:rsidR="00DE433A" w:rsidRPr="00DE433A" w:rsidRDefault="00DE433A" w:rsidP="00A035F1">
            <w:pPr>
              <w:spacing w:after="0" w:line="240" w:lineRule="auto"/>
              <w:jc w:val="right"/>
              <w:rPr>
                <w:color w:val="auto"/>
                <w:sz w:val="20"/>
                <w:szCs w:val="20"/>
              </w:rPr>
            </w:pPr>
            <w:r w:rsidRPr="00DE433A">
              <w:rPr>
                <w:color w:val="auto"/>
                <w:sz w:val="20"/>
                <w:szCs w:val="20"/>
              </w:rPr>
              <w:t>5.000,00 €</w:t>
            </w:r>
          </w:p>
        </w:tc>
      </w:tr>
      <w:tr w:rsidR="00DE433A" w:rsidRPr="00DE433A" w14:paraId="1137DA6B" w14:textId="77777777" w:rsidTr="00DE433A">
        <w:tc>
          <w:tcPr>
            <w:tcW w:w="534" w:type="dxa"/>
          </w:tcPr>
          <w:p w14:paraId="3B2FFDBF"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3B264AEC" w14:textId="77777777" w:rsidR="00DE433A" w:rsidRPr="00DE433A" w:rsidRDefault="00DE433A" w:rsidP="00A035F1">
            <w:pPr>
              <w:spacing w:after="0" w:line="240" w:lineRule="auto"/>
              <w:rPr>
                <w:color w:val="auto"/>
                <w:sz w:val="20"/>
                <w:szCs w:val="20"/>
              </w:rPr>
            </w:pPr>
            <w:r w:rsidRPr="00DE433A">
              <w:rPr>
                <w:color w:val="auto"/>
                <w:sz w:val="20"/>
                <w:szCs w:val="20"/>
              </w:rPr>
              <w:t>Vozilo za jasličare</w:t>
            </w:r>
          </w:p>
        </w:tc>
        <w:tc>
          <w:tcPr>
            <w:tcW w:w="2397" w:type="dxa"/>
          </w:tcPr>
          <w:p w14:paraId="471524F6" w14:textId="77777777" w:rsidR="00DE433A" w:rsidRPr="00DE433A" w:rsidRDefault="00DE433A" w:rsidP="00A035F1">
            <w:pPr>
              <w:spacing w:after="0" w:line="240" w:lineRule="auto"/>
              <w:jc w:val="right"/>
              <w:rPr>
                <w:color w:val="auto"/>
                <w:sz w:val="20"/>
                <w:szCs w:val="20"/>
              </w:rPr>
            </w:pPr>
            <w:r w:rsidRPr="00DE433A">
              <w:rPr>
                <w:color w:val="auto"/>
                <w:sz w:val="20"/>
                <w:szCs w:val="20"/>
              </w:rPr>
              <w:t>3.000,00 €</w:t>
            </w:r>
          </w:p>
        </w:tc>
      </w:tr>
      <w:tr w:rsidR="00DE433A" w:rsidRPr="00DE433A" w14:paraId="5C4E4FDF" w14:textId="77777777" w:rsidTr="00DE433A">
        <w:tc>
          <w:tcPr>
            <w:tcW w:w="534" w:type="dxa"/>
          </w:tcPr>
          <w:p w14:paraId="26C307AD"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230A324B" w14:textId="77777777" w:rsidR="00DE433A" w:rsidRPr="00DE433A" w:rsidRDefault="00DE433A" w:rsidP="00A035F1">
            <w:pPr>
              <w:spacing w:after="0" w:line="240" w:lineRule="auto"/>
              <w:rPr>
                <w:color w:val="auto"/>
                <w:sz w:val="20"/>
                <w:szCs w:val="20"/>
              </w:rPr>
            </w:pPr>
            <w:r w:rsidRPr="00DE433A">
              <w:rPr>
                <w:color w:val="auto"/>
                <w:sz w:val="20"/>
                <w:szCs w:val="20"/>
              </w:rPr>
              <w:t>Gredice za sadnju vrta</w:t>
            </w:r>
          </w:p>
        </w:tc>
        <w:tc>
          <w:tcPr>
            <w:tcW w:w="2397" w:type="dxa"/>
          </w:tcPr>
          <w:p w14:paraId="593834CC"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p>
        </w:tc>
      </w:tr>
      <w:tr w:rsidR="00DE433A" w:rsidRPr="00DE433A" w14:paraId="37AD81B7" w14:textId="77777777" w:rsidTr="00DE433A">
        <w:tc>
          <w:tcPr>
            <w:tcW w:w="534" w:type="dxa"/>
          </w:tcPr>
          <w:p w14:paraId="435B0F14" w14:textId="77777777" w:rsidR="00DE433A" w:rsidRPr="00DE433A" w:rsidRDefault="00DE433A" w:rsidP="00A035F1">
            <w:pPr>
              <w:spacing w:after="0" w:line="240" w:lineRule="auto"/>
              <w:rPr>
                <w:color w:val="auto"/>
                <w:sz w:val="20"/>
                <w:szCs w:val="20"/>
              </w:rPr>
            </w:pPr>
          </w:p>
        </w:tc>
        <w:tc>
          <w:tcPr>
            <w:tcW w:w="6095" w:type="dxa"/>
          </w:tcPr>
          <w:p w14:paraId="175E4FC7" w14:textId="77777777" w:rsidR="00DE433A" w:rsidRPr="00DE433A" w:rsidRDefault="00DE433A" w:rsidP="00A035F1">
            <w:pPr>
              <w:spacing w:after="0" w:line="240" w:lineRule="auto"/>
              <w:rPr>
                <w:color w:val="auto"/>
                <w:sz w:val="20"/>
                <w:szCs w:val="20"/>
              </w:rPr>
            </w:pPr>
            <w:r w:rsidRPr="00DE433A">
              <w:rPr>
                <w:b/>
                <w:bCs/>
                <w:color w:val="auto"/>
                <w:sz w:val="20"/>
                <w:szCs w:val="20"/>
              </w:rPr>
              <w:t>Ukupno – Bubamare</w:t>
            </w:r>
          </w:p>
        </w:tc>
        <w:tc>
          <w:tcPr>
            <w:tcW w:w="2397" w:type="dxa"/>
          </w:tcPr>
          <w:p w14:paraId="18275325"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8.500,00 €</w:t>
            </w:r>
          </w:p>
        </w:tc>
      </w:tr>
      <w:tr w:rsidR="00DE433A" w:rsidRPr="00DE433A" w14:paraId="029886D3" w14:textId="77777777" w:rsidTr="00DE433A">
        <w:tc>
          <w:tcPr>
            <w:tcW w:w="9026" w:type="dxa"/>
            <w:gridSpan w:val="3"/>
          </w:tcPr>
          <w:p w14:paraId="16562A11" w14:textId="77777777" w:rsidR="00DE433A" w:rsidRPr="00DE433A" w:rsidRDefault="00DE433A" w:rsidP="00A035F1">
            <w:pPr>
              <w:spacing w:after="0" w:line="240" w:lineRule="auto"/>
              <w:rPr>
                <w:color w:val="auto"/>
                <w:sz w:val="20"/>
                <w:szCs w:val="20"/>
              </w:rPr>
            </w:pPr>
            <w:r w:rsidRPr="00DE433A">
              <w:rPr>
                <w:b/>
                <w:bCs/>
                <w:color w:val="auto"/>
                <w:sz w:val="20"/>
                <w:szCs w:val="20"/>
              </w:rPr>
              <w:t>Skupina: Krijesnice</w:t>
            </w:r>
          </w:p>
        </w:tc>
      </w:tr>
      <w:tr w:rsidR="00DE433A" w:rsidRPr="00DE433A" w14:paraId="182CDDCC" w14:textId="77777777" w:rsidTr="00DE433A">
        <w:tc>
          <w:tcPr>
            <w:tcW w:w="534" w:type="dxa"/>
          </w:tcPr>
          <w:p w14:paraId="30790C6B"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2EDE2E74" w14:textId="77777777" w:rsidR="00DE433A" w:rsidRPr="00DE433A" w:rsidRDefault="00DE433A" w:rsidP="00A035F1">
            <w:pPr>
              <w:spacing w:after="0" w:line="240" w:lineRule="auto"/>
              <w:rPr>
                <w:color w:val="auto"/>
                <w:sz w:val="20"/>
                <w:szCs w:val="20"/>
              </w:rPr>
            </w:pPr>
            <w:r w:rsidRPr="00DE433A">
              <w:rPr>
                <w:color w:val="auto"/>
                <w:sz w:val="20"/>
                <w:szCs w:val="20"/>
              </w:rPr>
              <w:t>Nabava opreme za multimedijske sadržaje (računalo/laptop)</w:t>
            </w:r>
          </w:p>
        </w:tc>
        <w:tc>
          <w:tcPr>
            <w:tcW w:w="2397" w:type="dxa"/>
          </w:tcPr>
          <w:p w14:paraId="1CA8F0DC" w14:textId="77777777" w:rsidR="00DE433A" w:rsidRPr="00DE433A" w:rsidRDefault="00DE433A" w:rsidP="00A035F1">
            <w:pPr>
              <w:spacing w:after="0" w:line="240" w:lineRule="auto"/>
              <w:jc w:val="right"/>
              <w:rPr>
                <w:color w:val="auto"/>
                <w:sz w:val="20"/>
                <w:szCs w:val="20"/>
              </w:rPr>
            </w:pPr>
            <w:r w:rsidRPr="00DE433A">
              <w:rPr>
                <w:color w:val="auto"/>
                <w:sz w:val="20"/>
                <w:szCs w:val="20"/>
              </w:rPr>
              <w:t>700,00 €</w:t>
            </w:r>
          </w:p>
        </w:tc>
      </w:tr>
      <w:tr w:rsidR="00DE433A" w:rsidRPr="00DE433A" w14:paraId="6D1462C7" w14:textId="77777777" w:rsidTr="00DE433A">
        <w:tc>
          <w:tcPr>
            <w:tcW w:w="534" w:type="dxa"/>
          </w:tcPr>
          <w:p w14:paraId="0C45A597"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66EE5A75" w14:textId="77777777" w:rsidR="00DE433A" w:rsidRPr="00DE433A" w:rsidRDefault="00DE433A" w:rsidP="00A035F1">
            <w:pPr>
              <w:spacing w:after="0" w:line="240" w:lineRule="auto"/>
              <w:rPr>
                <w:color w:val="auto"/>
                <w:sz w:val="20"/>
                <w:szCs w:val="20"/>
              </w:rPr>
            </w:pPr>
            <w:r w:rsidRPr="00DE433A">
              <w:rPr>
                <w:color w:val="auto"/>
                <w:sz w:val="20"/>
                <w:szCs w:val="20"/>
              </w:rPr>
              <w:t>Namještaj za sobu dnevnog boravka</w:t>
            </w:r>
          </w:p>
        </w:tc>
        <w:tc>
          <w:tcPr>
            <w:tcW w:w="2397" w:type="dxa"/>
          </w:tcPr>
          <w:p w14:paraId="61113B14" w14:textId="77777777" w:rsidR="00DE433A" w:rsidRPr="00DE433A" w:rsidRDefault="00DE433A" w:rsidP="00A035F1">
            <w:pPr>
              <w:spacing w:after="0" w:line="240" w:lineRule="auto"/>
              <w:jc w:val="right"/>
              <w:rPr>
                <w:color w:val="auto"/>
                <w:sz w:val="20"/>
                <w:szCs w:val="20"/>
              </w:rPr>
            </w:pPr>
            <w:r w:rsidRPr="00DE433A">
              <w:rPr>
                <w:color w:val="auto"/>
                <w:sz w:val="20"/>
                <w:szCs w:val="20"/>
              </w:rPr>
              <w:t>1.000,00 €</w:t>
            </w:r>
          </w:p>
        </w:tc>
      </w:tr>
      <w:tr w:rsidR="00DE433A" w:rsidRPr="00DE433A" w14:paraId="03FE5CE3" w14:textId="77777777" w:rsidTr="00DE433A">
        <w:tc>
          <w:tcPr>
            <w:tcW w:w="534" w:type="dxa"/>
          </w:tcPr>
          <w:p w14:paraId="421E5771" w14:textId="77777777" w:rsidR="00DE433A" w:rsidRPr="00DE433A" w:rsidRDefault="00DE433A" w:rsidP="00A035F1">
            <w:pPr>
              <w:spacing w:after="0" w:line="240" w:lineRule="auto"/>
              <w:rPr>
                <w:color w:val="auto"/>
                <w:sz w:val="20"/>
                <w:szCs w:val="20"/>
              </w:rPr>
            </w:pPr>
          </w:p>
        </w:tc>
        <w:tc>
          <w:tcPr>
            <w:tcW w:w="6095" w:type="dxa"/>
          </w:tcPr>
          <w:p w14:paraId="210D5A4D" w14:textId="77777777" w:rsidR="00DE433A" w:rsidRPr="00DE433A" w:rsidRDefault="00DE433A" w:rsidP="00A035F1">
            <w:pPr>
              <w:spacing w:after="0" w:line="240" w:lineRule="auto"/>
              <w:rPr>
                <w:color w:val="auto"/>
                <w:sz w:val="20"/>
                <w:szCs w:val="20"/>
              </w:rPr>
            </w:pPr>
            <w:r w:rsidRPr="00DE433A">
              <w:rPr>
                <w:b/>
                <w:bCs/>
                <w:color w:val="auto"/>
                <w:sz w:val="20"/>
                <w:szCs w:val="20"/>
              </w:rPr>
              <w:t>Ukupno – Krijesnice</w:t>
            </w:r>
          </w:p>
        </w:tc>
        <w:tc>
          <w:tcPr>
            <w:tcW w:w="2397" w:type="dxa"/>
          </w:tcPr>
          <w:p w14:paraId="184E040E"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1.700,00 €</w:t>
            </w:r>
          </w:p>
        </w:tc>
      </w:tr>
      <w:tr w:rsidR="00DE433A" w:rsidRPr="00DE433A" w14:paraId="7D87E89B" w14:textId="77777777" w:rsidTr="00DE433A">
        <w:tc>
          <w:tcPr>
            <w:tcW w:w="9026" w:type="dxa"/>
            <w:gridSpan w:val="3"/>
          </w:tcPr>
          <w:p w14:paraId="503E3519" w14:textId="77777777" w:rsidR="00DE433A" w:rsidRPr="00DE433A" w:rsidRDefault="00DE433A" w:rsidP="00A035F1">
            <w:pPr>
              <w:spacing w:after="0" w:line="240" w:lineRule="auto"/>
              <w:rPr>
                <w:color w:val="auto"/>
                <w:sz w:val="20"/>
                <w:szCs w:val="20"/>
              </w:rPr>
            </w:pPr>
            <w:r w:rsidRPr="00DE433A">
              <w:rPr>
                <w:b/>
                <w:bCs/>
                <w:color w:val="auto"/>
                <w:sz w:val="20"/>
                <w:szCs w:val="20"/>
              </w:rPr>
              <w:t>Skupina: Leptirići</w:t>
            </w:r>
          </w:p>
        </w:tc>
      </w:tr>
      <w:tr w:rsidR="00DE433A" w:rsidRPr="00DE433A" w14:paraId="081CE47A" w14:textId="77777777" w:rsidTr="00DE433A">
        <w:tc>
          <w:tcPr>
            <w:tcW w:w="534" w:type="dxa"/>
          </w:tcPr>
          <w:p w14:paraId="61F36B0E"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525EF5E4" w14:textId="77777777" w:rsidR="00DE433A" w:rsidRPr="00DE433A" w:rsidRDefault="00DE433A" w:rsidP="00A035F1">
            <w:pPr>
              <w:spacing w:after="0" w:line="240" w:lineRule="auto"/>
              <w:rPr>
                <w:color w:val="auto"/>
                <w:sz w:val="20"/>
                <w:szCs w:val="20"/>
              </w:rPr>
            </w:pPr>
            <w:r w:rsidRPr="00DE433A">
              <w:rPr>
                <w:color w:val="auto"/>
                <w:sz w:val="20"/>
                <w:szCs w:val="20"/>
              </w:rPr>
              <w:t>Usisavač</w:t>
            </w:r>
          </w:p>
        </w:tc>
        <w:tc>
          <w:tcPr>
            <w:tcW w:w="2397" w:type="dxa"/>
          </w:tcPr>
          <w:p w14:paraId="200C04B2" w14:textId="77777777" w:rsidR="00DE433A" w:rsidRPr="00DE433A" w:rsidRDefault="00DE433A" w:rsidP="00A035F1">
            <w:pPr>
              <w:spacing w:after="0" w:line="240" w:lineRule="auto"/>
              <w:jc w:val="right"/>
              <w:rPr>
                <w:color w:val="auto"/>
                <w:sz w:val="20"/>
                <w:szCs w:val="20"/>
              </w:rPr>
            </w:pPr>
            <w:r w:rsidRPr="00DE433A">
              <w:rPr>
                <w:color w:val="auto"/>
                <w:sz w:val="20"/>
                <w:szCs w:val="20"/>
              </w:rPr>
              <w:t>1.000,00 €</w:t>
            </w:r>
          </w:p>
        </w:tc>
      </w:tr>
      <w:tr w:rsidR="00DE433A" w:rsidRPr="00DE433A" w14:paraId="74AF6287" w14:textId="77777777" w:rsidTr="00DE433A">
        <w:tc>
          <w:tcPr>
            <w:tcW w:w="534" w:type="dxa"/>
          </w:tcPr>
          <w:p w14:paraId="5775DE8E"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5FE7DD4D" w14:textId="77777777" w:rsidR="00DE433A" w:rsidRPr="00DE433A" w:rsidRDefault="00DE433A" w:rsidP="00A035F1">
            <w:pPr>
              <w:spacing w:after="0" w:line="240" w:lineRule="auto"/>
              <w:rPr>
                <w:color w:val="auto"/>
                <w:sz w:val="20"/>
                <w:szCs w:val="20"/>
              </w:rPr>
            </w:pPr>
            <w:r w:rsidRPr="00DE433A">
              <w:rPr>
                <w:color w:val="auto"/>
                <w:sz w:val="20"/>
                <w:szCs w:val="20"/>
              </w:rPr>
              <w:t>Računalo</w:t>
            </w:r>
          </w:p>
        </w:tc>
        <w:tc>
          <w:tcPr>
            <w:tcW w:w="2397" w:type="dxa"/>
          </w:tcPr>
          <w:p w14:paraId="5D21CC81" w14:textId="77777777" w:rsidR="00DE433A" w:rsidRPr="00DE433A" w:rsidRDefault="00DE433A" w:rsidP="00A035F1">
            <w:pPr>
              <w:spacing w:after="0" w:line="240" w:lineRule="auto"/>
              <w:jc w:val="right"/>
              <w:rPr>
                <w:color w:val="auto"/>
                <w:sz w:val="20"/>
                <w:szCs w:val="20"/>
              </w:rPr>
            </w:pPr>
            <w:r w:rsidRPr="00DE433A">
              <w:rPr>
                <w:color w:val="auto"/>
                <w:sz w:val="20"/>
                <w:szCs w:val="20"/>
              </w:rPr>
              <w:t>1.000,00 €</w:t>
            </w:r>
          </w:p>
        </w:tc>
      </w:tr>
      <w:tr w:rsidR="00DE433A" w:rsidRPr="00DE433A" w14:paraId="36CA3EFE" w14:textId="77777777" w:rsidTr="00DE433A">
        <w:tc>
          <w:tcPr>
            <w:tcW w:w="534" w:type="dxa"/>
          </w:tcPr>
          <w:p w14:paraId="0763C3F1"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1960A16F" w14:textId="77777777" w:rsidR="00DE433A" w:rsidRPr="00DE433A" w:rsidRDefault="00DE433A" w:rsidP="00A035F1">
            <w:pPr>
              <w:spacing w:after="0" w:line="240" w:lineRule="auto"/>
              <w:rPr>
                <w:color w:val="auto"/>
                <w:sz w:val="20"/>
                <w:szCs w:val="20"/>
              </w:rPr>
            </w:pPr>
            <w:r w:rsidRPr="00DE433A">
              <w:rPr>
                <w:color w:val="auto"/>
                <w:sz w:val="20"/>
                <w:szCs w:val="20"/>
              </w:rPr>
              <w:t>Gredice za sadnju vrta</w:t>
            </w:r>
          </w:p>
        </w:tc>
        <w:tc>
          <w:tcPr>
            <w:tcW w:w="2397" w:type="dxa"/>
          </w:tcPr>
          <w:p w14:paraId="2B1DF199" w14:textId="77777777" w:rsidR="00DE433A" w:rsidRPr="00DE433A" w:rsidRDefault="00DE433A" w:rsidP="00A035F1">
            <w:pPr>
              <w:spacing w:after="0" w:line="240" w:lineRule="auto"/>
              <w:jc w:val="right"/>
              <w:rPr>
                <w:color w:val="auto"/>
                <w:sz w:val="20"/>
                <w:szCs w:val="20"/>
              </w:rPr>
            </w:pPr>
            <w:r w:rsidRPr="00DE433A">
              <w:rPr>
                <w:color w:val="auto"/>
                <w:sz w:val="20"/>
                <w:szCs w:val="20"/>
              </w:rPr>
              <w:t>500,00 €</w:t>
            </w:r>
          </w:p>
        </w:tc>
      </w:tr>
      <w:tr w:rsidR="00DE433A" w:rsidRPr="00DE433A" w14:paraId="3F4A1356" w14:textId="77777777" w:rsidTr="00DE433A">
        <w:tc>
          <w:tcPr>
            <w:tcW w:w="534" w:type="dxa"/>
          </w:tcPr>
          <w:p w14:paraId="07DF69E6" w14:textId="77777777" w:rsidR="00DE433A" w:rsidRPr="00DE433A" w:rsidRDefault="00DE433A" w:rsidP="00A035F1">
            <w:pPr>
              <w:spacing w:after="0" w:line="240" w:lineRule="auto"/>
              <w:rPr>
                <w:color w:val="auto"/>
                <w:sz w:val="20"/>
                <w:szCs w:val="20"/>
              </w:rPr>
            </w:pPr>
          </w:p>
        </w:tc>
        <w:tc>
          <w:tcPr>
            <w:tcW w:w="6095" w:type="dxa"/>
          </w:tcPr>
          <w:p w14:paraId="20EE44F1" w14:textId="77777777" w:rsidR="00DE433A" w:rsidRPr="00DE433A" w:rsidRDefault="00DE433A" w:rsidP="00A035F1">
            <w:pPr>
              <w:spacing w:after="0" w:line="240" w:lineRule="auto"/>
              <w:rPr>
                <w:color w:val="auto"/>
                <w:sz w:val="20"/>
                <w:szCs w:val="20"/>
              </w:rPr>
            </w:pPr>
            <w:r w:rsidRPr="00DE433A">
              <w:rPr>
                <w:b/>
                <w:bCs/>
                <w:color w:val="auto"/>
                <w:sz w:val="20"/>
                <w:szCs w:val="20"/>
              </w:rPr>
              <w:t>Ukupno – Leptirići</w:t>
            </w:r>
          </w:p>
        </w:tc>
        <w:tc>
          <w:tcPr>
            <w:tcW w:w="2397" w:type="dxa"/>
          </w:tcPr>
          <w:p w14:paraId="6FD7A7B7"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2.500,00 €</w:t>
            </w:r>
          </w:p>
        </w:tc>
      </w:tr>
      <w:tr w:rsidR="00DE433A" w:rsidRPr="00DE433A" w14:paraId="551D3A7D" w14:textId="77777777" w:rsidTr="00DE433A">
        <w:tc>
          <w:tcPr>
            <w:tcW w:w="9026" w:type="dxa"/>
            <w:gridSpan w:val="3"/>
          </w:tcPr>
          <w:p w14:paraId="17D4ADD3" w14:textId="77777777" w:rsidR="00DE433A" w:rsidRPr="00DE433A" w:rsidRDefault="00DE433A" w:rsidP="00A035F1">
            <w:pPr>
              <w:spacing w:after="0" w:line="240" w:lineRule="auto"/>
              <w:rPr>
                <w:color w:val="auto"/>
                <w:sz w:val="20"/>
                <w:szCs w:val="20"/>
              </w:rPr>
            </w:pPr>
            <w:r w:rsidRPr="00DE433A">
              <w:rPr>
                <w:b/>
                <w:bCs/>
                <w:color w:val="auto"/>
                <w:sz w:val="20"/>
                <w:szCs w:val="20"/>
              </w:rPr>
              <w:t>Skupina: Pčelice</w:t>
            </w:r>
          </w:p>
        </w:tc>
      </w:tr>
      <w:tr w:rsidR="00DE433A" w:rsidRPr="00DE433A" w14:paraId="34EB4249" w14:textId="77777777" w:rsidTr="00DE433A">
        <w:tc>
          <w:tcPr>
            <w:tcW w:w="534" w:type="dxa"/>
          </w:tcPr>
          <w:p w14:paraId="5D59A826" w14:textId="77777777" w:rsidR="00DE433A" w:rsidRPr="00DE433A" w:rsidRDefault="00DE433A" w:rsidP="00A035F1">
            <w:pPr>
              <w:spacing w:after="0" w:line="240" w:lineRule="auto"/>
              <w:jc w:val="center"/>
              <w:rPr>
                <w:color w:val="auto"/>
                <w:sz w:val="20"/>
                <w:szCs w:val="20"/>
              </w:rPr>
            </w:pPr>
            <w:r w:rsidRPr="00DE433A">
              <w:rPr>
                <w:color w:val="auto"/>
                <w:sz w:val="20"/>
                <w:szCs w:val="20"/>
              </w:rPr>
              <w:t>1.</w:t>
            </w:r>
          </w:p>
        </w:tc>
        <w:tc>
          <w:tcPr>
            <w:tcW w:w="6095" w:type="dxa"/>
          </w:tcPr>
          <w:p w14:paraId="5394925E" w14:textId="77777777" w:rsidR="00DE433A" w:rsidRPr="00DE433A" w:rsidRDefault="00DE433A" w:rsidP="00A035F1">
            <w:pPr>
              <w:spacing w:after="0" w:line="240" w:lineRule="auto"/>
              <w:rPr>
                <w:color w:val="auto"/>
                <w:sz w:val="20"/>
                <w:szCs w:val="20"/>
              </w:rPr>
            </w:pPr>
            <w:r w:rsidRPr="00DE433A">
              <w:rPr>
                <w:color w:val="auto"/>
                <w:sz w:val="20"/>
                <w:szCs w:val="20"/>
              </w:rPr>
              <w:t>Farbanje SDB zidovi</w:t>
            </w:r>
          </w:p>
        </w:tc>
        <w:tc>
          <w:tcPr>
            <w:tcW w:w="2397" w:type="dxa"/>
          </w:tcPr>
          <w:p w14:paraId="05C014D1" w14:textId="77777777" w:rsidR="00DE433A" w:rsidRPr="00DE433A" w:rsidRDefault="00DE433A" w:rsidP="00A035F1">
            <w:pPr>
              <w:spacing w:after="0" w:line="240" w:lineRule="auto"/>
              <w:jc w:val="right"/>
              <w:rPr>
                <w:color w:val="auto"/>
                <w:sz w:val="20"/>
                <w:szCs w:val="20"/>
              </w:rPr>
            </w:pPr>
            <w:r w:rsidRPr="00DE433A">
              <w:rPr>
                <w:color w:val="auto"/>
                <w:sz w:val="20"/>
                <w:szCs w:val="20"/>
              </w:rPr>
              <w:t>2.000,00 €</w:t>
            </w:r>
          </w:p>
        </w:tc>
      </w:tr>
      <w:tr w:rsidR="00DE433A" w:rsidRPr="00DE433A" w14:paraId="11A3C0D0" w14:textId="77777777" w:rsidTr="00DE433A">
        <w:tc>
          <w:tcPr>
            <w:tcW w:w="534" w:type="dxa"/>
          </w:tcPr>
          <w:p w14:paraId="405AB260" w14:textId="77777777" w:rsidR="00DE433A" w:rsidRPr="00DE433A" w:rsidRDefault="00DE433A" w:rsidP="00A035F1">
            <w:pPr>
              <w:spacing w:after="0" w:line="240" w:lineRule="auto"/>
              <w:jc w:val="center"/>
              <w:rPr>
                <w:color w:val="auto"/>
                <w:sz w:val="20"/>
                <w:szCs w:val="20"/>
              </w:rPr>
            </w:pPr>
            <w:r w:rsidRPr="00DE433A">
              <w:rPr>
                <w:color w:val="auto"/>
                <w:sz w:val="20"/>
                <w:szCs w:val="20"/>
              </w:rPr>
              <w:t>2.</w:t>
            </w:r>
          </w:p>
        </w:tc>
        <w:tc>
          <w:tcPr>
            <w:tcW w:w="6095" w:type="dxa"/>
          </w:tcPr>
          <w:p w14:paraId="7279EE21" w14:textId="77777777" w:rsidR="00DE433A" w:rsidRPr="00DE433A" w:rsidRDefault="00DE433A" w:rsidP="00A035F1">
            <w:pPr>
              <w:spacing w:after="0" w:line="240" w:lineRule="auto"/>
              <w:rPr>
                <w:color w:val="auto"/>
                <w:sz w:val="20"/>
                <w:szCs w:val="20"/>
              </w:rPr>
            </w:pPr>
            <w:r w:rsidRPr="00DE433A">
              <w:rPr>
                <w:color w:val="auto"/>
                <w:sz w:val="20"/>
                <w:szCs w:val="20"/>
              </w:rPr>
              <w:t>Farbanje sprava na igralištu</w:t>
            </w:r>
          </w:p>
        </w:tc>
        <w:tc>
          <w:tcPr>
            <w:tcW w:w="2397" w:type="dxa"/>
          </w:tcPr>
          <w:p w14:paraId="4AB15F59" w14:textId="77777777" w:rsidR="00DE433A" w:rsidRPr="00DE433A" w:rsidRDefault="00DE433A" w:rsidP="00A035F1">
            <w:pPr>
              <w:spacing w:after="0" w:line="240" w:lineRule="auto"/>
              <w:jc w:val="right"/>
              <w:rPr>
                <w:color w:val="auto"/>
                <w:sz w:val="20"/>
                <w:szCs w:val="20"/>
              </w:rPr>
            </w:pPr>
            <w:r w:rsidRPr="00DE433A">
              <w:rPr>
                <w:color w:val="auto"/>
                <w:sz w:val="20"/>
                <w:szCs w:val="20"/>
              </w:rPr>
              <w:t>1.000,00 €</w:t>
            </w:r>
          </w:p>
        </w:tc>
      </w:tr>
      <w:tr w:rsidR="00DE433A" w:rsidRPr="00DE433A" w14:paraId="35E966ED" w14:textId="77777777" w:rsidTr="00DE433A">
        <w:tc>
          <w:tcPr>
            <w:tcW w:w="534" w:type="dxa"/>
          </w:tcPr>
          <w:p w14:paraId="5228991E" w14:textId="77777777" w:rsidR="00DE433A" w:rsidRPr="00DE433A" w:rsidRDefault="00DE433A" w:rsidP="00A035F1">
            <w:pPr>
              <w:spacing w:after="0" w:line="240" w:lineRule="auto"/>
              <w:jc w:val="center"/>
              <w:rPr>
                <w:color w:val="auto"/>
                <w:sz w:val="20"/>
                <w:szCs w:val="20"/>
              </w:rPr>
            </w:pPr>
            <w:r w:rsidRPr="00DE433A">
              <w:rPr>
                <w:color w:val="auto"/>
                <w:sz w:val="20"/>
                <w:szCs w:val="20"/>
              </w:rPr>
              <w:t>3.</w:t>
            </w:r>
          </w:p>
        </w:tc>
        <w:tc>
          <w:tcPr>
            <w:tcW w:w="6095" w:type="dxa"/>
          </w:tcPr>
          <w:p w14:paraId="7A86FE85" w14:textId="77777777" w:rsidR="00DE433A" w:rsidRPr="00DE433A" w:rsidRDefault="00DE433A" w:rsidP="00A035F1">
            <w:pPr>
              <w:spacing w:after="0" w:line="240" w:lineRule="auto"/>
              <w:rPr>
                <w:color w:val="auto"/>
                <w:sz w:val="20"/>
                <w:szCs w:val="20"/>
              </w:rPr>
            </w:pPr>
            <w:r w:rsidRPr="00DE433A">
              <w:rPr>
                <w:color w:val="auto"/>
                <w:sz w:val="20"/>
                <w:szCs w:val="20"/>
              </w:rPr>
              <w:t>Ormarić SDB – 2 kom</w:t>
            </w:r>
          </w:p>
        </w:tc>
        <w:tc>
          <w:tcPr>
            <w:tcW w:w="2397" w:type="dxa"/>
          </w:tcPr>
          <w:p w14:paraId="27DF205D" w14:textId="77777777" w:rsidR="00DE433A" w:rsidRPr="00DE433A" w:rsidRDefault="00DE433A" w:rsidP="00A035F1">
            <w:pPr>
              <w:spacing w:after="0" w:line="240" w:lineRule="auto"/>
              <w:jc w:val="right"/>
              <w:rPr>
                <w:color w:val="auto"/>
                <w:sz w:val="20"/>
                <w:szCs w:val="20"/>
              </w:rPr>
            </w:pPr>
            <w:r w:rsidRPr="00DE433A">
              <w:rPr>
                <w:color w:val="auto"/>
                <w:sz w:val="20"/>
                <w:szCs w:val="20"/>
              </w:rPr>
              <w:t>200,00 €</w:t>
            </w:r>
          </w:p>
        </w:tc>
      </w:tr>
      <w:tr w:rsidR="00DE433A" w:rsidRPr="00DE433A" w14:paraId="22C4A10B" w14:textId="77777777" w:rsidTr="00DE433A">
        <w:tc>
          <w:tcPr>
            <w:tcW w:w="534" w:type="dxa"/>
          </w:tcPr>
          <w:p w14:paraId="561E7574" w14:textId="77777777" w:rsidR="00DE433A" w:rsidRPr="00DE433A" w:rsidRDefault="00DE433A" w:rsidP="00A035F1">
            <w:pPr>
              <w:spacing w:after="0" w:line="240" w:lineRule="auto"/>
              <w:jc w:val="center"/>
              <w:rPr>
                <w:color w:val="auto"/>
                <w:sz w:val="20"/>
                <w:szCs w:val="20"/>
              </w:rPr>
            </w:pPr>
            <w:r w:rsidRPr="00DE433A">
              <w:rPr>
                <w:color w:val="auto"/>
                <w:sz w:val="20"/>
                <w:szCs w:val="20"/>
              </w:rPr>
              <w:t>4.</w:t>
            </w:r>
          </w:p>
        </w:tc>
        <w:tc>
          <w:tcPr>
            <w:tcW w:w="6095" w:type="dxa"/>
          </w:tcPr>
          <w:p w14:paraId="698CB76F" w14:textId="77777777" w:rsidR="00DE433A" w:rsidRPr="00DE433A" w:rsidRDefault="00DE433A" w:rsidP="00A035F1">
            <w:pPr>
              <w:spacing w:after="0" w:line="240" w:lineRule="auto"/>
              <w:rPr>
                <w:color w:val="auto"/>
                <w:sz w:val="20"/>
                <w:szCs w:val="20"/>
              </w:rPr>
            </w:pPr>
            <w:r w:rsidRPr="00DE433A">
              <w:rPr>
                <w:color w:val="auto"/>
                <w:sz w:val="20"/>
                <w:szCs w:val="20"/>
              </w:rPr>
              <w:t>Igračke za skupinu</w:t>
            </w:r>
          </w:p>
        </w:tc>
        <w:tc>
          <w:tcPr>
            <w:tcW w:w="2397" w:type="dxa"/>
          </w:tcPr>
          <w:p w14:paraId="5666046D" w14:textId="77777777" w:rsidR="00DE433A" w:rsidRPr="00DE433A" w:rsidRDefault="00DE433A" w:rsidP="00A035F1">
            <w:pPr>
              <w:spacing w:after="0" w:line="240" w:lineRule="auto"/>
              <w:jc w:val="right"/>
              <w:rPr>
                <w:color w:val="auto"/>
                <w:sz w:val="20"/>
                <w:szCs w:val="20"/>
              </w:rPr>
            </w:pPr>
            <w:r w:rsidRPr="00DE433A">
              <w:rPr>
                <w:color w:val="auto"/>
                <w:sz w:val="20"/>
                <w:szCs w:val="20"/>
              </w:rPr>
              <w:t>100,00 €</w:t>
            </w:r>
          </w:p>
        </w:tc>
      </w:tr>
      <w:tr w:rsidR="00DE433A" w:rsidRPr="00DE433A" w14:paraId="7287C132" w14:textId="77777777" w:rsidTr="00DE433A">
        <w:tc>
          <w:tcPr>
            <w:tcW w:w="534" w:type="dxa"/>
          </w:tcPr>
          <w:p w14:paraId="6C62D57F" w14:textId="77777777" w:rsidR="00DE433A" w:rsidRPr="00DE433A" w:rsidRDefault="00DE433A" w:rsidP="00A035F1">
            <w:pPr>
              <w:spacing w:after="0" w:line="240" w:lineRule="auto"/>
              <w:rPr>
                <w:color w:val="auto"/>
                <w:sz w:val="20"/>
                <w:szCs w:val="20"/>
              </w:rPr>
            </w:pPr>
          </w:p>
        </w:tc>
        <w:tc>
          <w:tcPr>
            <w:tcW w:w="6095" w:type="dxa"/>
          </w:tcPr>
          <w:p w14:paraId="26A55350" w14:textId="77777777" w:rsidR="00DE433A" w:rsidRPr="00DE433A" w:rsidRDefault="00DE433A" w:rsidP="00A035F1">
            <w:pPr>
              <w:spacing w:after="0" w:line="240" w:lineRule="auto"/>
              <w:rPr>
                <w:color w:val="auto"/>
                <w:sz w:val="20"/>
                <w:szCs w:val="20"/>
              </w:rPr>
            </w:pPr>
            <w:r w:rsidRPr="00DE433A">
              <w:rPr>
                <w:b/>
                <w:bCs/>
                <w:color w:val="auto"/>
                <w:sz w:val="20"/>
                <w:szCs w:val="20"/>
              </w:rPr>
              <w:t>Ukupno – Pčelice</w:t>
            </w:r>
          </w:p>
        </w:tc>
        <w:tc>
          <w:tcPr>
            <w:tcW w:w="2397" w:type="dxa"/>
          </w:tcPr>
          <w:p w14:paraId="2F79E660" w14:textId="77777777" w:rsidR="00DE433A" w:rsidRPr="00DE433A" w:rsidRDefault="00DE433A" w:rsidP="00A035F1">
            <w:pPr>
              <w:spacing w:after="0" w:line="240" w:lineRule="auto"/>
              <w:jc w:val="right"/>
              <w:rPr>
                <w:color w:val="auto"/>
                <w:sz w:val="20"/>
                <w:szCs w:val="20"/>
              </w:rPr>
            </w:pPr>
            <w:r w:rsidRPr="00DE433A">
              <w:rPr>
                <w:b/>
                <w:bCs/>
                <w:color w:val="auto"/>
                <w:sz w:val="20"/>
                <w:szCs w:val="20"/>
              </w:rPr>
              <w:t>3.300,00 €</w:t>
            </w:r>
          </w:p>
        </w:tc>
      </w:tr>
    </w:tbl>
    <w:p w14:paraId="5D0B9093" w14:textId="77777777" w:rsidR="00F51F43" w:rsidRPr="00F51F43" w:rsidRDefault="00F51F43" w:rsidP="00F51F43">
      <w:pPr>
        <w:pStyle w:val="Naslov1"/>
      </w:pPr>
      <w:bookmarkStart w:id="9" w:name="_Toc241563325"/>
      <w:r w:rsidRPr="00F51F43">
        <w:lastRenderedPageBreak/>
        <w:t>4. NJEGA I SKRB ZA TJELESNI RAST I ZDRAVLJE DJECE</w:t>
      </w:r>
      <w:bookmarkEnd w:id="9"/>
    </w:p>
    <w:p w14:paraId="1FB64985" w14:textId="77777777" w:rsidR="00F51F43" w:rsidRDefault="00F51F43" w:rsidP="00F51F43">
      <w:pPr>
        <w:contextualSpacing/>
      </w:pPr>
    </w:p>
    <w:p w14:paraId="2F2F3F4C" w14:textId="77777777" w:rsidR="00F51F43" w:rsidRPr="00497F90" w:rsidRDefault="00F51F43" w:rsidP="00F51F43">
      <w:pPr>
        <w:contextualSpacing/>
      </w:pPr>
      <w:r w:rsidRPr="00497F90">
        <w:t>Njega i skrb za tjelesni rast i zdravlje djece obuhvaća stvaranje sigurnih i poticajnih uvjeta za zadovoljavanje dječjih potreba, praćenje zdravstvenog i razvojnog statusa djece, prevenciju bolesti i ozljeda, razvoj zdravih životnih navika te suradnju svih sudionika odgojno-obrazovnog procesa.</w:t>
      </w:r>
    </w:p>
    <w:p w14:paraId="429C0121" w14:textId="77777777" w:rsidR="00F51F43" w:rsidRPr="00497F90" w:rsidRDefault="00F51F43" w:rsidP="00F51F43">
      <w:pPr>
        <w:pStyle w:val="Grafikeoznake"/>
        <w:spacing w:after="0" w:line="360" w:lineRule="auto"/>
        <w:rPr>
          <w:sz w:val="24"/>
          <w:szCs w:val="24"/>
        </w:rPr>
      </w:pPr>
      <w:r w:rsidRPr="00497F90">
        <w:rPr>
          <w:sz w:val="24"/>
          <w:szCs w:val="24"/>
        </w:rPr>
        <w:t>stvaranje optimalnih uvjeta za zadovoljavanje djetetovih potreba na području zdravlja, njege, prehrane, kretanja i odmora;</w:t>
      </w:r>
    </w:p>
    <w:p w14:paraId="75E42381" w14:textId="77777777" w:rsidR="00F51F43" w:rsidRPr="00497F90" w:rsidRDefault="00F51F43" w:rsidP="00F51F43">
      <w:pPr>
        <w:pStyle w:val="Grafikeoznake"/>
        <w:spacing w:after="0" w:line="360" w:lineRule="auto"/>
        <w:rPr>
          <w:sz w:val="24"/>
          <w:szCs w:val="24"/>
        </w:rPr>
      </w:pPr>
      <w:r w:rsidRPr="00497F90">
        <w:rPr>
          <w:sz w:val="24"/>
          <w:szCs w:val="24"/>
        </w:rPr>
        <w:t>praćenje zdravlja i razvoja djece te pravodobno prepoznavanje djece kojoj je potrebna dodatna podrška;</w:t>
      </w:r>
    </w:p>
    <w:p w14:paraId="4C3307DF" w14:textId="77777777" w:rsidR="00F51F43" w:rsidRPr="00497F90" w:rsidRDefault="00F51F43" w:rsidP="00F51F43">
      <w:pPr>
        <w:pStyle w:val="Grafikeoznake"/>
        <w:spacing w:after="0" w:line="360" w:lineRule="auto"/>
        <w:rPr>
          <w:sz w:val="24"/>
          <w:szCs w:val="24"/>
        </w:rPr>
      </w:pPr>
      <w:r w:rsidRPr="00497F90">
        <w:rPr>
          <w:sz w:val="24"/>
          <w:szCs w:val="24"/>
        </w:rPr>
        <w:t>stručno usavršavanje zaposlenika o zaštiti zdravlja, higijensko-epidemiološkim mjerama i prevenciji bolesti i ozljeda;</w:t>
      </w:r>
    </w:p>
    <w:p w14:paraId="5CC1C12A" w14:textId="77777777" w:rsidR="00F51F43" w:rsidRPr="00497F90" w:rsidRDefault="00F51F43" w:rsidP="00F51F43">
      <w:pPr>
        <w:pStyle w:val="Grafikeoznake"/>
        <w:spacing w:after="0" w:line="360" w:lineRule="auto"/>
        <w:rPr>
          <w:sz w:val="24"/>
          <w:szCs w:val="24"/>
        </w:rPr>
      </w:pPr>
      <w:r w:rsidRPr="00497F90">
        <w:rPr>
          <w:sz w:val="24"/>
          <w:szCs w:val="24"/>
        </w:rPr>
        <w:t>suradnja s roditeljima u cilju zaštite zdravlja, sigurnosti i dobrobiti djeteta.</w:t>
      </w:r>
    </w:p>
    <w:p w14:paraId="101C4938" w14:textId="77777777" w:rsidR="00201048" w:rsidRDefault="00201048" w:rsidP="00201048"/>
    <w:p w14:paraId="28319E78" w14:textId="77777777" w:rsidR="00F51F43" w:rsidRPr="00497F90" w:rsidRDefault="00F51F43" w:rsidP="00201048">
      <w:r w:rsidRPr="00497F90">
        <w:t>Bitne zadaće na razini ustanove</w:t>
      </w:r>
    </w:p>
    <w:p w14:paraId="1299331E" w14:textId="77777777" w:rsidR="00F51F43" w:rsidRPr="00497F90" w:rsidRDefault="00F51F43" w:rsidP="00F51F43">
      <w:pPr>
        <w:pStyle w:val="Brojevi"/>
        <w:spacing w:after="0" w:line="360" w:lineRule="auto"/>
        <w:rPr>
          <w:sz w:val="24"/>
          <w:szCs w:val="24"/>
        </w:rPr>
      </w:pPr>
      <w:r w:rsidRPr="00497F90">
        <w:rPr>
          <w:sz w:val="24"/>
          <w:szCs w:val="24"/>
        </w:rPr>
        <w:t>ritam aktivnosti prilagoditi dobi, individualnim potrebama, mogućnostima i bioritmu svakog djeteta;</w:t>
      </w:r>
    </w:p>
    <w:p w14:paraId="1A4AD15B" w14:textId="77777777" w:rsidR="00F51F43" w:rsidRPr="00497F90" w:rsidRDefault="00F51F43" w:rsidP="00F51F43">
      <w:pPr>
        <w:pStyle w:val="Brojevi"/>
        <w:spacing w:after="0" w:line="360" w:lineRule="auto"/>
        <w:rPr>
          <w:sz w:val="24"/>
          <w:szCs w:val="24"/>
        </w:rPr>
      </w:pPr>
      <w:r w:rsidRPr="00497F90">
        <w:rPr>
          <w:sz w:val="24"/>
          <w:szCs w:val="24"/>
        </w:rPr>
        <w:t>prehranu djece provoditi prema važećim standardima i propisima, uz uvažavanje posebnih prehrambenih potreba i provođenje HACCP sustava;</w:t>
      </w:r>
    </w:p>
    <w:p w14:paraId="434E402A" w14:textId="77777777" w:rsidR="00F51F43" w:rsidRPr="00497F90" w:rsidRDefault="00F51F43" w:rsidP="00F51F43">
      <w:pPr>
        <w:pStyle w:val="Brojevi"/>
        <w:spacing w:after="0" w:line="360" w:lineRule="auto"/>
        <w:rPr>
          <w:sz w:val="24"/>
          <w:szCs w:val="24"/>
        </w:rPr>
      </w:pPr>
      <w:r w:rsidRPr="00497F90">
        <w:rPr>
          <w:sz w:val="24"/>
          <w:szCs w:val="24"/>
        </w:rPr>
        <w:t>stvarati uvjete za razvoj samostalnosti djece u procesu prehrane i usvajanje zdravih prehrambenih navika;</w:t>
      </w:r>
    </w:p>
    <w:p w14:paraId="2C005643" w14:textId="77777777" w:rsidR="00F51F43" w:rsidRPr="00497F90" w:rsidRDefault="00F51F43" w:rsidP="00F51F43">
      <w:pPr>
        <w:pStyle w:val="Brojevi"/>
        <w:spacing w:after="0" w:line="360" w:lineRule="auto"/>
        <w:rPr>
          <w:sz w:val="24"/>
          <w:szCs w:val="24"/>
        </w:rPr>
      </w:pPr>
      <w:r w:rsidRPr="00497F90">
        <w:rPr>
          <w:sz w:val="24"/>
          <w:szCs w:val="24"/>
        </w:rPr>
        <w:t>kontinuirano stručno usavršavati odgojitelje i druge zaposlenike te prema potrebi informirati roditelje;</w:t>
      </w:r>
    </w:p>
    <w:p w14:paraId="23FA1B5D" w14:textId="77777777" w:rsidR="00F51F43" w:rsidRPr="00497F90" w:rsidRDefault="00F51F43" w:rsidP="00F51F43">
      <w:pPr>
        <w:pStyle w:val="Brojevi"/>
        <w:spacing w:after="0" w:line="360" w:lineRule="auto"/>
        <w:rPr>
          <w:sz w:val="24"/>
          <w:szCs w:val="24"/>
        </w:rPr>
      </w:pPr>
      <w:r w:rsidRPr="00497F90">
        <w:rPr>
          <w:sz w:val="24"/>
          <w:szCs w:val="24"/>
        </w:rPr>
        <w:t>provoditi mjere povećane sigurnosti djece i prevencije ozljeda u unutarnjem i vanjskom prostoru;</w:t>
      </w:r>
    </w:p>
    <w:p w14:paraId="4CF87C27" w14:textId="77777777" w:rsidR="00F51F43" w:rsidRPr="00497F90" w:rsidRDefault="00F51F43" w:rsidP="00F51F43">
      <w:pPr>
        <w:pStyle w:val="Brojevi"/>
        <w:spacing w:after="0" w:line="360" w:lineRule="auto"/>
        <w:rPr>
          <w:sz w:val="24"/>
          <w:szCs w:val="24"/>
        </w:rPr>
      </w:pPr>
      <w:r w:rsidRPr="00497F90">
        <w:rPr>
          <w:sz w:val="24"/>
          <w:szCs w:val="24"/>
        </w:rPr>
        <w:t>sustavno pratiti zdravstveni i psihofizički razvoj djece, uz naglasak na prevenciju zaraznih bolesti, poteškoća u motoričkom razvoju, nepravilnih prehrambenih navika i oralnih bolesti;</w:t>
      </w:r>
    </w:p>
    <w:p w14:paraId="73BFB4F0" w14:textId="77777777" w:rsidR="00F51F43" w:rsidRPr="00497F90" w:rsidRDefault="00F51F43" w:rsidP="00F51F43">
      <w:pPr>
        <w:pStyle w:val="Brojevi"/>
        <w:spacing w:after="0" w:line="360" w:lineRule="auto"/>
        <w:rPr>
          <w:sz w:val="24"/>
          <w:szCs w:val="24"/>
        </w:rPr>
      </w:pPr>
      <w:r w:rsidRPr="00497F90">
        <w:rPr>
          <w:sz w:val="24"/>
          <w:szCs w:val="24"/>
        </w:rPr>
        <w:t>pravodobno prepoznati djecu s razvojnim teškoćama, razvojnim rizicima i potencijalnim darovitim sposobnostima te osigurati odgovarajuću podršku;</w:t>
      </w:r>
    </w:p>
    <w:p w14:paraId="1C8D540D" w14:textId="77777777" w:rsidR="00F51F43" w:rsidRPr="00497F90" w:rsidRDefault="00F51F43" w:rsidP="00F51F43">
      <w:pPr>
        <w:pStyle w:val="Brojevi"/>
        <w:spacing w:after="0" w:line="360" w:lineRule="auto"/>
        <w:rPr>
          <w:sz w:val="24"/>
          <w:szCs w:val="24"/>
        </w:rPr>
      </w:pPr>
      <w:r w:rsidRPr="00497F90">
        <w:rPr>
          <w:sz w:val="24"/>
          <w:szCs w:val="24"/>
        </w:rPr>
        <w:t>osiguravati svakodnevne mogućnosti za kretanje, tjelesno vježbanje i boravak na zraku;</w:t>
      </w:r>
    </w:p>
    <w:p w14:paraId="74DE29BF" w14:textId="77777777" w:rsidR="00F51F43" w:rsidRPr="00497F90" w:rsidRDefault="00F51F43" w:rsidP="00F51F43">
      <w:pPr>
        <w:pStyle w:val="Brojevi"/>
        <w:spacing w:after="0" w:line="360" w:lineRule="auto"/>
        <w:rPr>
          <w:sz w:val="24"/>
          <w:szCs w:val="24"/>
        </w:rPr>
      </w:pPr>
      <w:r w:rsidRPr="00497F90">
        <w:rPr>
          <w:sz w:val="24"/>
          <w:szCs w:val="24"/>
        </w:rPr>
        <w:lastRenderedPageBreak/>
        <w:t>provoditi zdravstveni odgoj kroz svakodnevne životne situacije, igru i planirane aktivnosti;</w:t>
      </w:r>
    </w:p>
    <w:p w14:paraId="09F478FB" w14:textId="77777777" w:rsidR="00F51F43" w:rsidRPr="00497F90" w:rsidRDefault="00F51F43" w:rsidP="00F51F43">
      <w:pPr>
        <w:pStyle w:val="Brojevi"/>
        <w:spacing w:after="0" w:line="360" w:lineRule="auto"/>
        <w:rPr>
          <w:sz w:val="24"/>
          <w:szCs w:val="24"/>
        </w:rPr>
      </w:pPr>
      <w:r w:rsidRPr="00497F90">
        <w:rPr>
          <w:sz w:val="24"/>
          <w:szCs w:val="24"/>
        </w:rPr>
        <w:t>pratiti oralno zdravlje djece i provoditi preventivne aktivnosti;</w:t>
      </w:r>
    </w:p>
    <w:p w14:paraId="02D1DA94" w14:textId="77777777" w:rsidR="00F51F43" w:rsidRPr="00497F90" w:rsidRDefault="00F51F43" w:rsidP="00F51F43">
      <w:pPr>
        <w:pStyle w:val="Brojevi"/>
        <w:spacing w:after="0" w:line="360" w:lineRule="auto"/>
        <w:rPr>
          <w:sz w:val="24"/>
          <w:szCs w:val="24"/>
        </w:rPr>
      </w:pPr>
      <w:r w:rsidRPr="00497F90">
        <w:rPr>
          <w:sz w:val="24"/>
          <w:szCs w:val="24"/>
        </w:rPr>
        <w:t>izrađivati individualizirane pristupe i planove potpore kada su potrebni;</w:t>
      </w:r>
    </w:p>
    <w:p w14:paraId="47BB0561" w14:textId="77777777" w:rsidR="00F51F43" w:rsidRPr="00497F90" w:rsidRDefault="00F51F43" w:rsidP="00F51F43">
      <w:pPr>
        <w:pStyle w:val="Brojevi"/>
        <w:spacing w:after="0" w:line="360" w:lineRule="auto"/>
        <w:rPr>
          <w:sz w:val="24"/>
          <w:szCs w:val="24"/>
        </w:rPr>
      </w:pPr>
      <w:r w:rsidRPr="00497F90">
        <w:rPr>
          <w:sz w:val="24"/>
          <w:szCs w:val="24"/>
        </w:rPr>
        <w:t>unaprjeđivati higijenske uvjete i provoditi mjere prevencije zaraznih bolesti.</w:t>
      </w:r>
    </w:p>
    <w:p w14:paraId="6CCA3B1F" w14:textId="77777777" w:rsidR="00F51F43" w:rsidRPr="00F51F43" w:rsidRDefault="00F51F43" w:rsidP="00F51F43">
      <w:pPr>
        <w:pStyle w:val="Naslov2"/>
      </w:pPr>
      <w:bookmarkStart w:id="10" w:name="_Toc241563326"/>
      <w:r w:rsidRPr="00F51F43">
        <w:t>4.1. PROGRAM MJERA POVEĆANJA SIGURNOSTI U DJEČJEM VRTIĆU</w:t>
      </w:r>
      <w:bookmarkEnd w:id="10"/>
    </w:p>
    <w:p w14:paraId="254AFFC9" w14:textId="77777777" w:rsidR="00F51F43" w:rsidRPr="00497F90" w:rsidRDefault="00F51F43" w:rsidP="00201048">
      <w:r w:rsidRPr="00497F90">
        <w:t>Analiza problema – popis potencijalnih izvora opasnosti</w:t>
      </w:r>
    </w:p>
    <w:p w14:paraId="49438EAC" w14:textId="77777777" w:rsidR="00F51F43" w:rsidRPr="00497F90" w:rsidRDefault="00F51F43" w:rsidP="00F51F43">
      <w:pPr>
        <w:pStyle w:val="Grafikeoznake"/>
        <w:spacing w:after="0" w:line="360" w:lineRule="auto"/>
        <w:rPr>
          <w:sz w:val="24"/>
          <w:szCs w:val="24"/>
        </w:rPr>
      </w:pPr>
      <w:r w:rsidRPr="00497F90">
        <w:rPr>
          <w:sz w:val="24"/>
          <w:szCs w:val="24"/>
        </w:rPr>
        <w:t>Unutarnji prostor vrtića: kupaonice, stepenice, prozori, vrata, terase, oštri i sitni predmeti, igračke i materijali neprimjereni dobi, sredstva za čišćenje, električni uređaji, nepoznate osobe i drugi potencijalni izvori opasnosti.</w:t>
      </w:r>
    </w:p>
    <w:p w14:paraId="3FC52F5B" w14:textId="77777777" w:rsidR="00F51F43" w:rsidRPr="00497F90" w:rsidRDefault="00F51F43" w:rsidP="00F51F43">
      <w:pPr>
        <w:pStyle w:val="Grafikeoznake"/>
        <w:spacing w:after="0" w:line="360" w:lineRule="auto"/>
        <w:rPr>
          <w:sz w:val="24"/>
          <w:szCs w:val="24"/>
        </w:rPr>
      </w:pPr>
      <w:r w:rsidRPr="00497F90">
        <w:rPr>
          <w:sz w:val="24"/>
          <w:szCs w:val="24"/>
        </w:rPr>
        <w:t>Vanjski prostor vrtića i neposredna okolica: penjalice, tobogani, ljuljačke, pješčanici, oštri predmeti, staklo, neprimjereni materijali, prometna sredstva, životinje, nepoznate osobe i drugi potencijalni izvori opasnosti.</w:t>
      </w:r>
    </w:p>
    <w:p w14:paraId="0AB68BDB" w14:textId="77777777" w:rsidR="00F51F43" w:rsidRPr="00497F90" w:rsidRDefault="00F51F43" w:rsidP="00F51F43">
      <w:pPr>
        <w:pStyle w:val="Naslov3"/>
      </w:pPr>
      <w:bookmarkStart w:id="11" w:name="_Toc241563327"/>
      <w:r>
        <w:t xml:space="preserve">4.1.1. </w:t>
      </w:r>
      <w:r w:rsidRPr="00497F90">
        <w:t>Ciljevi programa</w:t>
      </w:r>
      <w:bookmarkEnd w:id="11"/>
    </w:p>
    <w:p w14:paraId="18200336" w14:textId="77777777" w:rsidR="00F51F43" w:rsidRPr="00201048" w:rsidRDefault="00F51F43" w:rsidP="00201048">
      <w:r w:rsidRPr="00201048">
        <w:t>Kratkoročni ciljevi</w:t>
      </w:r>
    </w:p>
    <w:p w14:paraId="1F28005E" w14:textId="77777777" w:rsidR="00F51F43" w:rsidRPr="00497F90" w:rsidRDefault="00F51F43" w:rsidP="00F51F43">
      <w:pPr>
        <w:pStyle w:val="Grafikeoznake"/>
        <w:spacing w:after="0" w:line="360" w:lineRule="auto"/>
        <w:rPr>
          <w:sz w:val="24"/>
          <w:szCs w:val="24"/>
        </w:rPr>
      </w:pPr>
      <w:r w:rsidRPr="00497F90">
        <w:rPr>
          <w:sz w:val="24"/>
          <w:szCs w:val="24"/>
        </w:rPr>
        <w:t>osigurati sigurne uvjete boravka djece u unutarnjem i vanjskom prostoru vrtića;</w:t>
      </w:r>
    </w:p>
    <w:p w14:paraId="5CA2D024" w14:textId="77777777" w:rsidR="00F51F43" w:rsidRPr="00497F90" w:rsidRDefault="00F51F43" w:rsidP="00F51F43">
      <w:pPr>
        <w:pStyle w:val="Grafikeoznake"/>
        <w:spacing w:after="0" w:line="360" w:lineRule="auto"/>
        <w:rPr>
          <w:sz w:val="24"/>
          <w:szCs w:val="24"/>
        </w:rPr>
      </w:pPr>
      <w:r w:rsidRPr="00497F90">
        <w:rPr>
          <w:sz w:val="24"/>
          <w:szCs w:val="24"/>
        </w:rPr>
        <w:t>upoznati djecu, na način primjeren njihovoj dobi, s osnovnim pravilima sigurnog ponašanja;</w:t>
      </w:r>
    </w:p>
    <w:p w14:paraId="6D17E58B" w14:textId="77777777" w:rsidR="00F51F43" w:rsidRPr="00497F90" w:rsidRDefault="00F51F43" w:rsidP="00F51F43">
      <w:pPr>
        <w:pStyle w:val="Grafikeoznake"/>
        <w:spacing w:after="0" w:line="360" w:lineRule="auto"/>
        <w:rPr>
          <w:sz w:val="24"/>
          <w:szCs w:val="24"/>
        </w:rPr>
      </w:pPr>
      <w:r w:rsidRPr="00497F90">
        <w:rPr>
          <w:sz w:val="24"/>
          <w:szCs w:val="24"/>
        </w:rPr>
        <w:t>razvijati navike sigurnog ponašanja tijekom igre, kretanja, prehrane, odmora i drugih aktivnosti;</w:t>
      </w:r>
    </w:p>
    <w:p w14:paraId="48CDF7FC" w14:textId="77777777" w:rsidR="00F51F43" w:rsidRPr="00497F90" w:rsidRDefault="00F51F43" w:rsidP="00F51F43">
      <w:pPr>
        <w:pStyle w:val="Grafikeoznake"/>
        <w:spacing w:after="0" w:line="360" w:lineRule="auto"/>
        <w:rPr>
          <w:sz w:val="24"/>
          <w:szCs w:val="24"/>
        </w:rPr>
      </w:pPr>
      <w:r w:rsidRPr="00497F90">
        <w:rPr>
          <w:sz w:val="24"/>
          <w:szCs w:val="24"/>
        </w:rPr>
        <w:t>pravodobno prepoznavati i uklanjati potencijalne izvore opasnosti;</w:t>
      </w:r>
    </w:p>
    <w:p w14:paraId="20AF6D5E" w14:textId="77777777" w:rsidR="00F51F43" w:rsidRPr="00497F90" w:rsidRDefault="00F51F43" w:rsidP="00F51F43">
      <w:pPr>
        <w:pStyle w:val="Grafikeoznake"/>
        <w:spacing w:after="0" w:line="360" w:lineRule="auto"/>
        <w:rPr>
          <w:sz w:val="24"/>
          <w:szCs w:val="24"/>
        </w:rPr>
      </w:pPr>
      <w:r w:rsidRPr="00497F90">
        <w:rPr>
          <w:sz w:val="24"/>
          <w:szCs w:val="24"/>
        </w:rPr>
        <w:t>osigurati dosljedno provođenje sigurnosnih mjera i protokola;</w:t>
      </w:r>
    </w:p>
    <w:p w14:paraId="05037B6E" w14:textId="77777777" w:rsidR="00F51F43" w:rsidRPr="00497F90" w:rsidRDefault="00F51F43" w:rsidP="00F51F43">
      <w:pPr>
        <w:pStyle w:val="Grafikeoznake"/>
        <w:spacing w:after="0" w:line="360" w:lineRule="auto"/>
        <w:rPr>
          <w:sz w:val="24"/>
          <w:szCs w:val="24"/>
        </w:rPr>
      </w:pPr>
      <w:r w:rsidRPr="00497F90">
        <w:rPr>
          <w:sz w:val="24"/>
          <w:szCs w:val="24"/>
        </w:rPr>
        <w:t>poticati djecu da zatraže pomoć odrasle osobe kada uoče opasnost ili trebaju pomoć;</w:t>
      </w:r>
    </w:p>
    <w:p w14:paraId="71A2DAFD" w14:textId="77777777" w:rsidR="00F51F43" w:rsidRPr="00497F90" w:rsidRDefault="00F51F43" w:rsidP="00F51F43">
      <w:pPr>
        <w:pStyle w:val="Grafikeoznake"/>
        <w:spacing w:after="0" w:line="360" w:lineRule="auto"/>
        <w:rPr>
          <w:sz w:val="24"/>
          <w:szCs w:val="24"/>
        </w:rPr>
      </w:pPr>
      <w:r w:rsidRPr="00497F90">
        <w:rPr>
          <w:sz w:val="24"/>
          <w:szCs w:val="24"/>
        </w:rPr>
        <w:t>osigurati primjeren nadzor djece tijekom svih aktivnosti.</w:t>
      </w:r>
    </w:p>
    <w:p w14:paraId="0FB80650" w14:textId="77777777" w:rsidR="00201048" w:rsidRDefault="00201048" w:rsidP="00201048"/>
    <w:p w14:paraId="21D6DBD8" w14:textId="77777777" w:rsidR="00F51F43" w:rsidRPr="00201048" w:rsidRDefault="00F51F43" w:rsidP="00201048">
      <w:r w:rsidRPr="00201048">
        <w:t>Dugoročni ciljevi</w:t>
      </w:r>
    </w:p>
    <w:p w14:paraId="4ABCAA76" w14:textId="77777777" w:rsidR="00F51F43" w:rsidRPr="00497F90" w:rsidRDefault="00F51F43" w:rsidP="00F51F43">
      <w:pPr>
        <w:pStyle w:val="Grafikeoznake"/>
        <w:spacing w:after="0" w:line="360" w:lineRule="auto"/>
        <w:rPr>
          <w:sz w:val="24"/>
          <w:szCs w:val="24"/>
        </w:rPr>
      </w:pPr>
      <w:r w:rsidRPr="00497F90">
        <w:rPr>
          <w:sz w:val="24"/>
          <w:szCs w:val="24"/>
        </w:rPr>
        <w:t>razvijati kod djece svijest o vlastitoj sigurnosti i sigurnosti drugih;</w:t>
      </w:r>
    </w:p>
    <w:p w14:paraId="42E44529" w14:textId="77777777" w:rsidR="00F51F43" w:rsidRPr="00497F90" w:rsidRDefault="00F51F43" w:rsidP="00F51F43">
      <w:pPr>
        <w:pStyle w:val="Grafikeoznake"/>
        <w:spacing w:after="0" w:line="360" w:lineRule="auto"/>
        <w:rPr>
          <w:sz w:val="24"/>
          <w:szCs w:val="24"/>
        </w:rPr>
      </w:pPr>
      <w:r w:rsidRPr="00497F90">
        <w:rPr>
          <w:sz w:val="24"/>
          <w:szCs w:val="24"/>
        </w:rPr>
        <w:t>razvijati navike odgovornog i sigurnog ponašanja;</w:t>
      </w:r>
    </w:p>
    <w:p w14:paraId="4A3E1CFF" w14:textId="77777777" w:rsidR="00F51F43" w:rsidRPr="00497F90" w:rsidRDefault="00F51F43" w:rsidP="00F51F43">
      <w:pPr>
        <w:pStyle w:val="Grafikeoznake"/>
        <w:spacing w:after="0" w:line="360" w:lineRule="auto"/>
        <w:rPr>
          <w:sz w:val="24"/>
          <w:szCs w:val="24"/>
        </w:rPr>
      </w:pPr>
      <w:r w:rsidRPr="00497F90">
        <w:rPr>
          <w:sz w:val="24"/>
          <w:szCs w:val="24"/>
        </w:rPr>
        <w:lastRenderedPageBreak/>
        <w:t>poticati samostalnost djece u situacijama u kojima mogu primijeniti usvojena pravila;</w:t>
      </w:r>
    </w:p>
    <w:p w14:paraId="4BEB3A14" w14:textId="77777777" w:rsidR="00F51F43" w:rsidRPr="00497F90" w:rsidRDefault="00F51F43" w:rsidP="00F51F43">
      <w:pPr>
        <w:pStyle w:val="Grafikeoznake"/>
        <w:spacing w:after="0" w:line="360" w:lineRule="auto"/>
        <w:rPr>
          <w:sz w:val="24"/>
          <w:szCs w:val="24"/>
        </w:rPr>
      </w:pPr>
      <w:r w:rsidRPr="00497F90">
        <w:rPr>
          <w:sz w:val="24"/>
          <w:szCs w:val="24"/>
        </w:rPr>
        <w:t>razvijati suradnju, empatiju i odgovornost prema drugima;</w:t>
      </w:r>
    </w:p>
    <w:p w14:paraId="1A1FEA22" w14:textId="77777777" w:rsidR="00F51F43" w:rsidRDefault="00F51F43" w:rsidP="00F51F43">
      <w:pPr>
        <w:pStyle w:val="Grafikeoznake"/>
        <w:spacing w:after="0" w:line="360" w:lineRule="auto"/>
        <w:rPr>
          <w:sz w:val="24"/>
          <w:szCs w:val="24"/>
        </w:rPr>
      </w:pPr>
      <w:r w:rsidRPr="00497F90">
        <w:rPr>
          <w:sz w:val="24"/>
          <w:szCs w:val="24"/>
        </w:rPr>
        <w:t>kontinuirano unaprjeđivati sigurnosne uvjete i postupke u vrtiću.</w:t>
      </w:r>
    </w:p>
    <w:p w14:paraId="5565DE29" w14:textId="77777777" w:rsidR="00201048" w:rsidRPr="00497F90" w:rsidRDefault="00201048" w:rsidP="00201048">
      <w:pPr>
        <w:pStyle w:val="Grafikeoznake"/>
        <w:numPr>
          <w:ilvl w:val="0"/>
          <w:numId w:val="0"/>
        </w:numPr>
        <w:spacing w:after="0" w:line="360" w:lineRule="auto"/>
        <w:ind w:left="360"/>
        <w:rPr>
          <w:sz w:val="24"/>
          <w:szCs w:val="24"/>
        </w:rPr>
      </w:pPr>
    </w:p>
    <w:p w14:paraId="4008B37F" w14:textId="77777777" w:rsidR="00F51F43" w:rsidRPr="00497F90" w:rsidRDefault="00F51F43" w:rsidP="00201048">
      <w:r w:rsidRPr="00497F90">
        <w:t>Sadržajni dio programa – aktivnosti</w:t>
      </w:r>
    </w:p>
    <w:tbl>
      <w:tblPr>
        <w:tblStyle w:val="Reetkatablice"/>
        <w:tblW w:w="0" w:type="auto"/>
        <w:jc w:val="center"/>
        <w:tblLook w:val="04A0" w:firstRow="1" w:lastRow="0" w:firstColumn="1" w:lastColumn="0" w:noHBand="0" w:noVBand="1"/>
      </w:tblPr>
      <w:tblGrid>
        <w:gridCol w:w="2880"/>
        <w:gridCol w:w="2880"/>
        <w:gridCol w:w="2880"/>
      </w:tblGrid>
      <w:tr w:rsidR="00F51F43" w:rsidRPr="00497F90" w14:paraId="10F02BF4" w14:textId="77777777" w:rsidTr="00B1564D">
        <w:trPr>
          <w:jc w:val="center"/>
        </w:trPr>
        <w:tc>
          <w:tcPr>
            <w:tcW w:w="2880" w:type="dxa"/>
          </w:tcPr>
          <w:p w14:paraId="28DAD87E" w14:textId="77777777" w:rsidR="00F51F43" w:rsidRPr="00497F90" w:rsidRDefault="00F51F43" w:rsidP="00F51F43">
            <w:pPr>
              <w:spacing w:after="0" w:line="240" w:lineRule="auto"/>
              <w:contextualSpacing/>
              <w:rPr>
                <w:sz w:val="20"/>
                <w:szCs w:val="20"/>
              </w:rPr>
            </w:pPr>
            <w:r w:rsidRPr="00497F90">
              <w:rPr>
                <w:sz w:val="20"/>
                <w:szCs w:val="20"/>
              </w:rPr>
              <w:t>DJECA</w:t>
            </w:r>
          </w:p>
        </w:tc>
        <w:tc>
          <w:tcPr>
            <w:tcW w:w="2880" w:type="dxa"/>
          </w:tcPr>
          <w:p w14:paraId="6EB02CF1" w14:textId="77777777" w:rsidR="00F51F43" w:rsidRPr="00497F90" w:rsidRDefault="00F51F43" w:rsidP="00F51F43">
            <w:pPr>
              <w:spacing w:after="0" w:line="240" w:lineRule="auto"/>
              <w:contextualSpacing/>
              <w:rPr>
                <w:sz w:val="20"/>
                <w:szCs w:val="20"/>
              </w:rPr>
            </w:pPr>
            <w:r w:rsidRPr="00497F90">
              <w:rPr>
                <w:sz w:val="20"/>
                <w:szCs w:val="20"/>
              </w:rPr>
              <w:t>RODITELJI</w:t>
            </w:r>
          </w:p>
        </w:tc>
        <w:tc>
          <w:tcPr>
            <w:tcW w:w="2880" w:type="dxa"/>
          </w:tcPr>
          <w:p w14:paraId="77B90B37" w14:textId="77777777" w:rsidR="00F51F43" w:rsidRPr="00497F90" w:rsidRDefault="00F51F43" w:rsidP="00F51F43">
            <w:pPr>
              <w:spacing w:after="0" w:line="240" w:lineRule="auto"/>
              <w:contextualSpacing/>
              <w:rPr>
                <w:sz w:val="20"/>
                <w:szCs w:val="20"/>
              </w:rPr>
            </w:pPr>
            <w:r w:rsidRPr="00497F90">
              <w:rPr>
                <w:sz w:val="20"/>
                <w:szCs w:val="20"/>
              </w:rPr>
              <w:t>ZAPOSLENICI VRTIĆA</w:t>
            </w:r>
          </w:p>
        </w:tc>
      </w:tr>
      <w:tr w:rsidR="00F51F43" w:rsidRPr="00497F90" w14:paraId="513EFC7A" w14:textId="77777777" w:rsidTr="00B1564D">
        <w:trPr>
          <w:jc w:val="center"/>
        </w:trPr>
        <w:tc>
          <w:tcPr>
            <w:tcW w:w="2880" w:type="dxa"/>
          </w:tcPr>
          <w:p w14:paraId="68D2E390" w14:textId="77777777" w:rsidR="00F51F43" w:rsidRPr="00497F90" w:rsidRDefault="00F51F43" w:rsidP="00F51F43">
            <w:pPr>
              <w:spacing w:after="0" w:line="240" w:lineRule="auto"/>
              <w:contextualSpacing/>
              <w:rPr>
                <w:sz w:val="20"/>
                <w:szCs w:val="20"/>
              </w:rPr>
            </w:pPr>
            <w:r w:rsidRPr="00497F90">
              <w:rPr>
                <w:sz w:val="20"/>
                <w:szCs w:val="20"/>
              </w:rPr>
              <w:t>Upoznavanje s pravilima sigurnog ponašanja u skupini, sanitarnim prostorima, hodnicima, na terasi i igralištu.</w:t>
            </w:r>
          </w:p>
        </w:tc>
        <w:tc>
          <w:tcPr>
            <w:tcW w:w="2880" w:type="dxa"/>
          </w:tcPr>
          <w:p w14:paraId="7D7106CA" w14:textId="77777777" w:rsidR="00F51F43" w:rsidRPr="00497F90" w:rsidRDefault="00F51F43" w:rsidP="00F51F43">
            <w:pPr>
              <w:spacing w:after="0" w:line="240" w:lineRule="auto"/>
              <w:contextualSpacing/>
              <w:rPr>
                <w:sz w:val="20"/>
                <w:szCs w:val="20"/>
              </w:rPr>
            </w:pPr>
            <w:r w:rsidRPr="00497F90">
              <w:rPr>
                <w:sz w:val="20"/>
                <w:szCs w:val="20"/>
              </w:rPr>
              <w:t>Informiranje o pravilima i mjerama sigurnosti u vrtiću.</w:t>
            </w:r>
          </w:p>
        </w:tc>
        <w:tc>
          <w:tcPr>
            <w:tcW w:w="2880" w:type="dxa"/>
          </w:tcPr>
          <w:p w14:paraId="741E80C5" w14:textId="77777777" w:rsidR="00F51F43" w:rsidRPr="00497F90" w:rsidRDefault="00F51F43" w:rsidP="00F51F43">
            <w:pPr>
              <w:spacing w:after="0" w:line="240" w:lineRule="auto"/>
              <w:contextualSpacing/>
              <w:rPr>
                <w:sz w:val="20"/>
                <w:szCs w:val="20"/>
              </w:rPr>
            </w:pPr>
            <w:r w:rsidRPr="00497F90">
              <w:rPr>
                <w:sz w:val="20"/>
                <w:szCs w:val="20"/>
              </w:rPr>
              <w:t>Kontinuirano praćenje sigurnosnih uvjeta u unutarnjem i vanjskom prostoru.</w:t>
            </w:r>
          </w:p>
        </w:tc>
      </w:tr>
      <w:tr w:rsidR="00F51F43" w:rsidRPr="00497F90" w14:paraId="30A405B8" w14:textId="77777777" w:rsidTr="00B1564D">
        <w:trPr>
          <w:jc w:val="center"/>
        </w:trPr>
        <w:tc>
          <w:tcPr>
            <w:tcW w:w="2880" w:type="dxa"/>
          </w:tcPr>
          <w:p w14:paraId="7868B859" w14:textId="77777777" w:rsidR="00F51F43" w:rsidRPr="00497F90" w:rsidRDefault="00F51F43" w:rsidP="00F51F43">
            <w:pPr>
              <w:spacing w:after="0" w:line="240" w:lineRule="auto"/>
              <w:contextualSpacing/>
              <w:rPr>
                <w:sz w:val="20"/>
                <w:szCs w:val="20"/>
              </w:rPr>
            </w:pPr>
            <w:r w:rsidRPr="00497F90">
              <w:rPr>
                <w:sz w:val="20"/>
                <w:szCs w:val="20"/>
              </w:rPr>
              <w:t>Zajedničko dogovaranje i usvajanje pravila ponašanja u skupini.</w:t>
            </w:r>
          </w:p>
        </w:tc>
        <w:tc>
          <w:tcPr>
            <w:tcW w:w="2880" w:type="dxa"/>
          </w:tcPr>
          <w:p w14:paraId="64751AFA" w14:textId="77777777" w:rsidR="00F51F43" w:rsidRPr="00497F90" w:rsidRDefault="00F51F43" w:rsidP="00F51F43">
            <w:pPr>
              <w:spacing w:after="0" w:line="240" w:lineRule="auto"/>
              <w:contextualSpacing/>
              <w:rPr>
                <w:sz w:val="20"/>
                <w:szCs w:val="20"/>
              </w:rPr>
            </w:pPr>
            <w:r w:rsidRPr="00497F90">
              <w:rPr>
                <w:sz w:val="20"/>
                <w:szCs w:val="20"/>
              </w:rPr>
              <w:t>Upoznavanje s protokolima i postupcima u kriznim i izvanrednim situacijama.</w:t>
            </w:r>
          </w:p>
        </w:tc>
        <w:tc>
          <w:tcPr>
            <w:tcW w:w="2880" w:type="dxa"/>
          </w:tcPr>
          <w:p w14:paraId="7B98D158" w14:textId="77777777" w:rsidR="00F51F43" w:rsidRPr="00497F90" w:rsidRDefault="00F51F43" w:rsidP="00F51F43">
            <w:pPr>
              <w:spacing w:after="0" w:line="240" w:lineRule="auto"/>
              <w:contextualSpacing/>
              <w:rPr>
                <w:sz w:val="20"/>
                <w:szCs w:val="20"/>
              </w:rPr>
            </w:pPr>
            <w:r w:rsidRPr="00497F90">
              <w:rPr>
                <w:sz w:val="20"/>
                <w:szCs w:val="20"/>
              </w:rPr>
              <w:t>Pravodobno uočavanje i otklanjanje potencijalnih izvora opasnosti.</w:t>
            </w:r>
          </w:p>
        </w:tc>
      </w:tr>
      <w:tr w:rsidR="00F51F43" w:rsidRPr="00497F90" w14:paraId="257E219B" w14:textId="77777777" w:rsidTr="00B1564D">
        <w:trPr>
          <w:jc w:val="center"/>
        </w:trPr>
        <w:tc>
          <w:tcPr>
            <w:tcW w:w="2880" w:type="dxa"/>
          </w:tcPr>
          <w:p w14:paraId="1F7C3B4A" w14:textId="77777777" w:rsidR="00F51F43" w:rsidRPr="00497F90" w:rsidRDefault="00F51F43" w:rsidP="00F51F43">
            <w:pPr>
              <w:spacing w:after="0" w:line="240" w:lineRule="auto"/>
              <w:contextualSpacing/>
              <w:rPr>
                <w:sz w:val="20"/>
                <w:szCs w:val="20"/>
              </w:rPr>
            </w:pPr>
            <w:r w:rsidRPr="00497F90">
              <w:rPr>
                <w:sz w:val="20"/>
                <w:szCs w:val="20"/>
              </w:rPr>
              <w:t>Razgovori, priče, slikovni prikazi, dramatizacije i igre uloga na temu sigurnosti.</w:t>
            </w:r>
          </w:p>
        </w:tc>
        <w:tc>
          <w:tcPr>
            <w:tcW w:w="2880" w:type="dxa"/>
          </w:tcPr>
          <w:p w14:paraId="7BFB3862" w14:textId="77777777" w:rsidR="00F51F43" w:rsidRPr="00497F90" w:rsidRDefault="00F51F43" w:rsidP="00F51F43">
            <w:pPr>
              <w:spacing w:after="0" w:line="240" w:lineRule="auto"/>
              <w:contextualSpacing/>
              <w:rPr>
                <w:sz w:val="20"/>
                <w:szCs w:val="20"/>
              </w:rPr>
            </w:pPr>
            <w:r w:rsidRPr="00497F90">
              <w:rPr>
                <w:sz w:val="20"/>
                <w:szCs w:val="20"/>
              </w:rPr>
              <w:t>Razmjena važnih informacija o djetetu koje mogu utjecati na njegovu sigurnost i dobrobit.</w:t>
            </w:r>
          </w:p>
        </w:tc>
        <w:tc>
          <w:tcPr>
            <w:tcW w:w="2880" w:type="dxa"/>
          </w:tcPr>
          <w:p w14:paraId="6FAEF1C6" w14:textId="77777777" w:rsidR="00F51F43" w:rsidRPr="00497F90" w:rsidRDefault="00F51F43" w:rsidP="00F51F43">
            <w:pPr>
              <w:spacing w:after="0" w:line="240" w:lineRule="auto"/>
              <w:contextualSpacing/>
              <w:rPr>
                <w:sz w:val="20"/>
                <w:szCs w:val="20"/>
              </w:rPr>
            </w:pPr>
            <w:r w:rsidRPr="00497F90">
              <w:rPr>
                <w:sz w:val="20"/>
                <w:szCs w:val="20"/>
              </w:rPr>
              <w:t>Provođenje mjera povećane sigurnosti i postupanje prema protokolima vrtića.</w:t>
            </w:r>
          </w:p>
        </w:tc>
      </w:tr>
      <w:tr w:rsidR="00F51F43" w:rsidRPr="00497F90" w14:paraId="4CA1C7DE" w14:textId="77777777" w:rsidTr="00B1564D">
        <w:trPr>
          <w:jc w:val="center"/>
        </w:trPr>
        <w:tc>
          <w:tcPr>
            <w:tcW w:w="2880" w:type="dxa"/>
          </w:tcPr>
          <w:p w14:paraId="72DC07B4" w14:textId="77777777" w:rsidR="00F51F43" w:rsidRPr="00497F90" w:rsidRDefault="00F51F43" w:rsidP="00F51F43">
            <w:pPr>
              <w:spacing w:after="0" w:line="240" w:lineRule="auto"/>
              <w:contextualSpacing/>
              <w:rPr>
                <w:sz w:val="20"/>
                <w:szCs w:val="20"/>
              </w:rPr>
            </w:pPr>
            <w:r w:rsidRPr="00497F90">
              <w:rPr>
                <w:sz w:val="20"/>
                <w:szCs w:val="20"/>
              </w:rPr>
              <w:t>Aktivnosti samozaštite i samopomoći primjerene dobi i sposobnostima djece.</w:t>
            </w:r>
          </w:p>
        </w:tc>
        <w:tc>
          <w:tcPr>
            <w:tcW w:w="2880" w:type="dxa"/>
          </w:tcPr>
          <w:p w14:paraId="7E2080C5" w14:textId="77777777" w:rsidR="00F51F43" w:rsidRPr="00497F90" w:rsidRDefault="00F51F43" w:rsidP="00F51F43">
            <w:pPr>
              <w:spacing w:after="0" w:line="240" w:lineRule="auto"/>
              <w:contextualSpacing/>
              <w:rPr>
                <w:sz w:val="20"/>
                <w:szCs w:val="20"/>
              </w:rPr>
            </w:pPr>
            <w:r w:rsidRPr="00497F90">
              <w:rPr>
                <w:sz w:val="20"/>
                <w:szCs w:val="20"/>
              </w:rPr>
              <w:t>Suradnja s vrtićem kada je potrebno dodatno uskladiti postupke radi sigurnosti djeteta.</w:t>
            </w:r>
          </w:p>
        </w:tc>
        <w:tc>
          <w:tcPr>
            <w:tcW w:w="2880" w:type="dxa"/>
          </w:tcPr>
          <w:p w14:paraId="3FF8F37D" w14:textId="77777777" w:rsidR="00F51F43" w:rsidRPr="00497F90" w:rsidRDefault="00F51F43" w:rsidP="00F51F43">
            <w:pPr>
              <w:spacing w:after="0" w:line="240" w:lineRule="auto"/>
              <w:contextualSpacing/>
              <w:rPr>
                <w:sz w:val="20"/>
                <w:szCs w:val="20"/>
              </w:rPr>
            </w:pPr>
            <w:r w:rsidRPr="00497F90">
              <w:rPr>
                <w:sz w:val="20"/>
                <w:szCs w:val="20"/>
              </w:rPr>
              <w:t>Stručno usavršavanje i redoviti stručni dogovori o sigurnosti djece.</w:t>
            </w:r>
          </w:p>
        </w:tc>
      </w:tr>
      <w:tr w:rsidR="00F51F43" w:rsidRPr="00497F90" w14:paraId="6D34EA73" w14:textId="77777777" w:rsidTr="00B1564D">
        <w:trPr>
          <w:jc w:val="center"/>
        </w:trPr>
        <w:tc>
          <w:tcPr>
            <w:tcW w:w="2880" w:type="dxa"/>
          </w:tcPr>
          <w:p w14:paraId="757D7818" w14:textId="77777777" w:rsidR="00F51F43" w:rsidRPr="00497F90" w:rsidRDefault="00F51F43" w:rsidP="00F51F43">
            <w:pPr>
              <w:spacing w:after="0" w:line="240" w:lineRule="auto"/>
              <w:contextualSpacing/>
              <w:rPr>
                <w:sz w:val="20"/>
                <w:szCs w:val="20"/>
              </w:rPr>
            </w:pPr>
            <w:r w:rsidRPr="00497F90">
              <w:rPr>
                <w:sz w:val="20"/>
                <w:szCs w:val="20"/>
              </w:rPr>
              <w:t>Aktivnosti usmjerene na empatiju, suradnju i nenasilno rješavanje sukoba.</w:t>
            </w:r>
          </w:p>
        </w:tc>
        <w:tc>
          <w:tcPr>
            <w:tcW w:w="2880" w:type="dxa"/>
          </w:tcPr>
          <w:p w14:paraId="697538DC" w14:textId="77777777" w:rsidR="00F51F43" w:rsidRPr="00497F90" w:rsidRDefault="00F51F43" w:rsidP="00F51F43">
            <w:pPr>
              <w:spacing w:after="0" w:line="240" w:lineRule="auto"/>
              <w:contextualSpacing/>
              <w:rPr>
                <w:sz w:val="20"/>
                <w:szCs w:val="20"/>
              </w:rPr>
            </w:pPr>
            <w:r w:rsidRPr="00497F90">
              <w:rPr>
                <w:sz w:val="20"/>
                <w:szCs w:val="20"/>
              </w:rPr>
              <w:t>Informiranje o aktivnostima kojima se razvijaju sigurnost, samozaštita i odgovorno ponašanje.</w:t>
            </w:r>
          </w:p>
        </w:tc>
        <w:tc>
          <w:tcPr>
            <w:tcW w:w="2880" w:type="dxa"/>
          </w:tcPr>
          <w:p w14:paraId="511351C6" w14:textId="77777777" w:rsidR="00F51F43" w:rsidRPr="00497F90" w:rsidRDefault="00F51F43" w:rsidP="00F51F43">
            <w:pPr>
              <w:spacing w:after="0" w:line="240" w:lineRule="auto"/>
              <w:contextualSpacing/>
              <w:rPr>
                <w:sz w:val="20"/>
                <w:szCs w:val="20"/>
              </w:rPr>
            </w:pPr>
            <w:r w:rsidRPr="00497F90">
              <w:rPr>
                <w:sz w:val="20"/>
                <w:szCs w:val="20"/>
              </w:rPr>
              <w:t>Primjeren nadzor djece i pravodobno reagiranje u rizičnim situacijama.</w:t>
            </w:r>
          </w:p>
        </w:tc>
      </w:tr>
    </w:tbl>
    <w:p w14:paraId="22132F98" w14:textId="77777777" w:rsidR="00F51F43" w:rsidRDefault="00F51F43" w:rsidP="00F51F43">
      <w:pPr>
        <w:contextualSpacing/>
        <w:rPr>
          <w:color w:val="auto"/>
        </w:rPr>
      </w:pPr>
    </w:p>
    <w:p w14:paraId="5515B0C3" w14:textId="77777777" w:rsidR="00F51F43" w:rsidRPr="00497F90" w:rsidRDefault="00F51F43" w:rsidP="00201048">
      <w:r w:rsidRPr="00497F90">
        <w:t>Preventivne aktivnosti</w:t>
      </w:r>
    </w:p>
    <w:p w14:paraId="3C2AFAD0" w14:textId="77777777" w:rsidR="00F51F43" w:rsidRPr="00497F90" w:rsidRDefault="00F51F43" w:rsidP="00F51F43">
      <w:pPr>
        <w:pStyle w:val="Grafikeoznake"/>
        <w:spacing w:after="0" w:line="360" w:lineRule="auto"/>
        <w:rPr>
          <w:sz w:val="24"/>
          <w:szCs w:val="24"/>
        </w:rPr>
      </w:pPr>
      <w:r w:rsidRPr="00497F90">
        <w:rPr>
          <w:sz w:val="24"/>
          <w:szCs w:val="24"/>
        </w:rPr>
        <w:t>redoviti pregled i održavanje unutarnjeg i vanjskog prostora vrtića;</w:t>
      </w:r>
    </w:p>
    <w:p w14:paraId="57E4CC76" w14:textId="77777777" w:rsidR="00F51F43" w:rsidRPr="00497F90" w:rsidRDefault="00F51F43" w:rsidP="00F51F43">
      <w:pPr>
        <w:pStyle w:val="Grafikeoznake"/>
        <w:spacing w:after="0" w:line="360" w:lineRule="auto"/>
        <w:rPr>
          <w:sz w:val="24"/>
          <w:szCs w:val="24"/>
        </w:rPr>
      </w:pPr>
      <w:r w:rsidRPr="00497F90">
        <w:rPr>
          <w:sz w:val="24"/>
          <w:szCs w:val="24"/>
        </w:rPr>
        <w:t>provjera sigurnosti opreme, igračaka i didaktičkih materijala;</w:t>
      </w:r>
    </w:p>
    <w:p w14:paraId="7F84AEF8" w14:textId="77777777" w:rsidR="00F51F43" w:rsidRPr="00497F90" w:rsidRDefault="00F51F43" w:rsidP="00F51F43">
      <w:pPr>
        <w:pStyle w:val="Grafikeoznake"/>
        <w:spacing w:after="0" w:line="360" w:lineRule="auto"/>
        <w:rPr>
          <w:sz w:val="24"/>
          <w:szCs w:val="24"/>
        </w:rPr>
      </w:pPr>
      <w:r w:rsidRPr="00497F90">
        <w:rPr>
          <w:sz w:val="24"/>
          <w:szCs w:val="24"/>
        </w:rPr>
        <w:t>osiguravanje sigurnog korištenja igrališta i sprava;</w:t>
      </w:r>
    </w:p>
    <w:p w14:paraId="203953B6" w14:textId="77777777" w:rsidR="00F51F43" w:rsidRPr="00497F90" w:rsidRDefault="00F51F43" w:rsidP="00F51F43">
      <w:pPr>
        <w:pStyle w:val="Grafikeoznake"/>
        <w:spacing w:after="0" w:line="360" w:lineRule="auto"/>
        <w:rPr>
          <w:sz w:val="24"/>
          <w:szCs w:val="24"/>
        </w:rPr>
      </w:pPr>
      <w:r w:rsidRPr="00497F90">
        <w:rPr>
          <w:sz w:val="24"/>
          <w:szCs w:val="24"/>
        </w:rPr>
        <w:t>provođenje mjera protupožarne zaštite i plana evakuacije;</w:t>
      </w:r>
    </w:p>
    <w:p w14:paraId="524D2B15" w14:textId="77777777" w:rsidR="00F51F43" w:rsidRPr="00497F90" w:rsidRDefault="00F51F43" w:rsidP="00F51F43">
      <w:pPr>
        <w:pStyle w:val="Grafikeoznake"/>
        <w:spacing w:after="0" w:line="360" w:lineRule="auto"/>
        <w:rPr>
          <w:sz w:val="24"/>
          <w:szCs w:val="24"/>
        </w:rPr>
      </w:pPr>
      <w:r w:rsidRPr="00497F90">
        <w:rPr>
          <w:sz w:val="24"/>
          <w:szCs w:val="24"/>
        </w:rPr>
        <w:t>provođenje vježbi evakuacije i postupanja u izvanrednim situacijama;</w:t>
      </w:r>
    </w:p>
    <w:p w14:paraId="757AA6C8" w14:textId="77777777" w:rsidR="00F51F43" w:rsidRPr="00497F90" w:rsidRDefault="00F51F43" w:rsidP="00F51F43">
      <w:pPr>
        <w:pStyle w:val="Grafikeoznake"/>
        <w:spacing w:after="0" w:line="360" w:lineRule="auto"/>
        <w:rPr>
          <w:sz w:val="24"/>
          <w:szCs w:val="24"/>
        </w:rPr>
      </w:pPr>
      <w:r w:rsidRPr="00497F90">
        <w:rPr>
          <w:sz w:val="24"/>
          <w:szCs w:val="24"/>
        </w:rPr>
        <w:t>kontrola ulaska u objekt i primjena internih sigurnosnih postupaka;</w:t>
      </w:r>
    </w:p>
    <w:p w14:paraId="7D5D44E8" w14:textId="77777777" w:rsidR="00F51F43" w:rsidRPr="00497F90" w:rsidRDefault="00F51F43" w:rsidP="00F51F43">
      <w:pPr>
        <w:pStyle w:val="Grafikeoznake"/>
        <w:spacing w:after="0" w:line="360" w:lineRule="auto"/>
        <w:rPr>
          <w:sz w:val="24"/>
          <w:szCs w:val="24"/>
        </w:rPr>
      </w:pPr>
      <w:r w:rsidRPr="00497F90">
        <w:rPr>
          <w:sz w:val="24"/>
          <w:szCs w:val="24"/>
        </w:rPr>
        <w:t>pojačan nadzor djece u situacijama povećanog rizika;</w:t>
      </w:r>
    </w:p>
    <w:p w14:paraId="7E297B07" w14:textId="77777777" w:rsidR="00F51F43" w:rsidRPr="00497F90" w:rsidRDefault="00F51F43" w:rsidP="00F51F43">
      <w:pPr>
        <w:pStyle w:val="Grafikeoznake"/>
        <w:spacing w:after="0" w:line="360" w:lineRule="auto"/>
        <w:rPr>
          <w:sz w:val="24"/>
          <w:szCs w:val="24"/>
        </w:rPr>
      </w:pPr>
      <w:r w:rsidRPr="00497F90">
        <w:rPr>
          <w:sz w:val="24"/>
          <w:szCs w:val="24"/>
        </w:rPr>
        <w:t>edukacija zaposlenika o postupcima u kriznim situacijama;</w:t>
      </w:r>
    </w:p>
    <w:p w14:paraId="1861BA66" w14:textId="77777777" w:rsidR="00F51F43" w:rsidRPr="00497F90" w:rsidRDefault="00F51F43" w:rsidP="00F51F43">
      <w:pPr>
        <w:pStyle w:val="Grafikeoznake"/>
        <w:spacing w:after="0" w:line="360" w:lineRule="auto"/>
        <w:rPr>
          <w:sz w:val="24"/>
          <w:szCs w:val="24"/>
        </w:rPr>
      </w:pPr>
      <w:r w:rsidRPr="00497F90">
        <w:rPr>
          <w:sz w:val="24"/>
          <w:szCs w:val="24"/>
        </w:rPr>
        <w:t>razvoj dječjih vještina samozaštite i samopomoći kroz igru i svakodnevne aktivnosti;</w:t>
      </w:r>
    </w:p>
    <w:p w14:paraId="7838A275" w14:textId="77777777" w:rsidR="00F51F43" w:rsidRPr="00497F90" w:rsidRDefault="00F51F43" w:rsidP="00F51F43">
      <w:pPr>
        <w:pStyle w:val="Grafikeoznake"/>
        <w:spacing w:after="0" w:line="360" w:lineRule="auto"/>
        <w:rPr>
          <w:sz w:val="24"/>
          <w:szCs w:val="24"/>
        </w:rPr>
      </w:pPr>
      <w:r w:rsidRPr="00497F90">
        <w:rPr>
          <w:sz w:val="24"/>
          <w:szCs w:val="24"/>
        </w:rPr>
        <w:t>suradnja s nadležnim vanjskim službama kada je to potrebno.</w:t>
      </w:r>
    </w:p>
    <w:p w14:paraId="2FBD66AE" w14:textId="77777777" w:rsidR="00F51F43" w:rsidRDefault="00F51F43" w:rsidP="00F51F43">
      <w:pPr>
        <w:pStyle w:val="Naslov2"/>
      </w:pPr>
      <w:bookmarkStart w:id="12" w:name="_Toc241563328"/>
      <w:r w:rsidRPr="00F51F43">
        <w:t>4.2. PRAĆENJE PSIHOFIZIČKOG RAZVOJA DJECE</w:t>
      </w:r>
      <w:bookmarkEnd w:id="12"/>
    </w:p>
    <w:p w14:paraId="1018E493" w14:textId="77777777" w:rsidR="00F51F43" w:rsidRPr="00F51F43" w:rsidRDefault="00F51F43" w:rsidP="00F51F43">
      <w:pPr>
        <w:contextualSpacing/>
      </w:pPr>
    </w:p>
    <w:p w14:paraId="26059A32" w14:textId="77777777" w:rsidR="00F51F43" w:rsidRDefault="00F51F43" w:rsidP="00F51F43">
      <w:pPr>
        <w:contextualSpacing/>
      </w:pPr>
      <w:r w:rsidRPr="00497F90">
        <w:lastRenderedPageBreak/>
        <w:t>Odgojno-obrazovni rad temelji se na cjelovitom razvoju djeteta, uvažavanju individualnih potreba, interesa, sposobnosti i mogućnosti svakog djeteta te stvaranju poticajnog i sigurnog okruženja za razvoj i učenje kroz igru, istraživanje i svakodnevne životne situacije.</w:t>
      </w:r>
    </w:p>
    <w:p w14:paraId="3FF92BE2" w14:textId="77777777" w:rsidR="00F51F43" w:rsidRPr="00497F90" w:rsidRDefault="00F51F43" w:rsidP="00F51F43">
      <w:pPr>
        <w:contextualSpacing/>
      </w:pPr>
    </w:p>
    <w:p w14:paraId="55154E06" w14:textId="77777777" w:rsidR="00F51F43" w:rsidRPr="00F51F43" w:rsidRDefault="00F51F43" w:rsidP="00F51F43">
      <w:pPr>
        <w:contextualSpacing/>
        <w:rPr>
          <w:b/>
          <w:i/>
        </w:rPr>
      </w:pPr>
      <w:r w:rsidRPr="00F51F43">
        <w:rPr>
          <w:i/>
        </w:rPr>
        <w:t>Tjelesni i motorički razvoj</w:t>
      </w:r>
    </w:p>
    <w:p w14:paraId="2D5F1C9D" w14:textId="77777777" w:rsidR="00F51F43" w:rsidRPr="00497F90" w:rsidRDefault="00F51F43" w:rsidP="00F51F43">
      <w:pPr>
        <w:pStyle w:val="Grafikeoznake"/>
        <w:spacing w:after="0" w:line="360" w:lineRule="auto"/>
        <w:rPr>
          <w:sz w:val="24"/>
          <w:szCs w:val="24"/>
        </w:rPr>
      </w:pPr>
      <w:r w:rsidRPr="00497F90">
        <w:rPr>
          <w:sz w:val="24"/>
          <w:szCs w:val="24"/>
        </w:rPr>
        <w:t>razvoj krupne i fine motorike, koordinacije, ravnoteže, spretnosti i preciznosti;</w:t>
      </w:r>
    </w:p>
    <w:p w14:paraId="34D9841C" w14:textId="77777777" w:rsidR="00F51F43" w:rsidRPr="00497F90" w:rsidRDefault="00F51F43" w:rsidP="00F51F43">
      <w:pPr>
        <w:pStyle w:val="Grafikeoznake"/>
        <w:spacing w:after="0" w:line="360" w:lineRule="auto"/>
        <w:rPr>
          <w:sz w:val="24"/>
          <w:szCs w:val="24"/>
        </w:rPr>
      </w:pPr>
      <w:r w:rsidRPr="00497F90">
        <w:rPr>
          <w:sz w:val="24"/>
          <w:szCs w:val="24"/>
        </w:rPr>
        <w:t>razvoj osnovnih motoričkih vještina i potrebe za kretanjem;</w:t>
      </w:r>
    </w:p>
    <w:p w14:paraId="17ADEE2E" w14:textId="77777777" w:rsidR="00F51F43" w:rsidRPr="00497F90" w:rsidRDefault="00F51F43" w:rsidP="00F51F43">
      <w:pPr>
        <w:pStyle w:val="Grafikeoznake"/>
        <w:spacing w:after="0" w:line="360" w:lineRule="auto"/>
        <w:rPr>
          <w:sz w:val="24"/>
          <w:szCs w:val="24"/>
        </w:rPr>
      </w:pPr>
      <w:r w:rsidRPr="00497F90">
        <w:rPr>
          <w:sz w:val="24"/>
          <w:szCs w:val="24"/>
        </w:rPr>
        <w:t>razvoj samostalnosti u svakodnevnim aktivnostima;</w:t>
      </w:r>
    </w:p>
    <w:p w14:paraId="0697238C" w14:textId="77777777" w:rsidR="00F51F43" w:rsidRPr="00497F90" w:rsidRDefault="00F51F43" w:rsidP="00F51F43">
      <w:pPr>
        <w:pStyle w:val="Grafikeoznake"/>
        <w:spacing w:after="0" w:line="360" w:lineRule="auto"/>
        <w:rPr>
          <w:sz w:val="24"/>
          <w:szCs w:val="24"/>
        </w:rPr>
      </w:pPr>
      <w:r w:rsidRPr="00497F90">
        <w:rPr>
          <w:sz w:val="24"/>
          <w:szCs w:val="24"/>
        </w:rPr>
        <w:t>usvajanje navika važnih za očuvanje zdravlja.</w:t>
      </w:r>
    </w:p>
    <w:p w14:paraId="6F3B5440" w14:textId="77777777" w:rsidR="00F51F43" w:rsidRPr="00F51F43" w:rsidRDefault="00F51F43" w:rsidP="00F51F43">
      <w:pPr>
        <w:contextualSpacing/>
        <w:rPr>
          <w:b/>
          <w:i/>
        </w:rPr>
      </w:pPr>
      <w:r w:rsidRPr="00F51F43">
        <w:rPr>
          <w:i/>
        </w:rPr>
        <w:t>Govorno-jezični i komunikacijski razvoj</w:t>
      </w:r>
    </w:p>
    <w:p w14:paraId="521C0366" w14:textId="77777777" w:rsidR="00F51F43" w:rsidRPr="00497F90" w:rsidRDefault="00F51F43" w:rsidP="00F51F43">
      <w:pPr>
        <w:pStyle w:val="Grafikeoznake"/>
        <w:spacing w:after="0" w:line="360" w:lineRule="auto"/>
        <w:rPr>
          <w:sz w:val="24"/>
          <w:szCs w:val="24"/>
        </w:rPr>
      </w:pPr>
      <w:r w:rsidRPr="00497F90">
        <w:rPr>
          <w:sz w:val="24"/>
          <w:szCs w:val="24"/>
        </w:rPr>
        <w:t>razvoj govora, jezika i rječnika;</w:t>
      </w:r>
    </w:p>
    <w:p w14:paraId="17BB4C7B" w14:textId="77777777" w:rsidR="00F51F43" w:rsidRPr="00497F90" w:rsidRDefault="00F51F43" w:rsidP="00F51F43">
      <w:pPr>
        <w:pStyle w:val="Grafikeoznake"/>
        <w:spacing w:after="0" w:line="360" w:lineRule="auto"/>
        <w:rPr>
          <w:sz w:val="24"/>
          <w:szCs w:val="24"/>
        </w:rPr>
      </w:pPr>
      <w:r w:rsidRPr="00497F90">
        <w:rPr>
          <w:sz w:val="24"/>
          <w:szCs w:val="24"/>
        </w:rPr>
        <w:t>razumijevanje govora i uputa;</w:t>
      </w:r>
    </w:p>
    <w:p w14:paraId="0771B7CB" w14:textId="77777777" w:rsidR="00F51F43" w:rsidRPr="00497F90" w:rsidRDefault="00F51F43" w:rsidP="00F51F43">
      <w:pPr>
        <w:pStyle w:val="Grafikeoznake"/>
        <w:spacing w:after="0" w:line="360" w:lineRule="auto"/>
        <w:rPr>
          <w:sz w:val="24"/>
          <w:szCs w:val="24"/>
        </w:rPr>
      </w:pPr>
      <w:r w:rsidRPr="00497F90">
        <w:rPr>
          <w:sz w:val="24"/>
          <w:szCs w:val="24"/>
        </w:rPr>
        <w:t>izražavanje potreba, osjećaja, doživljaja i mišljenja;</w:t>
      </w:r>
    </w:p>
    <w:p w14:paraId="30A4A78F" w14:textId="77777777" w:rsidR="00F51F43" w:rsidRPr="00497F90" w:rsidRDefault="00F51F43" w:rsidP="00F51F43">
      <w:pPr>
        <w:pStyle w:val="Grafikeoznake"/>
        <w:spacing w:after="0" w:line="360" w:lineRule="auto"/>
        <w:rPr>
          <w:sz w:val="24"/>
          <w:szCs w:val="24"/>
        </w:rPr>
      </w:pPr>
      <w:r w:rsidRPr="00497F90">
        <w:rPr>
          <w:sz w:val="24"/>
          <w:szCs w:val="24"/>
        </w:rPr>
        <w:t>razvoj komunikacije s djecom i odraslima;</w:t>
      </w:r>
    </w:p>
    <w:p w14:paraId="37BCF75C" w14:textId="77777777" w:rsidR="00F51F43" w:rsidRPr="00497F90" w:rsidRDefault="00F51F43" w:rsidP="00F51F43">
      <w:pPr>
        <w:pStyle w:val="Grafikeoznake"/>
        <w:spacing w:after="0" w:line="360" w:lineRule="auto"/>
        <w:rPr>
          <w:sz w:val="24"/>
          <w:szCs w:val="24"/>
        </w:rPr>
      </w:pPr>
      <w:r w:rsidRPr="00497F90">
        <w:rPr>
          <w:sz w:val="24"/>
          <w:szCs w:val="24"/>
        </w:rPr>
        <w:t>slušanje, razumijevanje i uvažavanje drugih;</w:t>
      </w:r>
    </w:p>
    <w:p w14:paraId="676A592A" w14:textId="77777777" w:rsidR="00F51F43" w:rsidRPr="00497F90" w:rsidRDefault="00F51F43" w:rsidP="00F51F43">
      <w:pPr>
        <w:pStyle w:val="Grafikeoznake"/>
        <w:spacing w:after="0" w:line="360" w:lineRule="auto"/>
        <w:rPr>
          <w:sz w:val="24"/>
          <w:szCs w:val="24"/>
        </w:rPr>
      </w:pPr>
      <w:r w:rsidRPr="00497F90">
        <w:rPr>
          <w:sz w:val="24"/>
          <w:szCs w:val="24"/>
        </w:rPr>
        <w:t>razvoj interesa za slikovnicu, priču, pjesmu, stih i druge oblike jezičnog izražavanja.</w:t>
      </w:r>
    </w:p>
    <w:p w14:paraId="75EB8ACE" w14:textId="77777777" w:rsidR="00F51F43" w:rsidRPr="00F51F43" w:rsidRDefault="00F51F43" w:rsidP="00F51F43">
      <w:pPr>
        <w:contextualSpacing/>
        <w:rPr>
          <w:b/>
          <w:i/>
        </w:rPr>
      </w:pPr>
      <w:r w:rsidRPr="00F51F43">
        <w:rPr>
          <w:i/>
        </w:rPr>
        <w:t>Spoznajni razvoj</w:t>
      </w:r>
    </w:p>
    <w:p w14:paraId="6838E5E9" w14:textId="77777777" w:rsidR="00F51F43" w:rsidRPr="00497F90" w:rsidRDefault="00F51F43" w:rsidP="00F51F43">
      <w:pPr>
        <w:pStyle w:val="Grafikeoznake"/>
        <w:spacing w:after="0" w:line="360" w:lineRule="auto"/>
        <w:rPr>
          <w:sz w:val="24"/>
          <w:szCs w:val="24"/>
        </w:rPr>
      </w:pPr>
      <w:r w:rsidRPr="00497F90">
        <w:rPr>
          <w:sz w:val="24"/>
          <w:szCs w:val="24"/>
        </w:rPr>
        <w:t>razvoj pažnje, koncentracije i pamćenja;</w:t>
      </w:r>
    </w:p>
    <w:p w14:paraId="69D91D31" w14:textId="77777777" w:rsidR="00F51F43" w:rsidRPr="00497F90" w:rsidRDefault="00F51F43" w:rsidP="00F51F43">
      <w:pPr>
        <w:pStyle w:val="Grafikeoznake"/>
        <w:spacing w:after="0" w:line="360" w:lineRule="auto"/>
        <w:rPr>
          <w:sz w:val="24"/>
          <w:szCs w:val="24"/>
        </w:rPr>
      </w:pPr>
      <w:r w:rsidRPr="00497F90">
        <w:rPr>
          <w:sz w:val="24"/>
          <w:szCs w:val="24"/>
        </w:rPr>
        <w:t>razvoj mišljenja, zaključivanja i rješavanja problema;</w:t>
      </w:r>
    </w:p>
    <w:p w14:paraId="4941E32D" w14:textId="77777777" w:rsidR="00F51F43" w:rsidRPr="00497F90" w:rsidRDefault="00F51F43" w:rsidP="00F51F43">
      <w:pPr>
        <w:pStyle w:val="Grafikeoznake"/>
        <w:spacing w:after="0" w:line="360" w:lineRule="auto"/>
        <w:rPr>
          <w:sz w:val="24"/>
          <w:szCs w:val="24"/>
        </w:rPr>
      </w:pPr>
      <w:r w:rsidRPr="00497F90">
        <w:rPr>
          <w:sz w:val="24"/>
          <w:szCs w:val="24"/>
        </w:rPr>
        <w:t>istraživanje i otkrivanje odnosa među predmetima i pojavama;</w:t>
      </w:r>
    </w:p>
    <w:p w14:paraId="7FB51148" w14:textId="77777777" w:rsidR="00F51F43" w:rsidRPr="00497F90" w:rsidRDefault="00F51F43" w:rsidP="00F51F43">
      <w:pPr>
        <w:pStyle w:val="Grafikeoznake"/>
        <w:spacing w:after="0" w:line="360" w:lineRule="auto"/>
        <w:rPr>
          <w:sz w:val="24"/>
          <w:szCs w:val="24"/>
        </w:rPr>
      </w:pPr>
      <w:r w:rsidRPr="00497F90">
        <w:rPr>
          <w:sz w:val="24"/>
          <w:szCs w:val="24"/>
        </w:rPr>
        <w:t>razvoj radoznalosti i interesa za neposredno okruženje;</w:t>
      </w:r>
    </w:p>
    <w:p w14:paraId="6064F27D" w14:textId="77777777" w:rsidR="00F51F43" w:rsidRPr="00497F90" w:rsidRDefault="00F51F43" w:rsidP="00F51F43">
      <w:pPr>
        <w:pStyle w:val="Grafikeoznake"/>
        <w:spacing w:after="0" w:line="360" w:lineRule="auto"/>
        <w:rPr>
          <w:sz w:val="24"/>
          <w:szCs w:val="24"/>
        </w:rPr>
      </w:pPr>
      <w:r w:rsidRPr="00497F90">
        <w:rPr>
          <w:sz w:val="24"/>
          <w:szCs w:val="24"/>
        </w:rPr>
        <w:t>uspoređivanje, razvrstavanje, povezivanje i uočavanje odnosa;</w:t>
      </w:r>
    </w:p>
    <w:p w14:paraId="1BB77EA7" w14:textId="77777777" w:rsidR="00F51F43" w:rsidRPr="00497F90" w:rsidRDefault="00F51F43" w:rsidP="00F51F43">
      <w:pPr>
        <w:pStyle w:val="Grafikeoznake"/>
        <w:spacing w:after="0" w:line="360" w:lineRule="auto"/>
        <w:rPr>
          <w:sz w:val="24"/>
          <w:szCs w:val="24"/>
        </w:rPr>
      </w:pPr>
      <w:r w:rsidRPr="00497F90">
        <w:rPr>
          <w:sz w:val="24"/>
          <w:szCs w:val="24"/>
        </w:rPr>
        <w:t>razvoj predmatematičkih i istraživačkih iskustava kroz igru i svakodnevne situacije;</w:t>
      </w:r>
    </w:p>
    <w:p w14:paraId="69828CF4" w14:textId="77777777" w:rsidR="00F51F43" w:rsidRPr="00497F90" w:rsidRDefault="00F51F43" w:rsidP="00F51F43">
      <w:pPr>
        <w:pStyle w:val="Grafikeoznake"/>
        <w:spacing w:after="0" w:line="360" w:lineRule="auto"/>
        <w:rPr>
          <w:sz w:val="24"/>
          <w:szCs w:val="24"/>
        </w:rPr>
      </w:pPr>
      <w:r w:rsidRPr="00497F90">
        <w:rPr>
          <w:sz w:val="24"/>
          <w:szCs w:val="24"/>
        </w:rPr>
        <w:t>poticanje dječje inicijativnosti, samostalnog istraživanja i donošenja zaključaka primjerenih dobi.</w:t>
      </w:r>
    </w:p>
    <w:p w14:paraId="506666FF" w14:textId="77777777" w:rsidR="00F51F43" w:rsidRPr="00F51F43" w:rsidRDefault="00F51F43" w:rsidP="00F51F43">
      <w:pPr>
        <w:contextualSpacing/>
        <w:rPr>
          <w:b/>
          <w:i/>
        </w:rPr>
      </w:pPr>
      <w:r w:rsidRPr="00F51F43">
        <w:rPr>
          <w:i/>
        </w:rPr>
        <w:t>Socio-emocionalni razvoj</w:t>
      </w:r>
    </w:p>
    <w:p w14:paraId="038A363B" w14:textId="77777777" w:rsidR="00F51F43" w:rsidRPr="00497F90" w:rsidRDefault="00F51F43" w:rsidP="00F51F43">
      <w:pPr>
        <w:pStyle w:val="Grafikeoznake"/>
        <w:spacing w:after="0" w:line="360" w:lineRule="auto"/>
        <w:rPr>
          <w:sz w:val="24"/>
          <w:szCs w:val="24"/>
        </w:rPr>
      </w:pPr>
      <w:r w:rsidRPr="00497F90">
        <w:rPr>
          <w:sz w:val="24"/>
          <w:szCs w:val="24"/>
        </w:rPr>
        <w:t>razvoj svijesti o sebi i pozitivne slike o sebi;</w:t>
      </w:r>
    </w:p>
    <w:p w14:paraId="684F36FE" w14:textId="77777777" w:rsidR="00F51F43" w:rsidRPr="00497F90" w:rsidRDefault="00F51F43" w:rsidP="00F51F43">
      <w:pPr>
        <w:pStyle w:val="Grafikeoznake"/>
        <w:spacing w:after="0" w:line="360" w:lineRule="auto"/>
        <w:rPr>
          <w:sz w:val="24"/>
          <w:szCs w:val="24"/>
        </w:rPr>
      </w:pPr>
      <w:r w:rsidRPr="00497F90">
        <w:rPr>
          <w:sz w:val="24"/>
          <w:szCs w:val="24"/>
        </w:rPr>
        <w:t>prepoznavanje i izražavanje emocija;</w:t>
      </w:r>
    </w:p>
    <w:p w14:paraId="41FDAC01" w14:textId="77777777" w:rsidR="00F51F43" w:rsidRPr="00497F90" w:rsidRDefault="00F51F43" w:rsidP="00F51F43">
      <w:pPr>
        <w:pStyle w:val="Grafikeoznake"/>
        <w:spacing w:after="0" w:line="360" w:lineRule="auto"/>
        <w:rPr>
          <w:sz w:val="24"/>
          <w:szCs w:val="24"/>
        </w:rPr>
      </w:pPr>
      <w:r w:rsidRPr="00497F90">
        <w:rPr>
          <w:sz w:val="24"/>
          <w:szCs w:val="24"/>
        </w:rPr>
        <w:t>razvoj samostalnosti i samopouzdanja;</w:t>
      </w:r>
    </w:p>
    <w:p w14:paraId="3BBC7443" w14:textId="77777777" w:rsidR="00F51F43" w:rsidRPr="00497F90" w:rsidRDefault="00F51F43" w:rsidP="00F51F43">
      <w:pPr>
        <w:pStyle w:val="Grafikeoznake"/>
        <w:spacing w:after="0" w:line="360" w:lineRule="auto"/>
        <w:rPr>
          <w:sz w:val="24"/>
          <w:szCs w:val="24"/>
        </w:rPr>
      </w:pPr>
      <w:r w:rsidRPr="00497F90">
        <w:rPr>
          <w:sz w:val="24"/>
          <w:szCs w:val="24"/>
        </w:rPr>
        <w:t>razvoj odnosa s djecom i odraslima;</w:t>
      </w:r>
    </w:p>
    <w:p w14:paraId="47C4F645" w14:textId="77777777" w:rsidR="00F51F43" w:rsidRPr="00497F90" w:rsidRDefault="00F51F43" w:rsidP="00F51F43">
      <w:pPr>
        <w:pStyle w:val="Grafikeoznake"/>
        <w:spacing w:after="0" w:line="360" w:lineRule="auto"/>
        <w:rPr>
          <w:sz w:val="24"/>
          <w:szCs w:val="24"/>
        </w:rPr>
      </w:pPr>
      <w:r w:rsidRPr="00497F90">
        <w:rPr>
          <w:sz w:val="24"/>
          <w:szCs w:val="24"/>
        </w:rPr>
        <w:t>razvoj suradnje, empatije i uvažavanja različitosti;</w:t>
      </w:r>
    </w:p>
    <w:p w14:paraId="6A289D4A" w14:textId="77777777" w:rsidR="00F51F43" w:rsidRPr="00497F90" w:rsidRDefault="00F51F43" w:rsidP="00F51F43">
      <w:pPr>
        <w:pStyle w:val="Grafikeoznake"/>
        <w:spacing w:after="0" w:line="360" w:lineRule="auto"/>
        <w:rPr>
          <w:sz w:val="24"/>
          <w:szCs w:val="24"/>
        </w:rPr>
      </w:pPr>
      <w:r w:rsidRPr="00497F90">
        <w:rPr>
          <w:sz w:val="24"/>
          <w:szCs w:val="24"/>
        </w:rPr>
        <w:lastRenderedPageBreak/>
        <w:t>usvajanje pravila zajedničkog života u skupini;</w:t>
      </w:r>
    </w:p>
    <w:p w14:paraId="33271320" w14:textId="77777777" w:rsidR="00F51F43" w:rsidRPr="00497F90" w:rsidRDefault="00F51F43" w:rsidP="00F51F43">
      <w:pPr>
        <w:pStyle w:val="Grafikeoznake"/>
        <w:spacing w:after="0" w:line="360" w:lineRule="auto"/>
        <w:rPr>
          <w:sz w:val="24"/>
          <w:szCs w:val="24"/>
        </w:rPr>
      </w:pPr>
      <w:r w:rsidRPr="00497F90">
        <w:rPr>
          <w:sz w:val="24"/>
          <w:szCs w:val="24"/>
        </w:rPr>
        <w:t>razvoj sposobnosti rješavanja sukoba na prihvatljiv način.</w:t>
      </w:r>
    </w:p>
    <w:p w14:paraId="7D157409" w14:textId="77777777" w:rsidR="00F51F43" w:rsidRPr="00F51F43" w:rsidRDefault="00F51F43" w:rsidP="00F51F43">
      <w:pPr>
        <w:contextualSpacing/>
        <w:rPr>
          <w:b/>
          <w:i/>
        </w:rPr>
      </w:pPr>
      <w:r w:rsidRPr="00F51F43">
        <w:rPr>
          <w:i/>
        </w:rPr>
        <w:t>Kreativno izražavanje i stvaralaštvo</w:t>
      </w:r>
    </w:p>
    <w:p w14:paraId="3B116D10" w14:textId="77777777" w:rsidR="00F51F43" w:rsidRPr="00497F90" w:rsidRDefault="00F51F43" w:rsidP="00F51F43">
      <w:pPr>
        <w:pStyle w:val="Grafikeoznake"/>
        <w:spacing w:after="0" w:line="360" w:lineRule="auto"/>
        <w:rPr>
          <w:sz w:val="24"/>
          <w:szCs w:val="24"/>
        </w:rPr>
      </w:pPr>
      <w:r w:rsidRPr="00497F90">
        <w:rPr>
          <w:sz w:val="24"/>
          <w:szCs w:val="24"/>
        </w:rPr>
        <w:t>likovno, glazbeno, dramsko, pokretno i drugo stvaralačko izražavanje;</w:t>
      </w:r>
    </w:p>
    <w:p w14:paraId="2691D8F4" w14:textId="77777777" w:rsidR="00F51F43" w:rsidRPr="00497F90" w:rsidRDefault="00F51F43" w:rsidP="00F51F43">
      <w:pPr>
        <w:pStyle w:val="Grafikeoznake"/>
        <w:spacing w:after="0" w:line="360" w:lineRule="auto"/>
        <w:rPr>
          <w:sz w:val="24"/>
          <w:szCs w:val="24"/>
        </w:rPr>
      </w:pPr>
      <w:r w:rsidRPr="00497F90">
        <w:rPr>
          <w:sz w:val="24"/>
          <w:szCs w:val="24"/>
        </w:rPr>
        <w:t>slobodno izražavanje ideja, osjećaja i doživljaja;</w:t>
      </w:r>
    </w:p>
    <w:p w14:paraId="443CCFD3" w14:textId="77777777" w:rsidR="00F51F43" w:rsidRPr="00497F90" w:rsidRDefault="00F51F43" w:rsidP="00F51F43">
      <w:pPr>
        <w:pStyle w:val="Grafikeoznake"/>
        <w:spacing w:after="0" w:line="360" w:lineRule="auto"/>
        <w:rPr>
          <w:sz w:val="24"/>
          <w:szCs w:val="24"/>
        </w:rPr>
      </w:pPr>
      <w:r w:rsidRPr="00497F90">
        <w:rPr>
          <w:sz w:val="24"/>
          <w:szCs w:val="24"/>
        </w:rPr>
        <w:t>razvoj mašte i kreativnosti;</w:t>
      </w:r>
    </w:p>
    <w:p w14:paraId="6BFD9A8E" w14:textId="77777777" w:rsidR="00F51F43" w:rsidRPr="00497F90" w:rsidRDefault="00F51F43" w:rsidP="00F51F43">
      <w:pPr>
        <w:pStyle w:val="Grafikeoznake"/>
        <w:spacing w:after="0" w:line="360" w:lineRule="auto"/>
        <w:rPr>
          <w:sz w:val="24"/>
          <w:szCs w:val="24"/>
        </w:rPr>
      </w:pPr>
      <w:r w:rsidRPr="00497F90">
        <w:rPr>
          <w:sz w:val="24"/>
          <w:szCs w:val="24"/>
        </w:rPr>
        <w:t>istraživanje različitih materijala, tehnika, zvukova i pokreta;</w:t>
      </w:r>
    </w:p>
    <w:p w14:paraId="7B1F2FAB" w14:textId="77777777" w:rsidR="00F51F43" w:rsidRPr="00497F90" w:rsidRDefault="00F51F43" w:rsidP="00F51F43">
      <w:pPr>
        <w:pStyle w:val="Grafikeoznake"/>
        <w:spacing w:after="0" w:line="360" w:lineRule="auto"/>
        <w:rPr>
          <w:sz w:val="24"/>
          <w:szCs w:val="24"/>
        </w:rPr>
      </w:pPr>
      <w:r w:rsidRPr="00497F90">
        <w:rPr>
          <w:sz w:val="24"/>
          <w:szCs w:val="24"/>
        </w:rPr>
        <w:t>upoznavanje kulturnih i tradicijskih sadržaja primjerenih djeci.</w:t>
      </w:r>
    </w:p>
    <w:p w14:paraId="7674BD83" w14:textId="77777777" w:rsidR="00F51F43" w:rsidRPr="00F51F43" w:rsidRDefault="00F51F43" w:rsidP="00F51F43">
      <w:pPr>
        <w:contextualSpacing/>
        <w:rPr>
          <w:b/>
          <w:i/>
        </w:rPr>
      </w:pPr>
      <w:r w:rsidRPr="00F51F43">
        <w:rPr>
          <w:i/>
        </w:rPr>
        <w:t>Razvoj samostalnosti i životnih vještina</w:t>
      </w:r>
    </w:p>
    <w:p w14:paraId="7797374F" w14:textId="77777777" w:rsidR="00F51F43" w:rsidRPr="00497F90" w:rsidRDefault="00F51F43" w:rsidP="00F51F43">
      <w:pPr>
        <w:pStyle w:val="Grafikeoznake"/>
        <w:spacing w:after="0" w:line="360" w:lineRule="auto"/>
        <w:rPr>
          <w:sz w:val="24"/>
          <w:szCs w:val="24"/>
        </w:rPr>
      </w:pPr>
      <w:r w:rsidRPr="00497F90">
        <w:rPr>
          <w:sz w:val="24"/>
          <w:szCs w:val="24"/>
        </w:rPr>
        <w:t>osamostaljivanje u brizi o sebi;</w:t>
      </w:r>
    </w:p>
    <w:p w14:paraId="7F31C11D" w14:textId="77777777" w:rsidR="00F51F43" w:rsidRPr="00497F90" w:rsidRDefault="00F51F43" w:rsidP="00F51F43">
      <w:pPr>
        <w:pStyle w:val="Grafikeoznake"/>
        <w:spacing w:after="0" w:line="360" w:lineRule="auto"/>
        <w:rPr>
          <w:sz w:val="24"/>
          <w:szCs w:val="24"/>
        </w:rPr>
      </w:pPr>
      <w:r w:rsidRPr="00497F90">
        <w:rPr>
          <w:sz w:val="24"/>
          <w:szCs w:val="24"/>
        </w:rPr>
        <w:t>razvoj samostalnosti pri hranjenju i osobnoj higijeni;</w:t>
      </w:r>
    </w:p>
    <w:p w14:paraId="32CA79A3" w14:textId="77777777" w:rsidR="00F51F43" w:rsidRPr="00497F90" w:rsidRDefault="00F51F43" w:rsidP="00F51F43">
      <w:pPr>
        <w:pStyle w:val="Grafikeoznake"/>
        <w:spacing w:after="0" w:line="360" w:lineRule="auto"/>
        <w:rPr>
          <w:sz w:val="24"/>
          <w:szCs w:val="24"/>
        </w:rPr>
      </w:pPr>
      <w:r w:rsidRPr="00497F90">
        <w:rPr>
          <w:sz w:val="24"/>
          <w:szCs w:val="24"/>
        </w:rPr>
        <w:t>samostalno odijevanje i briga o osobnim stvarima u skladu s dobi;</w:t>
      </w:r>
    </w:p>
    <w:p w14:paraId="1CA91EAF" w14:textId="77777777" w:rsidR="00F51F43" w:rsidRPr="00497F90" w:rsidRDefault="00F51F43" w:rsidP="00F51F43">
      <w:pPr>
        <w:pStyle w:val="Grafikeoznake"/>
        <w:spacing w:after="0" w:line="360" w:lineRule="auto"/>
        <w:rPr>
          <w:sz w:val="24"/>
          <w:szCs w:val="24"/>
        </w:rPr>
      </w:pPr>
      <w:r w:rsidRPr="00497F90">
        <w:rPr>
          <w:sz w:val="24"/>
          <w:szCs w:val="24"/>
        </w:rPr>
        <w:t>sudjelovanje u jednostavnim svakodnevnim aktivnostima skupine;</w:t>
      </w:r>
    </w:p>
    <w:p w14:paraId="1F0AE975" w14:textId="77777777" w:rsidR="00F51F43" w:rsidRPr="00497F90" w:rsidRDefault="00F51F43" w:rsidP="00F51F43">
      <w:pPr>
        <w:pStyle w:val="Grafikeoznake"/>
        <w:spacing w:after="0" w:line="360" w:lineRule="auto"/>
        <w:rPr>
          <w:sz w:val="24"/>
          <w:szCs w:val="24"/>
        </w:rPr>
      </w:pPr>
      <w:r w:rsidRPr="00497F90">
        <w:rPr>
          <w:sz w:val="24"/>
          <w:szCs w:val="24"/>
        </w:rPr>
        <w:t>razvoj odgovornosti za osobne stvari i zajednički prostor;</w:t>
      </w:r>
    </w:p>
    <w:p w14:paraId="00AAE4BB" w14:textId="77777777" w:rsidR="00F51F43" w:rsidRPr="00497F90" w:rsidRDefault="00F51F43" w:rsidP="00F51F43">
      <w:pPr>
        <w:pStyle w:val="Grafikeoznake"/>
        <w:spacing w:after="0" w:line="360" w:lineRule="auto"/>
        <w:rPr>
          <w:sz w:val="24"/>
          <w:szCs w:val="24"/>
        </w:rPr>
      </w:pPr>
      <w:r w:rsidRPr="00497F90">
        <w:rPr>
          <w:sz w:val="24"/>
          <w:szCs w:val="24"/>
        </w:rPr>
        <w:t>sposobnost traženja pomoći kada je potrebna.</w:t>
      </w:r>
    </w:p>
    <w:p w14:paraId="37158864" w14:textId="77777777" w:rsidR="00F51F43" w:rsidRDefault="00F51F43" w:rsidP="00F51F43">
      <w:pPr>
        <w:contextualSpacing/>
      </w:pPr>
      <w:r w:rsidRPr="00497F90">
        <w:t>Praćenje razvoja djeteta provodi se kontinuirano tijekom pedagoške godine kroz neposredno promatranje, bilježenje zapažanja, dokumentiranje dječjih aktivnosti, razgovore i suradnju odgojitelja i stručnih suradnika.</w:t>
      </w:r>
      <w:r>
        <w:t xml:space="preserve"> </w:t>
      </w:r>
      <w:r w:rsidRPr="00497F90">
        <w:t>Dobiveni podaci koriste se za planiranje i prilagođavanje odgojno-obrazovnog rada, osiguravanje primjerenih poticaja i individualiziranje pristupa svakom djetetu. Praćenje nije usmjereno na uspoređivanje djece, nego na razumijevanje individualnog razvoja i potreba svakog djeteta.</w:t>
      </w:r>
      <w:r>
        <w:t xml:space="preserve"> </w:t>
      </w:r>
      <w:r w:rsidRPr="00497F90">
        <w:t>Prema potrebi provodi se detaljnije praćenje pojedinog djeteta radi pravodobnog prepoznavanja njegovih potreba, interesa, sposobnosti ili mogućih teškoća u razvoju. Posebna pozornost posvećuje se djeci s razvojnim teškoćama, razvojnim rizicima i potencijalno darovitoj djeci.</w:t>
      </w:r>
      <w:r>
        <w:t xml:space="preserve"> </w:t>
      </w:r>
      <w:r w:rsidRPr="00497F90">
        <w:t>Praćenje se provodi prema internim protokolima ustanove i najmanje dva puta tijekom pedagoške godine, uz kontinuirano praćenje u svakodnevnim situacijama.</w:t>
      </w:r>
    </w:p>
    <w:p w14:paraId="501E2F7B" w14:textId="77777777" w:rsidR="00F51F43" w:rsidRPr="00497F90" w:rsidRDefault="00F51F43" w:rsidP="00F51F43">
      <w:pPr>
        <w:contextualSpacing/>
      </w:pPr>
    </w:p>
    <w:p w14:paraId="31106E1B" w14:textId="77777777" w:rsidR="00F51F43" w:rsidRDefault="00F51F43" w:rsidP="00F51F43">
      <w:pPr>
        <w:pStyle w:val="Naslov2"/>
      </w:pPr>
      <w:bookmarkStart w:id="13" w:name="_Toc241563329"/>
      <w:r w:rsidRPr="00497F90">
        <w:t>4.3. SKRB O DNEVNOM RITMU DJECE</w:t>
      </w:r>
      <w:bookmarkEnd w:id="13"/>
    </w:p>
    <w:p w14:paraId="5E5CD547" w14:textId="77777777" w:rsidR="00F51F43" w:rsidRPr="00F51F43" w:rsidRDefault="00F51F43" w:rsidP="00F51F43"/>
    <w:p w14:paraId="2A6EEBF9" w14:textId="77777777" w:rsidR="00F51F43" w:rsidRPr="00497F90" w:rsidRDefault="00F51F43" w:rsidP="00F51F43">
      <w:pPr>
        <w:contextualSpacing/>
      </w:pPr>
      <w:r w:rsidRPr="00497F90">
        <w:lastRenderedPageBreak/>
        <w:t>Skrb o dnevnom ritmu podrazumijeva usklađivanje organizacije dana s dobi, individualnim potrebama, bioritmom i interesima djece. Dnevni ritam treba biti dovoljno predvidiv, ali istodobno fleksibilan i prilagodljiv potrebama skupine i pojedinog djeteta.</w:t>
      </w:r>
    </w:p>
    <w:p w14:paraId="7C5F6780" w14:textId="77777777" w:rsidR="00F51F43" w:rsidRPr="00497F90" w:rsidRDefault="00F51F43" w:rsidP="00F51F43">
      <w:pPr>
        <w:pStyle w:val="Grafikeoznake"/>
        <w:spacing w:after="0" w:line="360" w:lineRule="auto"/>
        <w:rPr>
          <w:sz w:val="24"/>
          <w:szCs w:val="24"/>
        </w:rPr>
      </w:pPr>
      <w:r w:rsidRPr="00497F90">
        <w:rPr>
          <w:sz w:val="24"/>
          <w:szCs w:val="24"/>
        </w:rPr>
        <w:t>praćenje razmaka između obroka i potreba djece za hranom;</w:t>
      </w:r>
    </w:p>
    <w:p w14:paraId="7312949B" w14:textId="77777777" w:rsidR="00F51F43" w:rsidRPr="00497F90" w:rsidRDefault="00F51F43" w:rsidP="00F51F43">
      <w:pPr>
        <w:pStyle w:val="Grafikeoznake"/>
        <w:spacing w:after="0" w:line="360" w:lineRule="auto"/>
        <w:rPr>
          <w:sz w:val="24"/>
          <w:szCs w:val="24"/>
        </w:rPr>
      </w:pPr>
      <w:r w:rsidRPr="00497F90">
        <w:rPr>
          <w:sz w:val="24"/>
          <w:szCs w:val="24"/>
        </w:rPr>
        <w:t>praćenje potrebe za dnevnim odmorom i spavanjem u odnosu na dob i individualne potrebe;</w:t>
      </w:r>
    </w:p>
    <w:p w14:paraId="2ADBE8EF" w14:textId="77777777" w:rsidR="00F51F43" w:rsidRPr="00497F90" w:rsidRDefault="00F51F43" w:rsidP="00F51F43">
      <w:pPr>
        <w:pStyle w:val="Grafikeoznake"/>
        <w:spacing w:after="0" w:line="360" w:lineRule="auto"/>
        <w:rPr>
          <w:sz w:val="24"/>
          <w:szCs w:val="24"/>
        </w:rPr>
      </w:pPr>
      <w:r w:rsidRPr="00497F90">
        <w:rPr>
          <w:sz w:val="24"/>
          <w:szCs w:val="24"/>
        </w:rPr>
        <w:t>osiguravanje mirnog odmora i primjerenih sadržaja za djecu koja ne spavaju;</w:t>
      </w:r>
    </w:p>
    <w:p w14:paraId="5183DE95" w14:textId="77777777" w:rsidR="00F51F43" w:rsidRPr="00497F90" w:rsidRDefault="00F51F43" w:rsidP="00F51F43">
      <w:pPr>
        <w:pStyle w:val="Grafikeoznake"/>
        <w:spacing w:after="0" w:line="360" w:lineRule="auto"/>
        <w:rPr>
          <w:sz w:val="24"/>
          <w:szCs w:val="24"/>
        </w:rPr>
      </w:pPr>
      <w:r w:rsidRPr="00497F90">
        <w:rPr>
          <w:sz w:val="24"/>
          <w:szCs w:val="24"/>
        </w:rPr>
        <w:t>osiguravanje svakodnevnog boravka na zraku i kretanja, u skladu s vremenskim uvjetima i zdravstvenim stanjem djece;</w:t>
      </w:r>
    </w:p>
    <w:p w14:paraId="4AFED817" w14:textId="77777777" w:rsidR="00F51F43" w:rsidRPr="00497F90" w:rsidRDefault="00F51F43" w:rsidP="00F51F43">
      <w:pPr>
        <w:pStyle w:val="Grafikeoznake"/>
        <w:spacing w:after="0" w:line="360" w:lineRule="auto"/>
        <w:rPr>
          <w:sz w:val="24"/>
          <w:szCs w:val="24"/>
        </w:rPr>
      </w:pPr>
      <w:r w:rsidRPr="00497F90">
        <w:rPr>
          <w:sz w:val="24"/>
          <w:szCs w:val="24"/>
        </w:rPr>
        <w:t>prilagođavanje vremena dolaska, prehrane, aktivnosti, odmora i odlaska potrebama skupine;</w:t>
      </w:r>
    </w:p>
    <w:p w14:paraId="2DB4BBA7" w14:textId="77777777" w:rsidR="00F51F43" w:rsidRPr="00497F90" w:rsidRDefault="00F51F43" w:rsidP="00F51F43">
      <w:pPr>
        <w:pStyle w:val="Grafikeoznake"/>
        <w:spacing w:after="0" w:line="360" w:lineRule="auto"/>
        <w:rPr>
          <w:sz w:val="24"/>
          <w:szCs w:val="24"/>
        </w:rPr>
      </w:pPr>
      <w:r w:rsidRPr="00497F90">
        <w:rPr>
          <w:sz w:val="24"/>
          <w:szCs w:val="24"/>
        </w:rPr>
        <w:t>osiguravanje dodatne skrbi za djecu koja imaju posebne potrebe u prehrani, odmoru ili njezi;</w:t>
      </w:r>
    </w:p>
    <w:p w14:paraId="098FD295" w14:textId="77777777" w:rsidR="00F51F43" w:rsidRPr="00497F90" w:rsidRDefault="00F51F43" w:rsidP="00F51F43">
      <w:pPr>
        <w:pStyle w:val="Grafikeoznake"/>
        <w:spacing w:after="0" w:line="360" w:lineRule="auto"/>
        <w:rPr>
          <w:sz w:val="24"/>
          <w:szCs w:val="24"/>
        </w:rPr>
      </w:pPr>
      <w:r w:rsidRPr="00497F90">
        <w:rPr>
          <w:sz w:val="24"/>
          <w:szCs w:val="24"/>
        </w:rPr>
        <w:t>redovito praćenje i vrednovanje organizacije dnevnog ritma na razini skupine i ustanove;</w:t>
      </w:r>
    </w:p>
    <w:p w14:paraId="6D8E5A98" w14:textId="77777777" w:rsidR="00F51F43" w:rsidRPr="00497F90" w:rsidRDefault="00F51F43" w:rsidP="00F51F43">
      <w:pPr>
        <w:pStyle w:val="Grafikeoznake"/>
        <w:spacing w:after="0" w:line="360" w:lineRule="auto"/>
        <w:rPr>
          <w:sz w:val="24"/>
          <w:szCs w:val="24"/>
        </w:rPr>
      </w:pPr>
      <w:r w:rsidRPr="00497F90">
        <w:rPr>
          <w:sz w:val="24"/>
          <w:szCs w:val="24"/>
        </w:rPr>
        <w:t>nastavak provođenja primjerenih i zdravih načina obilježavanja rođendana.</w:t>
      </w:r>
    </w:p>
    <w:p w14:paraId="09366977" w14:textId="77777777" w:rsidR="00F51F43" w:rsidRPr="00F51F43" w:rsidRDefault="00F51F43" w:rsidP="00AC789E">
      <w:pPr>
        <w:pStyle w:val="Naslov2"/>
      </w:pPr>
      <w:bookmarkStart w:id="14" w:name="_Toc241563330"/>
      <w:r w:rsidRPr="00497F90">
        <w:t>4.4. RAD NA UNAPRJEĐENJU TJELESNO-ZDRAVSTVENE KULTURE</w:t>
      </w:r>
      <w:bookmarkEnd w:id="14"/>
    </w:p>
    <w:p w14:paraId="0778B19B" w14:textId="77777777" w:rsidR="00F51F43" w:rsidRDefault="00F51F43" w:rsidP="00F51F43">
      <w:pPr>
        <w:contextualSpacing/>
      </w:pPr>
      <w:r w:rsidRPr="00497F90">
        <w:t>Različite motoričke aktivnosti važan su preduvjet cjelovitog rasta i razvoja te očuvanja zdravlja djece. Kontinuirano kretanje i tjelesno vježbanje potiču razvoj motoričkih sposobnosti, samostalnosti, sigurnosti u kretanju i pozitivnog odnosa prema tjelesnoj aktivnosti.</w:t>
      </w:r>
    </w:p>
    <w:p w14:paraId="3C4243B4" w14:textId="77777777" w:rsidR="00F51F43" w:rsidRPr="00497F90" w:rsidRDefault="00F51F43" w:rsidP="00F51F43">
      <w:pPr>
        <w:contextualSpacing/>
      </w:pPr>
    </w:p>
    <w:p w14:paraId="552C134D" w14:textId="77777777" w:rsidR="00F51F43" w:rsidRPr="00AC789E" w:rsidRDefault="00F51F43" w:rsidP="00AC789E">
      <w:r w:rsidRPr="00AC789E">
        <w:t>Strategije djelovanja</w:t>
      </w:r>
    </w:p>
    <w:p w14:paraId="16ED52AF" w14:textId="77777777" w:rsidR="00F51F43" w:rsidRPr="00497F90" w:rsidRDefault="00F51F43" w:rsidP="00F51F43">
      <w:pPr>
        <w:pStyle w:val="Grafikeoznake"/>
        <w:spacing w:after="0" w:line="360" w:lineRule="auto"/>
        <w:rPr>
          <w:sz w:val="24"/>
          <w:szCs w:val="24"/>
        </w:rPr>
      </w:pPr>
      <w:r w:rsidRPr="00497F90">
        <w:rPr>
          <w:sz w:val="24"/>
          <w:szCs w:val="24"/>
        </w:rPr>
        <w:t>svakodnevne mogućnosti za kretanje, tjelesno vježbanje, šetnju i boravak na zraku;</w:t>
      </w:r>
    </w:p>
    <w:p w14:paraId="2989B1A8" w14:textId="77777777" w:rsidR="00F51F43" w:rsidRPr="00497F90" w:rsidRDefault="00F51F43" w:rsidP="00F51F43">
      <w:pPr>
        <w:pStyle w:val="Grafikeoznake"/>
        <w:spacing w:after="0" w:line="360" w:lineRule="auto"/>
        <w:rPr>
          <w:sz w:val="24"/>
          <w:szCs w:val="24"/>
        </w:rPr>
      </w:pPr>
      <w:r w:rsidRPr="00497F90">
        <w:rPr>
          <w:sz w:val="24"/>
          <w:szCs w:val="24"/>
        </w:rPr>
        <w:t>strukturirane i spontane motoričke aktivnosti u zatvorenom i otvorenom prostoru;</w:t>
      </w:r>
    </w:p>
    <w:p w14:paraId="227148B5" w14:textId="77777777" w:rsidR="00F51F43" w:rsidRPr="00497F90" w:rsidRDefault="00F51F43" w:rsidP="00F51F43">
      <w:pPr>
        <w:pStyle w:val="Grafikeoznake"/>
        <w:spacing w:after="0" w:line="360" w:lineRule="auto"/>
        <w:rPr>
          <w:sz w:val="24"/>
          <w:szCs w:val="24"/>
        </w:rPr>
      </w:pPr>
      <w:r w:rsidRPr="00497F90">
        <w:rPr>
          <w:sz w:val="24"/>
          <w:szCs w:val="24"/>
        </w:rPr>
        <w:t>različite igre kretanja i elementarne igre prilagođene dobi i sposobnostima djece;</w:t>
      </w:r>
    </w:p>
    <w:p w14:paraId="6EFF16F3" w14:textId="77777777" w:rsidR="00F51F43" w:rsidRPr="00497F90" w:rsidRDefault="00F51F43" w:rsidP="00F51F43">
      <w:pPr>
        <w:pStyle w:val="Grafikeoznake"/>
        <w:spacing w:after="0" w:line="360" w:lineRule="auto"/>
        <w:rPr>
          <w:sz w:val="24"/>
          <w:szCs w:val="24"/>
        </w:rPr>
      </w:pPr>
      <w:r w:rsidRPr="00497F90">
        <w:rPr>
          <w:sz w:val="24"/>
          <w:szCs w:val="24"/>
        </w:rPr>
        <w:t>povremene međugrupne aktivnosti i obilježavanje primjerenih sportskih i zdravstvenih datuma;</w:t>
      </w:r>
    </w:p>
    <w:p w14:paraId="4B206841" w14:textId="77777777" w:rsidR="00F51F43" w:rsidRPr="00497F90" w:rsidRDefault="00F51F43" w:rsidP="00F51F43">
      <w:pPr>
        <w:pStyle w:val="Grafikeoznake"/>
        <w:spacing w:after="0" w:line="360" w:lineRule="auto"/>
        <w:rPr>
          <w:sz w:val="24"/>
          <w:szCs w:val="24"/>
        </w:rPr>
      </w:pPr>
      <w:r w:rsidRPr="00497F90">
        <w:rPr>
          <w:sz w:val="24"/>
          <w:szCs w:val="24"/>
        </w:rPr>
        <w:t>suradnja s vanjskim stručnjacima prema mogućnostima i potrebama vrtića;</w:t>
      </w:r>
    </w:p>
    <w:p w14:paraId="354C68BF" w14:textId="77777777" w:rsidR="00F51F43" w:rsidRPr="00497F90" w:rsidRDefault="00F51F43" w:rsidP="00F51F43">
      <w:pPr>
        <w:pStyle w:val="Grafikeoznake"/>
        <w:spacing w:after="0" w:line="360" w:lineRule="auto"/>
        <w:rPr>
          <w:sz w:val="24"/>
          <w:szCs w:val="24"/>
        </w:rPr>
      </w:pPr>
      <w:r w:rsidRPr="00497F90">
        <w:rPr>
          <w:sz w:val="24"/>
          <w:szCs w:val="24"/>
        </w:rPr>
        <w:t>izleti i aktivnosti na otvorenom u skladu sa sigurnosnim uvjetima i procjenom rizika.</w:t>
      </w:r>
    </w:p>
    <w:p w14:paraId="4F5B26C7" w14:textId="77777777" w:rsidR="00AC789E" w:rsidRDefault="00AC789E" w:rsidP="00AC789E"/>
    <w:p w14:paraId="76EB6D64" w14:textId="77777777" w:rsidR="00F51F43" w:rsidRPr="00497F90" w:rsidRDefault="00F51F43" w:rsidP="00AC789E">
      <w:r w:rsidRPr="00497F90">
        <w:lastRenderedPageBreak/>
        <w:t>Boravak na zraku</w:t>
      </w:r>
    </w:p>
    <w:p w14:paraId="40D09202" w14:textId="77777777" w:rsidR="00F51F43" w:rsidRPr="00497F90" w:rsidRDefault="00F51F43" w:rsidP="00F51F43">
      <w:pPr>
        <w:pStyle w:val="Grafikeoznake"/>
        <w:spacing w:after="0" w:line="360" w:lineRule="auto"/>
        <w:rPr>
          <w:sz w:val="24"/>
          <w:szCs w:val="24"/>
        </w:rPr>
      </w:pPr>
      <w:r w:rsidRPr="00497F90">
        <w:rPr>
          <w:sz w:val="24"/>
          <w:szCs w:val="24"/>
        </w:rPr>
        <w:t>svakodnevno omogućavati boravak djece na zraku, u skladu s vremenskim uvjetima i zdravstvenim potrebama;</w:t>
      </w:r>
    </w:p>
    <w:p w14:paraId="1C7E3A29" w14:textId="77777777" w:rsidR="00F51F43" w:rsidRPr="00497F90" w:rsidRDefault="00F51F43" w:rsidP="00F51F43">
      <w:pPr>
        <w:pStyle w:val="Grafikeoznake"/>
        <w:spacing w:after="0" w:line="360" w:lineRule="auto"/>
        <w:rPr>
          <w:sz w:val="24"/>
          <w:szCs w:val="24"/>
        </w:rPr>
      </w:pPr>
      <w:r w:rsidRPr="00497F90">
        <w:rPr>
          <w:sz w:val="24"/>
          <w:szCs w:val="24"/>
        </w:rPr>
        <w:t>redovito provjeravati sigurnost i funkcionalnost igrališta i opreme;</w:t>
      </w:r>
    </w:p>
    <w:p w14:paraId="3189EBCC" w14:textId="77777777" w:rsidR="00F51F43" w:rsidRPr="00497F90" w:rsidRDefault="00F51F43" w:rsidP="00F51F43">
      <w:pPr>
        <w:pStyle w:val="Grafikeoznake"/>
        <w:spacing w:after="0" w:line="360" w:lineRule="auto"/>
        <w:rPr>
          <w:sz w:val="24"/>
          <w:szCs w:val="24"/>
        </w:rPr>
      </w:pPr>
      <w:r w:rsidRPr="00497F90">
        <w:rPr>
          <w:sz w:val="24"/>
          <w:szCs w:val="24"/>
        </w:rPr>
        <w:t>koristiti terase i druge prikladne vanjske prostore kada vremenski uvjeti ne omogućuju dulji boravak izvan objekta;</w:t>
      </w:r>
    </w:p>
    <w:p w14:paraId="1327ADBB" w14:textId="77777777" w:rsidR="00F51F43" w:rsidRPr="00497F90" w:rsidRDefault="00F51F43" w:rsidP="00F51F43">
      <w:pPr>
        <w:pStyle w:val="Grafikeoznake"/>
        <w:spacing w:after="0" w:line="360" w:lineRule="auto"/>
        <w:rPr>
          <w:sz w:val="24"/>
          <w:szCs w:val="24"/>
        </w:rPr>
      </w:pPr>
      <w:r w:rsidRPr="00497F90">
        <w:rPr>
          <w:sz w:val="24"/>
          <w:szCs w:val="24"/>
        </w:rPr>
        <w:t>poticati različite oblike prirodnog kretanja, igre i istraživanja na otvorenom;</w:t>
      </w:r>
    </w:p>
    <w:p w14:paraId="74409062" w14:textId="77777777" w:rsidR="00F51F43" w:rsidRPr="00497F90" w:rsidRDefault="00F51F43" w:rsidP="00F51F43">
      <w:pPr>
        <w:pStyle w:val="Grafikeoznake"/>
        <w:spacing w:after="0" w:line="360" w:lineRule="auto"/>
        <w:rPr>
          <w:sz w:val="24"/>
          <w:szCs w:val="24"/>
        </w:rPr>
      </w:pPr>
      <w:r w:rsidRPr="00497F90">
        <w:rPr>
          <w:sz w:val="24"/>
          <w:szCs w:val="24"/>
        </w:rPr>
        <w:t>kontinuirano provoditi aktivnosti kretanja tijekom cijele pedagoške godine;</w:t>
      </w:r>
    </w:p>
    <w:p w14:paraId="6BEFFB4E" w14:textId="77777777" w:rsidR="00F51F43" w:rsidRPr="00497F90" w:rsidRDefault="00F51F43" w:rsidP="00F51F43">
      <w:pPr>
        <w:pStyle w:val="Grafikeoznake"/>
        <w:spacing w:after="0" w:line="360" w:lineRule="auto"/>
        <w:rPr>
          <w:sz w:val="24"/>
          <w:szCs w:val="24"/>
        </w:rPr>
      </w:pPr>
      <w:r w:rsidRPr="00497F90">
        <w:rPr>
          <w:sz w:val="24"/>
          <w:szCs w:val="24"/>
        </w:rPr>
        <w:t>organizirati aktivnosti poput vožnje bicikla, poligona, igara s loptom, šetnji i drugih oblika kretanja samo kada su primjereni dobi djece i sigurnosnim uvjetima;</w:t>
      </w:r>
    </w:p>
    <w:p w14:paraId="7088DB57" w14:textId="77777777" w:rsidR="00F51F43" w:rsidRPr="00497F90" w:rsidRDefault="00F51F43" w:rsidP="00F51F43">
      <w:pPr>
        <w:pStyle w:val="Grafikeoznake"/>
        <w:spacing w:after="0" w:line="360" w:lineRule="auto"/>
        <w:rPr>
          <w:sz w:val="24"/>
          <w:szCs w:val="24"/>
        </w:rPr>
      </w:pPr>
      <w:r w:rsidRPr="00497F90">
        <w:rPr>
          <w:sz w:val="24"/>
          <w:szCs w:val="24"/>
        </w:rPr>
        <w:t>sudjelovanje u aktivnostima i manifestacijama dječjeg sporta prema mogućnostima ustanove i interesu djece.</w:t>
      </w:r>
    </w:p>
    <w:p w14:paraId="4D538A1F" w14:textId="77777777" w:rsidR="00AC789E" w:rsidRDefault="00AC789E" w:rsidP="00AC789E"/>
    <w:p w14:paraId="18E6A84C" w14:textId="77777777" w:rsidR="00F51F43" w:rsidRPr="00497F90" w:rsidRDefault="00F51F43" w:rsidP="00AC789E">
      <w:r w:rsidRPr="00497F90">
        <w:t>Zadaće</w:t>
      </w:r>
    </w:p>
    <w:p w14:paraId="63D327B3" w14:textId="77777777" w:rsidR="00F51F43" w:rsidRPr="00497F90" w:rsidRDefault="00F51F43" w:rsidP="00F51F43">
      <w:pPr>
        <w:pStyle w:val="Grafikeoznake"/>
        <w:spacing w:after="0" w:line="360" w:lineRule="auto"/>
        <w:rPr>
          <w:sz w:val="24"/>
          <w:szCs w:val="24"/>
        </w:rPr>
      </w:pPr>
      <w:r w:rsidRPr="00497F90">
        <w:rPr>
          <w:sz w:val="24"/>
          <w:szCs w:val="24"/>
        </w:rPr>
        <w:t>uključivanje sve djece u oblike kretanja i boravka na zraku prema njihovim mogućnostima;</w:t>
      </w:r>
    </w:p>
    <w:p w14:paraId="36A6F1CB" w14:textId="77777777" w:rsidR="00F51F43" w:rsidRPr="00497F90" w:rsidRDefault="00F51F43" w:rsidP="00F51F43">
      <w:pPr>
        <w:pStyle w:val="Grafikeoznake"/>
        <w:spacing w:after="0" w:line="360" w:lineRule="auto"/>
        <w:rPr>
          <w:sz w:val="24"/>
          <w:szCs w:val="24"/>
        </w:rPr>
      </w:pPr>
      <w:r w:rsidRPr="00497F90">
        <w:rPr>
          <w:sz w:val="24"/>
          <w:szCs w:val="24"/>
        </w:rPr>
        <w:t>praćenje motoričkog razvoja i pravodobno prepoznavanje mogućih poteškoća;</w:t>
      </w:r>
    </w:p>
    <w:p w14:paraId="3D96C493" w14:textId="77777777" w:rsidR="00F51F43" w:rsidRPr="00497F90" w:rsidRDefault="00F51F43" w:rsidP="00F51F43">
      <w:pPr>
        <w:pStyle w:val="Grafikeoznake"/>
        <w:spacing w:after="0" w:line="360" w:lineRule="auto"/>
        <w:rPr>
          <w:sz w:val="24"/>
          <w:szCs w:val="24"/>
        </w:rPr>
      </w:pPr>
      <w:r w:rsidRPr="00497F90">
        <w:rPr>
          <w:sz w:val="24"/>
          <w:szCs w:val="24"/>
        </w:rPr>
        <w:t>suradnja s roditeljima i zdravstvenim stručnjacima kada se uoče razvojne ili zdravstvene posebnosti;</w:t>
      </w:r>
    </w:p>
    <w:p w14:paraId="5C000E59" w14:textId="77777777" w:rsidR="00F51F43" w:rsidRPr="00497F90" w:rsidRDefault="00F51F43" w:rsidP="00F51F43">
      <w:pPr>
        <w:pStyle w:val="Grafikeoznake"/>
        <w:spacing w:after="0" w:line="360" w:lineRule="auto"/>
        <w:rPr>
          <w:sz w:val="24"/>
          <w:szCs w:val="24"/>
        </w:rPr>
      </w:pPr>
      <w:r w:rsidRPr="00497F90">
        <w:rPr>
          <w:sz w:val="24"/>
          <w:szCs w:val="24"/>
        </w:rPr>
        <w:t>informiranje roditelja o važnosti kretanja, boravka na zraku, odmora i zdravih životnih navika;</w:t>
      </w:r>
    </w:p>
    <w:p w14:paraId="09334919" w14:textId="77777777" w:rsidR="00F51F43" w:rsidRPr="00497F90" w:rsidRDefault="00F51F43" w:rsidP="00F51F43">
      <w:pPr>
        <w:pStyle w:val="Grafikeoznake"/>
        <w:spacing w:after="0" w:line="360" w:lineRule="auto"/>
        <w:rPr>
          <w:sz w:val="24"/>
          <w:szCs w:val="24"/>
        </w:rPr>
      </w:pPr>
      <w:r w:rsidRPr="00497F90">
        <w:rPr>
          <w:sz w:val="24"/>
          <w:szCs w:val="24"/>
        </w:rPr>
        <w:t>organiziranje stručnih edukacija i savjetovanja prema potrebama djece i zaposlenika.</w:t>
      </w:r>
    </w:p>
    <w:p w14:paraId="0F87F29E" w14:textId="77777777" w:rsidR="00F51F43" w:rsidRPr="00F51F43" w:rsidRDefault="00F51F43" w:rsidP="00AC789E">
      <w:pPr>
        <w:pStyle w:val="Naslov2"/>
      </w:pPr>
      <w:bookmarkStart w:id="15" w:name="_Toc241563331"/>
      <w:r w:rsidRPr="00F51F43">
        <w:t>4.5. UNAPRJEĐIVANJE PREHRANE I OSAMOSTALJIVANJE DJECE U PROCESU PREHRANE</w:t>
      </w:r>
      <w:bookmarkEnd w:id="15"/>
    </w:p>
    <w:p w14:paraId="6D734327" w14:textId="77777777" w:rsidR="00F51F43" w:rsidRDefault="00F51F43" w:rsidP="00F51F43">
      <w:pPr>
        <w:contextualSpacing/>
      </w:pPr>
      <w:r w:rsidRPr="00497F90">
        <w:t>Prehrana u vrtiću treba zadovoljiti zdravstvene, razvojne i individualne potrebe djece te istodobno biti prilika za razvoj samostalnosti, pozitivnih prehrambenih navika i kulture zajedničkog blagovanja.</w:t>
      </w:r>
    </w:p>
    <w:p w14:paraId="79E4325D" w14:textId="77777777" w:rsidR="00AC789E" w:rsidRPr="00497F90" w:rsidRDefault="00AC789E" w:rsidP="00F51F43">
      <w:pPr>
        <w:contextualSpacing/>
      </w:pPr>
    </w:p>
    <w:p w14:paraId="426D1C16" w14:textId="77777777" w:rsidR="00F51F43" w:rsidRPr="00497F90" w:rsidRDefault="00F51F43" w:rsidP="00AC789E">
      <w:r w:rsidRPr="00497F90">
        <w:t>Ciljevi</w:t>
      </w:r>
    </w:p>
    <w:p w14:paraId="6EDB4D09" w14:textId="77777777" w:rsidR="00F51F43" w:rsidRPr="00497F90" w:rsidRDefault="00F51F43" w:rsidP="00F51F43">
      <w:pPr>
        <w:pStyle w:val="Grafikeoznake"/>
        <w:spacing w:after="0" w:line="360" w:lineRule="auto"/>
        <w:rPr>
          <w:sz w:val="24"/>
          <w:szCs w:val="24"/>
        </w:rPr>
      </w:pPr>
      <w:r w:rsidRPr="00497F90">
        <w:rPr>
          <w:sz w:val="24"/>
          <w:szCs w:val="24"/>
        </w:rPr>
        <w:t>unaprjeđivati kvalitetu i raznovrsnost prehrane;</w:t>
      </w:r>
    </w:p>
    <w:p w14:paraId="6E273253" w14:textId="77777777" w:rsidR="00F51F43" w:rsidRPr="00497F90" w:rsidRDefault="00F51F43" w:rsidP="00F51F43">
      <w:pPr>
        <w:pStyle w:val="Grafikeoznake"/>
        <w:spacing w:after="0" w:line="360" w:lineRule="auto"/>
        <w:rPr>
          <w:sz w:val="24"/>
          <w:szCs w:val="24"/>
        </w:rPr>
      </w:pPr>
      <w:r w:rsidRPr="00497F90">
        <w:rPr>
          <w:sz w:val="24"/>
          <w:szCs w:val="24"/>
        </w:rPr>
        <w:lastRenderedPageBreak/>
        <w:t>poticati djecu na prihvaćanje raznovrsnih namirnica bez prisile;</w:t>
      </w:r>
    </w:p>
    <w:p w14:paraId="70C29542" w14:textId="77777777" w:rsidR="00F51F43" w:rsidRPr="00497F90" w:rsidRDefault="00F51F43" w:rsidP="00F51F43">
      <w:pPr>
        <w:pStyle w:val="Grafikeoznake"/>
        <w:spacing w:after="0" w:line="360" w:lineRule="auto"/>
        <w:rPr>
          <w:sz w:val="24"/>
          <w:szCs w:val="24"/>
        </w:rPr>
      </w:pPr>
      <w:r w:rsidRPr="00497F90">
        <w:rPr>
          <w:sz w:val="24"/>
          <w:szCs w:val="24"/>
        </w:rPr>
        <w:t>razvijati samostalnost pri hranjenju i korištenju pribora za jelo u skladu s dobi;</w:t>
      </w:r>
    </w:p>
    <w:p w14:paraId="73E4EF99" w14:textId="77777777" w:rsidR="00F51F43" w:rsidRPr="00497F90" w:rsidRDefault="00F51F43" w:rsidP="00F51F43">
      <w:pPr>
        <w:pStyle w:val="Grafikeoznake"/>
        <w:spacing w:after="0" w:line="360" w:lineRule="auto"/>
        <w:rPr>
          <w:sz w:val="24"/>
          <w:szCs w:val="24"/>
        </w:rPr>
      </w:pPr>
      <w:r w:rsidRPr="00497F90">
        <w:rPr>
          <w:sz w:val="24"/>
          <w:szCs w:val="24"/>
        </w:rPr>
        <w:t>stvarati ugodno i poticajno ozračje tijekom obroka;</w:t>
      </w:r>
    </w:p>
    <w:p w14:paraId="30C8ACB4" w14:textId="77777777" w:rsidR="00F51F43" w:rsidRPr="00497F90" w:rsidRDefault="00F51F43" w:rsidP="00F51F43">
      <w:pPr>
        <w:pStyle w:val="Grafikeoznake"/>
        <w:spacing w:after="0" w:line="360" w:lineRule="auto"/>
        <w:rPr>
          <w:sz w:val="24"/>
          <w:szCs w:val="24"/>
        </w:rPr>
      </w:pPr>
      <w:r w:rsidRPr="00497F90">
        <w:rPr>
          <w:sz w:val="24"/>
          <w:szCs w:val="24"/>
        </w:rPr>
        <w:t>uvažavati posebne prehrambene potrebe i preporuke zdravstvenih stručnjaka;</w:t>
      </w:r>
    </w:p>
    <w:p w14:paraId="1D96536E" w14:textId="77777777" w:rsidR="00F51F43" w:rsidRPr="00497F90" w:rsidRDefault="00F51F43" w:rsidP="00F51F43">
      <w:pPr>
        <w:pStyle w:val="Grafikeoznake"/>
        <w:spacing w:after="0" w:line="360" w:lineRule="auto"/>
        <w:rPr>
          <w:sz w:val="24"/>
          <w:szCs w:val="24"/>
        </w:rPr>
      </w:pPr>
      <w:r w:rsidRPr="00497F90">
        <w:rPr>
          <w:sz w:val="24"/>
          <w:szCs w:val="24"/>
        </w:rPr>
        <w:t>poticati djecu na upoznavanje hrane kroz iskustvo, razgovor i primjer odraslih.</w:t>
      </w:r>
    </w:p>
    <w:p w14:paraId="2B0B54DD" w14:textId="77777777" w:rsidR="00AC789E" w:rsidRDefault="00AC789E" w:rsidP="00AC789E"/>
    <w:p w14:paraId="6CC37B13" w14:textId="77777777" w:rsidR="00F51F43" w:rsidRPr="00497F90" w:rsidRDefault="00F51F43" w:rsidP="00AC789E">
      <w:r w:rsidRPr="00497F90">
        <w:t>Zadaće</w:t>
      </w:r>
    </w:p>
    <w:p w14:paraId="22556B1C" w14:textId="77777777" w:rsidR="00F51F43" w:rsidRPr="00497F90" w:rsidRDefault="00F51F43" w:rsidP="00F51F43">
      <w:pPr>
        <w:pStyle w:val="Grafikeoznake"/>
        <w:spacing w:after="0" w:line="360" w:lineRule="auto"/>
        <w:rPr>
          <w:sz w:val="24"/>
          <w:szCs w:val="24"/>
        </w:rPr>
      </w:pPr>
      <w:r w:rsidRPr="00497F90">
        <w:rPr>
          <w:sz w:val="24"/>
          <w:szCs w:val="24"/>
        </w:rPr>
        <w:t>poticati samostalno korištenje pribora za jelo u skladu s dobi i mogućnostima djeteta;</w:t>
      </w:r>
    </w:p>
    <w:p w14:paraId="41FAD788" w14:textId="77777777" w:rsidR="00F51F43" w:rsidRPr="00497F90" w:rsidRDefault="00F51F43" w:rsidP="00F51F43">
      <w:pPr>
        <w:pStyle w:val="Grafikeoznake"/>
        <w:spacing w:after="0" w:line="360" w:lineRule="auto"/>
        <w:rPr>
          <w:sz w:val="24"/>
          <w:szCs w:val="24"/>
        </w:rPr>
      </w:pPr>
      <w:r w:rsidRPr="00497F90">
        <w:rPr>
          <w:sz w:val="24"/>
          <w:szCs w:val="24"/>
        </w:rPr>
        <w:t>omogućiti dovoljno vremena za obrok i uvažavati individualni ritam djeteta;</w:t>
      </w:r>
    </w:p>
    <w:p w14:paraId="4F2B4563" w14:textId="77777777" w:rsidR="00F51F43" w:rsidRPr="00497F90" w:rsidRDefault="00F51F43" w:rsidP="00F51F43">
      <w:pPr>
        <w:pStyle w:val="Grafikeoznake"/>
        <w:spacing w:after="0" w:line="360" w:lineRule="auto"/>
        <w:rPr>
          <w:sz w:val="24"/>
          <w:szCs w:val="24"/>
        </w:rPr>
      </w:pPr>
      <w:r w:rsidRPr="00497F90">
        <w:rPr>
          <w:sz w:val="24"/>
          <w:szCs w:val="24"/>
        </w:rPr>
        <w:t>poticati djecu na sudjelovanje u jednostavnim aktivnostima vezanim uz kulturu prehrane;</w:t>
      </w:r>
    </w:p>
    <w:p w14:paraId="4A11BDA8" w14:textId="77777777" w:rsidR="00F51F43" w:rsidRPr="00497F90" w:rsidRDefault="00F51F43" w:rsidP="00F51F43">
      <w:pPr>
        <w:pStyle w:val="Grafikeoznake"/>
        <w:spacing w:after="0" w:line="360" w:lineRule="auto"/>
        <w:rPr>
          <w:sz w:val="24"/>
          <w:szCs w:val="24"/>
        </w:rPr>
      </w:pPr>
      <w:r w:rsidRPr="00497F90">
        <w:rPr>
          <w:sz w:val="24"/>
          <w:szCs w:val="24"/>
        </w:rPr>
        <w:t>pratiti prihvaćanje novih namirnica i načine na koje djeca reagiraju na hranu;</w:t>
      </w:r>
    </w:p>
    <w:p w14:paraId="25A5B5F1" w14:textId="77777777" w:rsidR="00F51F43" w:rsidRPr="00497F90" w:rsidRDefault="00F51F43" w:rsidP="00F51F43">
      <w:pPr>
        <w:pStyle w:val="Grafikeoznake"/>
        <w:spacing w:after="0" w:line="360" w:lineRule="auto"/>
        <w:rPr>
          <w:sz w:val="24"/>
          <w:szCs w:val="24"/>
        </w:rPr>
      </w:pPr>
      <w:r w:rsidRPr="00497F90">
        <w:rPr>
          <w:sz w:val="24"/>
          <w:szCs w:val="24"/>
        </w:rPr>
        <w:t>osigurati primjerene obroke za djecu s posebnim prehrambenim potrebama prema važećim uputama i preporukama;</w:t>
      </w:r>
    </w:p>
    <w:p w14:paraId="6141A535" w14:textId="77777777" w:rsidR="00F51F43" w:rsidRPr="00497F90" w:rsidRDefault="00F51F43" w:rsidP="00F51F43">
      <w:pPr>
        <w:pStyle w:val="Grafikeoznake"/>
        <w:spacing w:after="0" w:line="360" w:lineRule="auto"/>
        <w:rPr>
          <w:sz w:val="24"/>
          <w:szCs w:val="24"/>
        </w:rPr>
      </w:pPr>
      <w:r w:rsidRPr="00497F90">
        <w:rPr>
          <w:sz w:val="24"/>
          <w:szCs w:val="24"/>
        </w:rPr>
        <w:t>suradnjom s roditeljima i stručnjacima osigurati kontinuitet važnih informacija o prehrani djeteta;</w:t>
      </w:r>
    </w:p>
    <w:p w14:paraId="2E6BC71C" w14:textId="77777777" w:rsidR="00F51F43" w:rsidRPr="00497F90" w:rsidRDefault="00F51F43" w:rsidP="00F51F43">
      <w:pPr>
        <w:pStyle w:val="Grafikeoznake"/>
        <w:spacing w:after="0" w:line="360" w:lineRule="auto"/>
        <w:rPr>
          <w:sz w:val="24"/>
          <w:szCs w:val="24"/>
        </w:rPr>
      </w:pPr>
      <w:r w:rsidRPr="00497F90">
        <w:rPr>
          <w:sz w:val="24"/>
          <w:szCs w:val="24"/>
        </w:rPr>
        <w:t>izbjegavati stigmatiziranje djece s različitim prehrambenim potrebama ili tjelesnim karakteristikama.</w:t>
      </w:r>
    </w:p>
    <w:p w14:paraId="77C24360" w14:textId="77777777" w:rsidR="00AC789E" w:rsidRDefault="00AC789E" w:rsidP="00F51F43">
      <w:pPr>
        <w:contextualSpacing/>
      </w:pPr>
    </w:p>
    <w:p w14:paraId="729FC1A4" w14:textId="77777777" w:rsidR="00F51F43" w:rsidRDefault="00F51F43" w:rsidP="00F51F43">
      <w:pPr>
        <w:contextualSpacing/>
      </w:pPr>
      <w:r w:rsidRPr="00497F90">
        <w:t>Jelovnik se planira prema važećim prehrambenim standardima i preporukama nadležnih institucija, uz uvažavanje sezonskih namirnica i posebnih prehrambenih potreba djece. Tjedni jelovnici dostupni su roditeljima putem uobičajenih komunikacijskih kanala vrtića.</w:t>
      </w:r>
    </w:p>
    <w:p w14:paraId="75D4B5DF" w14:textId="77777777" w:rsidR="00F51F43" w:rsidRPr="00497F90" w:rsidRDefault="00F51F43" w:rsidP="00F51F43">
      <w:pPr>
        <w:contextualSpacing/>
      </w:pPr>
    </w:p>
    <w:p w14:paraId="7C52319B" w14:textId="77777777" w:rsidR="00F51F43" w:rsidRPr="00497F90" w:rsidRDefault="00F51F43" w:rsidP="00F51F43">
      <w:pPr>
        <w:pStyle w:val="Naslov3"/>
      </w:pPr>
      <w:bookmarkStart w:id="16" w:name="_Toc241563332"/>
      <w:r w:rsidRPr="00497F90">
        <w:t>4.5.1. PLAN RADA KUHINJA</w:t>
      </w:r>
      <w:bookmarkEnd w:id="16"/>
    </w:p>
    <w:p w14:paraId="7846026A" w14:textId="77777777" w:rsidR="00F51F43" w:rsidRPr="00497F90" w:rsidRDefault="00F51F43" w:rsidP="00F51F43">
      <w:pPr>
        <w:contextualSpacing/>
      </w:pPr>
      <w:r w:rsidRPr="00497F90">
        <w:t>Plan rada kuhinje provodi se tijekom cijele pedagoške godine, prema HACCP sustavu, važećim propisima i internim procedurama ustanove.</w:t>
      </w:r>
    </w:p>
    <w:p w14:paraId="30D78722" w14:textId="77777777" w:rsidR="00F51F43" w:rsidRPr="00497F90" w:rsidRDefault="00F51F43" w:rsidP="00F51F43">
      <w:pPr>
        <w:pStyle w:val="Grafikeoznake"/>
        <w:spacing w:after="0" w:line="360" w:lineRule="auto"/>
        <w:rPr>
          <w:sz w:val="24"/>
          <w:szCs w:val="24"/>
        </w:rPr>
      </w:pPr>
      <w:r w:rsidRPr="00497F90">
        <w:rPr>
          <w:sz w:val="24"/>
          <w:szCs w:val="24"/>
        </w:rPr>
        <w:t>redovita kontrola mjernih uređaja i vođenje propisanih evidencija;</w:t>
      </w:r>
    </w:p>
    <w:p w14:paraId="5767E91C" w14:textId="77777777" w:rsidR="00F51F43" w:rsidRPr="00497F90" w:rsidRDefault="00F51F43" w:rsidP="00F51F43">
      <w:pPr>
        <w:pStyle w:val="Grafikeoznake"/>
        <w:spacing w:after="0" w:line="360" w:lineRule="auto"/>
        <w:rPr>
          <w:sz w:val="24"/>
          <w:szCs w:val="24"/>
        </w:rPr>
      </w:pPr>
      <w:r w:rsidRPr="00497F90">
        <w:rPr>
          <w:sz w:val="24"/>
          <w:szCs w:val="24"/>
        </w:rPr>
        <w:t>kontrola čistoće i higijenskih uvjeta u kuhinji i pripadajućim prostorima;</w:t>
      </w:r>
    </w:p>
    <w:p w14:paraId="4866B522" w14:textId="77777777" w:rsidR="00F51F43" w:rsidRPr="00497F90" w:rsidRDefault="00F51F43" w:rsidP="00F51F43">
      <w:pPr>
        <w:pStyle w:val="Grafikeoznake"/>
        <w:spacing w:after="0" w:line="360" w:lineRule="auto"/>
        <w:rPr>
          <w:sz w:val="24"/>
          <w:szCs w:val="24"/>
        </w:rPr>
      </w:pPr>
      <w:r w:rsidRPr="00497F90">
        <w:rPr>
          <w:sz w:val="24"/>
          <w:szCs w:val="24"/>
        </w:rPr>
        <w:t>redovita kontrola i održavanje opreme;</w:t>
      </w:r>
    </w:p>
    <w:p w14:paraId="273FAAA7" w14:textId="77777777" w:rsidR="00F51F43" w:rsidRPr="00497F90" w:rsidRDefault="00F51F43" w:rsidP="00F51F43">
      <w:pPr>
        <w:pStyle w:val="Grafikeoznake"/>
        <w:spacing w:after="0" w:line="360" w:lineRule="auto"/>
        <w:rPr>
          <w:sz w:val="24"/>
          <w:szCs w:val="24"/>
        </w:rPr>
      </w:pPr>
      <w:r w:rsidRPr="00497F90">
        <w:rPr>
          <w:sz w:val="24"/>
          <w:szCs w:val="24"/>
        </w:rPr>
        <w:t>edukacija zaposlenika uključenih u sustav sigurnosti hrane;</w:t>
      </w:r>
    </w:p>
    <w:p w14:paraId="50827F37" w14:textId="77777777" w:rsidR="00F51F43" w:rsidRPr="00497F90" w:rsidRDefault="00F51F43" w:rsidP="00F51F43">
      <w:pPr>
        <w:pStyle w:val="Grafikeoznake"/>
        <w:spacing w:after="0" w:line="360" w:lineRule="auto"/>
        <w:rPr>
          <w:sz w:val="24"/>
          <w:szCs w:val="24"/>
        </w:rPr>
      </w:pPr>
      <w:r w:rsidRPr="00497F90">
        <w:rPr>
          <w:sz w:val="24"/>
          <w:szCs w:val="24"/>
        </w:rPr>
        <w:t>unutarnje provjere i verifikacija HACCP postupaka prema planu;</w:t>
      </w:r>
    </w:p>
    <w:p w14:paraId="395743D0" w14:textId="77777777" w:rsidR="00F51F43" w:rsidRPr="00497F90" w:rsidRDefault="00F51F43" w:rsidP="00F51F43">
      <w:pPr>
        <w:pStyle w:val="Grafikeoznake"/>
        <w:spacing w:after="0" w:line="360" w:lineRule="auto"/>
        <w:rPr>
          <w:sz w:val="24"/>
          <w:szCs w:val="24"/>
        </w:rPr>
      </w:pPr>
      <w:r w:rsidRPr="00497F90">
        <w:rPr>
          <w:sz w:val="24"/>
          <w:szCs w:val="24"/>
        </w:rPr>
        <w:t>arhiviranje propisanih evidencija;</w:t>
      </w:r>
    </w:p>
    <w:p w14:paraId="63D14C71" w14:textId="77777777" w:rsidR="00F51F43" w:rsidRPr="00497F90" w:rsidRDefault="00F51F43" w:rsidP="00F51F43">
      <w:pPr>
        <w:pStyle w:val="Grafikeoznake"/>
        <w:spacing w:after="0" w:line="360" w:lineRule="auto"/>
        <w:rPr>
          <w:sz w:val="24"/>
          <w:szCs w:val="24"/>
        </w:rPr>
      </w:pPr>
      <w:r w:rsidRPr="00497F90">
        <w:rPr>
          <w:sz w:val="24"/>
          <w:szCs w:val="24"/>
        </w:rPr>
        <w:lastRenderedPageBreak/>
        <w:t>provedba laboratorijskih i drugih kontrola prema važećim propisima i planu ustanove;</w:t>
      </w:r>
    </w:p>
    <w:p w14:paraId="6F6E68A2" w14:textId="77777777" w:rsidR="00F51F43" w:rsidRPr="00497F90" w:rsidRDefault="00F51F43" w:rsidP="00F51F43">
      <w:pPr>
        <w:pStyle w:val="Grafikeoznake"/>
        <w:spacing w:after="0" w:line="360" w:lineRule="auto"/>
        <w:rPr>
          <w:sz w:val="24"/>
          <w:szCs w:val="24"/>
        </w:rPr>
      </w:pPr>
      <w:r w:rsidRPr="00497F90">
        <w:rPr>
          <w:sz w:val="24"/>
          <w:szCs w:val="24"/>
        </w:rPr>
        <w:t>suradnja s nadležnim zdravstvenim i drugim ovlaštenim institucijama;</w:t>
      </w:r>
    </w:p>
    <w:p w14:paraId="79B10A08" w14:textId="77777777" w:rsidR="00F51F43" w:rsidRPr="00497F90" w:rsidRDefault="00F51F43" w:rsidP="00F51F43">
      <w:pPr>
        <w:pStyle w:val="Grafikeoznake"/>
        <w:spacing w:after="0" w:line="360" w:lineRule="auto"/>
        <w:rPr>
          <w:sz w:val="24"/>
          <w:szCs w:val="24"/>
        </w:rPr>
      </w:pPr>
      <w:r w:rsidRPr="00497F90">
        <w:rPr>
          <w:sz w:val="24"/>
          <w:szCs w:val="24"/>
        </w:rPr>
        <w:t>redoviti sastanci i razmjena informacija među zaposlenicima kuhinje i upravom.</w:t>
      </w:r>
    </w:p>
    <w:p w14:paraId="17DAC66D" w14:textId="77777777" w:rsidR="00F51F43" w:rsidRPr="00F51F43" w:rsidRDefault="00F51F43" w:rsidP="00AC789E">
      <w:pPr>
        <w:pStyle w:val="Naslov2"/>
      </w:pPr>
      <w:bookmarkStart w:id="17" w:name="_Toc241563333"/>
      <w:r w:rsidRPr="00497F90">
        <w:t>4.6. ZADAĆE U ODNOSU NA DIJETE</w:t>
      </w:r>
      <w:bookmarkEnd w:id="17"/>
    </w:p>
    <w:p w14:paraId="3EFAFE44" w14:textId="77777777" w:rsidR="00F51F43" w:rsidRPr="00497F90" w:rsidRDefault="00F51F43" w:rsidP="00AC789E">
      <w:r w:rsidRPr="00497F90">
        <w:t>Početno upoznavanje i praćenje djeteta</w:t>
      </w:r>
    </w:p>
    <w:p w14:paraId="3DF95929" w14:textId="77777777" w:rsidR="00F51F43" w:rsidRPr="00497F90" w:rsidRDefault="00F51F43" w:rsidP="00F51F43">
      <w:pPr>
        <w:pStyle w:val="Grafikeoznake"/>
        <w:spacing w:after="0" w:line="360" w:lineRule="auto"/>
        <w:rPr>
          <w:sz w:val="24"/>
          <w:szCs w:val="24"/>
        </w:rPr>
      </w:pPr>
      <w:r w:rsidRPr="00497F90">
        <w:rPr>
          <w:sz w:val="24"/>
          <w:szCs w:val="24"/>
        </w:rPr>
        <w:t>razgovor s roditeljima i prikupljanje relevantnih informacija o djetetu pri upisu;</w:t>
      </w:r>
    </w:p>
    <w:p w14:paraId="21DE474C" w14:textId="77777777" w:rsidR="00F51F43" w:rsidRPr="00497F90" w:rsidRDefault="00F51F43" w:rsidP="00F51F43">
      <w:pPr>
        <w:pStyle w:val="Grafikeoznake"/>
        <w:spacing w:after="0" w:line="360" w:lineRule="auto"/>
        <w:rPr>
          <w:sz w:val="24"/>
          <w:szCs w:val="24"/>
        </w:rPr>
      </w:pPr>
      <w:r w:rsidRPr="00497F90">
        <w:rPr>
          <w:sz w:val="24"/>
          <w:szCs w:val="24"/>
        </w:rPr>
        <w:t>uvid u zdravstvenu i drugu relevantnu dokumentaciju koju roditelj dostavlja u skladu s propisima i procedurama ustanove;</w:t>
      </w:r>
    </w:p>
    <w:p w14:paraId="6761FA6F" w14:textId="77777777" w:rsidR="00F51F43" w:rsidRPr="00497F90" w:rsidRDefault="00F51F43" w:rsidP="00F51F43">
      <w:pPr>
        <w:pStyle w:val="Grafikeoznake"/>
        <w:spacing w:after="0" w:line="360" w:lineRule="auto"/>
        <w:rPr>
          <w:sz w:val="24"/>
          <w:szCs w:val="24"/>
        </w:rPr>
      </w:pPr>
      <w:r w:rsidRPr="00497F90">
        <w:rPr>
          <w:sz w:val="24"/>
          <w:szCs w:val="24"/>
        </w:rPr>
        <w:t>razmjena važnih informacija između stručnih suradnika i odgojitelja;</w:t>
      </w:r>
    </w:p>
    <w:p w14:paraId="34D16DA2" w14:textId="77777777" w:rsidR="00F51F43" w:rsidRPr="00497F90" w:rsidRDefault="00F51F43" w:rsidP="00F51F43">
      <w:pPr>
        <w:pStyle w:val="Grafikeoznake"/>
        <w:spacing w:after="0" w:line="360" w:lineRule="auto"/>
        <w:rPr>
          <w:sz w:val="24"/>
          <w:szCs w:val="24"/>
        </w:rPr>
      </w:pPr>
      <w:r w:rsidRPr="00497F90">
        <w:rPr>
          <w:sz w:val="24"/>
          <w:szCs w:val="24"/>
        </w:rPr>
        <w:t>praćenje djeteta tijekom prilagodbe i svakodnevnog boravka u vrtiću;</w:t>
      </w:r>
    </w:p>
    <w:p w14:paraId="6167BC9C" w14:textId="77777777" w:rsidR="00F51F43" w:rsidRPr="00497F90" w:rsidRDefault="00F51F43" w:rsidP="00F51F43">
      <w:pPr>
        <w:pStyle w:val="Grafikeoznake"/>
        <w:spacing w:after="0" w:line="360" w:lineRule="auto"/>
        <w:rPr>
          <w:sz w:val="24"/>
          <w:szCs w:val="24"/>
        </w:rPr>
      </w:pPr>
      <w:r w:rsidRPr="00497F90">
        <w:rPr>
          <w:sz w:val="24"/>
          <w:szCs w:val="24"/>
        </w:rPr>
        <w:t>prepoznavanje individualnih potreba, interesa, sposobnosti i mogućih razvojnih rizika.</w:t>
      </w:r>
    </w:p>
    <w:p w14:paraId="63BBA7ED" w14:textId="77777777" w:rsidR="00AC789E" w:rsidRDefault="00AC789E" w:rsidP="00AC789E"/>
    <w:p w14:paraId="31262795" w14:textId="77777777" w:rsidR="00F51F43" w:rsidRPr="00497F90" w:rsidRDefault="00F51F43" w:rsidP="00AC789E">
      <w:r w:rsidRPr="00497F90">
        <w:t>Praćenje i procjenjivanje individualnih potreba djeteta</w:t>
      </w:r>
    </w:p>
    <w:p w14:paraId="1FC95BF8" w14:textId="77777777" w:rsidR="00F51F43" w:rsidRPr="00497F90" w:rsidRDefault="00F51F43" w:rsidP="00F51F43">
      <w:pPr>
        <w:pStyle w:val="Grafikeoznake"/>
        <w:spacing w:after="0" w:line="360" w:lineRule="auto"/>
        <w:rPr>
          <w:sz w:val="24"/>
          <w:szCs w:val="24"/>
        </w:rPr>
      </w:pPr>
      <w:r w:rsidRPr="00497F90">
        <w:rPr>
          <w:sz w:val="24"/>
          <w:szCs w:val="24"/>
        </w:rPr>
        <w:t>sudjelovanje u planiranju prilagodbi za djecu s posebnim potrebama u području njege, higijene, prehrane, odmora i aktivnosti;</w:t>
      </w:r>
    </w:p>
    <w:p w14:paraId="0AD9EE99" w14:textId="77777777" w:rsidR="00F51F43" w:rsidRPr="00497F90" w:rsidRDefault="00F51F43" w:rsidP="00F51F43">
      <w:pPr>
        <w:pStyle w:val="Grafikeoznake"/>
        <w:spacing w:after="0" w:line="360" w:lineRule="auto"/>
        <w:rPr>
          <w:sz w:val="24"/>
          <w:szCs w:val="24"/>
        </w:rPr>
      </w:pPr>
      <w:r w:rsidRPr="00497F90">
        <w:rPr>
          <w:sz w:val="24"/>
          <w:szCs w:val="24"/>
        </w:rPr>
        <w:t>osiguravanje optimalnih higijenskih, zdravstvenih i sigurnosnih uvjeta;</w:t>
      </w:r>
    </w:p>
    <w:p w14:paraId="65A30B38" w14:textId="77777777" w:rsidR="00F51F43" w:rsidRPr="00497F90" w:rsidRDefault="00F51F43" w:rsidP="00F51F43">
      <w:pPr>
        <w:pStyle w:val="Grafikeoznake"/>
        <w:spacing w:after="0" w:line="360" w:lineRule="auto"/>
        <w:rPr>
          <w:sz w:val="24"/>
          <w:szCs w:val="24"/>
        </w:rPr>
      </w:pPr>
      <w:r w:rsidRPr="00497F90">
        <w:rPr>
          <w:sz w:val="24"/>
          <w:szCs w:val="24"/>
        </w:rPr>
        <w:t>praćenje zadovoljavanja primarnih potreba djeteta uz uvažavanje dobi, bioritma, individualnih potreba i prava djeteta;</w:t>
      </w:r>
    </w:p>
    <w:p w14:paraId="3AF2408E" w14:textId="77777777" w:rsidR="00F51F43" w:rsidRPr="00497F90" w:rsidRDefault="00F51F43" w:rsidP="00F51F43">
      <w:pPr>
        <w:pStyle w:val="Grafikeoznake"/>
        <w:spacing w:after="0" w:line="360" w:lineRule="auto"/>
        <w:rPr>
          <w:sz w:val="24"/>
          <w:szCs w:val="24"/>
        </w:rPr>
      </w:pPr>
      <w:r w:rsidRPr="00497F90">
        <w:rPr>
          <w:sz w:val="24"/>
          <w:szCs w:val="24"/>
        </w:rPr>
        <w:t>izrada i provedba individualiziranih oblika potpore kada su potrebni.</w:t>
      </w:r>
    </w:p>
    <w:p w14:paraId="7AA35FEC" w14:textId="77777777" w:rsidR="00AC789E" w:rsidRDefault="00AC789E" w:rsidP="00AC789E"/>
    <w:p w14:paraId="68A3E6DB" w14:textId="77777777" w:rsidR="00F51F43" w:rsidRPr="00497F90" w:rsidRDefault="00F51F43" w:rsidP="00AC789E">
      <w:r w:rsidRPr="00497F90">
        <w:t>Praćenje zdravstvenog stanja djece</w:t>
      </w:r>
    </w:p>
    <w:p w14:paraId="72DC3ECA" w14:textId="77777777" w:rsidR="00F51F43" w:rsidRPr="00497F90" w:rsidRDefault="00F51F43" w:rsidP="00F51F43">
      <w:pPr>
        <w:pStyle w:val="Grafikeoznake"/>
        <w:spacing w:after="0" w:line="360" w:lineRule="auto"/>
        <w:rPr>
          <w:sz w:val="24"/>
          <w:szCs w:val="24"/>
        </w:rPr>
      </w:pPr>
      <w:r w:rsidRPr="00497F90">
        <w:rPr>
          <w:sz w:val="24"/>
          <w:szCs w:val="24"/>
        </w:rPr>
        <w:t>praćenje i evidentiranje izostanaka i pojavnosti bolesti prema propisanim procedurama;</w:t>
      </w:r>
    </w:p>
    <w:p w14:paraId="0661C66B" w14:textId="77777777" w:rsidR="00F51F43" w:rsidRPr="00497F90" w:rsidRDefault="00F51F43" w:rsidP="00F51F43">
      <w:pPr>
        <w:pStyle w:val="Grafikeoznake"/>
        <w:spacing w:after="0" w:line="360" w:lineRule="auto"/>
        <w:rPr>
          <w:sz w:val="24"/>
          <w:szCs w:val="24"/>
        </w:rPr>
      </w:pPr>
      <w:r w:rsidRPr="00497F90">
        <w:rPr>
          <w:sz w:val="24"/>
          <w:szCs w:val="24"/>
        </w:rPr>
        <w:t>postupanje prema zdravstvenim i epidemiološkim protokolima;</w:t>
      </w:r>
    </w:p>
    <w:p w14:paraId="7005B43C" w14:textId="77777777" w:rsidR="00F51F43" w:rsidRPr="00497F90" w:rsidRDefault="00F51F43" w:rsidP="00F51F43">
      <w:pPr>
        <w:pStyle w:val="Grafikeoznake"/>
        <w:spacing w:after="0" w:line="360" w:lineRule="auto"/>
        <w:rPr>
          <w:sz w:val="24"/>
          <w:szCs w:val="24"/>
        </w:rPr>
      </w:pPr>
      <w:r w:rsidRPr="00497F90">
        <w:rPr>
          <w:sz w:val="24"/>
          <w:szCs w:val="24"/>
        </w:rPr>
        <w:t>praćenje oralnog zdravlja i uključivanje u preventivne aktivnosti;</w:t>
      </w:r>
    </w:p>
    <w:p w14:paraId="25E058EF" w14:textId="77777777" w:rsidR="00F51F43" w:rsidRPr="00497F90" w:rsidRDefault="00F51F43" w:rsidP="00F51F43">
      <w:pPr>
        <w:pStyle w:val="Grafikeoznake"/>
        <w:spacing w:after="0" w:line="360" w:lineRule="auto"/>
        <w:rPr>
          <w:sz w:val="24"/>
          <w:szCs w:val="24"/>
        </w:rPr>
      </w:pPr>
      <w:r w:rsidRPr="00497F90">
        <w:rPr>
          <w:sz w:val="24"/>
          <w:szCs w:val="24"/>
        </w:rPr>
        <w:t>zbrinjavanje ozljeda, evidentiranje i praćenje uzroka;</w:t>
      </w:r>
    </w:p>
    <w:p w14:paraId="2AC09B79" w14:textId="77777777" w:rsidR="00F51F43" w:rsidRPr="00497F90" w:rsidRDefault="00F51F43" w:rsidP="00F51F43">
      <w:pPr>
        <w:pStyle w:val="Grafikeoznake"/>
        <w:spacing w:after="0" w:line="360" w:lineRule="auto"/>
        <w:rPr>
          <w:sz w:val="24"/>
          <w:szCs w:val="24"/>
        </w:rPr>
      </w:pPr>
      <w:r w:rsidRPr="00497F90">
        <w:rPr>
          <w:sz w:val="24"/>
          <w:szCs w:val="24"/>
        </w:rPr>
        <w:t>provođenje antropometrijskih mjerenja kada su predviđena programom i važećim postupcima;</w:t>
      </w:r>
    </w:p>
    <w:p w14:paraId="3A1931D8" w14:textId="77777777" w:rsidR="00F51F43" w:rsidRPr="00497F90" w:rsidRDefault="00F51F43" w:rsidP="00F51F43">
      <w:pPr>
        <w:pStyle w:val="Grafikeoznake"/>
        <w:spacing w:after="0" w:line="360" w:lineRule="auto"/>
        <w:rPr>
          <w:sz w:val="24"/>
          <w:szCs w:val="24"/>
        </w:rPr>
      </w:pPr>
      <w:r w:rsidRPr="00497F90">
        <w:rPr>
          <w:sz w:val="24"/>
          <w:szCs w:val="24"/>
        </w:rPr>
        <w:t>praćenje epidemioloških pokazatelja;</w:t>
      </w:r>
    </w:p>
    <w:p w14:paraId="739A10D8" w14:textId="77777777" w:rsidR="00F51F43" w:rsidRPr="00497F90" w:rsidRDefault="00F51F43" w:rsidP="00F51F43">
      <w:pPr>
        <w:pStyle w:val="Grafikeoznake"/>
        <w:spacing w:after="0" w:line="360" w:lineRule="auto"/>
        <w:rPr>
          <w:sz w:val="24"/>
          <w:szCs w:val="24"/>
        </w:rPr>
      </w:pPr>
      <w:r w:rsidRPr="00497F90">
        <w:rPr>
          <w:sz w:val="24"/>
          <w:szCs w:val="24"/>
        </w:rPr>
        <w:t>praćenje psihofizičkog razvoja djeteta;</w:t>
      </w:r>
    </w:p>
    <w:p w14:paraId="78852574" w14:textId="77777777" w:rsidR="00F51F43" w:rsidRPr="00497F90" w:rsidRDefault="00F51F43" w:rsidP="00F51F43">
      <w:pPr>
        <w:pStyle w:val="Grafikeoznake"/>
        <w:spacing w:after="0" w:line="360" w:lineRule="auto"/>
        <w:rPr>
          <w:sz w:val="24"/>
          <w:szCs w:val="24"/>
        </w:rPr>
      </w:pPr>
      <w:r w:rsidRPr="00497F90">
        <w:rPr>
          <w:sz w:val="24"/>
          <w:szCs w:val="24"/>
        </w:rPr>
        <w:t>vođenje propisane zdravstvene dokumentacije;</w:t>
      </w:r>
    </w:p>
    <w:p w14:paraId="26FABE11" w14:textId="77777777" w:rsidR="00F51F43" w:rsidRPr="00497F90" w:rsidRDefault="00F51F43" w:rsidP="00F51F43">
      <w:pPr>
        <w:pStyle w:val="Grafikeoznake"/>
        <w:spacing w:after="0" w:line="360" w:lineRule="auto"/>
        <w:rPr>
          <w:sz w:val="24"/>
          <w:szCs w:val="24"/>
        </w:rPr>
      </w:pPr>
      <w:r w:rsidRPr="00497F90">
        <w:rPr>
          <w:sz w:val="24"/>
          <w:szCs w:val="24"/>
        </w:rPr>
        <w:lastRenderedPageBreak/>
        <w:t>davanje povratnih informacija roditeljima u okviru stručnih kompetencija.</w:t>
      </w:r>
    </w:p>
    <w:p w14:paraId="7C5A4D71" w14:textId="77777777" w:rsidR="00AC789E" w:rsidRDefault="00AC789E" w:rsidP="00AC789E"/>
    <w:p w14:paraId="2F59DBE4" w14:textId="77777777" w:rsidR="00F51F43" w:rsidRPr="00497F90" w:rsidRDefault="00F51F43" w:rsidP="00AC789E">
      <w:r w:rsidRPr="00497F90">
        <w:t>Identifikacija djece s posebnim potrebama</w:t>
      </w:r>
    </w:p>
    <w:p w14:paraId="25558CC7" w14:textId="77777777" w:rsidR="00F51F43" w:rsidRPr="00497F90" w:rsidRDefault="00F51F43" w:rsidP="00F51F43">
      <w:pPr>
        <w:pStyle w:val="Grafikeoznake"/>
        <w:spacing w:after="0" w:line="360" w:lineRule="auto"/>
        <w:rPr>
          <w:sz w:val="24"/>
          <w:szCs w:val="24"/>
        </w:rPr>
      </w:pPr>
      <w:r w:rsidRPr="00497F90">
        <w:rPr>
          <w:sz w:val="24"/>
          <w:szCs w:val="24"/>
        </w:rPr>
        <w:t>prepoznavanje razvojnih teškoća, razvojnih rizika i potencijalne darovitosti kroz razgovore, dokumentaciju i neposredno opažanje;</w:t>
      </w:r>
    </w:p>
    <w:p w14:paraId="5E0664B0" w14:textId="77777777" w:rsidR="00F51F43" w:rsidRPr="00497F90" w:rsidRDefault="00F51F43" w:rsidP="00F51F43">
      <w:pPr>
        <w:pStyle w:val="Grafikeoznake"/>
        <w:spacing w:after="0" w:line="360" w:lineRule="auto"/>
        <w:rPr>
          <w:sz w:val="24"/>
          <w:szCs w:val="24"/>
        </w:rPr>
      </w:pPr>
      <w:r w:rsidRPr="00497F90">
        <w:rPr>
          <w:sz w:val="24"/>
          <w:szCs w:val="24"/>
        </w:rPr>
        <w:t>sustavno praćenje djeteta i vođenje odgovarajuće dokumentacije;</w:t>
      </w:r>
    </w:p>
    <w:p w14:paraId="3651AF32" w14:textId="77777777" w:rsidR="00F51F43" w:rsidRPr="00497F90" w:rsidRDefault="00F51F43" w:rsidP="00F51F43">
      <w:pPr>
        <w:pStyle w:val="Grafikeoznake"/>
        <w:spacing w:after="0" w:line="360" w:lineRule="auto"/>
        <w:rPr>
          <w:sz w:val="24"/>
          <w:szCs w:val="24"/>
        </w:rPr>
      </w:pPr>
      <w:r w:rsidRPr="00497F90">
        <w:rPr>
          <w:sz w:val="24"/>
          <w:szCs w:val="24"/>
        </w:rPr>
        <w:t>suradnja s roditeljima i stručnim suradnicima;</w:t>
      </w:r>
    </w:p>
    <w:p w14:paraId="76BAE348" w14:textId="77777777" w:rsidR="00F51F43" w:rsidRPr="00497F90" w:rsidRDefault="00F51F43" w:rsidP="00F51F43">
      <w:pPr>
        <w:pStyle w:val="Grafikeoznake"/>
        <w:spacing w:after="0" w:line="360" w:lineRule="auto"/>
        <w:rPr>
          <w:sz w:val="24"/>
          <w:szCs w:val="24"/>
        </w:rPr>
      </w:pPr>
      <w:r w:rsidRPr="00497F90">
        <w:rPr>
          <w:sz w:val="24"/>
          <w:szCs w:val="24"/>
        </w:rPr>
        <w:t>po potrebi upućivanje roditelja na odgovarajuću stručnu procjenu;</w:t>
      </w:r>
    </w:p>
    <w:p w14:paraId="7AAE445A" w14:textId="77777777" w:rsidR="00F51F43" w:rsidRPr="00497F90" w:rsidRDefault="00F51F43" w:rsidP="00F51F43">
      <w:pPr>
        <w:pStyle w:val="Grafikeoznake"/>
        <w:spacing w:after="0" w:line="360" w:lineRule="auto"/>
        <w:rPr>
          <w:sz w:val="24"/>
          <w:szCs w:val="24"/>
        </w:rPr>
      </w:pPr>
      <w:r w:rsidRPr="00497F90">
        <w:rPr>
          <w:sz w:val="24"/>
          <w:szCs w:val="24"/>
        </w:rPr>
        <w:t>izrada individualiziranih oblika potpore i razvojnih zadaća za pojedino dijete;</w:t>
      </w:r>
    </w:p>
    <w:p w14:paraId="0A813300" w14:textId="77777777" w:rsidR="00F51F43" w:rsidRPr="00497F90" w:rsidRDefault="00F51F43" w:rsidP="00F51F43">
      <w:pPr>
        <w:pStyle w:val="Grafikeoznake"/>
        <w:spacing w:after="0" w:line="360" w:lineRule="auto"/>
        <w:rPr>
          <w:sz w:val="24"/>
          <w:szCs w:val="24"/>
        </w:rPr>
      </w:pPr>
      <w:r w:rsidRPr="00497F90">
        <w:rPr>
          <w:sz w:val="24"/>
          <w:szCs w:val="24"/>
        </w:rPr>
        <w:t>upoznavanje zaposlenika koji rade s djetetom s relevantnim informacijama i načinima pružanja podrške;</w:t>
      </w:r>
    </w:p>
    <w:p w14:paraId="198E35AF" w14:textId="77777777" w:rsidR="00F51F43" w:rsidRPr="00497F90" w:rsidRDefault="00F51F43" w:rsidP="00F51F43">
      <w:pPr>
        <w:pStyle w:val="Grafikeoznake"/>
        <w:spacing w:after="0" w:line="360" w:lineRule="auto"/>
        <w:rPr>
          <w:sz w:val="24"/>
          <w:szCs w:val="24"/>
        </w:rPr>
      </w:pPr>
      <w:r w:rsidRPr="00497F90">
        <w:rPr>
          <w:sz w:val="24"/>
          <w:szCs w:val="24"/>
        </w:rPr>
        <w:t>izrada posebnih postupaka njege i zdravstvene skrbi kada su potrebni, osobito kod djece s posebnim prehrambenim i zdravstvenim potrebama.</w:t>
      </w:r>
    </w:p>
    <w:p w14:paraId="7FAE3444" w14:textId="77777777" w:rsidR="00F51F43" w:rsidRPr="00F51F43" w:rsidRDefault="00F51F43" w:rsidP="00AC789E">
      <w:pPr>
        <w:pStyle w:val="Naslov2"/>
      </w:pPr>
      <w:bookmarkStart w:id="18" w:name="_Toc241563334"/>
      <w:r w:rsidRPr="00497F90">
        <w:t>4.7. ZADAĆE U ODNOSU NA RODITELJE</w:t>
      </w:r>
      <w:bookmarkEnd w:id="18"/>
    </w:p>
    <w:p w14:paraId="59180FA9" w14:textId="77777777" w:rsidR="00F51F43" w:rsidRPr="00497F90" w:rsidRDefault="00F51F43" w:rsidP="00F51F43">
      <w:pPr>
        <w:pStyle w:val="Grafikeoznake"/>
        <w:spacing w:after="0" w:line="360" w:lineRule="auto"/>
        <w:rPr>
          <w:sz w:val="24"/>
          <w:szCs w:val="24"/>
        </w:rPr>
      </w:pPr>
      <w:r w:rsidRPr="00497F90">
        <w:rPr>
          <w:sz w:val="24"/>
          <w:szCs w:val="24"/>
        </w:rPr>
        <w:t>suradnja s roditeljima u planiranju mjera zaštite i unaprjeđenja zdravlja djeteta;</w:t>
      </w:r>
    </w:p>
    <w:p w14:paraId="0B1DA316" w14:textId="77777777" w:rsidR="00F51F43" w:rsidRPr="00497F90" w:rsidRDefault="00F51F43" w:rsidP="00F51F43">
      <w:pPr>
        <w:pStyle w:val="Grafikeoznake"/>
        <w:spacing w:after="0" w:line="360" w:lineRule="auto"/>
        <w:rPr>
          <w:sz w:val="24"/>
          <w:szCs w:val="24"/>
        </w:rPr>
      </w:pPr>
      <w:r w:rsidRPr="00497F90">
        <w:rPr>
          <w:sz w:val="24"/>
          <w:szCs w:val="24"/>
        </w:rPr>
        <w:t>prikupljanje relevantnih podataka o djetetu, njegovom zdravlju, navikama i posebnim potrebama;</w:t>
      </w:r>
    </w:p>
    <w:p w14:paraId="0B062A8F" w14:textId="77777777" w:rsidR="00F51F43" w:rsidRPr="00497F90" w:rsidRDefault="00F51F43" w:rsidP="00F51F43">
      <w:pPr>
        <w:pStyle w:val="Grafikeoznake"/>
        <w:spacing w:after="0" w:line="360" w:lineRule="auto"/>
        <w:rPr>
          <w:sz w:val="24"/>
          <w:szCs w:val="24"/>
        </w:rPr>
      </w:pPr>
      <w:r w:rsidRPr="00497F90">
        <w:rPr>
          <w:sz w:val="24"/>
          <w:szCs w:val="24"/>
        </w:rPr>
        <w:t>razgovori s roditeljima radi dogovaranja potrebnih mjera i oblika podrške;</w:t>
      </w:r>
    </w:p>
    <w:p w14:paraId="069B5FD5" w14:textId="77777777" w:rsidR="00F51F43" w:rsidRPr="00497F90" w:rsidRDefault="00F51F43" w:rsidP="00F51F43">
      <w:pPr>
        <w:pStyle w:val="Grafikeoznake"/>
        <w:spacing w:after="0" w:line="360" w:lineRule="auto"/>
        <w:rPr>
          <w:sz w:val="24"/>
          <w:szCs w:val="24"/>
        </w:rPr>
      </w:pPr>
      <w:r w:rsidRPr="00497F90">
        <w:rPr>
          <w:sz w:val="24"/>
          <w:szCs w:val="24"/>
        </w:rPr>
        <w:t>savjetovanje i razmjena informacija radi što kvalitetnijeg zadovoljavanja djetetovih potreba u vrtiću;</w:t>
      </w:r>
    </w:p>
    <w:p w14:paraId="11B8247B" w14:textId="77777777" w:rsidR="00F51F43" w:rsidRPr="00497F90" w:rsidRDefault="00F51F43" w:rsidP="00F51F43">
      <w:pPr>
        <w:pStyle w:val="Grafikeoznake"/>
        <w:spacing w:after="0" w:line="360" w:lineRule="auto"/>
        <w:rPr>
          <w:sz w:val="24"/>
          <w:szCs w:val="24"/>
        </w:rPr>
      </w:pPr>
      <w:r w:rsidRPr="00497F90">
        <w:rPr>
          <w:sz w:val="24"/>
          <w:szCs w:val="24"/>
        </w:rPr>
        <w:t>upućivanje roditelja na zdravstvene ili druge stručne procjene kada je to potrebno;</w:t>
      </w:r>
    </w:p>
    <w:p w14:paraId="605C3BB4" w14:textId="77777777" w:rsidR="00F51F43" w:rsidRPr="00497F90" w:rsidRDefault="00F51F43" w:rsidP="00F51F43">
      <w:pPr>
        <w:pStyle w:val="Grafikeoznake"/>
        <w:spacing w:after="0" w:line="360" w:lineRule="auto"/>
        <w:rPr>
          <w:sz w:val="24"/>
          <w:szCs w:val="24"/>
        </w:rPr>
      </w:pPr>
      <w:r w:rsidRPr="00497F90">
        <w:rPr>
          <w:sz w:val="24"/>
          <w:szCs w:val="24"/>
        </w:rPr>
        <w:t>informiranje roditelja o prehrani, sigurnosti, higijeni, zdravlju i dobrobiti djece;</w:t>
      </w:r>
    </w:p>
    <w:p w14:paraId="4D6B4AFF" w14:textId="77777777" w:rsidR="00F51F43" w:rsidRPr="00497F90" w:rsidRDefault="00F51F43" w:rsidP="00F51F43">
      <w:pPr>
        <w:pStyle w:val="Grafikeoznake"/>
        <w:spacing w:after="0" w:line="360" w:lineRule="auto"/>
        <w:rPr>
          <w:sz w:val="24"/>
          <w:szCs w:val="24"/>
        </w:rPr>
      </w:pPr>
      <w:r w:rsidRPr="00497F90">
        <w:rPr>
          <w:sz w:val="24"/>
          <w:szCs w:val="24"/>
        </w:rPr>
        <w:t>suradnja s roditeljima u cilju poboljšanja kvalitete boravka djeteta u vrtiću.</w:t>
      </w:r>
    </w:p>
    <w:p w14:paraId="2828F3FA" w14:textId="77777777" w:rsidR="00F51F43" w:rsidRPr="00F51F43" w:rsidRDefault="00F51F43" w:rsidP="00AC789E">
      <w:pPr>
        <w:pStyle w:val="Naslov2"/>
      </w:pPr>
      <w:bookmarkStart w:id="19" w:name="_Toc241563335"/>
      <w:r w:rsidRPr="00497F90">
        <w:t>4.8. ZADAĆE U ODNOSU NA ODGOJITELJE</w:t>
      </w:r>
      <w:bookmarkEnd w:id="19"/>
    </w:p>
    <w:p w14:paraId="46248168" w14:textId="77777777" w:rsidR="00F51F43" w:rsidRPr="00497F90" w:rsidRDefault="00F51F43" w:rsidP="00F51F43">
      <w:pPr>
        <w:pStyle w:val="Grafikeoznake"/>
        <w:spacing w:after="0" w:line="360" w:lineRule="auto"/>
        <w:rPr>
          <w:sz w:val="24"/>
          <w:szCs w:val="24"/>
        </w:rPr>
      </w:pPr>
      <w:r w:rsidRPr="00497F90">
        <w:rPr>
          <w:sz w:val="24"/>
          <w:szCs w:val="24"/>
        </w:rPr>
        <w:t>sudjelovanje u planiranju zadaća za očuvanje i unaprjeđenje zdravlja i sigurnosti djece;</w:t>
      </w:r>
    </w:p>
    <w:p w14:paraId="0185467B" w14:textId="77777777" w:rsidR="00F51F43" w:rsidRPr="00497F90" w:rsidRDefault="00F51F43" w:rsidP="00F51F43">
      <w:pPr>
        <w:pStyle w:val="Grafikeoznake"/>
        <w:spacing w:after="0" w:line="360" w:lineRule="auto"/>
        <w:rPr>
          <w:sz w:val="24"/>
          <w:szCs w:val="24"/>
        </w:rPr>
      </w:pPr>
      <w:r w:rsidRPr="00497F90">
        <w:rPr>
          <w:sz w:val="24"/>
          <w:szCs w:val="24"/>
        </w:rPr>
        <w:t>pravodobno informiranje odgojitelja o relevantnim zdravstvenim i razvojnim potrebama djeteta;</w:t>
      </w:r>
    </w:p>
    <w:p w14:paraId="70ED8C09" w14:textId="77777777" w:rsidR="00F51F43" w:rsidRPr="00497F90" w:rsidRDefault="00F51F43" w:rsidP="00F51F43">
      <w:pPr>
        <w:pStyle w:val="Grafikeoznake"/>
        <w:spacing w:after="0" w:line="360" w:lineRule="auto"/>
        <w:rPr>
          <w:sz w:val="24"/>
          <w:szCs w:val="24"/>
        </w:rPr>
      </w:pPr>
      <w:r w:rsidRPr="00497F90">
        <w:rPr>
          <w:sz w:val="24"/>
          <w:szCs w:val="24"/>
        </w:rPr>
        <w:t>stručna podrška u zadovoljavanju specifičnih potreba djece;</w:t>
      </w:r>
    </w:p>
    <w:p w14:paraId="64222DAE" w14:textId="77777777" w:rsidR="00F51F43" w:rsidRPr="00497F90" w:rsidRDefault="00F51F43" w:rsidP="00F51F43">
      <w:pPr>
        <w:pStyle w:val="Grafikeoznake"/>
        <w:spacing w:after="0" w:line="360" w:lineRule="auto"/>
        <w:rPr>
          <w:sz w:val="24"/>
          <w:szCs w:val="24"/>
        </w:rPr>
      </w:pPr>
      <w:r w:rsidRPr="00497F90">
        <w:rPr>
          <w:sz w:val="24"/>
          <w:szCs w:val="24"/>
        </w:rPr>
        <w:t>edukacija i stručna podrška u području higijensko-epidemioloških uvjeta i postupanja u izvanrednim situacijama;</w:t>
      </w:r>
    </w:p>
    <w:p w14:paraId="0E3F4DB2" w14:textId="77777777" w:rsidR="00F51F43" w:rsidRPr="00497F90" w:rsidRDefault="00F51F43" w:rsidP="00F51F43">
      <w:pPr>
        <w:pStyle w:val="Grafikeoznake"/>
        <w:spacing w:after="0" w:line="360" w:lineRule="auto"/>
        <w:rPr>
          <w:sz w:val="24"/>
          <w:szCs w:val="24"/>
        </w:rPr>
      </w:pPr>
      <w:r w:rsidRPr="00497F90">
        <w:rPr>
          <w:sz w:val="24"/>
          <w:szCs w:val="24"/>
        </w:rPr>
        <w:lastRenderedPageBreak/>
        <w:t>suradnja u prilagodbi dnevnih aktivnosti, boravka na zraku, odmora, njege i prehrane;</w:t>
      </w:r>
    </w:p>
    <w:p w14:paraId="2D946534" w14:textId="77777777" w:rsidR="00F51F43" w:rsidRPr="00497F90" w:rsidRDefault="00F51F43" w:rsidP="00F51F43">
      <w:pPr>
        <w:pStyle w:val="Grafikeoznake"/>
        <w:spacing w:after="0" w:line="360" w:lineRule="auto"/>
        <w:rPr>
          <w:sz w:val="24"/>
          <w:szCs w:val="24"/>
        </w:rPr>
      </w:pPr>
      <w:r w:rsidRPr="00497F90">
        <w:rPr>
          <w:sz w:val="24"/>
          <w:szCs w:val="24"/>
        </w:rPr>
        <w:t>stručna pomoć odgojitelju tijekom razdoblja prilagodbe djeteta;</w:t>
      </w:r>
    </w:p>
    <w:p w14:paraId="30FB56EE" w14:textId="77777777" w:rsidR="00F51F43" w:rsidRPr="00497F90" w:rsidRDefault="00F51F43" w:rsidP="00F51F43">
      <w:pPr>
        <w:pStyle w:val="Grafikeoznake"/>
        <w:spacing w:after="0" w:line="360" w:lineRule="auto"/>
        <w:rPr>
          <w:sz w:val="24"/>
          <w:szCs w:val="24"/>
        </w:rPr>
      </w:pPr>
      <w:r w:rsidRPr="00497F90">
        <w:rPr>
          <w:sz w:val="24"/>
          <w:szCs w:val="24"/>
        </w:rPr>
        <w:t>sudjelovanje u stručnom usavršavanju odgojitelja.</w:t>
      </w:r>
    </w:p>
    <w:p w14:paraId="3542B68A" w14:textId="77777777" w:rsidR="00F51F43" w:rsidRPr="00F51F43" w:rsidRDefault="00F51F43" w:rsidP="00AC789E">
      <w:pPr>
        <w:pStyle w:val="Naslov2"/>
      </w:pPr>
      <w:bookmarkStart w:id="20" w:name="_Toc241563336"/>
      <w:r w:rsidRPr="00497F90">
        <w:t>4.9. ZADAĆE U ODNOSU NA OSTALE ZAPOSLENIKE</w:t>
      </w:r>
      <w:bookmarkEnd w:id="20"/>
    </w:p>
    <w:p w14:paraId="5B6189F3" w14:textId="77777777" w:rsidR="00F51F43" w:rsidRPr="00497F90" w:rsidRDefault="00F51F43" w:rsidP="00F51F43">
      <w:pPr>
        <w:pStyle w:val="Grafikeoznake"/>
        <w:spacing w:after="0" w:line="360" w:lineRule="auto"/>
        <w:rPr>
          <w:sz w:val="24"/>
          <w:szCs w:val="24"/>
        </w:rPr>
      </w:pPr>
      <w:r w:rsidRPr="00497F90">
        <w:rPr>
          <w:sz w:val="24"/>
          <w:szCs w:val="24"/>
        </w:rPr>
        <w:t>sudjelovanje u edukaciji zaposlenika na području prehrane, higijene, sigurnosti i zaštite zdravlja;</w:t>
      </w:r>
    </w:p>
    <w:p w14:paraId="47F6037F" w14:textId="77777777" w:rsidR="00F51F43" w:rsidRPr="00497F90" w:rsidRDefault="00F51F43" w:rsidP="00F51F43">
      <w:pPr>
        <w:pStyle w:val="Grafikeoznake"/>
        <w:spacing w:after="0" w:line="360" w:lineRule="auto"/>
        <w:rPr>
          <w:sz w:val="24"/>
          <w:szCs w:val="24"/>
        </w:rPr>
      </w:pPr>
      <w:r w:rsidRPr="00497F90">
        <w:rPr>
          <w:sz w:val="24"/>
          <w:szCs w:val="24"/>
        </w:rPr>
        <w:t>osvještavanje uloge svakog zaposlenika u stvaranju sigurnog i poticajnog vrtićkog ozračja;</w:t>
      </w:r>
    </w:p>
    <w:p w14:paraId="43F0FF45" w14:textId="77777777" w:rsidR="00F51F43" w:rsidRPr="00497F90" w:rsidRDefault="00F51F43" w:rsidP="00F51F43">
      <w:pPr>
        <w:pStyle w:val="Grafikeoznake"/>
        <w:spacing w:after="0" w:line="360" w:lineRule="auto"/>
        <w:rPr>
          <w:sz w:val="24"/>
          <w:szCs w:val="24"/>
        </w:rPr>
      </w:pPr>
      <w:r w:rsidRPr="00497F90">
        <w:rPr>
          <w:sz w:val="24"/>
          <w:szCs w:val="24"/>
        </w:rPr>
        <w:t>edukacija o postupcima u kriznim i izvanrednim situacijama te osnovama pomoći i samopomoći;</w:t>
      </w:r>
    </w:p>
    <w:p w14:paraId="0F7DD5A2" w14:textId="77777777" w:rsidR="00F51F43" w:rsidRPr="00497F90" w:rsidRDefault="00F51F43" w:rsidP="00F51F43">
      <w:pPr>
        <w:pStyle w:val="Grafikeoznake"/>
        <w:spacing w:after="0" w:line="360" w:lineRule="auto"/>
        <w:rPr>
          <w:sz w:val="24"/>
          <w:szCs w:val="24"/>
        </w:rPr>
      </w:pPr>
      <w:r w:rsidRPr="00497F90">
        <w:rPr>
          <w:sz w:val="24"/>
          <w:szCs w:val="24"/>
        </w:rPr>
        <w:t>poticanje stručnog usavršavanja i korištenja relevantne stručne literature;</w:t>
      </w:r>
    </w:p>
    <w:p w14:paraId="697959FA" w14:textId="77777777" w:rsidR="00F51F43" w:rsidRPr="00497F90" w:rsidRDefault="00F51F43" w:rsidP="00F51F43">
      <w:pPr>
        <w:pStyle w:val="Grafikeoznake"/>
        <w:spacing w:after="0" w:line="360" w:lineRule="auto"/>
        <w:rPr>
          <w:sz w:val="24"/>
          <w:szCs w:val="24"/>
        </w:rPr>
      </w:pPr>
      <w:r w:rsidRPr="00497F90">
        <w:rPr>
          <w:sz w:val="24"/>
          <w:szCs w:val="24"/>
        </w:rPr>
        <w:t>sudjelovanje u planiranju potrebnih sredstava za rad, zaštitu na radu i unaprjeđenje uvjeta rada;</w:t>
      </w:r>
    </w:p>
    <w:p w14:paraId="6F7DB983" w14:textId="77777777" w:rsidR="00F51F43" w:rsidRPr="00497F90" w:rsidRDefault="00F51F43" w:rsidP="00F51F43">
      <w:pPr>
        <w:pStyle w:val="Grafikeoznake"/>
        <w:spacing w:after="0" w:line="360" w:lineRule="auto"/>
        <w:rPr>
          <w:sz w:val="24"/>
          <w:szCs w:val="24"/>
        </w:rPr>
      </w:pPr>
      <w:r w:rsidRPr="00497F90">
        <w:rPr>
          <w:sz w:val="24"/>
          <w:szCs w:val="24"/>
        </w:rPr>
        <w:t>briga o osobnoj higijeni i higijenskim standardima tijekom rada.</w:t>
      </w:r>
    </w:p>
    <w:p w14:paraId="4542D3CC" w14:textId="77777777" w:rsidR="00F51F43" w:rsidRPr="00F51F43" w:rsidRDefault="00F51F43" w:rsidP="00AC789E">
      <w:pPr>
        <w:pStyle w:val="Naslov2"/>
      </w:pPr>
      <w:bookmarkStart w:id="21" w:name="_Toc241563337"/>
      <w:r w:rsidRPr="00497F90">
        <w:t>4.10. ZDRAVSTVENA DOKUMENTACIJA I EVIDENCIJE</w:t>
      </w:r>
      <w:bookmarkEnd w:id="21"/>
    </w:p>
    <w:p w14:paraId="2FC400AB" w14:textId="77777777" w:rsidR="00F51F43" w:rsidRPr="00497F90" w:rsidRDefault="00F51F43" w:rsidP="00F51F43">
      <w:pPr>
        <w:contextualSpacing/>
      </w:pPr>
      <w:r w:rsidRPr="00497F90">
        <w:t xml:space="preserve">U Vrtiću se vodi zdravstvena dokumentacija i evidencije propisane važećim propisima, stručnim standardima i internim aktima ustanove. </w:t>
      </w:r>
    </w:p>
    <w:p w14:paraId="0D5A6582" w14:textId="77777777" w:rsidR="00F51F43" w:rsidRPr="00497F90" w:rsidRDefault="00F51F43" w:rsidP="00F51F43">
      <w:pPr>
        <w:pStyle w:val="Grafikeoznake"/>
        <w:spacing w:after="0" w:line="360" w:lineRule="auto"/>
        <w:rPr>
          <w:sz w:val="24"/>
          <w:szCs w:val="24"/>
        </w:rPr>
      </w:pPr>
      <w:r w:rsidRPr="00497F90">
        <w:rPr>
          <w:sz w:val="24"/>
          <w:szCs w:val="24"/>
        </w:rPr>
        <w:t>dokumentacija o zdravstvenom statusu djeteta dostavljena pri upisu, u opsegu propisanom važećim pravilima;</w:t>
      </w:r>
    </w:p>
    <w:p w14:paraId="5FF4E758" w14:textId="77777777" w:rsidR="00F51F43" w:rsidRPr="00497F90" w:rsidRDefault="00F51F43" w:rsidP="00F51F43">
      <w:pPr>
        <w:pStyle w:val="Grafikeoznake"/>
        <w:spacing w:after="0" w:line="360" w:lineRule="auto"/>
        <w:rPr>
          <w:sz w:val="24"/>
          <w:szCs w:val="24"/>
        </w:rPr>
      </w:pPr>
      <w:r w:rsidRPr="00497F90">
        <w:rPr>
          <w:sz w:val="24"/>
          <w:szCs w:val="24"/>
        </w:rPr>
        <w:t>potvrde i dokumentacija povezane s povratkom djeteta nakon bolesti, prema važećim pravilima;</w:t>
      </w:r>
    </w:p>
    <w:p w14:paraId="515C00DF" w14:textId="77777777" w:rsidR="00F51F43" w:rsidRPr="00497F90" w:rsidRDefault="00F51F43" w:rsidP="00F51F43">
      <w:pPr>
        <w:pStyle w:val="Grafikeoznake"/>
        <w:spacing w:after="0" w:line="360" w:lineRule="auto"/>
        <w:rPr>
          <w:sz w:val="24"/>
          <w:szCs w:val="24"/>
        </w:rPr>
      </w:pPr>
      <w:r w:rsidRPr="00497F90">
        <w:rPr>
          <w:sz w:val="24"/>
          <w:szCs w:val="24"/>
        </w:rPr>
        <w:t>zdravstveni karton i druga propisana zdravstvena dokumentacija;</w:t>
      </w:r>
    </w:p>
    <w:p w14:paraId="519A460D" w14:textId="77777777" w:rsidR="00F51F43" w:rsidRPr="00497F90" w:rsidRDefault="00F51F43" w:rsidP="00F51F43">
      <w:pPr>
        <w:pStyle w:val="Grafikeoznake"/>
        <w:spacing w:after="0" w:line="360" w:lineRule="auto"/>
        <w:rPr>
          <w:sz w:val="24"/>
          <w:szCs w:val="24"/>
        </w:rPr>
      </w:pPr>
      <w:r w:rsidRPr="00497F90">
        <w:rPr>
          <w:sz w:val="24"/>
          <w:szCs w:val="24"/>
        </w:rPr>
        <w:t>evidencije zdravstvenog odgoja i preventivnih aktivnosti;</w:t>
      </w:r>
    </w:p>
    <w:p w14:paraId="267E2ECD" w14:textId="77777777" w:rsidR="00F51F43" w:rsidRPr="00497F90" w:rsidRDefault="00F51F43" w:rsidP="00F51F43">
      <w:pPr>
        <w:pStyle w:val="Grafikeoznake"/>
        <w:spacing w:after="0" w:line="360" w:lineRule="auto"/>
        <w:rPr>
          <w:sz w:val="24"/>
          <w:szCs w:val="24"/>
        </w:rPr>
      </w:pPr>
      <w:r w:rsidRPr="00497F90">
        <w:rPr>
          <w:sz w:val="24"/>
          <w:szCs w:val="24"/>
        </w:rPr>
        <w:t>evidencije higijensko-epidemiološkog i sanitarnog nadzora;</w:t>
      </w:r>
    </w:p>
    <w:p w14:paraId="51D62C4A" w14:textId="77777777" w:rsidR="00F51F43" w:rsidRPr="00497F90" w:rsidRDefault="00F51F43" w:rsidP="00F51F43">
      <w:pPr>
        <w:pStyle w:val="Grafikeoznake"/>
        <w:spacing w:after="0" w:line="360" w:lineRule="auto"/>
        <w:rPr>
          <w:sz w:val="24"/>
          <w:szCs w:val="24"/>
        </w:rPr>
      </w:pPr>
      <w:r w:rsidRPr="00497F90">
        <w:rPr>
          <w:sz w:val="24"/>
          <w:szCs w:val="24"/>
        </w:rPr>
        <w:t>evidencije epidemioloških indikacija i izostanaka;</w:t>
      </w:r>
    </w:p>
    <w:p w14:paraId="206DE71B" w14:textId="77777777" w:rsidR="00F51F43" w:rsidRPr="00497F90" w:rsidRDefault="00F51F43" w:rsidP="00F51F43">
      <w:pPr>
        <w:pStyle w:val="Grafikeoznake"/>
        <w:spacing w:after="0" w:line="360" w:lineRule="auto"/>
        <w:rPr>
          <w:sz w:val="24"/>
          <w:szCs w:val="24"/>
        </w:rPr>
      </w:pPr>
      <w:r w:rsidRPr="00497F90">
        <w:rPr>
          <w:sz w:val="24"/>
          <w:szCs w:val="24"/>
        </w:rPr>
        <w:t>evidencija ozljeda;</w:t>
      </w:r>
    </w:p>
    <w:p w14:paraId="3347B094" w14:textId="77777777" w:rsidR="00F51F43" w:rsidRPr="00497F90" w:rsidRDefault="00F51F43" w:rsidP="00F51F43">
      <w:pPr>
        <w:pStyle w:val="Grafikeoznake"/>
        <w:spacing w:after="0" w:line="360" w:lineRule="auto"/>
        <w:rPr>
          <w:sz w:val="24"/>
          <w:szCs w:val="24"/>
        </w:rPr>
      </w:pPr>
      <w:r w:rsidRPr="00497F90">
        <w:rPr>
          <w:sz w:val="24"/>
          <w:szCs w:val="24"/>
        </w:rPr>
        <w:t>evidencije antropometrijskih mjerenja, kada se provode;</w:t>
      </w:r>
    </w:p>
    <w:p w14:paraId="604DF954" w14:textId="77777777" w:rsidR="00F51F43" w:rsidRPr="00497F90" w:rsidRDefault="00F51F43" w:rsidP="00F51F43">
      <w:pPr>
        <w:pStyle w:val="Grafikeoznake"/>
        <w:spacing w:after="0" w:line="360" w:lineRule="auto"/>
        <w:rPr>
          <w:sz w:val="24"/>
          <w:szCs w:val="24"/>
        </w:rPr>
      </w:pPr>
      <w:r w:rsidRPr="00497F90">
        <w:rPr>
          <w:sz w:val="24"/>
          <w:szCs w:val="24"/>
        </w:rPr>
        <w:t>protokoli praćenja razvoja djeteta;</w:t>
      </w:r>
    </w:p>
    <w:p w14:paraId="2A62E402" w14:textId="77777777" w:rsidR="00F51F43" w:rsidRPr="00F51F43" w:rsidRDefault="00F51F43" w:rsidP="00F51F43">
      <w:pPr>
        <w:pStyle w:val="Grafikeoznake"/>
        <w:spacing w:after="0" w:line="360" w:lineRule="auto"/>
        <w:rPr>
          <w:sz w:val="24"/>
          <w:szCs w:val="24"/>
        </w:rPr>
      </w:pPr>
      <w:r w:rsidRPr="00497F90">
        <w:rPr>
          <w:sz w:val="24"/>
          <w:szCs w:val="24"/>
        </w:rPr>
        <w:t>dokumentacija o individualiziranim oblicima potpore djeci s posebnim potrebama, u skladu s propisima o zaštiti osobnih podataka.</w:t>
      </w:r>
    </w:p>
    <w:p w14:paraId="2ED1E80F" w14:textId="77777777" w:rsidR="00F51F43" w:rsidRPr="00F51F43" w:rsidRDefault="00F51F43" w:rsidP="00AC789E">
      <w:pPr>
        <w:pStyle w:val="Naslov2"/>
      </w:pPr>
      <w:bookmarkStart w:id="22" w:name="_Toc241563338"/>
      <w:r w:rsidRPr="00497F90">
        <w:lastRenderedPageBreak/>
        <w:t>4.11. PLAN SANITARNO-HIGIJENSKOG ODRŽAVANJA VRTIĆA</w:t>
      </w:r>
      <w:bookmarkEnd w:id="22"/>
    </w:p>
    <w:tbl>
      <w:tblPr>
        <w:tblStyle w:val="Reetkatablice"/>
        <w:tblW w:w="0" w:type="auto"/>
        <w:jc w:val="center"/>
        <w:tblLook w:val="04A0" w:firstRow="1" w:lastRow="0" w:firstColumn="1" w:lastColumn="0" w:noHBand="0" w:noVBand="1"/>
      </w:tblPr>
      <w:tblGrid>
        <w:gridCol w:w="2880"/>
        <w:gridCol w:w="2880"/>
        <w:gridCol w:w="2880"/>
      </w:tblGrid>
      <w:tr w:rsidR="00F51F43" w:rsidRPr="00497F90" w14:paraId="2EA9BB4D" w14:textId="77777777" w:rsidTr="00B1564D">
        <w:trPr>
          <w:jc w:val="center"/>
        </w:trPr>
        <w:tc>
          <w:tcPr>
            <w:tcW w:w="2880" w:type="dxa"/>
          </w:tcPr>
          <w:p w14:paraId="45C05E4B" w14:textId="77777777" w:rsidR="00F51F43" w:rsidRDefault="00F51F43" w:rsidP="00F51F43">
            <w:pPr>
              <w:spacing w:after="0" w:line="240" w:lineRule="auto"/>
              <w:contextualSpacing/>
              <w:rPr>
                <w:sz w:val="20"/>
                <w:szCs w:val="20"/>
              </w:rPr>
            </w:pPr>
          </w:p>
          <w:p w14:paraId="7FEE2AB9" w14:textId="77777777" w:rsidR="00F51F43" w:rsidRPr="00497F90" w:rsidRDefault="00F51F43" w:rsidP="00F51F43">
            <w:pPr>
              <w:spacing w:after="0" w:line="240" w:lineRule="auto"/>
              <w:contextualSpacing/>
              <w:rPr>
                <w:sz w:val="20"/>
                <w:szCs w:val="20"/>
              </w:rPr>
            </w:pPr>
            <w:r w:rsidRPr="00497F90">
              <w:rPr>
                <w:sz w:val="20"/>
                <w:szCs w:val="20"/>
              </w:rPr>
              <w:t>SADRŽAJ RADA</w:t>
            </w:r>
          </w:p>
        </w:tc>
        <w:tc>
          <w:tcPr>
            <w:tcW w:w="2880" w:type="dxa"/>
          </w:tcPr>
          <w:p w14:paraId="6EEA0659" w14:textId="77777777" w:rsidR="00F51F43" w:rsidRPr="00497F90" w:rsidRDefault="00F51F43" w:rsidP="00F51F43">
            <w:pPr>
              <w:spacing w:after="0" w:line="240" w:lineRule="auto"/>
              <w:contextualSpacing/>
              <w:rPr>
                <w:sz w:val="20"/>
                <w:szCs w:val="20"/>
              </w:rPr>
            </w:pPr>
            <w:r w:rsidRPr="00497F90">
              <w:rPr>
                <w:sz w:val="20"/>
                <w:szCs w:val="20"/>
              </w:rPr>
              <w:t>RAZDOBLJE PROVOĐENJA</w:t>
            </w:r>
          </w:p>
        </w:tc>
        <w:tc>
          <w:tcPr>
            <w:tcW w:w="2880" w:type="dxa"/>
          </w:tcPr>
          <w:p w14:paraId="23026A03" w14:textId="77777777" w:rsidR="00F51F43" w:rsidRPr="00497F90" w:rsidRDefault="00F51F43" w:rsidP="00F51F43">
            <w:pPr>
              <w:spacing w:after="0" w:line="240" w:lineRule="auto"/>
              <w:contextualSpacing/>
              <w:rPr>
                <w:sz w:val="20"/>
                <w:szCs w:val="20"/>
              </w:rPr>
            </w:pPr>
            <w:r w:rsidRPr="00497F90">
              <w:rPr>
                <w:sz w:val="20"/>
                <w:szCs w:val="20"/>
              </w:rPr>
              <w:t>IZVRŠITELJ</w:t>
            </w:r>
          </w:p>
        </w:tc>
      </w:tr>
      <w:tr w:rsidR="00F51F43" w:rsidRPr="00497F90" w14:paraId="675B9653" w14:textId="77777777" w:rsidTr="00B1564D">
        <w:trPr>
          <w:jc w:val="center"/>
        </w:trPr>
        <w:tc>
          <w:tcPr>
            <w:tcW w:w="2880" w:type="dxa"/>
          </w:tcPr>
          <w:p w14:paraId="40833404" w14:textId="77777777" w:rsidR="00F51F43" w:rsidRPr="00497F90" w:rsidRDefault="00F51F43" w:rsidP="00F51F43">
            <w:pPr>
              <w:spacing w:after="0" w:line="240" w:lineRule="auto"/>
              <w:contextualSpacing/>
              <w:rPr>
                <w:sz w:val="20"/>
                <w:szCs w:val="20"/>
              </w:rPr>
            </w:pPr>
            <w:r w:rsidRPr="00497F90">
              <w:rPr>
                <w:sz w:val="20"/>
                <w:szCs w:val="20"/>
              </w:rPr>
              <w:t>Čišćenje i dezinfekcija prostora</w:t>
            </w:r>
          </w:p>
        </w:tc>
        <w:tc>
          <w:tcPr>
            <w:tcW w:w="2880" w:type="dxa"/>
          </w:tcPr>
          <w:p w14:paraId="046F5C64" w14:textId="77777777" w:rsidR="00F51F43" w:rsidRPr="00497F90" w:rsidRDefault="00F51F43" w:rsidP="00F51F43">
            <w:pPr>
              <w:spacing w:after="0" w:line="240" w:lineRule="auto"/>
              <w:contextualSpacing/>
              <w:rPr>
                <w:sz w:val="20"/>
                <w:szCs w:val="20"/>
              </w:rPr>
            </w:pPr>
            <w:r w:rsidRPr="00497F90">
              <w:rPr>
                <w:sz w:val="20"/>
                <w:szCs w:val="20"/>
              </w:rPr>
              <w:t>svakodnevno i prema potrebi</w:t>
            </w:r>
          </w:p>
        </w:tc>
        <w:tc>
          <w:tcPr>
            <w:tcW w:w="2880" w:type="dxa"/>
          </w:tcPr>
          <w:p w14:paraId="3F382120" w14:textId="77777777" w:rsidR="00F51F43" w:rsidRPr="00497F90" w:rsidRDefault="00F51F43" w:rsidP="00F51F43">
            <w:pPr>
              <w:spacing w:after="0" w:line="240" w:lineRule="auto"/>
              <w:contextualSpacing/>
              <w:rPr>
                <w:sz w:val="20"/>
                <w:szCs w:val="20"/>
              </w:rPr>
            </w:pPr>
            <w:r>
              <w:rPr>
                <w:sz w:val="20"/>
                <w:szCs w:val="20"/>
              </w:rPr>
              <w:t>spremačice</w:t>
            </w:r>
          </w:p>
        </w:tc>
      </w:tr>
      <w:tr w:rsidR="00F51F43" w:rsidRPr="00497F90" w14:paraId="61198912" w14:textId="77777777" w:rsidTr="00B1564D">
        <w:trPr>
          <w:jc w:val="center"/>
        </w:trPr>
        <w:tc>
          <w:tcPr>
            <w:tcW w:w="2880" w:type="dxa"/>
          </w:tcPr>
          <w:p w14:paraId="3FA2D5DA" w14:textId="77777777" w:rsidR="00F51F43" w:rsidRPr="00497F90" w:rsidRDefault="00F51F43" w:rsidP="00F51F43">
            <w:pPr>
              <w:spacing w:after="0" w:line="240" w:lineRule="auto"/>
              <w:contextualSpacing/>
              <w:rPr>
                <w:sz w:val="20"/>
                <w:szCs w:val="20"/>
              </w:rPr>
            </w:pPr>
            <w:r w:rsidRPr="00497F90">
              <w:rPr>
                <w:sz w:val="20"/>
                <w:szCs w:val="20"/>
              </w:rPr>
              <w:t>Promjena posteljine</w:t>
            </w:r>
          </w:p>
        </w:tc>
        <w:tc>
          <w:tcPr>
            <w:tcW w:w="2880" w:type="dxa"/>
          </w:tcPr>
          <w:p w14:paraId="64F2F505" w14:textId="77777777" w:rsidR="00F51F43" w:rsidRPr="00497F90" w:rsidRDefault="00F51F43" w:rsidP="00F51F43">
            <w:pPr>
              <w:spacing w:after="0" w:line="240" w:lineRule="auto"/>
              <w:contextualSpacing/>
              <w:rPr>
                <w:sz w:val="20"/>
                <w:szCs w:val="20"/>
              </w:rPr>
            </w:pPr>
            <w:r>
              <w:rPr>
                <w:sz w:val="20"/>
                <w:szCs w:val="20"/>
              </w:rPr>
              <w:t>Jednom u dva tjedna i prema potrebi</w:t>
            </w:r>
          </w:p>
        </w:tc>
        <w:tc>
          <w:tcPr>
            <w:tcW w:w="2880" w:type="dxa"/>
          </w:tcPr>
          <w:p w14:paraId="57AE9F13" w14:textId="77777777" w:rsidR="00F51F43" w:rsidRPr="00497F90" w:rsidRDefault="00F51F43" w:rsidP="00F51F43">
            <w:pPr>
              <w:spacing w:after="0" w:line="240" w:lineRule="auto"/>
              <w:contextualSpacing/>
              <w:rPr>
                <w:sz w:val="20"/>
                <w:szCs w:val="20"/>
              </w:rPr>
            </w:pPr>
            <w:r>
              <w:rPr>
                <w:sz w:val="20"/>
                <w:szCs w:val="20"/>
              </w:rPr>
              <w:t>Odgajateljice i/ili spremačice</w:t>
            </w:r>
          </w:p>
        </w:tc>
      </w:tr>
      <w:tr w:rsidR="00F51F43" w:rsidRPr="00497F90" w14:paraId="3955EE04" w14:textId="77777777" w:rsidTr="00B1564D">
        <w:trPr>
          <w:jc w:val="center"/>
        </w:trPr>
        <w:tc>
          <w:tcPr>
            <w:tcW w:w="2880" w:type="dxa"/>
          </w:tcPr>
          <w:p w14:paraId="2BAC6A55" w14:textId="77777777" w:rsidR="00F51F43" w:rsidRPr="00497F90" w:rsidRDefault="00F51F43" w:rsidP="00F51F43">
            <w:pPr>
              <w:spacing w:after="0" w:line="240" w:lineRule="auto"/>
              <w:contextualSpacing/>
              <w:rPr>
                <w:sz w:val="20"/>
                <w:szCs w:val="20"/>
              </w:rPr>
            </w:pPr>
            <w:r w:rsidRPr="00497F90">
              <w:rPr>
                <w:sz w:val="20"/>
                <w:szCs w:val="20"/>
              </w:rPr>
              <w:t>Provjetravanje prostorija</w:t>
            </w:r>
          </w:p>
        </w:tc>
        <w:tc>
          <w:tcPr>
            <w:tcW w:w="2880" w:type="dxa"/>
          </w:tcPr>
          <w:p w14:paraId="1077FCD9" w14:textId="77777777" w:rsidR="00F51F43" w:rsidRPr="00497F90" w:rsidRDefault="00F51F43" w:rsidP="00F51F43">
            <w:pPr>
              <w:spacing w:after="0" w:line="240" w:lineRule="auto"/>
              <w:contextualSpacing/>
              <w:rPr>
                <w:sz w:val="20"/>
                <w:szCs w:val="20"/>
              </w:rPr>
            </w:pPr>
            <w:r w:rsidRPr="00497F90">
              <w:rPr>
                <w:sz w:val="20"/>
                <w:szCs w:val="20"/>
              </w:rPr>
              <w:t>svakodnevno i prema potrebi</w:t>
            </w:r>
          </w:p>
        </w:tc>
        <w:tc>
          <w:tcPr>
            <w:tcW w:w="2880" w:type="dxa"/>
          </w:tcPr>
          <w:p w14:paraId="662BCC9F" w14:textId="77777777" w:rsidR="00F51F43" w:rsidRPr="00497F90" w:rsidRDefault="00F51F43" w:rsidP="00F51F43">
            <w:pPr>
              <w:spacing w:after="0" w:line="240" w:lineRule="auto"/>
              <w:contextualSpacing/>
              <w:rPr>
                <w:sz w:val="20"/>
                <w:szCs w:val="20"/>
              </w:rPr>
            </w:pPr>
            <w:r w:rsidRPr="00497F90">
              <w:rPr>
                <w:sz w:val="20"/>
                <w:szCs w:val="20"/>
              </w:rPr>
              <w:t>odgojitelji i zaposlenici zaduženi za čišćenje, prema organizaciji rada</w:t>
            </w:r>
          </w:p>
        </w:tc>
      </w:tr>
      <w:tr w:rsidR="00F51F43" w:rsidRPr="00497F90" w14:paraId="7913B8E7" w14:textId="77777777" w:rsidTr="00B1564D">
        <w:trPr>
          <w:jc w:val="center"/>
        </w:trPr>
        <w:tc>
          <w:tcPr>
            <w:tcW w:w="2880" w:type="dxa"/>
          </w:tcPr>
          <w:p w14:paraId="3098EBC4" w14:textId="77777777" w:rsidR="00F51F43" w:rsidRPr="00497F90" w:rsidRDefault="00F51F43" w:rsidP="00F51F43">
            <w:pPr>
              <w:spacing w:after="0" w:line="240" w:lineRule="auto"/>
              <w:contextualSpacing/>
              <w:rPr>
                <w:sz w:val="20"/>
                <w:szCs w:val="20"/>
              </w:rPr>
            </w:pPr>
            <w:r w:rsidRPr="00497F90">
              <w:rPr>
                <w:sz w:val="20"/>
                <w:szCs w:val="20"/>
              </w:rPr>
              <w:t>Čišćenje i dezinfekcija igračaka i opreme</w:t>
            </w:r>
          </w:p>
        </w:tc>
        <w:tc>
          <w:tcPr>
            <w:tcW w:w="2880" w:type="dxa"/>
          </w:tcPr>
          <w:p w14:paraId="75998FA6" w14:textId="77777777" w:rsidR="00F51F43" w:rsidRPr="00497F90" w:rsidRDefault="00F51F43" w:rsidP="00F51F43">
            <w:pPr>
              <w:spacing w:after="0" w:line="240" w:lineRule="auto"/>
              <w:contextualSpacing/>
              <w:rPr>
                <w:sz w:val="20"/>
                <w:szCs w:val="20"/>
              </w:rPr>
            </w:pPr>
            <w:r w:rsidRPr="00497F90">
              <w:rPr>
                <w:sz w:val="20"/>
                <w:szCs w:val="20"/>
              </w:rPr>
              <w:t>prema planu čišćenja i prema potrebi</w:t>
            </w:r>
          </w:p>
        </w:tc>
        <w:tc>
          <w:tcPr>
            <w:tcW w:w="2880" w:type="dxa"/>
          </w:tcPr>
          <w:p w14:paraId="1F28BE28" w14:textId="77777777" w:rsidR="00F51F43" w:rsidRPr="00497F90" w:rsidRDefault="00F51F43" w:rsidP="00F51F43">
            <w:pPr>
              <w:spacing w:after="0" w:line="240" w:lineRule="auto"/>
              <w:contextualSpacing/>
              <w:rPr>
                <w:sz w:val="20"/>
                <w:szCs w:val="20"/>
              </w:rPr>
            </w:pPr>
            <w:r w:rsidRPr="00497F90">
              <w:rPr>
                <w:sz w:val="20"/>
                <w:szCs w:val="20"/>
              </w:rPr>
              <w:t>odgojitelji i zaposlenici zaduženi za čišćenje</w:t>
            </w:r>
          </w:p>
        </w:tc>
      </w:tr>
      <w:tr w:rsidR="00F51F43" w:rsidRPr="00497F90" w14:paraId="45CD42B1" w14:textId="77777777" w:rsidTr="00B1564D">
        <w:trPr>
          <w:jc w:val="center"/>
        </w:trPr>
        <w:tc>
          <w:tcPr>
            <w:tcW w:w="2880" w:type="dxa"/>
          </w:tcPr>
          <w:p w14:paraId="04A974DA" w14:textId="77777777" w:rsidR="00F51F43" w:rsidRPr="00497F90" w:rsidRDefault="00F51F43" w:rsidP="00F51F43">
            <w:pPr>
              <w:spacing w:after="0" w:line="240" w:lineRule="auto"/>
              <w:contextualSpacing/>
              <w:rPr>
                <w:sz w:val="20"/>
                <w:szCs w:val="20"/>
              </w:rPr>
            </w:pPr>
            <w:r w:rsidRPr="00497F90">
              <w:rPr>
                <w:sz w:val="20"/>
                <w:szCs w:val="20"/>
              </w:rPr>
              <w:t>Dezinsekcija i deratizacija</w:t>
            </w:r>
          </w:p>
        </w:tc>
        <w:tc>
          <w:tcPr>
            <w:tcW w:w="2880" w:type="dxa"/>
          </w:tcPr>
          <w:p w14:paraId="73F47747" w14:textId="77777777" w:rsidR="00F51F43" w:rsidRPr="00497F90" w:rsidRDefault="00F51F43" w:rsidP="00F51F43">
            <w:pPr>
              <w:spacing w:after="0" w:line="240" w:lineRule="auto"/>
              <w:contextualSpacing/>
              <w:rPr>
                <w:sz w:val="20"/>
                <w:szCs w:val="20"/>
              </w:rPr>
            </w:pPr>
            <w:r>
              <w:rPr>
                <w:sz w:val="20"/>
                <w:szCs w:val="20"/>
              </w:rPr>
              <w:t>Dva puta godišnje</w:t>
            </w:r>
            <w:r w:rsidRPr="00497F90">
              <w:rPr>
                <w:sz w:val="20"/>
                <w:szCs w:val="20"/>
              </w:rPr>
              <w:t xml:space="preserve"> i po potrebi</w:t>
            </w:r>
          </w:p>
        </w:tc>
        <w:tc>
          <w:tcPr>
            <w:tcW w:w="2880" w:type="dxa"/>
          </w:tcPr>
          <w:p w14:paraId="0490E5D1" w14:textId="77777777" w:rsidR="00F51F43" w:rsidRPr="00497F90" w:rsidRDefault="00F51F43" w:rsidP="00F51F43">
            <w:pPr>
              <w:spacing w:after="0" w:line="240" w:lineRule="auto"/>
              <w:contextualSpacing/>
              <w:rPr>
                <w:sz w:val="20"/>
                <w:szCs w:val="20"/>
              </w:rPr>
            </w:pPr>
            <w:r w:rsidRPr="00497F90">
              <w:rPr>
                <w:sz w:val="20"/>
                <w:szCs w:val="20"/>
              </w:rPr>
              <w:t>ovlaštena služba</w:t>
            </w:r>
          </w:p>
        </w:tc>
      </w:tr>
      <w:tr w:rsidR="00F51F43" w:rsidRPr="00497F90" w14:paraId="152E022D" w14:textId="77777777" w:rsidTr="00B1564D">
        <w:trPr>
          <w:jc w:val="center"/>
        </w:trPr>
        <w:tc>
          <w:tcPr>
            <w:tcW w:w="2880" w:type="dxa"/>
          </w:tcPr>
          <w:p w14:paraId="6E8449E1" w14:textId="77777777" w:rsidR="00F51F43" w:rsidRPr="00497F90" w:rsidRDefault="00F51F43" w:rsidP="00F51F43">
            <w:pPr>
              <w:spacing w:after="0" w:line="240" w:lineRule="auto"/>
              <w:contextualSpacing/>
              <w:rPr>
                <w:sz w:val="20"/>
                <w:szCs w:val="20"/>
              </w:rPr>
            </w:pPr>
            <w:r w:rsidRPr="00497F90">
              <w:rPr>
                <w:sz w:val="20"/>
                <w:szCs w:val="20"/>
              </w:rPr>
              <w:t>Ispitivanje mikrobiološke ispravnosti</w:t>
            </w:r>
          </w:p>
        </w:tc>
        <w:tc>
          <w:tcPr>
            <w:tcW w:w="2880" w:type="dxa"/>
          </w:tcPr>
          <w:p w14:paraId="641324D0" w14:textId="77777777" w:rsidR="00F51F43" w:rsidRPr="00497F90" w:rsidRDefault="00F51F43" w:rsidP="00F51F43">
            <w:pPr>
              <w:spacing w:after="0" w:line="240" w:lineRule="auto"/>
              <w:contextualSpacing/>
              <w:rPr>
                <w:sz w:val="20"/>
                <w:szCs w:val="20"/>
              </w:rPr>
            </w:pPr>
            <w:r w:rsidRPr="00497F90">
              <w:rPr>
                <w:sz w:val="20"/>
                <w:szCs w:val="20"/>
              </w:rPr>
              <w:t>prema važećim propisima i planu kontrole</w:t>
            </w:r>
          </w:p>
        </w:tc>
        <w:tc>
          <w:tcPr>
            <w:tcW w:w="2880" w:type="dxa"/>
          </w:tcPr>
          <w:p w14:paraId="4D7824F1" w14:textId="77777777" w:rsidR="00F51F43" w:rsidRPr="00497F90" w:rsidRDefault="00F51F43" w:rsidP="00F51F43">
            <w:pPr>
              <w:spacing w:after="0" w:line="240" w:lineRule="auto"/>
              <w:contextualSpacing/>
              <w:rPr>
                <w:sz w:val="20"/>
                <w:szCs w:val="20"/>
              </w:rPr>
            </w:pPr>
            <w:r w:rsidRPr="00497F90">
              <w:rPr>
                <w:sz w:val="20"/>
                <w:szCs w:val="20"/>
              </w:rPr>
              <w:t>ovlaštena zdravstvena/laboratorijska ustanova</w:t>
            </w:r>
          </w:p>
        </w:tc>
      </w:tr>
      <w:tr w:rsidR="00F51F43" w:rsidRPr="00497F90" w14:paraId="40B95D07" w14:textId="77777777" w:rsidTr="00B1564D">
        <w:trPr>
          <w:jc w:val="center"/>
        </w:trPr>
        <w:tc>
          <w:tcPr>
            <w:tcW w:w="2880" w:type="dxa"/>
          </w:tcPr>
          <w:p w14:paraId="21163CE9" w14:textId="77777777" w:rsidR="00F51F43" w:rsidRPr="00497F90" w:rsidRDefault="00F51F43" w:rsidP="00F51F43">
            <w:pPr>
              <w:spacing w:after="0" w:line="240" w:lineRule="auto"/>
              <w:contextualSpacing/>
              <w:rPr>
                <w:sz w:val="20"/>
                <w:szCs w:val="20"/>
              </w:rPr>
            </w:pPr>
            <w:r w:rsidRPr="00497F90">
              <w:rPr>
                <w:sz w:val="20"/>
                <w:szCs w:val="20"/>
              </w:rPr>
              <w:t>Kontrola zdravstvene i prehrambene ispravnosti obroka</w:t>
            </w:r>
          </w:p>
        </w:tc>
        <w:tc>
          <w:tcPr>
            <w:tcW w:w="2880" w:type="dxa"/>
          </w:tcPr>
          <w:p w14:paraId="6D2B71D6" w14:textId="77777777" w:rsidR="00F51F43" w:rsidRPr="00497F90" w:rsidRDefault="00F51F43" w:rsidP="00F51F43">
            <w:pPr>
              <w:spacing w:after="0" w:line="240" w:lineRule="auto"/>
              <w:contextualSpacing/>
              <w:rPr>
                <w:sz w:val="20"/>
                <w:szCs w:val="20"/>
              </w:rPr>
            </w:pPr>
            <w:r w:rsidRPr="00497F90">
              <w:rPr>
                <w:sz w:val="20"/>
                <w:szCs w:val="20"/>
              </w:rPr>
              <w:t>prema važećim propisima i planu kontrole</w:t>
            </w:r>
          </w:p>
        </w:tc>
        <w:tc>
          <w:tcPr>
            <w:tcW w:w="2880" w:type="dxa"/>
          </w:tcPr>
          <w:p w14:paraId="36BB0B9D" w14:textId="77777777" w:rsidR="00F51F43" w:rsidRPr="00497F90" w:rsidRDefault="00F51F43" w:rsidP="00F51F43">
            <w:pPr>
              <w:spacing w:after="0" w:line="240" w:lineRule="auto"/>
              <w:contextualSpacing/>
              <w:rPr>
                <w:sz w:val="20"/>
                <w:szCs w:val="20"/>
              </w:rPr>
            </w:pPr>
            <w:r>
              <w:rPr>
                <w:sz w:val="20"/>
                <w:szCs w:val="20"/>
              </w:rPr>
              <w:t>Zavod za javno zdravstvo</w:t>
            </w:r>
          </w:p>
        </w:tc>
      </w:tr>
      <w:tr w:rsidR="00F51F43" w:rsidRPr="00497F90" w14:paraId="7D5EBC8C" w14:textId="77777777" w:rsidTr="00B1564D">
        <w:trPr>
          <w:jc w:val="center"/>
        </w:trPr>
        <w:tc>
          <w:tcPr>
            <w:tcW w:w="2880" w:type="dxa"/>
          </w:tcPr>
          <w:p w14:paraId="2232AAF7" w14:textId="77777777" w:rsidR="00F51F43" w:rsidRPr="00497F90" w:rsidRDefault="00F51F43" w:rsidP="00F51F43">
            <w:pPr>
              <w:spacing w:after="0" w:line="240" w:lineRule="auto"/>
              <w:contextualSpacing/>
              <w:rPr>
                <w:sz w:val="20"/>
                <w:szCs w:val="20"/>
              </w:rPr>
            </w:pPr>
            <w:r w:rsidRPr="00497F90">
              <w:rPr>
                <w:sz w:val="20"/>
                <w:szCs w:val="20"/>
              </w:rPr>
              <w:t>Laboratorijske i druge propisane kontrole</w:t>
            </w:r>
          </w:p>
        </w:tc>
        <w:tc>
          <w:tcPr>
            <w:tcW w:w="2880" w:type="dxa"/>
          </w:tcPr>
          <w:p w14:paraId="0CD57BE8" w14:textId="77777777" w:rsidR="00F51F43" w:rsidRPr="00497F90" w:rsidRDefault="00F51F43" w:rsidP="00F51F43">
            <w:pPr>
              <w:spacing w:after="0" w:line="240" w:lineRule="auto"/>
              <w:contextualSpacing/>
              <w:rPr>
                <w:sz w:val="20"/>
                <w:szCs w:val="20"/>
              </w:rPr>
            </w:pPr>
            <w:r w:rsidRPr="00497F90">
              <w:rPr>
                <w:sz w:val="20"/>
                <w:szCs w:val="20"/>
              </w:rPr>
              <w:t>prema važećim propisima</w:t>
            </w:r>
          </w:p>
        </w:tc>
        <w:tc>
          <w:tcPr>
            <w:tcW w:w="2880" w:type="dxa"/>
          </w:tcPr>
          <w:p w14:paraId="74FF3344" w14:textId="77777777" w:rsidR="00F51F43" w:rsidRPr="00497F90" w:rsidRDefault="00F51F43" w:rsidP="00F51F43">
            <w:pPr>
              <w:spacing w:after="0" w:line="240" w:lineRule="auto"/>
              <w:contextualSpacing/>
              <w:rPr>
                <w:sz w:val="20"/>
                <w:szCs w:val="20"/>
              </w:rPr>
            </w:pPr>
            <w:r w:rsidRPr="00497F90">
              <w:rPr>
                <w:sz w:val="20"/>
                <w:szCs w:val="20"/>
              </w:rPr>
              <w:t>ovlaštena ustanova</w:t>
            </w:r>
          </w:p>
        </w:tc>
      </w:tr>
      <w:tr w:rsidR="00F51F43" w:rsidRPr="00497F90" w14:paraId="542DAE13" w14:textId="77777777" w:rsidTr="00B1564D">
        <w:trPr>
          <w:jc w:val="center"/>
        </w:trPr>
        <w:tc>
          <w:tcPr>
            <w:tcW w:w="2880" w:type="dxa"/>
          </w:tcPr>
          <w:p w14:paraId="36744903" w14:textId="77777777" w:rsidR="00F51F43" w:rsidRPr="00497F90" w:rsidRDefault="00F51F43" w:rsidP="00F51F43">
            <w:pPr>
              <w:spacing w:after="0" w:line="240" w:lineRule="auto"/>
              <w:contextualSpacing/>
              <w:rPr>
                <w:sz w:val="20"/>
                <w:szCs w:val="20"/>
              </w:rPr>
            </w:pPr>
            <w:r w:rsidRPr="00497F90">
              <w:rPr>
                <w:sz w:val="20"/>
                <w:szCs w:val="20"/>
              </w:rPr>
              <w:t>Zdravstveni pregledi zaposlenika</w:t>
            </w:r>
          </w:p>
        </w:tc>
        <w:tc>
          <w:tcPr>
            <w:tcW w:w="2880" w:type="dxa"/>
          </w:tcPr>
          <w:p w14:paraId="2621BF33" w14:textId="77777777" w:rsidR="00F51F43" w:rsidRPr="00497F90" w:rsidRDefault="00F51F43" w:rsidP="00F51F43">
            <w:pPr>
              <w:spacing w:after="0" w:line="240" w:lineRule="auto"/>
              <w:contextualSpacing/>
              <w:rPr>
                <w:sz w:val="20"/>
                <w:szCs w:val="20"/>
              </w:rPr>
            </w:pPr>
            <w:r w:rsidRPr="00497F90">
              <w:rPr>
                <w:sz w:val="20"/>
                <w:szCs w:val="20"/>
              </w:rPr>
              <w:t>prema važećim propisima</w:t>
            </w:r>
          </w:p>
        </w:tc>
        <w:tc>
          <w:tcPr>
            <w:tcW w:w="2880" w:type="dxa"/>
          </w:tcPr>
          <w:p w14:paraId="77B0C976" w14:textId="77777777" w:rsidR="00F51F43" w:rsidRPr="00497F90" w:rsidRDefault="00F51F43" w:rsidP="00F51F43">
            <w:pPr>
              <w:spacing w:after="0" w:line="240" w:lineRule="auto"/>
              <w:contextualSpacing/>
              <w:rPr>
                <w:sz w:val="20"/>
                <w:szCs w:val="20"/>
              </w:rPr>
            </w:pPr>
            <w:r w:rsidRPr="00497F90">
              <w:rPr>
                <w:sz w:val="20"/>
                <w:szCs w:val="20"/>
              </w:rPr>
              <w:t>nadležna zdravstvena ustanova</w:t>
            </w:r>
          </w:p>
        </w:tc>
      </w:tr>
      <w:tr w:rsidR="00F51F43" w:rsidRPr="00497F90" w14:paraId="696651D1" w14:textId="77777777" w:rsidTr="00B1564D">
        <w:trPr>
          <w:jc w:val="center"/>
        </w:trPr>
        <w:tc>
          <w:tcPr>
            <w:tcW w:w="2880" w:type="dxa"/>
          </w:tcPr>
          <w:p w14:paraId="777BF2A1" w14:textId="77777777" w:rsidR="00F51F43" w:rsidRPr="00497F90" w:rsidRDefault="00F51F43" w:rsidP="00F51F43">
            <w:pPr>
              <w:spacing w:after="0" w:line="240" w:lineRule="auto"/>
              <w:contextualSpacing/>
              <w:rPr>
                <w:sz w:val="20"/>
                <w:szCs w:val="20"/>
              </w:rPr>
            </w:pPr>
            <w:r w:rsidRPr="00497F90">
              <w:rPr>
                <w:sz w:val="20"/>
                <w:szCs w:val="20"/>
              </w:rPr>
              <w:t>Suradnja s epidemiološkom službom</w:t>
            </w:r>
          </w:p>
        </w:tc>
        <w:tc>
          <w:tcPr>
            <w:tcW w:w="2880" w:type="dxa"/>
          </w:tcPr>
          <w:p w14:paraId="6918019F" w14:textId="77777777" w:rsidR="00F51F43" w:rsidRPr="00497F90" w:rsidRDefault="00F51F43" w:rsidP="00F51F43">
            <w:pPr>
              <w:spacing w:after="0" w:line="240" w:lineRule="auto"/>
              <w:contextualSpacing/>
              <w:rPr>
                <w:sz w:val="20"/>
                <w:szCs w:val="20"/>
              </w:rPr>
            </w:pPr>
            <w:r w:rsidRPr="00497F90">
              <w:rPr>
                <w:sz w:val="20"/>
                <w:szCs w:val="20"/>
              </w:rPr>
              <w:t>prema potrebi i važećim protokolima</w:t>
            </w:r>
          </w:p>
        </w:tc>
        <w:tc>
          <w:tcPr>
            <w:tcW w:w="2880" w:type="dxa"/>
          </w:tcPr>
          <w:p w14:paraId="590329C5" w14:textId="77777777" w:rsidR="00F51F43" w:rsidRPr="00497F90" w:rsidRDefault="00F51F43" w:rsidP="00F51F43">
            <w:pPr>
              <w:spacing w:after="0" w:line="240" w:lineRule="auto"/>
              <w:contextualSpacing/>
              <w:rPr>
                <w:sz w:val="20"/>
                <w:szCs w:val="20"/>
              </w:rPr>
            </w:pPr>
            <w:r w:rsidRPr="00497F90">
              <w:rPr>
                <w:sz w:val="20"/>
                <w:szCs w:val="20"/>
              </w:rPr>
              <w:t>nadležna epidemiološka služba</w:t>
            </w:r>
          </w:p>
        </w:tc>
      </w:tr>
    </w:tbl>
    <w:p w14:paraId="155DA44F" w14:textId="77777777" w:rsidR="00965A47" w:rsidRPr="00F51F43" w:rsidRDefault="00965A47" w:rsidP="00A33268">
      <w:pPr>
        <w:pStyle w:val="Naslov1"/>
        <w:rPr>
          <w:noProof/>
        </w:rPr>
      </w:pPr>
      <w:bookmarkStart w:id="23" w:name="_Toc241563339"/>
      <w:r w:rsidRPr="00F51F43">
        <w:rPr>
          <w:noProof/>
        </w:rPr>
        <w:lastRenderedPageBreak/>
        <w:t>5. ODGOJNO-OBRAZOVNI RAD</w:t>
      </w:r>
      <w:bookmarkEnd w:id="23"/>
    </w:p>
    <w:p w14:paraId="447514F5" w14:textId="77777777" w:rsidR="00965A47" w:rsidRPr="00F51F43" w:rsidRDefault="00965A47" w:rsidP="002755FD">
      <w:pPr>
        <w:ind w:firstLine="720"/>
        <w:contextualSpacing/>
        <w:rPr>
          <w:noProof/>
        </w:rPr>
      </w:pPr>
      <w:r w:rsidRPr="00F51F43">
        <w:rPr>
          <w:noProof/>
        </w:rPr>
        <w:t xml:space="preserve">Globalni ciljevi koje si ove pedagoške godine postavljamo su i dalje praćenje dječjih interesa u poticanju njihova cjelokupnog razvoja i unaprjeđenje rada s djecom s teškoćama u razvoju i njihovim roditeljima. </w:t>
      </w:r>
    </w:p>
    <w:p w14:paraId="5AB1E5ED" w14:textId="77777777" w:rsidR="00965A47" w:rsidRPr="00F51F43" w:rsidRDefault="00965A47" w:rsidP="002755FD">
      <w:pPr>
        <w:ind w:firstLine="720"/>
        <w:contextualSpacing/>
        <w:rPr>
          <w:noProof/>
        </w:rPr>
      </w:pPr>
      <w:r w:rsidRPr="00F51F43">
        <w:rPr>
          <w:noProof/>
        </w:rPr>
        <w:t>Promatranje i praćenje djece predstavlja prvi korak u transformiranju odgojno-obrazovne prakse prema stvarnoj kvaliteti. Osim što osigurava značajan uvid u dječji razvoj i ponašanje, praćenje omogućava odgojitelju profesionalnu refleksiju koja se u suvremenoj odgojno-obrazovnoj paradigmi smatra ključnom vještinom odgojitelja.</w:t>
      </w:r>
    </w:p>
    <w:p w14:paraId="75CE96A7" w14:textId="77777777" w:rsidR="00965A47" w:rsidRPr="00F51F43" w:rsidRDefault="00965A47" w:rsidP="002755FD">
      <w:pPr>
        <w:tabs>
          <w:tab w:val="left" w:pos="709"/>
        </w:tabs>
        <w:contextualSpacing/>
        <w:rPr>
          <w:noProof/>
        </w:rPr>
      </w:pPr>
      <w:r w:rsidRPr="00F51F43">
        <w:rPr>
          <w:noProof/>
        </w:rPr>
        <w:tab/>
        <w:t>Ako polazimo od stava da dijete svoje znanje ne preuzima od odraslog, nego ga aktivno stječe konstruiranjem, sukon</w:t>
      </w:r>
      <w:r w:rsidR="0000279A" w:rsidRPr="00F51F43">
        <w:rPr>
          <w:noProof/>
        </w:rPr>
        <w:t>s</w:t>
      </w:r>
      <w:r w:rsidRPr="00F51F43">
        <w:rPr>
          <w:noProof/>
        </w:rPr>
        <w:t xml:space="preserve">truiranjem i rekonstruiranjem, tj. postupnim ugrađivanjem novog u ono već postojeće i odbacivanjem onoga što je utvrdilo da ne funkcionira, smatramo da je prepoznavanje aktualnog znanja djeteta prvi korak u stvaranju uvjeta djeci da izgrađuju svoje novo, buduće znanje. </w:t>
      </w:r>
    </w:p>
    <w:p w14:paraId="1176718B" w14:textId="77777777" w:rsidR="00965A47" w:rsidRPr="00F51F43" w:rsidRDefault="00965A47" w:rsidP="002755FD">
      <w:pPr>
        <w:tabs>
          <w:tab w:val="left" w:pos="709"/>
        </w:tabs>
        <w:contextualSpacing/>
        <w:rPr>
          <w:noProof/>
        </w:rPr>
      </w:pPr>
      <w:r w:rsidRPr="00F51F43">
        <w:rPr>
          <w:noProof/>
        </w:rPr>
        <w:tab/>
        <w:t xml:space="preserve">Svakodnevna uloga odgojitelja u tom smislu jest doznati razinu aktualnog znanja svakog djeteta ponaosob. U tom nastojanju prikupljena i analizirana dokumentacija pomaže odgojitelju jer na izvjestan način čini vidljivim ono što dijete misli, na koji način doživljava svijet oko sebe i na koji način razumije određene fenomene koji ga okružuju. </w:t>
      </w:r>
    </w:p>
    <w:p w14:paraId="07EE9221" w14:textId="77777777" w:rsidR="00965A47" w:rsidRPr="00F51F43" w:rsidRDefault="00965A47" w:rsidP="002755FD">
      <w:pPr>
        <w:tabs>
          <w:tab w:val="left" w:pos="709"/>
        </w:tabs>
        <w:contextualSpacing/>
        <w:rPr>
          <w:noProof/>
        </w:rPr>
      </w:pPr>
      <w:r w:rsidRPr="00F51F43">
        <w:rPr>
          <w:noProof/>
        </w:rPr>
        <w:tab/>
        <w:t>Važno je svakodnevno motivirati sebe u prikupljanju dokumentacije kako bismo što bolje razumjeli dijete, što ono već zna i kako ono prirodno najbolje uči te da pokušamo na temelju analizirane prikupljene dokumentacije postaviti smjerove u kojima bi se njegovo buduće učenje moglo kretati.</w:t>
      </w:r>
    </w:p>
    <w:p w14:paraId="6668AB0B" w14:textId="77777777" w:rsidR="00965A47" w:rsidRPr="00F51F43" w:rsidRDefault="00965A47" w:rsidP="002755FD">
      <w:pPr>
        <w:tabs>
          <w:tab w:val="left" w:pos="709"/>
        </w:tabs>
        <w:contextualSpacing/>
        <w:rPr>
          <w:noProof/>
        </w:rPr>
      </w:pPr>
      <w:r w:rsidRPr="00F51F43">
        <w:rPr>
          <w:noProof/>
        </w:rPr>
        <w:tab/>
        <w:t>Svakodnevan rad odgojitelja u vrtiću ne bi se trebao svoditi na popis unaprijed isplaniranih aktivnosti, u koj</w:t>
      </w:r>
      <w:r w:rsidR="0000279A" w:rsidRPr="00F51F43">
        <w:rPr>
          <w:noProof/>
        </w:rPr>
        <w:t>i</w:t>
      </w:r>
      <w:r w:rsidRPr="00F51F43">
        <w:rPr>
          <w:noProof/>
        </w:rPr>
        <w:t>ma se dijete i odgojitelj bave unaprijed isplaniranim sadržajima. Prirodan razvoj, tj. slijed aktivnosti u vrtiću, trebao bi proizlaziti iz konstantnog praćenja djece, njihovih interesa i biti prilagođen njihovim razvojnim mogućnostima.</w:t>
      </w:r>
    </w:p>
    <w:p w14:paraId="5876A188" w14:textId="77777777" w:rsidR="00965A47" w:rsidRPr="00F51F43" w:rsidRDefault="00965A47" w:rsidP="002755FD">
      <w:pPr>
        <w:tabs>
          <w:tab w:val="left" w:pos="709"/>
        </w:tabs>
        <w:contextualSpacing/>
        <w:rPr>
          <w:noProof/>
        </w:rPr>
      </w:pPr>
      <w:r w:rsidRPr="00F51F43">
        <w:rPr>
          <w:noProof/>
        </w:rPr>
        <w:tab/>
        <w:t xml:space="preserve">Stoga je važno poticaje za predstojeće aktivnosti predlagati na osnovi analize ranijih, neposredno održanih aktivnosti. U tom nam je smislu prikupljena dokumentacija o ranijim aktivnostima od velike pomoći jer se naknadnom revizijom dokumentacije lakše prisjećamo svih događanja u ranijim aktivnostima. </w:t>
      </w:r>
    </w:p>
    <w:p w14:paraId="5A1FC4C2" w14:textId="77777777" w:rsidR="00965A47" w:rsidRPr="00F51F43" w:rsidRDefault="00965A47" w:rsidP="002755FD">
      <w:pPr>
        <w:tabs>
          <w:tab w:val="left" w:pos="851"/>
        </w:tabs>
        <w:contextualSpacing/>
        <w:rPr>
          <w:noProof/>
        </w:rPr>
      </w:pPr>
      <w:r w:rsidRPr="00F51F43">
        <w:rPr>
          <w:noProof/>
        </w:rPr>
        <w:tab/>
        <w:t>Na prikupljenoj dokumentaciji temelji se daljnja ponuda materijala. U tom smislu, uz pomoć stalnog prikupljanja i analiziranja dokume</w:t>
      </w:r>
      <w:r w:rsidR="0000279A" w:rsidRPr="00F51F43">
        <w:rPr>
          <w:noProof/>
        </w:rPr>
        <w:t>n</w:t>
      </w:r>
      <w:r w:rsidRPr="00F51F43">
        <w:rPr>
          <w:noProof/>
        </w:rPr>
        <w:t>tacije o aktivnostima koje su još uvijek u tijeku, odgojitelj nastoji pratiti i podržavati djetetov p</w:t>
      </w:r>
      <w:r w:rsidR="0000279A" w:rsidRPr="00F51F43">
        <w:rPr>
          <w:noProof/>
        </w:rPr>
        <w:t>r</w:t>
      </w:r>
      <w:r w:rsidRPr="00F51F43">
        <w:rPr>
          <w:noProof/>
        </w:rPr>
        <w:t>irodni razvoj.</w:t>
      </w:r>
    </w:p>
    <w:p w14:paraId="0FCC24F7" w14:textId="77777777" w:rsidR="00AA2E29" w:rsidRPr="00F51F43" w:rsidRDefault="00965A47" w:rsidP="002755FD">
      <w:pPr>
        <w:tabs>
          <w:tab w:val="left" w:pos="851"/>
        </w:tabs>
        <w:contextualSpacing/>
        <w:rPr>
          <w:noProof/>
        </w:rPr>
      </w:pPr>
      <w:r w:rsidRPr="00F51F43">
        <w:rPr>
          <w:noProof/>
        </w:rPr>
        <w:tab/>
      </w:r>
    </w:p>
    <w:p w14:paraId="25B2CD15" w14:textId="77777777" w:rsidR="003D7468" w:rsidRPr="00F51F43" w:rsidRDefault="00E7493F" w:rsidP="002755FD">
      <w:pPr>
        <w:pStyle w:val="Naslov2"/>
        <w:rPr>
          <w:noProof/>
        </w:rPr>
      </w:pPr>
      <w:bookmarkStart w:id="24" w:name="_Toc241563340"/>
      <w:r w:rsidRPr="00F51F43">
        <w:rPr>
          <w:noProof/>
        </w:rPr>
        <w:lastRenderedPageBreak/>
        <w:t xml:space="preserve">5.1. </w:t>
      </w:r>
      <w:r w:rsidR="003D7468" w:rsidRPr="00F51F43">
        <w:rPr>
          <w:noProof/>
        </w:rPr>
        <w:t>GLOBALNI RAZVOJNI ZADA</w:t>
      </w:r>
      <w:r w:rsidR="00D51137" w:rsidRPr="00F51F43">
        <w:rPr>
          <w:noProof/>
        </w:rPr>
        <w:t>T</w:t>
      </w:r>
      <w:r w:rsidR="003D7468" w:rsidRPr="00F51F43">
        <w:rPr>
          <w:noProof/>
        </w:rPr>
        <w:t>CI</w:t>
      </w:r>
      <w:bookmarkEnd w:id="24"/>
    </w:p>
    <w:p w14:paraId="57725EB1" w14:textId="77777777" w:rsidR="003D7468" w:rsidRPr="00F51F43" w:rsidRDefault="00D51137" w:rsidP="002755FD">
      <w:pPr>
        <w:tabs>
          <w:tab w:val="left" w:pos="709"/>
        </w:tabs>
        <w:contextualSpacing/>
        <w:rPr>
          <w:noProof/>
        </w:rPr>
      </w:pPr>
      <w:r w:rsidRPr="00F51F43">
        <w:rPr>
          <w:noProof/>
        </w:rPr>
        <w:tab/>
        <w:t>I</w:t>
      </w:r>
      <w:r w:rsidR="003D7468" w:rsidRPr="00F51F43">
        <w:rPr>
          <w:noProof/>
        </w:rPr>
        <w:t>zbor pri planiranju</w:t>
      </w:r>
      <w:r w:rsidRPr="00F51F43">
        <w:rPr>
          <w:noProof/>
        </w:rPr>
        <w:t xml:space="preserve"> poticaja</w:t>
      </w:r>
      <w:r w:rsidR="003D7468" w:rsidRPr="00F51F43">
        <w:rPr>
          <w:noProof/>
        </w:rPr>
        <w:t xml:space="preserve"> i provođe</w:t>
      </w:r>
      <w:r w:rsidR="003D2D3E" w:rsidRPr="00F51F43">
        <w:rPr>
          <w:noProof/>
        </w:rPr>
        <w:t>nju različitih vrsta aktivnosti</w:t>
      </w:r>
      <w:r w:rsidR="003D7468" w:rsidRPr="00F51F43">
        <w:rPr>
          <w:noProof/>
        </w:rPr>
        <w:t xml:space="preserve"> s d</w:t>
      </w:r>
      <w:r w:rsidRPr="00F51F43">
        <w:rPr>
          <w:noProof/>
        </w:rPr>
        <w:t>jecom i za djecu svih uzrasta (1-7 godina)</w:t>
      </w:r>
      <w:r w:rsidR="003D7468" w:rsidRPr="00F51F43">
        <w:rPr>
          <w:noProof/>
        </w:rPr>
        <w:t xml:space="preserve"> treba kontin</w:t>
      </w:r>
      <w:r w:rsidRPr="00F51F43">
        <w:rPr>
          <w:noProof/>
        </w:rPr>
        <w:t>uirano i trajno temeljiti na sljedećim globalnim zadatcima (</w:t>
      </w:r>
      <w:r w:rsidR="003D7468" w:rsidRPr="00F51F43">
        <w:rPr>
          <w:noProof/>
        </w:rPr>
        <w:t>zada</w:t>
      </w:r>
      <w:r w:rsidRPr="00F51F43">
        <w:rPr>
          <w:noProof/>
        </w:rPr>
        <w:t>t</w:t>
      </w:r>
      <w:r w:rsidR="003D7468" w:rsidRPr="00F51F43">
        <w:rPr>
          <w:noProof/>
        </w:rPr>
        <w:t>ci se za svaki uzrast planiraju u odnosu na uzrast i konkretnu djecu, a prema pisanim i usmenim uputama):</w:t>
      </w:r>
    </w:p>
    <w:p w14:paraId="59A791C1" w14:textId="77777777" w:rsidR="003D7468" w:rsidRPr="00F51F43" w:rsidRDefault="003D7468" w:rsidP="002755FD">
      <w:pPr>
        <w:numPr>
          <w:ilvl w:val="0"/>
          <w:numId w:val="4"/>
        </w:numPr>
        <w:tabs>
          <w:tab w:val="left" w:pos="3544"/>
        </w:tabs>
        <w:spacing w:after="0"/>
        <w:ind w:left="357" w:hanging="357"/>
        <w:contextualSpacing/>
        <w:rPr>
          <w:noProof/>
        </w:rPr>
      </w:pPr>
      <w:r w:rsidRPr="00F51F43">
        <w:rPr>
          <w:noProof/>
        </w:rPr>
        <w:t xml:space="preserve">zadovoljiti i poticati </w:t>
      </w:r>
      <w:r w:rsidR="00252954" w:rsidRPr="00F51F43">
        <w:rPr>
          <w:noProof/>
        </w:rPr>
        <w:t>djetetovu potrebu za kretanjem</w:t>
      </w:r>
      <w:r w:rsidR="00591CE8" w:rsidRPr="00F51F43">
        <w:rPr>
          <w:noProof/>
        </w:rPr>
        <w:t>;</w:t>
      </w:r>
    </w:p>
    <w:p w14:paraId="0C8F70B5" w14:textId="77777777" w:rsidR="003D7468" w:rsidRPr="00F51F43" w:rsidRDefault="003D7468" w:rsidP="002755FD">
      <w:pPr>
        <w:numPr>
          <w:ilvl w:val="0"/>
          <w:numId w:val="4"/>
        </w:numPr>
        <w:tabs>
          <w:tab w:val="left" w:pos="3544"/>
        </w:tabs>
        <w:spacing w:after="0"/>
        <w:ind w:left="357" w:hanging="357"/>
        <w:contextualSpacing/>
        <w:rPr>
          <w:noProof/>
        </w:rPr>
      </w:pPr>
      <w:r w:rsidRPr="00F51F43">
        <w:rPr>
          <w:noProof/>
        </w:rPr>
        <w:t>razvija</w:t>
      </w:r>
      <w:r w:rsidR="00252954" w:rsidRPr="00F51F43">
        <w:rPr>
          <w:noProof/>
        </w:rPr>
        <w:t>ti spoznajne funkcije i aktivno-</w:t>
      </w:r>
      <w:r w:rsidRPr="00F51F43">
        <w:rPr>
          <w:noProof/>
        </w:rPr>
        <w:t>istraživalački odnos prema sebi i okolini</w:t>
      </w:r>
      <w:r w:rsidR="00591CE8" w:rsidRPr="00F51F43">
        <w:rPr>
          <w:noProof/>
        </w:rPr>
        <w:t>;</w:t>
      </w:r>
    </w:p>
    <w:p w14:paraId="75E39030" w14:textId="77777777" w:rsidR="003D7468" w:rsidRPr="00F51F43" w:rsidRDefault="003D7468" w:rsidP="002755FD">
      <w:pPr>
        <w:numPr>
          <w:ilvl w:val="0"/>
          <w:numId w:val="4"/>
        </w:numPr>
        <w:tabs>
          <w:tab w:val="left" w:pos="3544"/>
        </w:tabs>
        <w:spacing w:after="0"/>
        <w:ind w:left="357" w:hanging="357"/>
        <w:contextualSpacing/>
        <w:rPr>
          <w:noProof/>
        </w:rPr>
      </w:pPr>
      <w:r w:rsidRPr="00F51F43">
        <w:rPr>
          <w:noProof/>
        </w:rPr>
        <w:t>podržavati i poticati spontano izražavanje stvaralačkih mogućnosti djeteta</w:t>
      </w:r>
      <w:r w:rsidR="00591CE8" w:rsidRPr="00F51F43">
        <w:rPr>
          <w:noProof/>
        </w:rPr>
        <w:t>;</w:t>
      </w:r>
    </w:p>
    <w:p w14:paraId="361F89BC" w14:textId="77777777" w:rsidR="003D7468" w:rsidRPr="00F51F43" w:rsidRDefault="00252954" w:rsidP="002755FD">
      <w:pPr>
        <w:numPr>
          <w:ilvl w:val="0"/>
          <w:numId w:val="4"/>
        </w:numPr>
        <w:tabs>
          <w:tab w:val="left" w:pos="3544"/>
        </w:tabs>
        <w:spacing w:after="0"/>
        <w:ind w:left="357" w:hanging="357"/>
        <w:contextualSpacing/>
        <w:rPr>
          <w:noProof/>
        </w:rPr>
      </w:pPr>
      <w:r w:rsidRPr="00F51F43">
        <w:rPr>
          <w:noProof/>
        </w:rPr>
        <w:t>podržavati i poticati razvoj</w:t>
      </w:r>
      <w:r w:rsidR="003D7468" w:rsidRPr="00F51F43">
        <w:rPr>
          <w:noProof/>
        </w:rPr>
        <w:t xml:space="preserve"> sigurnosti i samopouzdanja djeteta</w:t>
      </w:r>
      <w:r w:rsidR="00591CE8" w:rsidRPr="00F51F43">
        <w:rPr>
          <w:noProof/>
        </w:rPr>
        <w:t>;</w:t>
      </w:r>
    </w:p>
    <w:p w14:paraId="72F3B45B" w14:textId="77777777" w:rsidR="003D7468" w:rsidRPr="00F51F43" w:rsidRDefault="00252954" w:rsidP="002755FD">
      <w:pPr>
        <w:numPr>
          <w:ilvl w:val="0"/>
          <w:numId w:val="4"/>
        </w:numPr>
        <w:tabs>
          <w:tab w:val="left" w:pos="3544"/>
        </w:tabs>
        <w:spacing w:after="0"/>
        <w:ind w:left="357" w:hanging="357"/>
        <w:contextualSpacing/>
        <w:rPr>
          <w:noProof/>
        </w:rPr>
      </w:pPr>
      <w:r w:rsidRPr="00F51F43">
        <w:rPr>
          <w:noProof/>
        </w:rPr>
        <w:t>podržavati i poticati razvoj</w:t>
      </w:r>
      <w:r w:rsidR="003D7468" w:rsidRPr="00F51F43">
        <w:rPr>
          <w:noProof/>
        </w:rPr>
        <w:t xml:space="preserve"> pozitivne slike o sebi</w:t>
      </w:r>
      <w:r w:rsidR="00591CE8" w:rsidRPr="00F51F43">
        <w:rPr>
          <w:noProof/>
        </w:rPr>
        <w:t>;</w:t>
      </w:r>
    </w:p>
    <w:p w14:paraId="0A5AF6B5" w14:textId="77777777" w:rsidR="003D7468" w:rsidRPr="00F51F43" w:rsidRDefault="00252954" w:rsidP="002755FD">
      <w:pPr>
        <w:numPr>
          <w:ilvl w:val="0"/>
          <w:numId w:val="4"/>
        </w:numPr>
        <w:tabs>
          <w:tab w:val="left" w:pos="3544"/>
        </w:tabs>
        <w:spacing w:after="0"/>
        <w:ind w:left="357" w:hanging="357"/>
        <w:contextualSpacing/>
        <w:rPr>
          <w:noProof/>
        </w:rPr>
      </w:pPr>
      <w:r w:rsidRPr="00F51F43">
        <w:rPr>
          <w:noProof/>
        </w:rPr>
        <w:t>podržavati i poticati razvoj</w:t>
      </w:r>
      <w:r w:rsidR="003D7468" w:rsidRPr="00F51F43">
        <w:rPr>
          <w:noProof/>
        </w:rPr>
        <w:t xml:space="preserve"> unutrašnje i vanjske samostalnosti djeteta</w:t>
      </w:r>
      <w:r w:rsidR="00591CE8" w:rsidRPr="00F51F43">
        <w:rPr>
          <w:noProof/>
        </w:rPr>
        <w:t>;</w:t>
      </w:r>
    </w:p>
    <w:p w14:paraId="5EB723BE" w14:textId="77777777" w:rsidR="003D7468" w:rsidRPr="00F51F43" w:rsidRDefault="003D7468" w:rsidP="002755FD">
      <w:pPr>
        <w:numPr>
          <w:ilvl w:val="0"/>
          <w:numId w:val="4"/>
        </w:numPr>
        <w:tabs>
          <w:tab w:val="left" w:pos="3544"/>
        </w:tabs>
        <w:spacing w:after="0"/>
        <w:ind w:left="357" w:hanging="357"/>
        <w:contextualSpacing/>
        <w:rPr>
          <w:noProof/>
        </w:rPr>
      </w:pPr>
      <w:r w:rsidRPr="00F51F43">
        <w:rPr>
          <w:noProof/>
        </w:rPr>
        <w:t>podržavati i poticati razvoj sposobnosti suosjećanja i uživljavanja</w:t>
      </w:r>
      <w:r w:rsidR="00252954" w:rsidRPr="00F51F43">
        <w:rPr>
          <w:noProof/>
        </w:rPr>
        <w:t xml:space="preserve"> u stanja i osjećaje</w:t>
      </w:r>
      <w:r w:rsidRPr="00F51F43">
        <w:rPr>
          <w:noProof/>
        </w:rPr>
        <w:t xml:space="preserve"> drugih osoba</w:t>
      </w:r>
      <w:r w:rsidR="00591CE8" w:rsidRPr="00F51F43">
        <w:rPr>
          <w:noProof/>
        </w:rPr>
        <w:t>;</w:t>
      </w:r>
    </w:p>
    <w:p w14:paraId="32E30D63" w14:textId="77777777" w:rsidR="003D7468" w:rsidRPr="00F51F43" w:rsidRDefault="003D7468" w:rsidP="002755FD">
      <w:pPr>
        <w:numPr>
          <w:ilvl w:val="0"/>
          <w:numId w:val="4"/>
        </w:numPr>
        <w:tabs>
          <w:tab w:val="left" w:pos="3544"/>
        </w:tabs>
        <w:spacing w:after="0"/>
        <w:ind w:left="357" w:hanging="357"/>
        <w:contextualSpacing/>
        <w:rPr>
          <w:noProof/>
        </w:rPr>
      </w:pPr>
      <w:r w:rsidRPr="00F51F43">
        <w:rPr>
          <w:noProof/>
        </w:rPr>
        <w:t>razvijati mogućnost i sposobnost obuzdavanja od impul</w:t>
      </w:r>
      <w:r w:rsidR="00252954" w:rsidRPr="00F51F43">
        <w:rPr>
          <w:noProof/>
        </w:rPr>
        <w:t>z</w:t>
      </w:r>
      <w:r w:rsidRPr="00F51F43">
        <w:rPr>
          <w:noProof/>
        </w:rPr>
        <w:t>ivnih, osobito opasnih ponašanja i želja</w:t>
      </w:r>
      <w:r w:rsidR="00591CE8" w:rsidRPr="00F51F43">
        <w:rPr>
          <w:noProof/>
        </w:rPr>
        <w:t>;</w:t>
      </w:r>
    </w:p>
    <w:p w14:paraId="4B854EE1" w14:textId="77777777" w:rsidR="003D7468" w:rsidRPr="00F51F43" w:rsidRDefault="00252954" w:rsidP="002755FD">
      <w:pPr>
        <w:numPr>
          <w:ilvl w:val="0"/>
          <w:numId w:val="4"/>
        </w:numPr>
        <w:tabs>
          <w:tab w:val="left" w:pos="3544"/>
        </w:tabs>
        <w:spacing w:after="0"/>
        <w:ind w:left="357" w:hanging="357"/>
        <w:contextualSpacing/>
        <w:rPr>
          <w:noProof/>
        </w:rPr>
      </w:pPr>
      <w:r w:rsidRPr="00F51F43">
        <w:rPr>
          <w:noProof/>
        </w:rPr>
        <w:t>podržavati i poticati</w:t>
      </w:r>
      <w:r w:rsidR="003D7468" w:rsidRPr="00F51F43">
        <w:rPr>
          <w:noProof/>
        </w:rPr>
        <w:t xml:space="preserve"> razvoj sposobnosti djeteta za govorne i druge oblike sporazumijevanja, izražavanja i stvaranja</w:t>
      </w:r>
      <w:r w:rsidR="00591CE8" w:rsidRPr="00F51F43">
        <w:rPr>
          <w:noProof/>
        </w:rPr>
        <w:t>;</w:t>
      </w:r>
    </w:p>
    <w:p w14:paraId="542FE541" w14:textId="77777777" w:rsidR="003D7468" w:rsidRPr="00F51F43" w:rsidRDefault="003D7468" w:rsidP="002755FD">
      <w:pPr>
        <w:numPr>
          <w:ilvl w:val="0"/>
          <w:numId w:val="4"/>
        </w:numPr>
        <w:tabs>
          <w:tab w:val="left" w:pos="3544"/>
        </w:tabs>
        <w:spacing w:after="0"/>
        <w:ind w:left="357" w:hanging="357"/>
        <w:contextualSpacing/>
        <w:rPr>
          <w:noProof/>
        </w:rPr>
      </w:pPr>
      <w:r w:rsidRPr="00F51F43">
        <w:rPr>
          <w:noProof/>
        </w:rPr>
        <w:t>podržavati i poticati razvoj osjećaja privrženosti grupi i široj zajednici</w:t>
      </w:r>
      <w:r w:rsidR="00591CE8" w:rsidRPr="00F51F43">
        <w:rPr>
          <w:noProof/>
        </w:rPr>
        <w:t>;</w:t>
      </w:r>
    </w:p>
    <w:p w14:paraId="4C7ACE72" w14:textId="77777777" w:rsidR="003D7468" w:rsidRPr="00F51F43" w:rsidRDefault="003D7468" w:rsidP="002755FD">
      <w:pPr>
        <w:numPr>
          <w:ilvl w:val="0"/>
          <w:numId w:val="4"/>
        </w:numPr>
        <w:tabs>
          <w:tab w:val="left" w:pos="3544"/>
        </w:tabs>
        <w:spacing w:after="0"/>
        <w:ind w:left="357" w:hanging="357"/>
        <w:contextualSpacing/>
        <w:rPr>
          <w:noProof/>
        </w:rPr>
      </w:pPr>
      <w:r w:rsidRPr="00F51F43">
        <w:rPr>
          <w:noProof/>
        </w:rPr>
        <w:t>podržavati i poticati razvoj vedrog i veselog raspoloženja</w:t>
      </w:r>
      <w:r w:rsidR="00591CE8" w:rsidRPr="00F51F43">
        <w:rPr>
          <w:noProof/>
        </w:rPr>
        <w:t>.</w:t>
      </w:r>
    </w:p>
    <w:p w14:paraId="1E4ED178" w14:textId="77777777" w:rsidR="003D2D3E" w:rsidRPr="00F51F43" w:rsidRDefault="003D2D3E" w:rsidP="002755FD">
      <w:pPr>
        <w:pStyle w:val="Tijeloteksta3"/>
        <w:tabs>
          <w:tab w:val="left" w:pos="3544"/>
        </w:tabs>
        <w:contextualSpacing/>
        <w:rPr>
          <w:noProof/>
        </w:rPr>
      </w:pPr>
    </w:p>
    <w:p w14:paraId="50C6AB34" w14:textId="77777777" w:rsidR="00D33ACA" w:rsidRPr="00F51F43" w:rsidRDefault="003D2D3E" w:rsidP="002755FD">
      <w:pPr>
        <w:pStyle w:val="Naslov2"/>
        <w:rPr>
          <w:noProof/>
        </w:rPr>
      </w:pPr>
      <w:bookmarkStart w:id="25" w:name="_Toc241563341"/>
      <w:r w:rsidRPr="00F51F43">
        <w:rPr>
          <w:noProof/>
        </w:rPr>
        <w:t>5.2</w:t>
      </w:r>
      <w:r w:rsidR="00E7493F" w:rsidRPr="00F51F43">
        <w:rPr>
          <w:noProof/>
        </w:rPr>
        <w:t xml:space="preserve">. </w:t>
      </w:r>
      <w:r w:rsidR="00D33ACA" w:rsidRPr="00F51F43">
        <w:rPr>
          <w:noProof/>
        </w:rPr>
        <w:t>BITNI ZADA</w:t>
      </w:r>
      <w:r w:rsidR="001F74C9" w:rsidRPr="00F51F43">
        <w:rPr>
          <w:noProof/>
        </w:rPr>
        <w:t>T</w:t>
      </w:r>
      <w:r w:rsidR="00D33ACA" w:rsidRPr="00F51F43">
        <w:rPr>
          <w:noProof/>
        </w:rPr>
        <w:t>CI ODGOJNO-OBRAZOVNOG RADA NA NIVOU USTANOVE</w:t>
      </w:r>
      <w:bookmarkEnd w:id="25"/>
      <w:r w:rsidR="00D33ACA" w:rsidRPr="00F51F43">
        <w:rPr>
          <w:noProof/>
        </w:rPr>
        <w:t xml:space="preserve"> </w:t>
      </w:r>
    </w:p>
    <w:p w14:paraId="70A2D616" w14:textId="77777777" w:rsidR="006D1B4E" w:rsidRPr="00F51F43" w:rsidRDefault="006D1B4E" w:rsidP="002755FD">
      <w:pPr>
        <w:contextualSpacing/>
        <w:rPr>
          <w:noProof/>
        </w:rPr>
      </w:pPr>
    </w:p>
    <w:p w14:paraId="31FBEEEC" w14:textId="77777777" w:rsidR="00D33ACA" w:rsidRPr="00F51F43" w:rsidRDefault="00E7493F" w:rsidP="002755FD">
      <w:pPr>
        <w:pStyle w:val="Tijeloteksta3"/>
        <w:tabs>
          <w:tab w:val="left" w:pos="3544"/>
        </w:tabs>
        <w:contextualSpacing/>
        <w:rPr>
          <w:b w:val="0"/>
          <w:i w:val="0"/>
          <w:noProof/>
        </w:rPr>
      </w:pPr>
      <w:r w:rsidRPr="00F51F43">
        <w:rPr>
          <w:b w:val="0"/>
          <w:i w:val="0"/>
          <w:noProof/>
        </w:rPr>
        <w:t>a)</w:t>
      </w:r>
      <w:r w:rsidR="00D33ACA" w:rsidRPr="00F51F43">
        <w:rPr>
          <w:b w:val="0"/>
          <w:i w:val="0"/>
          <w:noProof/>
        </w:rPr>
        <w:t xml:space="preserve"> </w:t>
      </w:r>
      <w:r w:rsidR="00D33ACA" w:rsidRPr="00F51F43">
        <w:rPr>
          <w:b w:val="0"/>
          <w:noProof/>
        </w:rPr>
        <w:t>Praćenje, promatranje i razumijevanje djece, dokumentiranje aktivnosti i individualizirano plani</w:t>
      </w:r>
      <w:r w:rsidR="003D2D3E" w:rsidRPr="00F51F43">
        <w:rPr>
          <w:b w:val="0"/>
          <w:noProof/>
        </w:rPr>
        <w:t>ranje kao bitan segment rada odgoji</w:t>
      </w:r>
      <w:r w:rsidR="00D33ACA" w:rsidRPr="00F51F43">
        <w:rPr>
          <w:b w:val="0"/>
          <w:noProof/>
        </w:rPr>
        <w:t>telja i temelj razvoja kvalitete kurikuluma</w:t>
      </w:r>
      <w:r w:rsidR="00D33ACA" w:rsidRPr="00F51F43">
        <w:rPr>
          <w:b w:val="0"/>
          <w:i w:val="0"/>
          <w:noProof/>
        </w:rPr>
        <w:t xml:space="preserve"> </w:t>
      </w:r>
    </w:p>
    <w:p w14:paraId="2909A0FD"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razvoj i primjena različitih tehnika praćenja i dokumentir</w:t>
      </w:r>
      <w:r w:rsidR="002B4B1E" w:rsidRPr="00F51F43">
        <w:rPr>
          <w:b w:val="0"/>
          <w:i w:val="0"/>
          <w:noProof/>
        </w:rPr>
        <w:t>anja aktivnosti djece i odgojno-obrazovnog</w:t>
      </w:r>
      <w:r w:rsidR="00D33ACA" w:rsidRPr="00F51F43">
        <w:rPr>
          <w:b w:val="0"/>
          <w:i w:val="0"/>
          <w:noProof/>
        </w:rPr>
        <w:t xml:space="preserve"> procesa u cilju razumijevanja djeteta (načina na koji se razvija i uči, razumijevanje interesa, mogućnosti, kompetencija) i prepoznavanja posebnih potreba (darovitost, teškoće u razvoju)</w:t>
      </w:r>
      <w:r w:rsidR="00591CE8" w:rsidRPr="00F51F43">
        <w:rPr>
          <w:b w:val="0"/>
          <w:i w:val="0"/>
          <w:noProof/>
        </w:rPr>
        <w:t>;</w:t>
      </w:r>
    </w:p>
    <w:p w14:paraId="7171C7CC"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formiranje individ</w:t>
      </w:r>
      <w:r w:rsidR="009D047E" w:rsidRPr="00F51F43">
        <w:rPr>
          <w:b w:val="0"/>
          <w:i w:val="0"/>
          <w:noProof/>
        </w:rPr>
        <w:t>ualnih razvojnih mapa djeteta s</w:t>
      </w:r>
      <w:r w:rsidR="00D33ACA" w:rsidRPr="00F51F43">
        <w:rPr>
          <w:b w:val="0"/>
          <w:i w:val="0"/>
          <w:noProof/>
        </w:rPr>
        <w:t xml:space="preserve"> različitim oblicima dokumentacije (likovni radovi, bilješke, transkripti razgovora, dječji grafički prikazi, fotografije i sl.)</w:t>
      </w:r>
      <w:r w:rsidR="00591CE8" w:rsidRPr="00F51F43">
        <w:rPr>
          <w:b w:val="0"/>
          <w:i w:val="0"/>
          <w:noProof/>
        </w:rPr>
        <w:t>;</w:t>
      </w:r>
    </w:p>
    <w:p w14:paraId="350ADEA9" w14:textId="77777777" w:rsidR="00D33ACA" w:rsidRPr="00F51F43" w:rsidRDefault="004D6522" w:rsidP="002755FD">
      <w:pPr>
        <w:pStyle w:val="Tijeloteksta3"/>
        <w:tabs>
          <w:tab w:val="left" w:pos="3544"/>
        </w:tabs>
        <w:contextualSpacing/>
        <w:rPr>
          <w:b w:val="0"/>
          <w:i w:val="0"/>
          <w:noProof/>
        </w:rPr>
      </w:pPr>
      <w:r w:rsidRPr="00F51F43">
        <w:rPr>
          <w:b w:val="0"/>
          <w:i w:val="0"/>
          <w:noProof/>
        </w:rPr>
        <w:lastRenderedPageBreak/>
        <w:t>-</w:t>
      </w:r>
      <w:r w:rsidR="00D33ACA" w:rsidRPr="00F51F43">
        <w:rPr>
          <w:b w:val="0"/>
          <w:i w:val="0"/>
          <w:noProof/>
        </w:rPr>
        <w:t xml:space="preserve"> korištenje dokumentacije za kontinuirano propitivanje kvalitete okruženja za učenje i vlastitih odgo</w:t>
      </w:r>
      <w:r w:rsidR="003D2D3E" w:rsidRPr="00F51F43">
        <w:rPr>
          <w:b w:val="0"/>
          <w:i w:val="0"/>
          <w:noProof/>
        </w:rPr>
        <w:t>jno-obrazovnih intervencija odgoji</w:t>
      </w:r>
      <w:r w:rsidR="00D33ACA" w:rsidRPr="00F51F43">
        <w:rPr>
          <w:b w:val="0"/>
          <w:i w:val="0"/>
          <w:noProof/>
        </w:rPr>
        <w:t>telja te modificiranje složenosti ponuđenih materijala i aktivnosti u centrima, pokretanje i razvoj projekata</w:t>
      </w:r>
      <w:r w:rsidR="00591CE8" w:rsidRPr="00F51F43">
        <w:rPr>
          <w:b w:val="0"/>
          <w:i w:val="0"/>
          <w:noProof/>
        </w:rPr>
        <w:t>;</w:t>
      </w:r>
    </w:p>
    <w:p w14:paraId="7D0CD57A"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timska planiranj</w:t>
      </w:r>
      <w:r w:rsidR="003D2D3E" w:rsidRPr="00F51F43">
        <w:rPr>
          <w:b w:val="0"/>
          <w:i w:val="0"/>
          <w:noProof/>
        </w:rPr>
        <w:t>a/refleksije na punktovima (odgoji</w:t>
      </w:r>
      <w:r w:rsidR="00D33ACA" w:rsidRPr="00F51F43">
        <w:rPr>
          <w:b w:val="0"/>
          <w:i w:val="0"/>
          <w:noProof/>
        </w:rPr>
        <w:t xml:space="preserve">telji i stručni tim </w:t>
      </w:r>
      <w:r w:rsidR="009D047E" w:rsidRPr="00F51F43">
        <w:rPr>
          <w:b w:val="0"/>
          <w:i w:val="0"/>
          <w:noProof/>
        </w:rPr>
        <w:t>jedanput mjesečno</w:t>
      </w:r>
      <w:r w:rsidR="003D2D3E" w:rsidRPr="00F51F43">
        <w:rPr>
          <w:b w:val="0"/>
          <w:i w:val="0"/>
          <w:noProof/>
        </w:rPr>
        <w:t>; odgo</w:t>
      </w:r>
      <w:r w:rsidR="00D33ACA" w:rsidRPr="00F51F43">
        <w:rPr>
          <w:b w:val="0"/>
          <w:i w:val="0"/>
          <w:noProof/>
        </w:rPr>
        <w:t>j</w:t>
      </w:r>
      <w:r w:rsidR="003D2D3E" w:rsidRPr="00F51F43">
        <w:rPr>
          <w:b w:val="0"/>
          <w:i w:val="0"/>
          <w:noProof/>
        </w:rPr>
        <w:t>itelji</w:t>
      </w:r>
      <w:r w:rsidR="00D33ACA" w:rsidRPr="00F51F43">
        <w:rPr>
          <w:b w:val="0"/>
          <w:i w:val="0"/>
          <w:noProof/>
        </w:rPr>
        <w:t xml:space="preserve"> u skupini tjedno) uz korištenje promišljeno odabrane dokumentacije skupine u svrhu dogovaranja i planiranja aktivnosti, poticaja i materijala i razvoja projekata</w:t>
      </w:r>
      <w:r w:rsidR="00591CE8" w:rsidRPr="00F51F43">
        <w:rPr>
          <w:b w:val="0"/>
          <w:i w:val="0"/>
          <w:noProof/>
        </w:rPr>
        <w:t>;</w:t>
      </w:r>
    </w:p>
    <w:p w14:paraId="7066B296"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zapisi dostupni djeci</w:t>
      </w:r>
      <w:r w:rsidR="009D047E" w:rsidRPr="00F51F43">
        <w:rPr>
          <w:b w:val="0"/>
          <w:i w:val="0"/>
          <w:noProof/>
        </w:rPr>
        <w:t>,</w:t>
      </w:r>
      <w:r w:rsidR="00D33ACA" w:rsidRPr="00F51F43">
        <w:rPr>
          <w:b w:val="0"/>
          <w:i w:val="0"/>
          <w:noProof/>
        </w:rPr>
        <w:t xml:space="preserve"> npr. fotografije djece u</w:t>
      </w:r>
      <w:r w:rsidR="003D2D3E" w:rsidRPr="00F51F43">
        <w:rPr>
          <w:b w:val="0"/>
          <w:i w:val="0"/>
          <w:noProof/>
        </w:rPr>
        <w:t xml:space="preserve"> aktivnostima u centrima, video</w:t>
      </w:r>
      <w:r w:rsidR="00D33ACA" w:rsidRPr="00F51F43">
        <w:rPr>
          <w:b w:val="0"/>
          <w:i w:val="0"/>
          <w:noProof/>
        </w:rPr>
        <w:t>zapisi, tekstualni, grafi</w:t>
      </w:r>
      <w:r w:rsidR="003D2D3E" w:rsidRPr="00F51F43">
        <w:rPr>
          <w:b w:val="0"/>
          <w:i w:val="0"/>
          <w:noProof/>
        </w:rPr>
        <w:t>čki, likovni zapisi djece i odgoji</w:t>
      </w:r>
      <w:r w:rsidR="00D33ACA" w:rsidRPr="00F51F43">
        <w:rPr>
          <w:b w:val="0"/>
          <w:i w:val="0"/>
          <w:noProof/>
        </w:rPr>
        <w:t>telja i sl. s ciljem prisjećanja djece na protekle aktivnosti, poticanja suradnje i samoučenja te razvoja projekata temeljenih na interesu djece</w:t>
      </w:r>
      <w:r w:rsidR="00591CE8" w:rsidRPr="00F51F43">
        <w:rPr>
          <w:b w:val="0"/>
          <w:i w:val="0"/>
          <w:noProof/>
        </w:rPr>
        <w:t>;</w:t>
      </w:r>
    </w:p>
    <w:p w14:paraId="2EDE1BB4"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formiranje mape projekta u svako</w:t>
      </w:r>
      <w:r w:rsidR="003D2D3E" w:rsidRPr="00F51F43">
        <w:rPr>
          <w:b w:val="0"/>
          <w:i w:val="0"/>
          <w:noProof/>
        </w:rPr>
        <w:t>j skupini i prezentacija na odgoji</w:t>
      </w:r>
      <w:r w:rsidR="00D33ACA" w:rsidRPr="00F51F43">
        <w:rPr>
          <w:b w:val="0"/>
          <w:i w:val="0"/>
          <w:noProof/>
        </w:rPr>
        <w:t>teljskom vijeću</w:t>
      </w:r>
      <w:r w:rsidR="00591CE8" w:rsidRPr="00F51F43">
        <w:rPr>
          <w:b w:val="0"/>
          <w:i w:val="0"/>
          <w:noProof/>
        </w:rPr>
        <w:t>;</w:t>
      </w:r>
    </w:p>
    <w:p w14:paraId="19D9A1EF"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prezentacija rada skupina i procesa učenja djece kroz dokumentaciju (fo</w:t>
      </w:r>
      <w:r w:rsidR="009D047E" w:rsidRPr="00F51F43">
        <w:rPr>
          <w:b w:val="0"/>
          <w:i w:val="0"/>
          <w:noProof/>
        </w:rPr>
        <w:t xml:space="preserve">tografije, izjave, dječji </w:t>
      </w:r>
      <w:r w:rsidR="00D33ACA" w:rsidRPr="00F51F43">
        <w:rPr>
          <w:b w:val="0"/>
          <w:i w:val="0"/>
          <w:noProof/>
        </w:rPr>
        <w:t>ra</w:t>
      </w:r>
      <w:r w:rsidR="009D047E" w:rsidRPr="00F51F43">
        <w:rPr>
          <w:b w:val="0"/>
          <w:i w:val="0"/>
          <w:noProof/>
        </w:rPr>
        <w:t>dovi) u zajedničkim prostorima V</w:t>
      </w:r>
      <w:r w:rsidR="00D33ACA" w:rsidRPr="00F51F43">
        <w:rPr>
          <w:b w:val="0"/>
          <w:i w:val="0"/>
          <w:noProof/>
        </w:rPr>
        <w:t>rt</w:t>
      </w:r>
      <w:r w:rsidR="009D047E" w:rsidRPr="00F51F43">
        <w:rPr>
          <w:b w:val="0"/>
          <w:i w:val="0"/>
          <w:noProof/>
        </w:rPr>
        <w:t>ića (hodnik</w:t>
      </w:r>
      <w:r w:rsidR="00D33ACA" w:rsidRPr="00F51F43">
        <w:rPr>
          <w:b w:val="0"/>
          <w:i w:val="0"/>
          <w:noProof/>
        </w:rPr>
        <w:t xml:space="preserve">, međuprostori, blagovaona) i </w:t>
      </w:r>
      <w:r w:rsidR="009D047E" w:rsidRPr="00F51F43">
        <w:rPr>
          <w:b w:val="0"/>
          <w:i w:val="0"/>
          <w:noProof/>
        </w:rPr>
        <w:t>lokalnoj zajednici (knjižnica, g</w:t>
      </w:r>
      <w:r w:rsidR="00D33ACA" w:rsidRPr="00F51F43">
        <w:rPr>
          <w:b w:val="0"/>
          <w:i w:val="0"/>
          <w:noProof/>
        </w:rPr>
        <w:t>radska galerija…)</w:t>
      </w:r>
      <w:r w:rsidR="00591CE8" w:rsidRPr="00F51F43">
        <w:rPr>
          <w:b w:val="0"/>
          <w:i w:val="0"/>
          <w:noProof/>
        </w:rPr>
        <w:t>.</w:t>
      </w:r>
    </w:p>
    <w:p w14:paraId="4D26039F" w14:textId="77777777" w:rsidR="00D33ACA" w:rsidRPr="00F51F43" w:rsidRDefault="00D33ACA" w:rsidP="002755FD">
      <w:pPr>
        <w:pStyle w:val="Tijeloteksta3"/>
        <w:tabs>
          <w:tab w:val="left" w:pos="3544"/>
        </w:tabs>
        <w:contextualSpacing/>
        <w:rPr>
          <w:b w:val="0"/>
          <w:i w:val="0"/>
          <w:noProof/>
        </w:rPr>
      </w:pPr>
    </w:p>
    <w:p w14:paraId="4665D4A3" w14:textId="77777777" w:rsidR="00D33ACA" w:rsidRPr="00F51F43" w:rsidRDefault="00E7493F" w:rsidP="002755FD">
      <w:pPr>
        <w:pStyle w:val="Tijeloteksta3"/>
        <w:tabs>
          <w:tab w:val="left" w:pos="3544"/>
        </w:tabs>
        <w:contextualSpacing/>
        <w:rPr>
          <w:b w:val="0"/>
          <w:i w:val="0"/>
          <w:noProof/>
        </w:rPr>
      </w:pPr>
      <w:r w:rsidRPr="00F51F43">
        <w:rPr>
          <w:b w:val="0"/>
          <w:i w:val="0"/>
          <w:noProof/>
        </w:rPr>
        <w:t>b)</w:t>
      </w:r>
      <w:r w:rsidR="00D33ACA" w:rsidRPr="00F51F43">
        <w:rPr>
          <w:b w:val="0"/>
          <w:i w:val="0"/>
          <w:noProof/>
        </w:rPr>
        <w:t xml:space="preserve"> </w:t>
      </w:r>
      <w:r w:rsidR="00D33ACA" w:rsidRPr="00F51F43">
        <w:rPr>
          <w:b w:val="0"/>
          <w:noProof/>
        </w:rPr>
        <w:t>Organiziranje prostorno-materijalnog, socijalnog i vremenskog okruženja skupina i zajedničkih prostora temeljem praćenja i dokumentiranja aktivnosti i procesa učenja djece, a u funkciji igre, učenja i rane stimulacije djeteta. Primjena suvremenih procesa učenja djece, poticanje suradnje, timskog rada i kvalitet</w:t>
      </w:r>
      <w:r w:rsidR="009D047E" w:rsidRPr="00F51F43">
        <w:rPr>
          <w:b w:val="0"/>
          <w:noProof/>
        </w:rPr>
        <w:t>n</w:t>
      </w:r>
      <w:r w:rsidR="00D33ACA" w:rsidRPr="00F51F43">
        <w:rPr>
          <w:b w:val="0"/>
          <w:noProof/>
        </w:rPr>
        <w:t>e interakcije na svim razinama.</w:t>
      </w:r>
      <w:r w:rsidR="00D33ACA" w:rsidRPr="00F51F43">
        <w:rPr>
          <w:b w:val="0"/>
          <w:i w:val="0"/>
          <w:noProof/>
        </w:rPr>
        <w:t xml:space="preserve"> </w:t>
      </w:r>
    </w:p>
    <w:p w14:paraId="4B9B3DF1"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prostor soba</w:t>
      </w:r>
      <w:r w:rsidR="00872F8C" w:rsidRPr="00F51F43">
        <w:rPr>
          <w:b w:val="0"/>
          <w:i w:val="0"/>
          <w:noProof/>
        </w:rPr>
        <w:t xml:space="preserve"> dnevnih boravaka</w:t>
      </w:r>
      <w:r w:rsidR="00D33ACA" w:rsidRPr="00F51F43">
        <w:rPr>
          <w:b w:val="0"/>
          <w:i w:val="0"/>
          <w:noProof/>
        </w:rPr>
        <w:t xml:space="preserve"> strukturirati i mijenjati tijekom</w:t>
      </w:r>
      <w:r w:rsidRPr="00F51F43">
        <w:rPr>
          <w:b w:val="0"/>
          <w:i w:val="0"/>
          <w:noProof/>
        </w:rPr>
        <w:t xml:space="preserve"> pedagoške</w:t>
      </w:r>
      <w:r w:rsidR="00D33ACA" w:rsidRPr="00F51F43">
        <w:rPr>
          <w:b w:val="0"/>
          <w:i w:val="0"/>
          <w:noProof/>
        </w:rPr>
        <w:t xml:space="preserve"> godine na način da je transparentan i omogućuje različite oblike grupiranja djece, druženja, osamljivanje, različit</w:t>
      </w:r>
      <w:r w:rsidRPr="00F51F43">
        <w:rPr>
          <w:b w:val="0"/>
          <w:i w:val="0"/>
          <w:noProof/>
        </w:rPr>
        <w:t>e</w:t>
      </w:r>
      <w:r w:rsidR="00872F8C" w:rsidRPr="00F51F43">
        <w:rPr>
          <w:b w:val="0"/>
          <w:i w:val="0"/>
          <w:noProof/>
        </w:rPr>
        <w:t xml:space="preserve"> oblike</w:t>
      </w:r>
      <w:r w:rsidRPr="00F51F43">
        <w:rPr>
          <w:b w:val="0"/>
          <w:i w:val="0"/>
          <w:noProof/>
        </w:rPr>
        <w:t xml:space="preserve"> interakcije i komunikaciju</w:t>
      </w:r>
      <w:r w:rsidR="00591CE8" w:rsidRPr="00F51F43">
        <w:rPr>
          <w:b w:val="0"/>
          <w:i w:val="0"/>
          <w:noProof/>
        </w:rPr>
        <w:t>;</w:t>
      </w:r>
    </w:p>
    <w:p w14:paraId="1DA42064"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centre aktivnosti obogaćivati promišljenim izborom različitih materijala koji potiču djecu na suradničko učenje, otkrivanje, rješavanje problema, postavljanje hipoteza, istraživanje i konstruiranje znanja i razumijevanja</w:t>
      </w:r>
      <w:r w:rsidR="00591CE8" w:rsidRPr="00F51F43">
        <w:rPr>
          <w:b w:val="0"/>
          <w:i w:val="0"/>
          <w:noProof/>
        </w:rPr>
        <w:t>;</w:t>
      </w:r>
    </w:p>
    <w:p w14:paraId="3C7B6E00"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smišljeno i pravovremeno planirati poticaje i aktivnosti u prostorno i organizacijski povezanim skupinama (dnev</w:t>
      </w:r>
      <w:r w:rsidR="006114A0" w:rsidRPr="00F51F43">
        <w:rPr>
          <w:b w:val="0"/>
          <w:i w:val="0"/>
          <w:noProof/>
        </w:rPr>
        <w:t>ni i tjedni dogovori</w:t>
      </w:r>
      <w:r w:rsidR="00872F8C" w:rsidRPr="00F51F43">
        <w:rPr>
          <w:b w:val="0"/>
          <w:i w:val="0"/>
          <w:noProof/>
        </w:rPr>
        <w:t xml:space="preserve"> odgoji</w:t>
      </w:r>
      <w:r w:rsidR="00D33ACA" w:rsidRPr="00F51F43">
        <w:rPr>
          <w:b w:val="0"/>
          <w:i w:val="0"/>
          <w:noProof/>
        </w:rPr>
        <w:t>telja), omogućiti djeci da većinu dana slobodno cirku</w:t>
      </w:r>
      <w:r w:rsidR="00872F8C" w:rsidRPr="00F51F43">
        <w:rPr>
          <w:b w:val="0"/>
          <w:i w:val="0"/>
          <w:noProof/>
        </w:rPr>
        <w:t>liraju između centara</w:t>
      </w:r>
      <w:r w:rsidR="00D33ACA" w:rsidRPr="00F51F43">
        <w:rPr>
          <w:b w:val="0"/>
          <w:i w:val="0"/>
          <w:noProof/>
        </w:rPr>
        <w:t xml:space="preserve"> birajući prostor i aktivnosti, nastojati ostvariti različitost ponude materijala u susjednim sobama</w:t>
      </w:r>
      <w:r w:rsidR="00591CE8" w:rsidRPr="00F51F43">
        <w:rPr>
          <w:b w:val="0"/>
          <w:i w:val="0"/>
          <w:noProof/>
        </w:rPr>
        <w:t>;</w:t>
      </w:r>
    </w:p>
    <w:p w14:paraId="6637CF63"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ispitati potrebe djece za popodnevnim odmorom, planirati poticaje i aktivnosti za djecu koja nemaju potrebe za spavanjem</w:t>
      </w:r>
      <w:r w:rsidR="00591CE8" w:rsidRPr="00F51F43">
        <w:rPr>
          <w:b w:val="0"/>
          <w:i w:val="0"/>
          <w:noProof/>
        </w:rPr>
        <w:t>;</w:t>
      </w:r>
    </w:p>
    <w:p w14:paraId="061BFD8F" w14:textId="77777777" w:rsidR="004D6522"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stvaranje suradničkog ozračja, poštivanje i uvažavanje različitosti i uspostavljanje partnerskih odnos</w:t>
      </w:r>
      <w:r w:rsidRPr="00F51F43">
        <w:rPr>
          <w:b w:val="0"/>
          <w:i w:val="0"/>
          <w:noProof/>
        </w:rPr>
        <w:t>a između svih sudionika odgojno-</w:t>
      </w:r>
      <w:r w:rsidR="00D33ACA" w:rsidRPr="00F51F43">
        <w:rPr>
          <w:b w:val="0"/>
          <w:i w:val="0"/>
          <w:noProof/>
        </w:rPr>
        <w:t>obrazovnog procesa: dijete-dijete; odrasli-dijete i odrasli-odrasli</w:t>
      </w:r>
      <w:r w:rsidR="00591CE8" w:rsidRPr="00F51F43">
        <w:rPr>
          <w:b w:val="0"/>
          <w:i w:val="0"/>
          <w:noProof/>
        </w:rPr>
        <w:t>;</w:t>
      </w:r>
    </w:p>
    <w:p w14:paraId="7ADAFC56" w14:textId="77777777" w:rsidR="00D33ACA" w:rsidRPr="00F51F43" w:rsidRDefault="004D6522" w:rsidP="002755FD">
      <w:pPr>
        <w:pStyle w:val="Tijeloteksta3"/>
        <w:tabs>
          <w:tab w:val="left" w:pos="3544"/>
        </w:tabs>
        <w:contextualSpacing/>
        <w:rPr>
          <w:b w:val="0"/>
          <w:i w:val="0"/>
          <w:noProof/>
        </w:rPr>
      </w:pPr>
      <w:r w:rsidRPr="00F51F43">
        <w:rPr>
          <w:b w:val="0"/>
          <w:i w:val="0"/>
          <w:noProof/>
        </w:rPr>
        <w:lastRenderedPageBreak/>
        <w:t>-</w:t>
      </w:r>
      <w:r w:rsidR="00D33ACA" w:rsidRPr="00F51F43">
        <w:rPr>
          <w:b w:val="0"/>
          <w:i w:val="0"/>
          <w:noProof/>
        </w:rPr>
        <w:t xml:space="preserve"> osposobljavanje i osvještavanje za bolje slušanje i razumijevanje djece i bliskije povezivanje s njima</w:t>
      </w:r>
      <w:r w:rsidR="00591CE8" w:rsidRPr="00F51F43">
        <w:rPr>
          <w:b w:val="0"/>
          <w:i w:val="0"/>
          <w:noProof/>
        </w:rPr>
        <w:t>;</w:t>
      </w:r>
    </w:p>
    <w:p w14:paraId="3E0F6195"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poticati djecu na kreativno korištenje različitih izražajnih medija (a ne na uvježbavanje i ponavljanje), promišljanje o novim mogućnostima izražavanja, pri čemu se posebna pažnja posvećuje samom procesu stvaranja i izražavanja (a ne samo rezultatu tog procesa)</w:t>
      </w:r>
      <w:r w:rsidR="00591CE8" w:rsidRPr="00F51F43">
        <w:rPr>
          <w:b w:val="0"/>
          <w:i w:val="0"/>
          <w:noProof/>
        </w:rPr>
        <w:t>.</w:t>
      </w:r>
    </w:p>
    <w:p w14:paraId="6F1F7229" w14:textId="77777777" w:rsidR="00D33ACA" w:rsidRPr="00F51F43" w:rsidRDefault="00D33ACA" w:rsidP="002755FD">
      <w:pPr>
        <w:pStyle w:val="Tijeloteksta3"/>
        <w:tabs>
          <w:tab w:val="left" w:pos="3544"/>
        </w:tabs>
        <w:contextualSpacing/>
        <w:rPr>
          <w:b w:val="0"/>
          <w:i w:val="0"/>
          <w:noProof/>
        </w:rPr>
      </w:pPr>
    </w:p>
    <w:p w14:paraId="246B715A" w14:textId="77777777" w:rsidR="0059178B" w:rsidRPr="00F51F43" w:rsidRDefault="00872F8C" w:rsidP="002755FD">
      <w:pPr>
        <w:pStyle w:val="Tijeloteksta3"/>
        <w:tabs>
          <w:tab w:val="left" w:pos="3544"/>
        </w:tabs>
        <w:contextualSpacing/>
        <w:rPr>
          <w:b w:val="0"/>
          <w:noProof/>
        </w:rPr>
      </w:pPr>
      <w:r w:rsidRPr="00F51F43">
        <w:rPr>
          <w:b w:val="0"/>
          <w:i w:val="0"/>
          <w:noProof/>
        </w:rPr>
        <w:t xml:space="preserve">c) </w:t>
      </w:r>
      <w:r w:rsidRPr="00F51F43">
        <w:rPr>
          <w:b w:val="0"/>
          <w:noProof/>
        </w:rPr>
        <w:t>Razvoj sposobnosti samorefleksije i refleksije kod odgojitelja i djeteta</w:t>
      </w:r>
    </w:p>
    <w:p w14:paraId="48E8573F" w14:textId="77777777" w:rsidR="0059178B" w:rsidRPr="00F51F43" w:rsidRDefault="0059178B" w:rsidP="002755FD">
      <w:pPr>
        <w:pStyle w:val="Tijeloteksta3"/>
        <w:tabs>
          <w:tab w:val="left" w:pos="3544"/>
        </w:tabs>
        <w:contextualSpacing/>
        <w:rPr>
          <w:b w:val="0"/>
          <w:i w:val="0"/>
          <w:noProof/>
        </w:rPr>
      </w:pPr>
      <w:r w:rsidRPr="00F51F43">
        <w:rPr>
          <w:b w:val="0"/>
          <w:i w:val="0"/>
          <w:noProof/>
        </w:rPr>
        <w:t>- snimanje akt</w:t>
      </w:r>
      <w:r w:rsidR="00C56CE4" w:rsidRPr="00F51F43">
        <w:rPr>
          <w:b w:val="0"/>
          <w:i w:val="0"/>
          <w:noProof/>
        </w:rPr>
        <w:t>ivnosti</w:t>
      </w:r>
      <w:r w:rsidRPr="00F51F43">
        <w:rPr>
          <w:b w:val="0"/>
          <w:i w:val="0"/>
          <w:noProof/>
        </w:rPr>
        <w:t xml:space="preserve"> videokamerom</w:t>
      </w:r>
      <w:r w:rsidR="00591CE8" w:rsidRPr="00F51F43">
        <w:rPr>
          <w:b w:val="0"/>
          <w:i w:val="0"/>
          <w:noProof/>
        </w:rPr>
        <w:t>;</w:t>
      </w:r>
    </w:p>
    <w:p w14:paraId="1467E5A7" w14:textId="77777777" w:rsidR="0059178B" w:rsidRPr="00F51F43" w:rsidRDefault="0059178B" w:rsidP="002755FD">
      <w:pPr>
        <w:pStyle w:val="Tijeloteksta3"/>
        <w:tabs>
          <w:tab w:val="left" w:pos="3544"/>
        </w:tabs>
        <w:contextualSpacing/>
        <w:rPr>
          <w:b w:val="0"/>
          <w:i w:val="0"/>
          <w:noProof/>
        </w:rPr>
      </w:pPr>
      <w:r w:rsidRPr="00F51F43">
        <w:rPr>
          <w:b w:val="0"/>
          <w:i w:val="0"/>
          <w:noProof/>
        </w:rPr>
        <w:t>- pregledavanje videozapisa provedenih aktivnosti i simboličke igre s djecom</w:t>
      </w:r>
      <w:r w:rsidR="00591CE8" w:rsidRPr="00F51F43">
        <w:rPr>
          <w:b w:val="0"/>
          <w:i w:val="0"/>
          <w:noProof/>
        </w:rPr>
        <w:t>;</w:t>
      </w:r>
    </w:p>
    <w:p w14:paraId="70E2025E" w14:textId="77777777" w:rsidR="0059178B" w:rsidRPr="00F51F43" w:rsidRDefault="0059178B" w:rsidP="002755FD">
      <w:pPr>
        <w:pStyle w:val="Tijeloteksta3"/>
        <w:tabs>
          <w:tab w:val="left" w:pos="3544"/>
        </w:tabs>
        <w:contextualSpacing/>
        <w:rPr>
          <w:b w:val="0"/>
          <w:i w:val="0"/>
          <w:noProof/>
        </w:rPr>
      </w:pPr>
      <w:r w:rsidRPr="00F51F43">
        <w:rPr>
          <w:b w:val="0"/>
          <w:i w:val="0"/>
          <w:noProof/>
        </w:rPr>
        <w:t>- osvještavanje uloge djeteta ili odgojitelja u aktivnosti ili igri tijekom gledanja videozapisa</w:t>
      </w:r>
      <w:r w:rsidR="00591CE8" w:rsidRPr="00F51F43">
        <w:rPr>
          <w:b w:val="0"/>
          <w:i w:val="0"/>
          <w:noProof/>
        </w:rPr>
        <w:t>;</w:t>
      </w:r>
    </w:p>
    <w:p w14:paraId="2981D406" w14:textId="77777777" w:rsidR="00872F8C" w:rsidRPr="00F51F43" w:rsidRDefault="0059178B" w:rsidP="002755FD">
      <w:pPr>
        <w:pStyle w:val="Tijeloteksta3"/>
        <w:tabs>
          <w:tab w:val="left" w:pos="3544"/>
        </w:tabs>
        <w:contextualSpacing/>
        <w:rPr>
          <w:b w:val="0"/>
          <w:i w:val="0"/>
          <w:noProof/>
        </w:rPr>
      </w:pPr>
      <w:r w:rsidRPr="00F51F43">
        <w:rPr>
          <w:b w:val="0"/>
          <w:i w:val="0"/>
          <w:noProof/>
        </w:rPr>
        <w:t>- poticanje djece i odgojitelja na promišljanje o drugačijim načinima provedbe</w:t>
      </w:r>
      <w:r w:rsidR="00591CE8" w:rsidRPr="00F51F43">
        <w:rPr>
          <w:b w:val="0"/>
          <w:i w:val="0"/>
          <w:noProof/>
        </w:rPr>
        <w:t>;</w:t>
      </w:r>
    </w:p>
    <w:p w14:paraId="74AFB807" w14:textId="77777777" w:rsidR="0059178B" w:rsidRPr="00F51F43" w:rsidRDefault="0059178B" w:rsidP="002755FD">
      <w:pPr>
        <w:pStyle w:val="Tijeloteksta3"/>
        <w:tabs>
          <w:tab w:val="left" w:pos="3544"/>
        </w:tabs>
        <w:contextualSpacing/>
        <w:rPr>
          <w:b w:val="0"/>
          <w:i w:val="0"/>
          <w:noProof/>
        </w:rPr>
      </w:pPr>
      <w:r w:rsidRPr="00F51F43">
        <w:rPr>
          <w:b w:val="0"/>
          <w:i w:val="0"/>
          <w:noProof/>
        </w:rPr>
        <w:t>- razvoj sposobnosti verbalnog i neverbalnog izražavanja</w:t>
      </w:r>
      <w:r w:rsidR="00591CE8" w:rsidRPr="00F51F43">
        <w:rPr>
          <w:b w:val="0"/>
          <w:i w:val="0"/>
          <w:noProof/>
        </w:rPr>
        <w:t>.</w:t>
      </w:r>
    </w:p>
    <w:p w14:paraId="1433DA2F" w14:textId="77777777" w:rsidR="00872F8C" w:rsidRPr="00F51F43" w:rsidRDefault="00872F8C" w:rsidP="002755FD">
      <w:pPr>
        <w:pStyle w:val="Tijeloteksta3"/>
        <w:tabs>
          <w:tab w:val="left" w:pos="3544"/>
        </w:tabs>
        <w:contextualSpacing/>
        <w:rPr>
          <w:b w:val="0"/>
          <w:i w:val="0"/>
          <w:noProof/>
        </w:rPr>
      </w:pPr>
    </w:p>
    <w:p w14:paraId="2445F772" w14:textId="77777777" w:rsidR="00D33ACA" w:rsidRPr="00F51F43" w:rsidRDefault="00872F8C" w:rsidP="002755FD">
      <w:pPr>
        <w:pStyle w:val="Tijeloteksta3"/>
        <w:tabs>
          <w:tab w:val="left" w:pos="3544"/>
        </w:tabs>
        <w:contextualSpacing/>
        <w:rPr>
          <w:b w:val="0"/>
          <w:i w:val="0"/>
          <w:noProof/>
        </w:rPr>
      </w:pPr>
      <w:r w:rsidRPr="00F51F43">
        <w:rPr>
          <w:b w:val="0"/>
          <w:i w:val="0"/>
          <w:noProof/>
        </w:rPr>
        <w:t>d</w:t>
      </w:r>
      <w:r w:rsidR="00E7493F" w:rsidRPr="00F51F43">
        <w:rPr>
          <w:b w:val="0"/>
          <w:i w:val="0"/>
          <w:noProof/>
        </w:rPr>
        <w:t>)</w:t>
      </w:r>
      <w:r w:rsidR="00D33ACA" w:rsidRPr="00F51F43">
        <w:rPr>
          <w:b w:val="0"/>
          <w:i w:val="0"/>
          <w:noProof/>
        </w:rPr>
        <w:t xml:space="preserve"> </w:t>
      </w:r>
      <w:r w:rsidR="00D33ACA" w:rsidRPr="00F51F43">
        <w:rPr>
          <w:b w:val="0"/>
          <w:noProof/>
        </w:rPr>
        <w:t>Stvaranje i održavanje kvalitetne suradnje s roditeljima kao ravnopravnim partnerima u odgojno-obrazovnom procesu</w:t>
      </w:r>
      <w:r w:rsidR="00B71FA3" w:rsidRPr="00F51F43">
        <w:rPr>
          <w:b w:val="0"/>
          <w:noProof/>
        </w:rPr>
        <w:t xml:space="preserve"> te jačanje njihovih roditeljskih kompetencija kroz različite oblike suradnje</w:t>
      </w:r>
    </w:p>
    <w:p w14:paraId="2B329700"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unaprijediti kvalitetu suradnje s roditeljima kroz razne oblike stručnog djelovanja, prihvaćanje roditelja kao suradnika i partnera u procjenjivanju uspješnosti rada s djecom</w:t>
      </w:r>
      <w:r w:rsidR="00591CE8" w:rsidRPr="00F51F43">
        <w:rPr>
          <w:b w:val="0"/>
          <w:i w:val="0"/>
          <w:noProof/>
        </w:rPr>
        <w:t>;</w:t>
      </w:r>
    </w:p>
    <w:p w14:paraId="4ED79285"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upoznati roditelje s odgojno-obrazovnim radom </w:t>
      </w:r>
      <w:r w:rsidRPr="00F51F43">
        <w:rPr>
          <w:b w:val="0"/>
          <w:i w:val="0"/>
          <w:noProof/>
        </w:rPr>
        <w:t>u V</w:t>
      </w:r>
      <w:r w:rsidR="00D33ACA" w:rsidRPr="00F51F43">
        <w:rPr>
          <w:b w:val="0"/>
          <w:i w:val="0"/>
          <w:noProof/>
        </w:rPr>
        <w:t>rtiću i skupini (dokumentacija projekata dostupna roditeljima), omogućiti roditeljima aktivno sudjelovanje u planiranju i provođenju odgojno-obrazovnog procesa sukladno njihovim mogućnostima i interesu</w:t>
      </w:r>
      <w:r w:rsidR="00591CE8" w:rsidRPr="00F51F43">
        <w:rPr>
          <w:b w:val="0"/>
          <w:i w:val="0"/>
          <w:noProof/>
        </w:rPr>
        <w:t>;</w:t>
      </w:r>
    </w:p>
    <w:p w14:paraId="3F1CE902" w14:textId="77777777" w:rsidR="00D33ACA" w:rsidRPr="00F51F43" w:rsidRDefault="004D6522" w:rsidP="002755FD">
      <w:pPr>
        <w:pStyle w:val="Tijeloteksta3"/>
        <w:tabs>
          <w:tab w:val="left" w:pos="3544"/>
        </w:tabs>
        <w:contextualSpacing/>
        <w:rPr>
          <w:b w:val="0"/>
          <w:i w:val="0"/>
          <w:noProof/>
        </w:rPr>
      </w:pPr>
      <w:r w:rsidRPr="00F51F43">
        <w:rPr>
          <w:b w:val="0"/>
          <w:i w:val="0"/>
          <w:noProof/>
        </w:rPr>
        <w:t>-</w:t>
      </w:r>
      <w:r w:rsidR="00D33ACA" w:rsidRPr="00F51F43">
        <w:rPr>
          <w:b w:val="0"/>
          <w:i w:val="0"/>
          <w:noProof/>
        </w:rPr>
        <w:t xml:space="preserve"> razmjena informacija, savjetovanje i informiranje roditelja o individualnom napretku djeteta putem individualnih razgovora (po potrebi uz sudjelovanje članova stručnog tima) uz korištenje individualnih razvojnih mapa</w:t>
      </w:r>
      <w:r w:rsidR="00F97031" w:rsidRPr="00F51F43">
        <w:rPr>
          <w:b w:val="0"/>
          <w:i w:val="0"/>
          <w:noProof/>
        </w:rPr>
        <w:t xml:space="preserve"> i slanjem rezultata praćenja </w:t>
      </w:r>
      <w:r w:rsidR="00872F8C" w:rsidRPr="00F51F43">
        <w:rPr>
          <w:b w:val="0"/>
          <w:i w:val="0"/>
          <w:noProof/>
        </w:rPr>
        <w:t xml:space="preserve">psihofizičkog </w:t>
      </w:r>
      <w:r w:rsidR="00F97031" w:rsidRPr="00F51F43">
        <w:rPr>
          <w:b w:val="0"/>
          <w:i w:val="0"/>
          <w:noProof/>
        </w:rPr>
        <w:t xml:space="preserve">razvoja djeteta na </w:t>
      </w:r>
      <w:r w:rsidR="009D047E" w:rsidRPr="00F51F43">
        <w:rPr>
          <w:b w:val="0"/>
          <w:i w:val="0"/>
          <w:noProof/>
        </w:rPr>
        <w:t xml:space="preserve">elektroničku adresu </w:t>
      </w:r>
      <w:r w:rsidR="00F97031" w:rsidRPr="00F51F43">
        <w:rPr>
          <w:b w:val="0"/>
          <w:i w:val="0"/>
          <w:noProof/>
        </w:rPr>
        <w:t>roditelja</w:t>
      </w:r>
      <w:r w:rsidR="00591CE8" w:rsidRPr="00F51F43">
        <w:rPr>
          <w:b w:val="0"/>
          <w:i w:val="0"/>
          <w:noProof/>
        </w:rPr>
        <w:t>;</w:t>
      </w:r>
    </w:p>
    <w:p w14:paraId="5323D2C2" w14:textId="77777777" w:rsidR="001F74C9" w:rsidRPr="00F51F43" w:rsidRDefault="00B71FA3" w:rsidP="002755FD">
      <w:pPr>
        <w:pStyle w:val="Tijeloteksta3"/>
        <w:tabs>
          <w:tab w:val="left" w:pos="3544"/>
        </w:tabs>
        <w:contextualSpacing/>
        <w:rPr>
          <w:b w:val="0"/>
          <w:i w:val="0"/>
          <w:noProof/>
        </w:rPr>
      </w:pPr>
      <w:r w:rsidRPr="00F51F43">
        <w:rPr>
          <w:b w:val="0"/>
          <w:i w:val="0"/>
          <w:noProof/>
        </w:rPr>
        <w:t>- j</w:t>
      </w:r>
      <w:r w:rsidR="00F00549" w:rsidRPr="00F51F43">
        <w:rPr>
          <w:b w:val="0"/>
          <w:i w:val="0"/>
          <w:noProof/>
        </w:rPr>
        <w:t>ačanje</w:t>
      </w:r>
      <w:r w:rsidR="001F74C9" w:rsidRPr="00F51F43">
        <w:rPr>
          <w:b w:val="0"/>
          <w:i w:val="0"/>
          <w:noProof/>
        </w:rPr>
        <w:t xml:space="preserve"> roditeljske kompetencije o suodgovornosti u odgoju i cjelovitom rastu i razvoju djeteta </w:t>
      </w:r>
      <w:r w:rsidR="001F40F3" w:rsidRPr="00F51F43">
        <w:rPr>
          <w:b w:val="0"/>
          <w:i w:val="0"/>
          <w:noProof/>
        </w:rPr>
        <w:t>i razvijanje suradničkog odnosa</w:t>
      </w:r>
      <w:r w:rsidR="00591CE8" w:rsidRPr="00F51F43">
        <w:rPr>
          <w:b w:val="0"/>
          <w:i w:val="0"/>
          <w:noProof/>
        </w:rPr>
        <w:t>;</w:t>
      </w:r>
    </w:p>
    <w:p w14:paraId="20593EEF" w14:textId="77777777" w:rsidR="001F74C9" w:rsidRPr="00F51F43" w:rsidRDefault="00F00549" w:rsidP="002755FD">
      <w:pPr>
        <w:pStyle w:val="Tijeloteksta3"/>
        <w:tabs>
          <w:tab w:val="left" w:pos="3544"/>
        </w:tabs>
        <w:contextualSpacing/>
        <w:rPr>
          <w:b w:val="0"/>
          <w:i w:val="0"/>
          <w:noProof/>
        </w:rPr>
      </w:pPr>
      <w:r w:rsidRPr="00F51F43">
        <w:rPr>
          <w:b w:val="0"/>
          <w:i w:val="0"/>
          <w:noProof/>
        </w:rPr>
        <w:t>-</w:t>
      </w:r>
      <w:r w:rsidR="001F74C9" w:rsidRPr="00F51F43">
        <w:rPr>
          <w:b w:val="0"/>
          <w:i w:val="0"/>
          <w:noProof/>
        </w:rPr>
        <w:t xml:space="preserve"> jačanje st</w:t>
      </w:r>
      <w:r w:rsidR="00B71FA3" w:rsidRPr="00F51F43">
        <w:rPr>
          <w:b w:val="0"/>
          <w:i w:val="0"/>
          <w:noProof/>
        </w:rPr>
        <w:t>ručnih kompetencija odgoji</w:t>
      </w:r>
      <w:r w:rsidR="001F74C9" w:rsidRPr="00F51F43">
        <w:rPr>
          <w:b w:val="0"/>
          <w:i w:val="0"/>
          <w:noProof/>
        </w:rPr>
        <w:t xml:space="preserve">telja za svakodnevnu interakciju s roditeljima </w:t>
      </w:r>
      <w:r w:rsidRPr="00F51F43">
        <w:rPr>
          <w:b w:val="0"/>
          <w:i w:val="0"/>
          <w:noProof/>
        </w:rPr>
        <w:t xml:space="preserve">i </w:t>
      </w:r>
      <w:r w:rsidR="001F74C9" w:rsidRPr="00F51F43">
        <w:rPr>
          <w:b w:val="0"/>
          <w:i w:val="0"/>
          <w:noProof/>
        </w:rPr>
        <w:t>izgrađivanje suradničkih odnosa</w:t>
      </w:r>
      <w:r w:rsidR="00591CE8" w:rsidRPr="00F51F43">
        <w:rPr>
          <w:b w:val="0"/>
          <w:i w:val="0"/>
          <w:noProof/>
        </w:rPr>
        <w:t>;</w:t>
      </w:r>
    </w:p>
    <w:p w14:paraId="1AD0243A" w14:textId="77777777" w:rsidR="001F74C9" w:rsidRPr="00F51F43" w:rsidRDefault="00F00549" w:rsidP="002755FD">
      <w:pPr>
        <w:pStyle w:val="Tijeloteksta3"/>
        <w:tabs>
          <w:tab w:val="left" w:pos="3544"/>
        </w:tabs>
        <w:contextualSpacing/>
        <w:rPr>
          <w:b w:val="0"/>
          <w:i w:val="0"/>
          <w:noProof/>
        </w:rPr>
      </w:pPr>
      <w:r w:rsidRPr="00F51F43">
        <w:rPr>
          <w:b w:val="0"/>
          <w:i w:val="0"/>
          <w:noProof/>
        </w:rPr>
        <w:t>-</w:t>
      </w:r>
      <w:r w:rsidR="001F74C9" w:rsidRPr="00F51F43">
        <w:rPr>
          <w:b w:val="0"/>
          <w:i w:val="0"/>
          <w:noProof/>
        </w:rPr>
        <w:t xml:space="preserve"> naglašavanje važnosti kvali</w:t>
      </w:r>
      <w:r w:rsidRPr="00F51F43">
        <w:rPr>
          <w:b w:val="0"/>
          <w:i w:val="0"/>
          <w:noProof/>
        </w:rPr>
        <w:t>tetne komunikacije na relaciji V</w:t>
      </w:r>
      <w:r w:rsidR="001F74C9" w:rsidRPr="00F51F43">
        <w:rPr>
          <w:b w:val="0"/>
          <w:i w:val="0"/>
          <w:noProof/>
        </w:rPr>
        <w:t xml:space="preserve">rtić – obitelj </w:t>
      </w:r>
      <w:r w:rsidRPr="00F51F43">
        <w:rPr>
          <w:b w:val="0"/>
          <w:i w:val="0"/>
          <w:noProof/>
        </w:rPr>
        <w:t>(</w:t>
      </w:r>
      <w:r w:rsidR="001F74C9" w:rsidRPr="00F51F43">
        <w:rPr>
          <w:b w:val="0"/>
          <w:i w:val="0"/>
          <w:noProof/>
        </w:rPr>
        <w:t>tjedni</w:t>
      </w:r>
      <w:r w:rsidRPr="00F51F43">
        <w:rPr>
          <w:b w:val="0"/>
          <w:i w:val="0"/>
          <w:noProof/>
        </w:rPr>
        <w:t xml:space="preserve"> </w:t>
      </w:r>
      <w:r w:rsidR="001F74C9" w:rsidRPr="00F51F43">
        <w:rPr>
          <w:b w:val="0"/>
          <w:i w:val="0"/>
          <w:noProof/>
        </w:rPr>
        <w:t>radni</w:t>
      </w:r>
      <w:r w:rsidRPr="00F51F43">
        <w:rPr>
          <w:b w:val="0"/>
          <w:i w:val="0"/>
          <w:noProof/>
        </w:rPr>
        <w:t xml:space="preserve"> dogovori, radni materijali, internetska stranica</w:t>
      </w:r>
      <w:r w:rsidR="001F74C9" w:rsidRPr="00F51F43">
        <w:rPr>
          <w:b w:val="0"/>
          <w:i w:val="0"/>
          <w:noProof/>
        </w:rPr>
        <w:t>)</w:t>
      </w:r>
      <w:r w:rsidR="00591CE8" w:rsidRPr="00F51F43">
        <w:rPr>
          <w:b w:val="0"/>
          <w:i w:val="0"/>
          <w:noProof/>
        </w:rPr>
        <w:t>;</w:t>
      </w:r>
    </w:p>
    <w:p w14:paraId="3E0A90E6" w14:textId="77777777" w:rsidR="001F74C9" w:rsidRPr="00F51F43" w:rsidRDefault="00F00549" w:rsidP="002755FD">
      <w:pPr>
        <w:pStyle w:val="Tijeloteksta3"/>
        <w:tabs>
          <w:tab w:val="left" w:pos="3544"/>
        </w:tabs>
        <w:contextualSpacing/>
        <w:rPr>
          <w:b w:val="0"/>
          <w:i w:val="0"/>
          <w:noProof/>
        </w:rPr>
      </w:pPr>
      <w:r w:rsidRPr="00F51F43">
        <w:rPr>
          <w:b w:val="0"/>
          <w:i w:val="0"/>
          <w:noProof/>
        </w:rPr>
        <w:t>-</w:t>
      </w:r>
      <w:r w:rsidR="001F74C9" w:rsidRPr="00F51F43">
        <w:rPr>
          <w:b w:val="0"/>
          <w:i w:val="0"/>
          <w:noProof/>
        </w:rPr>
        <w:t xml:space="preserve"> senzibilizacija i edukacija roditelja o važnosti djetetove prve tri godine života</w:t>
      </w:r>
      <w:r w:rsidR="00591CE8" w:rsidRPr="00F51F43">
        <w:rPr>
          <w:b w:val="0"/>
          <w:i w:val="0"/>
          <w:noProof/>
        </w:rPr>
        <w:t>;</w:t>
      </w:r>
    </w:p>
    <w:p w14:paraId="36659A80" w14:textId="77777777" w:rsidR="001F74C9" w:rsidRPr="00F51F43" w:rsidRDefault="00F00549" w:rsidP="002755FD">
      <w:pPr>
        <w:pStyle w:val="Tijeloteksta3"/>
        <w:tabs>
          <w:tab w:val="left" w:pos="3544"/>
        </w:tabs>
        <w:contextualSpacing/>
        <w:rPr>
          <w:b w:val="0"/>
          <w:i w:val="0"/>
          <w:noProof/>
        </w:rPr>
      </w:pPr>
      <w:r w:rsidRPr="00F51F43">
        <w:rPr>
          <w:b w:val="0"/>
          <w:i w:val="0"/>
          <w:noProof/>
        </w:rPr>
        <w:t>-</w:t>
      </w:r>
      <w:r w:rsidR="001F74C9" w:rsidRPr="00F51F43">
        <w:rPr>
          <w:b w:val="0"/>
          <w:i w:val="0"/>
          <w:noProof/>
        </w:rPr>
        <w:t xml:space="preserve"> osnaživanje roditeljskih kompetencija kroz četiri stupa roditeljstva</w:t>
      </w:r>
      <w:r w:rsidR="00591CE8" w:rsidRPr="00F51F43">
        <w:rPr>
          <w:b w:val="0"/>
          <w:i w:val="0"/>
          <w:noProof/>
        </w:rPr>
        <w:t>;</w:t>
      </w:r>
    </w:p>
    <w:p w14:paraId="72E4FD42" w14:textId="77777777" w:rsidR="001F74C9" w:rsidRPr="00F51F43" w:rsidRDefault="00F00549" w:rsidP="002755FD">
      <w:pPr>
        <w:pStyle w:val="Tijeloteksta3"/>
        <w:tabs>
          <w:tab w:val="left" w:pos="3544"/>
        </w:tabs>
        <w:contextualSpacing/>
        <w:rPr>
          <w:b w:val="0"/>
          <w:i w:val="0"/>
          <w:noProof/>
        </w:rPr>
      </w:pPr>
      <w:r w:rsidRPr="00F51F43">
        <w:rPr>
          <w:b w:val="0"/>
          <w:i w:val="0"/>
          <w:noProof/>
        </w:rPr>
        <w:t>-</w:t>
      </w:r>
      <w:r w:rsidR="001F74C9" w:rsidRPr="00F51F43">
        <w:rPr>
          <w:b w:val="0"/>
          <w:i w:val="0"/>
          <w:noProof/>
        </w:rPr>
        <w:t xml:space="preserve"> jačanje roditelja za odgovorno roditeljstvo – granice i dosljednost u odgojnim</w:t>
      </w:r>
      <w:r w:rsidRPr="00F51F43">
        <w:rPr>
          <w:b w:val="0"/>
          <w:i w:val="0"/>
          <w:noProof/>
        </w:rPr>
        <w:t xml:space="preserve"> </w:t>
      </w:r>
      <w:r w:rsidR="001F74C9" w:rsidRPr="00F51F43">
        <w:rPr>
          <w:b w:val="0"/>
          <w:i w:val="0"/>
          <w:noProof/>
        </w:rPr>
        <w:t>postupcima</w:t>
      </w:r>
      <w:r w:rsidR="00591CE8" w:rsidRPr="00F51F43">
        <w:rPr>
          <w:b w:val="0"/>
          <w:i w:val="0"/>
          <w:noProof/>
        </w:rPr>
        <w:t>.</w:t>
      </w:r>
    </w:p>
    <w:p w14:paraId="55D4C83C" w14:textId="77777777" w:rsidR="001F74C9" w:rsidRPr="00F51F43" w:rsidRDefault="003D2D3E" w:rsidP="002755FD">
      <w:pPr>
        <w:pStyle w:val="Naslov2"/>
        <w:rPr>
          <w:noProof/>
        </w:rPr>
      </w:pPr>
      <w:bookmarkStart w:id="26" w:name="_Toc241563342"/>
      <w:r w:rsidRPr="00F51F43">
        <w:rPr>
          <w:noProof/>
        </w:rPr>
        <w:lastRenderedPageBreak/>
        <w:t>5.</w:t>
      </w:r>
      <w:r w:rsidR="005E7763" w:rsidRPr="00F51F43">
        <w:rPr>
          <w:noProof/>
        </w:rPr>
        <w:t>3</w:t>
      </w:r>
      <w:r w:rsidR="00E7493F" w:rsidRPr="00F51F43">
        <w:rPr>
          <w:noProof/>
        </w:rPr>
        <w:t>.</w:t>
      </w:r>
      <w:r w:rsidR="00F00549" w:rsidRPr="00F51F43">
        <w:rPr>
          <w:noProof/>
        </w:rPr>
        <w:t xml:space="preserve"> KRAĆI PROGRAMI</w:t>
      </w:r>
      <w:bookmarkEnd w:id="26"/>
    </w:p>
    <w:p w14:paraId="5F1277FE" w14:textId="77777777" w:rsidR="009622AC" w:rsidRPr="00F51F43" w:rsidRDefault="009622AC" w:rsidP="002755FD">
      <w:pPr>
        <w:contextualSpacing/>
        <w:rPr>
          <w:noProof/>
        </w:rPr>
      </w:pPr>
    </w:p>
    <w:p w14:paraId="62922F13" w14:textId="77777777" w:rsidR="009D2BA3" w:rsidRPr="00F51F43" w:rsidRDefault="009D2BA3" w:rsidP="002755FD">
      <w:pPr>
        <w:pStyle w:val="Tijeloteksta3"/>
        <w:tabs>
          <w:tab w:val="left" w:pos="3544"/>
        </w:tabs>
        <w:contextualSpacing/>
        <w:rPr>
          <w:b w:val="0"/>
          <w:i w:val="0"/>
          <w:noProof/>
        </w:rPr>
      </w:pPr>
      <w:r w:rsidRPr="00F51F43">
        <w:rPr>
          <w:b w:val="0"/>
          <w:i w:val="0"/>
          <w:noProof/>
        </w:rPr>
        <w:t>CILJ</w:t>
      </w:r>
    </w:p>
    <w:p w14:paraId="1D24EA02" w14:textId="77777777" w:rsidR="009D2BA3" w:rsidRPr="00F51F43" w:rsidRDefault="009D2BA3" w:rsidP="002755FD">
      <w:pPr>
        <w:pStyle w:val="Tijeloteksta3"/>
        <w:tabs>
          <w:tab w:val="left" w:pos="3544"/>
        </w:tabs>
        <w:contextualSpacing/>
        <w:rPr>
          <w:b w:val="0"/>
          <w:i w:val="0"/>
          <w:noProof/>
        </w:rPr>
      </w:pPr>
      <w:r w:rsidRPr="00F51F43">
        <w:rPr>
          <w:b w:val="0"/>
          <w:i w:val="0"/>
          <w:noProof/>
        </w:rPr>
        <w:t>Podržavanje djetetovih specifičnih interesa za tjelesne aktivnosti,</w:t>
      </w:r>
      <w:r w:rsidR="000F711A" w:rsidRPr="00F51F43">
        <w:rPr>
          <w:b w:val="0"/>
          <w:i w:val="0"/>
          <w:noProof/>
        </w:rPr>
        <w:t xml:space="preserve"> očuvanje kulturne baštine, njegovanje ljudskih vrednota i pozitivnih osjećaja spram svoje vjere</w:t>
      </w:r>
    </w:p>
    <w:p w14:paraId="2C321D1A" w14:textId="77777777" w:rsidR="000F711A" w:rsidRPr="00F51F43" w:rsidRDefault="000F711A" w:rsidP="002755FD">
      <w:pPr>
        <w:pStyle w:val="Tijeloteksta3"/>
        <w:tabs>
          <w:tab w:val="left" w:pos="3544"/>
        </w:tabs>
        <w:contextualSpacing/>
        <w:rPr>
          <w:b w:val="0"/>
          <w:i w:val="0"/>
          <w:noProof/>
        </w:rPr>
      </w:pPr>
    </w:p>
    <w:p w14:paraId="19934823" w14:textId="77777777" w:rsidR="009D2BA3" w:rsidRPr="00F51F43" w:rsidRDefault="009D2BA3" w:rsidP="002755FD">
      <w:pPr>
        <w:pStyle w:val="Tijeloteksta3"/>
        <w:tabs>
          <w:tab w:val="left" w:pos="3544"/>
        </w:tabs>
        <w:contextualSpacing/>
        <w:rPr>
          <w:b w:val="0"/>
          <w:i w:val="0"/>
          <w:noProof/>
        </w:rPr>
      </w:pPr>
      <w:r w:rsidRPr="00F51F43">
        <w:rPr>
          <w:b w:val="0"/>
          <w:i w:val="0"/>
          <w:noProof/>
        </w:rPr>
        <w:t>ZADAĆE</w:t>
      </w:r>
    </w:p>
    <w:p w14:paraId="42432A73" w14:textId="77777777" w:rsidR="009D2BA3" w:rsidRPr="00F51F43" w:rsidRDefault="009D2BA3" w:rsidP="002755FD">
      <w:pPr>
        <w:pStyle w:val="Tijeloteksta3"/>
        <w:tabs>
          <w:tab w:val="left" w:pos="3544"/>
        </w:tabs>
        <w:contextualSpacing/>
        <w:rPr>
          <w:b w:val="0"/>
          <w:i w:val="0"/>
          <w:noProof/>
        </w:rPr>
      </w:pPr>
      <w:r w:rsidRPr="00F51F43">
        <w:rPr>
          <w:b w:val="0"/>
          <w:i w:val="0"/>
          <w:noProof/>
        </w:rPr>
        <w:t>- osigurati zadane elemente potrebne za kvalitetnu realizaciju programa</w:t>
      </w:r>
    </w:p>
    <w:p w14:paraId="25C05F69" w14:textId="77777777" w:rsidR="009D2BA3" w:rsidRPr="00F51F43" w:rsidRDefault="009D2BA3" w:rsidP="002755FD">
      <w:pPr>
        <w:pStyle w:val="Tijeloteksta3"/>
        <w:tabs>
          <w:tab w:val="left" w:pos="3544"/>
        </w:tabs>
        <w:contextualSpacing/>
        <w:rPr>
          <w:b w:val="0"/>
          <w:i w:val="0"/>
          <w:noProof/>
        </w:rPr>
      </w:pPr>
      <w:r w:rsidRPr="00F51F43">
        <w:rPr>
          <w:b w:val="0"/>
          <w:i w:val="0"/>
          <w:noProof/>
        </w:rPr>
        <w:t>- kontinuirano pratiti i procjenjivati provedbu programa</w:t>
      </w:r>
    </w:p>
    <w:p w14:paraId="60190C9E" w14:textId="77777777" w:rsidR="009D2BA3" w:rsidRPr="00F51F43" w:rsidRDefault="009D2BA3" w:rsidP="002755FD">
      <w:pPr>
        <w:pStyle w:val="Tijeloteksta3"/>
        <w:tabs>
          <w:tab w:val="left" w:pos="3544"/>
        </w:tabs>
        <w:contextualSpacing/>
        <w:rPr>
          <w:b w:val="0"/>
          <w:i w:val="0"/>
          <w:noProof/>
        </w:rPr>
      </w:pPr>
      <w:r w:rsidRPr="00F51F43">
        <w:rPr>
          <w:b w:val="0"/>
          <w:i w:val="0"/>
          <w:noProof/>
        </w:rPr>
        <w:t>- prezentacija rada i postignuća i analiza realiziranih aktivnosti</w:t>
      </w:r>
    </w:p>
    <w:p w14:paraId="3C06028F" w14:textId="77777777" w:rsidR="00D55D2E" w:rsidRPr="00F51F43" w:rsidRDefault="00D55D2E" w:rsidP="002755FD">
      <w:pPr>
        <w:pStyle w:val="Tijeloteksta3"/>
        <w:tabs>
          <w:tab w:val="left" w:pos="3544"/>
        </w:tabs>
        <w:contextualSpacing/>
        <w:rPr>
          <w:b w:val="0"/>
          <w:i w:val="0"/>
          <w:noProof/>
        </w:rPr>
      </w:pPr>
    </w:p>
    <w:p w14:paraId="4D9CF6C6" w14:textId="77777777" w:rsidR="009D2BA3" w:rsidRPr="00F51F43" w:rsidRDefault="009D2BA3" w:rsidP="002755FD">
      <w:pPr>
        <w:pStyle w:val="Tijeloteksta3"/>
        <w:tabs>
          <w:tab w:val="left" w:pos="3544"/>
        </w:tabs>
        <w:contextualSpacing/>
        <w:rPr>
          <w:b w:val="0"/>
          <w:i w:val="0"/>
          <w:noProof/>
        </w:rPr>
      </w:pPr>
      <w:r w:rsidRPr="00F51F43">
        <w:rPr>
          <w:b w:val="0"/>
          <w:i w:val="0"/>
          <w:noProof/>
        </w:rPr>
        <w:t>STRATEGIJE</w:t>
      </w:r>
    </w:p>
    <w:p w14:paraId="19B3E711" w14:textId="77777777" w:rsidR="009D2BA3" w:rsidRPr="00F51F43" w:rsidRDefault="009D2BA3" w:rsidP="002755FD">
      <w:pPr>
        <w:pStyle w:val="Tijeloteksta3"/>
        <w:tabs>
          <w:tab w:val="left" w:pos="3544"/>
        </w:tabs>
        <w:contextualSpacing/>
        <w:rPr>
          <w:b w:val="0"/>
          <w:i w:val="0"/>
          <w:noProof/>
        </w:rPr>
      </w:pPr>
      <w:r w:rsidRPr="00F51F43">
        <w:rPr>
          <w:b w:val="0"/>
          <w:i w:val="0"/>
          <w:noProof/>
        </w:rPr>
        <w:t>- osiguravanje raznolikosti i bogatstva poticajnih materijala, rekvizita i sadržaja za polaznike programa</w:t>
      </w:r>
    </w:p>
    <w:p w14:paraId="25B4488D" w14:textId="77777777" w:rsidR="009D2BA3" w:rsidRPr="00F51F43" w:rsidRDefault="009D2BA3" w:rsidP="002755FD">
      <w:pPr>
        <w:pStyle w:val="Tijeloteksta3"/>
        <w:tabs>
          <w:tab w:val="left" w:pos="3544"/>
        </w:tabs>
        <w:contextualSpacing/>
        <w:rPr>
          <w:b w:val="0"/>
          <w:i w:val="0"/>
          <w:noProof/>
        </w:rPr>
      </w:pPr>
      <w:r w:rsidRPr="00F51F43">
        <w:rPr>
          <w:b w:val="0"/>
          <w:i w:val="0"/>
          <w:noProof/>
        </w:rPr>
        <w:t>- promišljanje i organiziranje kvalitetnog mikro i makro prostornog konteksta</w:t>
      </w:r>
    </w:p>
    <w:p w14:paraId="105006BE" w14:textId="77777777" w:rsidR="009D2BA3" w:rsidRPr="00F51F43" w:rsidRDefault="009D2BA3" w:rsidP="002755FD">
      <w:pPr>
        <w:pStyle w:val="Tijeloteksta3"/>
        <w:tabs>
          <w:tab w:val="left" w:pos="3544"/>
        </w:tabs>
        <w:contextualSpacing/>
        <w:rPr>
          <w:b w:val="0"/>
          <w:i w:val="0"/>
          <w:noProof/>
        </w:rPr>
      </w:pPr>
      <w:r w:rsidRPr="00F51F43">
        <w:rPr>
          <w:b w:val="0"/>
          <w:i w:val="0"/>
          <w:noProof/>
        </w:rPr>
        <w:t>- kontinuirano educiranje voditelja programa</w:t>
      </w:r>
    </w:p>
    <w:p w14:paraId="691F5F5E" w14:textId="77777777" w:rsidR="009D2BA3" w:rsidRPr="00F51F43" w:rsidRDefault="009D2BA3" w:rsidP="002755FD">
      <w:pPr>
        <w:pStyle w:val="Tijeloteksta3"/>
        <w:tabs>
          <w:tab w:val="left" w:pos="3544"/>
        </w:tabs>
        <w:contextualSpacing/>
        <w:rPr>
          <w:b w:val="0"/>
          <w:i w:val="0"/>
          <w:noProof/>
        </w:rPr>
      </w:pPr>
      <w:r w:rsidRPr="00F51F43">
        <w:rPr>
          <w:b w:val="0"/>
          <w:i w:val="0"/>
          <w:noProof/>
        </w:rPr>
        <w:t>- dokumentiranje odgojno-obrazovnog procesa</w:t>
      </w:r>
    </w:p>
    <w:p w14:paraId="739A89C3" w14:textId="77777777" w:rsidR="009D2BA3" w:rsidRPr="00F51F43" w:rsidRDefault="009D2BA3" w:rsidP="002755FD">
      <w:pPr>
        <w:pStyle w:val="Tijeloteksta3"/>
        <w:tabs>
          <w:tab w:val="left" w:pos="3544"/>
        </w:tabs>
        <w:contextualSpacing/>
        <w:rPr>
          <w:b w:val="0"/>
          <w:i w:val="0"/>
          <w:noProof/>
        </w:rPr>
      </w:pPr>
      <w:r w:rsidRPr="00F51F43">
        <w:rPr>
          <w:b w:val="0"/>
          <w:i w:val="0"/>
          <w:noProof/>
        </w:rPr>
        <w:t>- prezentiranje metode rada i postignuća djece videosnimkama, plakatima i posterima, sportskim susretima</w:t>
      </w:r>
    </w:p>
    <w:p w14:paraId="0AA3FE45" w14:textId="77777777" w:rsidR="009D2BA3" w:rsidRPr="00F51F43" w:rsidRDefault="009D2BA3" w:rsidP="002755FD">
      <w:pPr>
        <w:pStyle w:val="Tijeloteksta3"/>
        <w:tabs>
          <w:tab w:val="left" w:pos="3544"/>
        </w:tabs>
        <w:contextualSpacing/>
        <w:rPr>
          <w:b w:val="0"/>
          <w:i w:val="0"/>
          <w:noProof/>
        </w:rPr>
      </w:pPr>
      <w:r w:rsidRPr="00F51F43">
        <w:rPr>
          <w:b w:val="0"/>
          <w:i w:val="0"/>
          <w:noProof/>
        </w:rPr>
        <w:t>- ispitivanje zadovoljstva roditelja realizacijom programa</w:t>
      </w:r>
      <w:r w:rsidRPr="00F51F43">
        <w:rPr>
          <w:b w:val="0"/>
          <w:i w:val="0"/>
          <w:noProof/>
        </w:rPr>
        <w:cr/>
      </w:r>
    </w:p>
    <w:p w14:paraId="505E5D6E" w14:textId="77777777" w:rsidR="009D2BA3" w:rsidRPr="00F51F43" w:rsidRDefault="009D2BA3" w:rsidP="002755FD">
      <w:pPr>
        <w:ind w:firstLine="720"/>
        <w:contextualSpacing/>
        <w:rPr>
          <w:noProof/>
        </w:rPr>
      </w:pPr>
      <w:r w:rsidRPr="00F51F43">
        <w:rPr>
          <w:noProof/>
        </w:rPr>
        <w:t>Programi koje provodi V</w:t>
      </w:r>
      <w:r w:rsidR="00180E70" w:rsidRPr="00F51F43">
        <w:rPr>
          <w:noProof/>
        </w:rPr>
        <w:t>rtić imaju</w:t>
      </w:r>
      <w:r w:rsidRPr="00F51F43">
        <w:rPr>
          <w:noProof/>
        </w:rPr>
        <w:t xml:space="preserve"> verif</w:t>
      </w:r>
      <w:r w:rsidR="009A0975" w:rsidRPr="00F51F43">
        <w:rPr>
          <w:noProof/>
        </w:rPr>
        <w:t xml:space="preserve">ikaciju Ministarstva znanosti, </w:t>
      </w:r>
      <w:r w:rsidRPr="00F51F43">
        <w:rPr>
          <w:noProof/>
        </w:rPr>
        <w:t>obrazovanja</w:t>
      </w:r>
      <w:r w:rsidR="009A0975" w:rsidRPr="00F51F43">
        <w:rPr>
          <w:noProof/>
        </w:rPr>
        <w:t xml:space="preserve"> i mladih</w:t>
      </w:r>
      <w:r w:rsidRPr="00F51F43">
        <w:rPr>
          <w:noProof/>
        </w:rPr>
        <w:t xml:space="preserve">, a svi su detaljno razrađeni </w:t>
      </w:r>
      <w:r w:rsidR="000F711A" w:rsidRPr="00F51F43">
        <w:rPr>
          <w:noProof/>
        </w:rPr>
        <w:t>u Kurikulumu Dječjeg vrtića Vrapčić</w:t>
      </w:r>
      <w:r w:rsidRPr="00F51F43">
        <w:rPr>
          <w:noProof/>
        </w:rPr>
        <w:t>.</w:t>
      </w:r>
    </w:p>
    <w:p w14:paraId="4F331FEC" w14:textId="77777777" w:rsidR="009D2BA3" w:rsidRPr="00F51F43" w:rsidRDefault="009D2BA3" w:rsidP="002755FD">
      <w:pPr>
        <w:ind w:firstLine="708"/>
        <w:contextualSpacing/>
        <w:rPr>
          <w:noProof/>
        </w:rPr>
      </w:pPr>
      <w:r w:rsidRPr="00F51F43">
        <w:rPr>
          <w:noProof/>
        </w:rPr>
        <w:t>Voditelji svih navedenih programa obvezni su za svaki program:</w:t>
      </w:r>
    </w:p>
    <w:p w14:paraId="775C8E34" w14:textId="77777777" w:rsidR="009D2BA3" w:rsidRPr="00F51F43" w:rsidRDefault="009D2BA3" w:rsidP="002755FD">
      <w:pPr>
        <w:numPr>
          <w:ilvl w:val="0"/>
          <w:numId w:val="9"/>
        </w:numPr>
        <w:spacing w:after="0"/>
        <w:contextualSpacing/>
        <w:rPr>
          <w:noProof/>
        </w:rPr>
      </w:pPr>
      <w:r w:rsidRPr="00F51F43">
        <w:rPr>
          <w:noProof/>
        </w:rPr>
        <w:t>izraditi godišnji plan</w:t>
      </w:r>
      <w:r w:rsidR="00180E70" w:rsidRPr="00F51F43">
        <w:rPr>
          <w:noProof/>
        </w:rPr>
        <w:t xml:space="preserve"> i program</w:t>
      </w:r>
      <w:r w:rsidRPr="00F51F43">
        <w:rPr>
          <w:noProof/>
        </w:rPr>
        <w:t xml:space="preserve"> rada</w:t>
      </w:r>
    </w:p>
    <w:p w14:paraId="34C84931" w14:textId="77777777" w:rsidR="009D2BA3" w:rsidRPr="00F51F43" w:rsidRDefault="009D2BA3" w:rsidP="002755FD">
      <w:pPr>
        <w:numPr>
          <w:ilvl w:val="0"/>
          <w:numId w:val="9"/>
        </w:numPr>
        <w:spacing w:after="0"/>
        <w:contextualSpacing/>
        <w:rPr>
          <w:noProof/>
        </w:rPr>
      </w:pPr>
      <w:r w:rsidRPr="00F51F43">
        <w:rPr>
          <w:noProof/>
        </w:rPr>
        <w:t>napisati izvještaj o realizaciji programa po završetku programa</w:t>
      </w:r>
    </w:p>
    <w:p w14:paraId="02ACB0A6" w14:textId="77777777" w:rsidR="009D2BA3" w:rsidRPr="00F51F43" w:rsidRDefault="009D2BA3" w:rsidP="002755FD">
      <w:pPr>
        <w:numPr>
          <w:ilvl w:val="0"/>
          <w:numId w:val="9"/>
        </w:numPr>
        <w:spacing w:after="0"/>
        <w:contextualSpacing/>
        <w:rPr>
          <w:noProof/>
        </w:rPr>
      </w:pPr>
      <w:r w:rsidRPr="00F51F43">
        <w:rPr>
          <w:noProof/>
        </w:rPr>
        <w:t>voditi pedagošku dokumentaciju tijekom</w:t>
      </w:r>
      <w:r w:rsidR="00180E70" w:rsidRPr="00F51F43">
        <w:rPr>
          <w:noProof/>
        </w:rPr>
        <w:t xml:space="preserve"> trajanja programa (u obrascima</w:t>
      </w:r>
      <w:r w:rsidRPr="00F51F43">
        <w:rPr>
          <w:noProof/>
        </w:rPr>
        <w:t>)</w:t>
      </w:r>
    </w:p>
    <w:p w14:paraId="36018D99" w14:textId="77777777" w:rsidR="009D2BA3" w:rsidRPr="00F51F43" w:rsidRDefault="009D2BA3" w:rsidP="002755FD">
      <w:pPr>
        <w:numPr>
          <w:ilvl w:val="0"/>
          <w:numId w:val="9"/>
        </w:numPr>
        <w:spacing w:after="0"/>
        <w:contextualSpacing/>
        <w:rPr>
          <w:noProof/>
        </w:rPr>
      </w:pPr>
      <w:r w:rsidRPr="00F51F43">
        <w:rPr>
          <w:noProof/>
        </w:rPr>
        <w:t>organizirati i voditi roditeljski sastanak na početku programa</w:t>
      </w:r>
    </w:p>
    <w:p w14:paraId="74A1F063" w14:textId="77777777" w:rsidR="009D2BA3" w:rsidRPr="00F51F43" w:rsidRDefault="009D2BA3" w:rsidP="002755FD">
      <w:pPr>
        <w:numPr>
          <w:ilvl w:val="0"/>
          <w:numId w:val="9"/>
        </w:numPr>
        <w:spacing w:after="0"/>
        <w:contextualSpacing/>
        <w:rPr>
          <w:noProof/>
        </w:rPr>
      </w:pPr>
      <w:r w:rsidRPr="00F51F43">
        <w:rPr>
          <w:noProof/>
        </w:rPr>
        <w:t>prezentirati rezultate rada roditeljima po završetku programa</w:t>
      </w:r>
    </w:p>
    <w:p w14:paraId="038FF397" w14:textId="77777777" w:rsidR="00945CAC" w:rsidRPr="00F51F43" w:rsidRDefault="009D2BA3" w:rsidP="002755FD">
      <w:pPr>
        <w:numPr>
          <w:ilvl w:val="0"/>
          <w:numId w:val="9"/>
        </w:numPr>
        <w:spacing w:after="0"/>
        <w:contextualSpacing/>
        <w:rPr>
          <w:noProof/>
        </w:rPr>
      </w:pPr>
      <w:r w:rsidRPr="00F51F43">
        <w:rPr>
          <w:noProof/>
        </w:rPr>
        <w:t>surađivati s roditeljima i vanjskim institucijama i o tome voditi zabilješke</w:t>
      </w:r>
    </w:p>
    <w:p w14:paraId="44809171" w14:textId="77777777" w:rsidR="004457F4" w:rsidRPr="00F51F43" w:rsidRDefault="004457F4" w:rsidP="002755FD">
      <w:pPr>
        <w:ind w:left="1068"/>
        <w:contextualSpacing/>
        <w:rPr>
          <w:noProof/>
        </w:rPr>
      </w:pPr>
    </w:p>
    <w:p w14:paraId="13586EA0" w14:textId="77777777" w:rsidR="00061335" w:rsidRPr="00F51F43" w:rsidRDefault="000F711A" w:rsidP="006D71BC">
      <w:pPr>
        <w:pStyle w:val="Tijeloteksta3"/>
        <w:keepNext/>
        <w:tabs>
          <w:tab w:val="left" w:pos="3544"/>
        </w:tabs>
        <w:spacing w:before="120"/>
        <w:jc w:val="left"/>
        <w:rPr>
          <w:bCs/>
          <w:noProof/>
        </w:rPr>
      </w:pPr>
      <w:r w:rsidRPr="00F51F43">
        <w:rPr>
          <w:bCs/>
          <w:noProof/>
        </w:rPr>
        <w:lastRenderedPageBreak/>
        <w:t>Tablica 15</w:t>
      </w:r>
      <w:r w:rsidR="00B22AA1" w:rsidRPr="00F51F43">
        <w:rPr>
          <w:bCs/>
          <w:noProof/>
        </w:rPr>
        <w:t>: P</w:t>
      </w:r>
      <w:r w:rsidR="008312C6" w:rsidRPr="00F51F43">
        <w:rPr>
          <w:bCs/>
          <w:noProof/>
        </w:rPr>
        <w:t>rogrami koji se provode</w:t>
      </w:r>
      <w:r w:rsidR="00061335" w:rsidRPr="00F51F43">
        <w:rPr>
          <w:bCs/>
          <w:noProof/>
        </w:rPr>
        <w:t xml:space="preserve"> u</w:t>
      </w:r>
      <w:r w:rsidR="008312C6" w:rsidRPr="00F51F43">
        <w:rPr>
          <w:bCs/>
          <w:noProof/>
        </w:rPr>
        <w:t xml:space="preserve"> okviru redovitog desetosatnog</w:t>
      </w:r>
      <w:r w:rsidR="00061335" w:rsidRPr="00F51F43">
        <w:rPr>
          <w:bCs/>
          <w:noProof/>
        </w:rPr>
        <w:t xml:space="preserve"> program</w:t>
      </w:r>
      <w:r w:rsidR="008312C6" w:rsidRPr="00F51F43">
        <w:rPr>
          <w:bCs/>
          <w:noProof/>
        </w:rPr>
        <w:t>a</w:t>
      </w:r>
      <w:r w:rsidR="00180E70" w:rsidRPr="00F51F43">
        <w:rPr>
          <w:bCs/>
          <w:noProof/>
        </w:rPr>
        <w:t xml:space="preserve"> u pedagoškoj godini 202</w:t>
      </w:r>
      <w:r w:rsidR="00B96EAD" w:rsidRPr="00F51F43">
        <w:rPr>
          <w:bCs/>
          <w:noProof/>
        </w:rPr>
        <w:t>6</w:t>
      </w:r>
      <w:r w:rsidR="00180E70" w:rsidRPr="00F51F43">
        <w:rPr>
          <w:bCs/>
          <w:noProof/>
        </w:rPr>
        <w:t>./202</w:t>
      </w:r>
      <w:r w:rsidR="00B96EAD" w:rsidRPr="00F51F43">
        <w:rPr>
          <w:bCs/>
          <w:noProof/>
        </w:rPr>
        <w:t>7</w:t>
      </w:r>
      <w:r w:rsidR="00061335" w:rsidRPr="00F51F43">
        <w:rPr>
          <w:bCs/>
          <w:noProof/>
        </w:rPr>
        <w:t>.</w:t>
      </w:r>
    </w:p>
    <w:tbl>
      <w:tblPr>
        <w:tblStyle w:val="Reetkatablice"/>
        <w:tblW w:w="8860" w:type="dxa"/>
        <w:jc w:val="center"/>
        <w:tblLayout w:type="fixed"/>
        <w:tblLook w:val="01E0" w:firstRow="1" w:lastRow="1" w:firstColumn="1" w:lastColumn="1" w:noHBand="0" w:noVBand="0"/>
      </w:tblPr>
      <w:tblGrid>
        <w:gridCol w:w="2446"/>
        <w:gridCol w:w="2268"/>
        <w:gridCol w:w="1559"/>
        <w:gridCol w:w="2587"/>
      </w:tblGrid>
      <w:tr w:rsidR="000555A3" w:rsidRPr="00F51F43" w14:paraId="53100F1A" w14:textId="77777777" w:rsidTr="000555A3">
        <w:trPr>
          <w:cantSplit/>
          <w:trHeight w:val="241"/>
          <w:tblHeader/>
          <w:jc w:val="center"/>
        </w:trPr>
        <w:tc>
          <w:tcPr>
            <w:tcW w:w="2446" w:type="dxa"/>
            <w:shd w:val="clear" w:color="auto" w:fill="D9EAD3"/>
            <w:tcMar>
              <w:top w:w="80" w:type="dxa"/>
              <w:left w:w="80" w:type="dxa"/>
              <w:bottom w:w="80" w:type="dxa"/>
              <w:right w:w="80" w:type="dxa"/>
            </w:tcMar>
            <w:vAlign w:val="center"/>
          </w:tcPr>
          <w:p w14:paraId="4298AA0B" w14:textId="77777777" w:rsidR="000C3774" w:rsidRPr="00F51F43" w:rsidRDefault="000C3774" w:rsidP="007E581D">
            <w:pPr>
              <w:spacing w:after="0" w:line="240" w:lineRule="auto"/>
              <w:jc w:val="center"/>
              <w:rPr>
                <w:b/>
                <w:noProof/>
                <w:sz w:val="20"/>
                <w:szCs w:val="20"/>
              </w:rPr>
            </w:pPr>
            <w:r w:rsidRPr="00F51F43">
              <w:rPr>
                <w:b/>
                <w:noProof/>
                <w:sz w:val="20"/>
                <w:szCs w:val="20"/>
              </w:rPr>
              <w:t>PODRUČNI OBJEKT</w:t>
            </w:r>
          </w:p>
        </w:tc>
        <w:tc>
          <w:tcPr>
            <w:tcW w:w="2268" w:type="dxa"/>
            <w:shd w:val="clear" w:color="auto" w:fill="D9EAD3"/>
            <w:tcMar>
              <w:top w:w="80" w:type="dxa"/>
              <w:left w:w="80" w:type="dxa"/>
              <w:bottom w:w="80" w:type="dxa"/>
              <w:right w:w="80" w:type="dxa"/>
            </w:tcMar>
            <w:vAlign w:val="center"/>
          </w:tcPr>
          <w:p w14:paraId="75C0517E" w14:textId="77777777" w:rsidR="000C3774" w:rsidRPr="00F51F43" w:rsidRDefault="000C3774" w:rsidP="007E581D">
            <w:pPr>
              <w:spacing w:after="0" w:line="240" w:lineRule="auto"/>
              <w:jc w:val="center"/>
              <w:rPr>
                <w:b/>
                <w:noProof/>
                <w:sz w:val="20"/>
                <w:szCs w:val="20"/>
              </w:rPr>
            </w:pPr>
            <w:r w:rsidRPr="00F51F43">
              <w:rPr>
                <w:b/>
                <w:noProof/>
                <w:sz w:val="20"/>
                <w:szCs w:val="20"/>
              </w:rPr>
              <w:t>PROGRAM</w:t>
            </w:r>
          </w:p>
        </w:tc>
        <w:tc>
          <w:tcPr>
            <w:tcW w:w="1559" w:type="dxa"/>
            <w:shd w:val="clear" w:color="auto" w:fill="D9EAD3"/>
            <w:tcMar>
              <w:top w:w="80" w:type="dxa"/>
              <w:left w:w="80" w:type="dxa"/>
              <w:bottom w:w="80" w:type="dxa"/>
              <w:right w:w="80" w:type="dxa"/>
            </w:tcMar>
            <w:vAlign w:val="center"/>
          </w:tcPr>
          <w:p w14:paraId="6E034562" w14:textId="77777777" w:rsidR="000C3774" w:rsidRPr="00F51F43" w:rsidRDefault="000C3774" w:rsidP="007E581D">
            <w:pPr>
              <w:spacing w:after="0" w:line="240" w:lineRule="auto"/>
              <w:jc w:val="center"/>
              <w:rPr>
                <w:b/>
                <w:noProof/>
                <w:sz w:val="20"/>
                <w:szCs w:val="20"/>
              </w:rPr>
            </w:pPr>
            <w:r w:rsidRPr="00F51F43">
              <w:rPr>
                <w:b/>
                <w:noProof/>
                <w:sz w:val="20"/>
                <w:szCs w:val="20"/>
              </w:rPr>
              <w:t>BROJ UKLJUČENE DJECE</w:t>
            </w:r>
          </w:p>
        </w:tc>
        <w:tc>
          <w:tcPr>
            <w:tcW w:w="2587" w:type="dxa"/>
            <w:shd w:val="clear" w:color="auto" w:fill="D9EAD3"/>
            <w:tcMar>
              <w:top w:w="80" w:type="dxa"/>
              <w:left w:w="80" w:type="dxa"/>
              <w:bottom w:w="80" w:type="dxa"/>
              <w:right w:w="80" w:type="dxa"/>
            </w:tcMar>
            <w:vAlign w:val="center"/>
          </w:tcPr>
          <w:p w14:paraId="0E89AF20" w14:textId="77777777" w:rsidR="000C3774" w:rsidRPr="00F51F43" w:rsidRDefault="000C3774" w:rsidP="007E581D">
            <w:pPr>
              <w:spacing w:after="0" w:line="240" w:lineRule="auto"/>
              <w:jc w:val="center"/>
              <w:rPr>
                <w:b/>
                <w:noProof/>
                <w:sz w:val="20"/>
                <w:szCs w:val="20"/>
              </w:rPr>
            </w:pPr>
            <w:r w:rsidRPr="00F51F43">
              <w:rPr>
                <w:b/>
                <w:noProof/>
                <w:sz w:val="20"/>
                <w:szCs w:val="20"/>
              </w:rPr>
              <w:t>VODITELJICE</w:t>
            </w:r>
          </w:p>
        </w:tc>
      </w:tr>
      <w:tr w:rsidR="000555A3" w:rsidRPr="00F51F43" w14:paraId="28395AD2" w14:textId="77777777" w:rsidTr="000555A3">
        <w:trPr>
          <w:cantSplit/>
          <w:trHeight w:val="187"/>
          <w:jc w:val="center"/>
        </w:trPr>
        <w:tc>
          <w:tcPr>
            <w:tcW w:w="2446" w:type="dxa"/>
            <w:tcMar>
              <w:top w:w="80" w:type="dxa"/>
              <w:left w:w="80" w:type="dxa"/>
              <w:bottom w:w="80" w:type="dxa"/>
              <w:right w:w="80" w:type="dxa"/>
            </w:tcMar>
            <w:vAlign w:val="center"/>
          </w:tcPr>
          <w:p w14:paraId="2A20464B" w14:textId="77777777" w:rsidR="0095175E" w:rsidRPr="00F51F43" w:rsidRDefault="00B96EAD" w:rsidP="007E581D">
            <w:pPr>
              <w:spacing w:after="0" w:line="240" w:lineRule="auto"/>
              <w:jc w:val="center"/>
              <w:rPr>
                <w:noProof/>
                <w:sz w:val="20"/>
                <w:szCs w:val="20"/>
              </w:rPr>
            </w:pPr>
            <w:r w:rsidRPr="00F51F43">
              <w:rPr>
                <w:noProof/>
                <w:sz w:val="20"/>
                <w:szCs w:val="20"/>
              </w:rPr>
              <w:t>„POTOČIĆ“ KOPRIVNIČKI BREGI</w:t>
            </w:r>
          </w:p>
        </w:tc>
        <w:tc>
          <w:tcPr>
            <w:tcW w:w="2268" w:type="dxa"/>
            <w:tcMar>
              <w:top w:w="80" w:type="dxa"/>
              <w:left w:w="80" w:type="dxa"/>
              <w:bottom w:w="80" w:type="dxa"/>
              <w:right w:w="80" w:type="dxa"/>
            </w:tcMar>
            <w:vAlign w:val="center"/>
          </w:tcPr>
          <w:p w14:paraId="333569AA" w14:textId="77777777" w:rsidR="0095175E" w:rsidRPr="00F51F43" w:rsidRDefault="0095175E" w:rsidP="007E581D">
            <w:pPr>
              <w:spacing w:after="0" w:line="240" w:lineRule="auto"/>
              <w:jc w:val="center"/>
              <w:rPr>
                <w:noProof/>
                <w:sz w:val="20"/>
                <w:szCs w:val="20"/>
              </w:rPr>
            </w:pPr>
            <w:r w:rsidRPr="00F51F43">
              <w:rPr>
                <w:noProof/>
                <w:sz w:val="20"/>
                <w:szCs w:val="20"/>
              </w:rPr>
              <w:t>Program predškole</w:t>
            </w:r>
          </w:p>
        </w:tc>
        <w:tc>
          <w:tcPr>
            <w:tcW w:w="1559" w:type="dxa"/>
            <w:tcMar>
              <w:top w:w="80" w:type="dxa"/>
              <w:left w:w="80" w:type="dxa"/>
              <w:bottom w:w="80" w:type="dxa"/>
              <w:right w:w="80" w:type="dxa"/>
            </w:tcMar>
            <w:vAlign w:val="center"/>
          </w:tcPr>
          <w:p w14:paraId="23235E00" w14:textId="77777777" w:rsidR="0095175E" w:rsidRPr="00F51F43" w:rsidRDefault="00B96EAD" w:rsidP="007E581D">
            <w:pPr>
              <w:spacing w:after="0" w:line="240" w:lineRule="auto"/>
              <w:jc w:val="center"/>
              <w:rPr>
                <w:noProof/>
                <w:sz w:val="20"/>
                <w:szCs w:val="20"/>
              </w:rPr>
            </w:pPr>
            <w:r w:rsidRPr="00F51F43">
              <w:rPr>
                <w:noProof/>
                <w:sz w:val="20"/>
                <w:szCs w:val="20"/>
              </w:rPr>
              <w:t>8</w:t>
            </w:r>
          </w:p>
        </w:tc>
        <w:tc>
          <w:tcPr>
            <w:tcW w:w="2587" w:type="dxa"/>
            <w:tcMar>
              <w:top w:w="80" w:type="dxa"/>
              <w:left w:w="80" w:type="dxa"/>
              <w:bottom w:w="80" w:type="dxa"/>
              <w:right w:w="80" w:type="dxa"/>
            </w:tcMar>
            <w:vAlign w:val="center"/>
          </w:tcPr>
          <w:p w14:paraId="1ED9E52B" w14:textId="77777777" w:rsidR="0095175E" w:rsidRPr="00F51F43" w:rsidRDefault="001E4882" w:rsidP="00B96EAD">
            <w:pPr>
              <w:spacing w:after="0" w:line="240" w:lineRule="auto"/>
              <w:jc w:val="center"/>
              <w:rPr>
                <w:noProof/>
                <w:sz w:val="20"/>
                <w:szCs w:val="20"/>
              </w:rPr>
            </w:pPr>
            <w:r w:rsidRPr="00F51F43">
              <w:rPr>
                <w:noProof/>
                <w:sz w:val="20"/>
                <w:szCs w:val="20"/>
              </w:rPr>
              <w:t>Odgojiteljic</w:t>
            </w:r>
            <w:r w:rsidR="00B40DE8" w:rsidRPr="00F51F43">
              <w:rPr>
                <w:noProof/>
                <w:sz w:val="20"/>
                <w:szCs w:val="20"/>
              </w:rPr>
              <w:t>e</w:t>
            </w:r>
            <w:r w:rsidR="005C6EE3" w:rsidRPr="00F51F43">
              <w:rPr>
                <w:noProof/>
                <w:sz w:val="20"/>
                <w:szCs w:val="20"/>
              </w:rPr>
              <w:t xml:space="preserve"> </w:t>
            </w:r>
            <w:r w:rsidR="00B96EAD" w:rsidRPr="00F51F43">
              <w:rPr>
                <w:noProof/>
                <w:sz w:val="20"/>
                <w:szCs w:val="20"/>
              </w:rPr>
              <w:t>S.B.S. i K.G.</w:t>
            </w:r>
          </w:p>
        </w:tc>
      </w:tr>
      <w:tr w:rsidR="000555A3" w:rsidRPr="00F51F43" w14:paraId="64D37D41" w14:textId="77777777" w:rsidTr="000555A3">
        <w:trPr>
          <w:cantSplit/>
          <w:trHeight w:val="187"/>
          <w:jc w:val="center"/>
        </w:trPr>
        <w:tc>
          <w:tcPr>
            <w:tcW w:w="2446" w:type="dxa"/>
            <w:vMerge w:val="restart"/>
            <w:tcMar>
              <w:top w:w="80" w:type="dxa"/>
              <w:left w:w="80" w:type="dxa"/>
              <w:bottom w:w="80" w:type="dxa"/>
              <w:right w:w="80" w:type="dxa"/>
            </w:tcMar>
            <w:vAlign w:val="center"/>
          </w:tcPr>
          <w:p w14:paraId="3B5DE69B" w14:textId="77777777" w:rsidR="00B96EAD" w:rsidRPr="00F51F43" w:rsidRDefault="00B96EAD" w:rsidP="00B96EAD">
            <w:pPr>
              <w:spacing w:after="0" w:line="240" w:lineRule="auto"/>
              <w:jc w:val="center"/>
              <w:rPr>
                <w:noProof/>
                <w:sz w:val="20"/>
                <w:szCs w:val="20"/>
              </w:rPr>
            </w:pPr>
            <w:r w:rsidRPr="00F51F43">
              <w:rPr>
                <w:noProof/>
                <w:sz w:val="20"/>
                <w:szCs w:val="20"/>
              </w:rPr>
              <w:t xml:space="preserve">„IVANČICA“ KOPRIVNIČKI IVANEC </w:t>
            </w:r>
          </w:p>
        </w:tc>
        <w:tc>
          <w:tcPr>
            <w:tcW w:w="2268" w:type="dxa"/>
            <w:tcMar>
              <w:top w:w="80" w:type="dxa"/>
              <w:left w:w="80" w:type="dxa"/>
              <w:bottom w:w="80" w:type="dxa"/>
              <w:right w:w="80" w:type="dxa"/>
            </w:tcMar>
            <w:vAlign w:val="center"/>
          </w:tcPr>
          <w:p w14:paraId="1C64AA9E" w14:textId="77777777" w:rsidR="00B96EAD" w:rsidRPr="00F51F43" w:rsidRDefault="00B96EAD" w:rsidP="002C1721">
            <w:pPr>
              <w:spacing w:after="0" w:line="240" w:lineRule="auto"/>
              <w:jc w:val="center"/>
              <w:rPr>
                <w:noProof/>
                <w:sz w:val="20"/>
                <w:szCs w:val="20"/>
              </w:rPr>
            </w:pPr>
            <w:r w:rsidRPr="00F51F43">
              <w:rPr>
                <w:noProof/>
                <w:sz w:val="20"/>
                <w:szCs w:val="20"/>
              </w:rPr>
              <w:t>Kraći program folklorno-plesne igraonice</w:t>
            </w:r>
          </w:p>
        </w:tc>
        <w:tc>
          <w:tcPr>
            <w:tcW w:w="1559" w:type="dxa"/>
            <w:tcMar>
              <w:top w:w="80" w:type="dxa"/>
              <w:left w:w="80" w:type="dxa"/>
              <w:bottom w:w="80" w:type="dxa"/>
              <w:right w:w="80" w:type="dxa"/>
            </w:tcMar>
            <w:vAlign w:val="center"/>
          </w:tcPr>
          <w:p w14:paraId="5CF22EDC" w14:textId="77777777" w:rsidR="00B96EAD" w:rsidRPr="00F51F43" w:rsidRDefault="00B96EAD" w:rsidP="002C1721">
            <w:pPr>
              <w:spacing w:after="0" w:line="240" w:lineRule="auto"/>
              <w:jc w:val="center"/>
              <w:rPr>
                <w:noProof/>
                <w:sz w:val="20"/>
                <w:szCs w:val="20"/>
              </w:rPr>
            </w:pPr>
            <w:r w:rsidRPr="00F51F43">
              <w:rPr>
                <w:noProof/>
                <w:sz w:val="20"/>
                <w:szCs w:val="20"/>
              </w:rPr>
              <w:t>20</w:t>
            </w:r>
          </w:p>
        </w:tc>
        <w:tc>
          <w:tcPr>
            <w:tcW w:w="2587" w:type="dxa"/>
            <w:tcMar>
              <w:top w:w="80" w:type="dxa"/>
              <w:left w:w="80" w:type="dxa"/>
              <w:bottom w:w="80" w:type="dxa"/>
              <w:right w:w="80" w:type="dxa"/>
            </w:tcMar>
            <w:vAlign w:val="center"/>
          </w:tcPr>
          <w:p w14:paraId="51FCA85B" w14:textId="77777777" w:rsidR="00B96EAD" w:rsidRPr="00F51F43" w:rsidRDefault="00B96EAD" w:rsidP="002C1721">
            <w:pPr>
              <w:spacing w:after="0" w:line="240" w:lineRule="auto"/>
              <w:jc w:val="center"/>
              <w:rPr>
                <w:noProof/>
                <w:sz w:val="20"/>
                <w:szCs w:val="20"/>
              </w:rPr>
            </w:pPr>
            <w:r w:rsidRPr="00F51F43">
              <w:rPr>
                <w:noProof/>
                <w:sz w:val="20"/>
                <w:szCs w:val="20"/>
              </w:rPr>
              <w:t>Odgojiteljica N.V.</w:t>
            </w:r>
          </w:p>
        </w:tc>
      </w:tr>
      <w:tr w:rsidR="000555A3" w:rsidRPr="00F51F43" w14:paraId="6C5C3D7A" w14:textId="77777777" w:rsidTr="000555A3">
        <w:trPr>
          <w:cantSplit/>
          <w:trHeight w:val="187"/>
          <w:jc w:val="center"/>
        </w:trPr>
        <w:tc>
          <w:tcPr>
            <w:tcW w:w="2446" w:type="dxa"/>
            <w:vMerge/>
          </w:tcPr>
          <w:p w14:paraId="20790A6C" w14:textId="77777777" w:rsidR="00B96EAD" w:rsidRPr="00F51F43" w:rsidRDefault="00B96EAD" w:rsidP="002C1721">
            <w:pPr>
              <w:spacing w:after="0" w:line="240" w:lineRule="auto"/>
              <w:jc w:val="center"/>
              <w:rPr>
                <w:noProof/>
                <w:sz w:val="20"/>
                <w:szCs w:val="20"/>
              </w:rPr>
            </w:pPr>
          </w:p>
        </w:tc>
        <w:tc>
          <w:tcPr>
            <w:tcW w:w="2268" w:type="dxa"/>
            <w:tcMar>
              <w:top w:w="80" w:type="dxa"/>
              <w:left w:w="80" w:type="dxa"/>
              <w:bottom w:w="80" w:type="dxa"/>
              <w:right w:w="80" w:type="dxa"/>
            </w:tcMar>
            <w:vAlign w:val="center"/>
          </w:tcPr>
          <w:p w14:paraId="5E91829C" w14:textId="77777777" w:rsidR="00B96EAD" w:rsidRPr="00F51F43" w:rsidRDefault="00B96EAD" w:rsidP="002C1721">
            <w:pPr>
              <w:spacing w:after="0" w:line="240" w:lineRule="auto"/>
              <w:jc w:val="center"/>
              <w:rPr>
                <w:noProof/>
                <w:sz w:val="20"/>
                <w:szCs w:val="20"/>
              </w:rPr>
            </w:pPr>
            <w:r w:rsidRPr="00F51F43">
              <w:rPr>
                <w:noProof/>
                <w:sz w:val="20"/>
                <w:szCs w:val="20"/>
              </w:rPr>
              <w:t>Program predškole</w:t>
            </w:r>
          </w:p>
        </w:tc>
        <w:tc>
          <w:tcPr>
            <w:tcW w:w="1559" w:type="dxa"/>
            <w:tcMar>
              <w:top w:w="80" w:type="dxa"/>
              <w:left w:w="80" w:type="dxa"/>
              <w:bottom w:w="80" w:type="dxa"/>
              <w:right w:w="80" w:type="dxa"/>
            </w:tcMar>
            <w:vAlign w:val="center"/>
          </w:tcPr>
          <w:p w14:paraId="0F4C8F6A" w14:textId="77777777" w:rsidR="00B96EAD" w:rsidRPr="00F51F43" w:rsidRDefault="00B96EAD" w:rsidP="002C1721">
            <w:pPr>
              <w:spacing w:after="0" w:line="240" w:lineRule="auto"/>
              <w:jc w:val="center"/>
              <w:rPr>
                <w:noProof/>
                <w:sz w:val="20"/>
                <w:szCs w:val="20"/>
              </w:rPr>
            </w:pPr>
            <w:r w:rsidRPr="00F51F43">
              <w:rPr>
                <w:noProof/>
                <w:sz w:val="20"/>
                <w:szCs w:val="20"/>
              </w:rPr>
              <w:t>14</w:t>
            </w:r>
          </w:p>
        </w:tc>
        <w:tc>
          <w:tcPr>
            <w:tcW w:w="2587" w:type="dxa"/>
            <w:tcMar>
              <w:top w:w="80" w:type="dxa"/>
              <w:left w:w="80" w:type="dxa"/>
              <w:bottom w:w="80" w:type="dxa"/>
              <w:right w:w="80" w:type="dxa"/>
            </w:tcMar>
            <w:vAlign w:val="center"/>
          </w:tcPr>
          <w:p w14:paraId="072688D6" w14:textId="77777777" w:rsidR="00B96EAD" w:rsidRPr="00F51F43" w:rsidRDefault="00B96EAD" w:rsidP="00B96EAD">
            <w:pPr>
              <w:spacing w:after="0" w:line="240" w:lineRule="auto"/>
              <w:jc w:val="center"/>
              <w:rPr>
                <w:noProof/>
                <w:sz w:val="20"/>
                <w:szCs w:val="20"/>
              </w:rPr>
            </w:pPr>
            <w:r w:rsidRPr="00F51F43">
              <w:rPr>
                <w:noProof/>
                <w:sz w:val="20"/>
                <w:szCs w:val="20"/>
              </w:rPr>
              <w:t>Odgojiteljice I.P. i J.Ž.</w:t>
            </w:r>
          </w:p>
        </w:tc>
      </w:tr>
      <w:tr w:rsidR="000555A3" w:rsidRPr="00F51F43" w14:paraId="35F1F8C0" w14:textId="77777777" w:rsidTr="000555A3">
        <w:trPr>
          <w:cantSplit/>
          <w:trHeight w:val="187"/>
          <w:jc w:val="center"/>
        </w:trPr>
        <w:tc>
          <w:tcPr>
            <w:tcW w:w="2446" w:type="dxa"/>
            <w:vMerge/>
          </w:tcPr>
          <w:p w14:paraId="29AF52F4" w14:textId="77777777" w:rsidR="00B96EAD" w:rsidRPr="00F51F43" w:rsidRDefault="00B96EAD" w:rsidP="002C1721">
            <w:pPr>
              <w:spacing w:after="0" w:line="240" w:lineRule="auto"/>
              <w:jc w:val="center"/>
              <w:rPr>
                <w:noProof/>
                <w:sz w:val="20"/>
                <w:szCs w:val="20"/>
              </w:rPr>
            </w:pPr>
          </w:p>
        </w:tc>
        <w:tc>
          <w:tcPr>
            <w:tcW w:w="2268" w:type="dxa"/>
            <w:tcMar>
              <w:top w:w="80" w:type="dxa"/>
              <w:left w:w="80" w:type="dxa"/>
              <w:bottom w:w="80" w:type="dxa"/>
              <w:right w:w="80" w:type="dxa"/>
            </w:tcMar>
            <w:vAlign w:val="center"/>
          </w:tcPr>
          <w:p w14:paraId="460E2831" w14:textId="77777777" w:rsidR="00B96EAD" w:rsidRPr="00F51F43" w:rsidRDefault="00B96EAD" w:rsidP="002C1721">
            <w:pPr>
              <w:spacing w:after="0" w:line="240" w:lineRule="auto"/>
              <w:jc w:val="center"/>
              <w:rPr>
                <w:noProof/>
                <w:sz w:val="20"/>
                <w:szCs w:val="20"/>
              </w:rPr>
            </w:pPr>
            <w:r w:rsidRPr="00F51F43">
              <w:rPr>
                <w:noProof/>
                <w:sz w:val="20"/>
                <w:szCs w:val="20"/>
              </w:rPr>
              <w:t>Katolički vjerski odgoj</w:t>
            </w:r>
          </w:p>
        </w:tc>
        <w:tc>
          <w:tcPr>
            <w:tcW w:w="1559" w:type="dxa"/>
            <w:tcMar>
              <w:top w:w="80" w:type="dxa"/>
              <w:left w:w="80" w:type="dxa"/>
              <w:bottom w:w="80" w:type="dxa"/>
              <w:right w:w="80" w:type="dxa"/>
            </w:tcMar>
            <w:vAlign w:val="center"/>
          </w:tcPr>
          <w:p w14:paraId="2828B991" w14:textId="77777777" w:rsidR="00B96EAD" w:rsidRPr="00F51F43" w:rsidRDefault="00B96EAD" w:rsidP="002C1721">
            <w:pPr>
              <w:spacing w:after="0" w:line="240" w:lineRule="auto"/>
              <w:jc w:val="center"/>
              <w:rPr>
                <w:noProof/>
                <w:sz w:val="20"/>
                <w:szCs w:val="20"/>
              </w:rPr>
            </w:pPr>
            <w:r w:rsidRPr="00F51F43">
              <w:rPr>
                <w:noProof/>
                <w:sz w:val="20"/>
                <w:szCs w:val="20"/>
              </w:rPr>
              <w:t>22</w:t>
            </w:r>
          </w:p>
        </w:tc>
        <w:tc>
          <w:tcPr>
            <w:tcW w:w="2587" w:type="dxa"/>
            <w:tcMar>
              <w:top w:w="80" w:type="dxa"/>
              <w:left w:w="80" w:type="dxa"/>
              <w:bottom w:w="80" w:type="dxa"/>
              <w:right w:w="80" w:type="dxa"/>
            </w:tcMar>
            <w:vAlign w:val="center"/>
          </w:tcPr>
          <w:p w14:paraId="3D63BA61" w14:textId="77777777" w:rsidR="00B96EAD" w:rsidRPr="00F51F43" w:rsidRDefault="00B96EAD" w:rsidP="002C1721">
            <w:pPr>
              <w:spacing w:after="0" w:line="240" w:lineRule="auto"/>
              <w:jc w:val="center"/>
              <w:rPr>
                <w:noProof/>
                <w:sz w:val="20"/>
                <w:szCs w:val="20"/>
              </w:rPr>
            </w:pPr>
            <w:r w:rsidRPr="00F51F43">
              <w:rPr>
                <w:noProof/>
                <w:sz w:val="20"/>
                <w:szCs w:val="20"/>
              </w:rPr>
              <w:t>Odgojiteljica I.P.</w:t>
            </w:r>
          </w:p>
        </w:tc>
      </w:tr>
      <w:tr w:rsidR="000555A3" w:rsidRPr="00F51F43" w14:paraId="018156F1" w14:textId="77777777" w:rsidTr="000555A3">
        <w:trPr>
          <w:cantSplit/>
          <w:trHeight w:val="187"/>
          <w:jc w:val="center"/>
        </w:trPr>
        <w:tc>
          <w:tcPr>
            <w:tcW w:w="2446" w:type="dxa"/>
            <w:tcMar>
              <w:top w:w="80" w:type="dxa"/>
              <w:left w:w="80" w:type="dxa"/>
              <w:bottom w:w="80" w:type="dxa"/>
              <w:right w:w="80" w:type="dxa"/>
            </w:tcMar>
            <w:vAlign w:val="center"/>
          </w:tcPr>
          <w:p w14:paraId="1EE0AB9A" w14:textId="77777777" w:rsidR="00407902" w:rsidRPr="00F51F43" w:rsidRDefault="00407902" w:rsidP="007E581D">
            <w:pPr>
              <w:spacing w:after="0" w:line="240" w:lineRule="auto"/>
              <w:jc w:val="center"/>
              <w:rPr>
                <w:noProof/>
                <w:sz w:val="20"/>
                <w:szCs w:val="20"/>
              </w:rPr>
            </w:pPr>
            <w:r w:rsidRPr="00F51F43">
              <w:rPr>
                <w:noProof/>
                <w:sz w:val="20"/>
                <w:szCs w:val="20"/>
              </w:rPr>
              <w:t>“ISKRICA” ĐELEKOVEC</w:t>
            </w:r>
          </w:p>
        </w:tc>
        <w:tc>
          <w:tcPr>
            <w:tcW w:w="2268" w:type="dxa"/>
            <w:tcMar>
              <w:top w:w="80" w:type="dxa"/>
              <w:left w:w="80" w:type="dxa"/>
              <w:bottom w:w="80" w:type="dxa"/>
              <w:right w:w="80" w:type="dxa"/>
            </w:tcMar>
            <w:vAlign w:val="center"/>
          </w:tcPr>
          <w:p w14:paraId="2C240239" w14:textId="77777777" w:rsidR="00407902" w:rsidRPr="00F51F43" w:rsidRDefault="00407902" w:rsidP="007E581D">
            <w:pPr>
              <w:spacing w:after="0" w:line="240" w:lineRule="auto"/>
              <w:jc w:val="center"/>
              <w:rPr>
                <w:noProof/>
                <w:sz w:val="20"/>
                <w:szCs w:val="20"/>
              </w:rPr>
            </w:pPr>
            <w:r w:rsidRPr="00F51F43">
              <w:rPr>
                <w:noProof/>
                <w:sz w:val="20"/>
                <w:szCs w:val="20"/>
              </w:rPr>
              <w:t>Program predškole</w:t>
            </w:r>
          </w:p>
        </w:tc>
        <w:tc>
          <w:tcPr>
            <w:tcW w:w="1559" w:type="dxa"/>
            <w:tcMar>
              <w:top w:w="80" w:type="dxa"/>
              <w:left w:w="80" w:type="dxa"/>
              <w:bottom w:w="80" w:type="dxa"/>
              <w:right w:w="80" w:type="dxa"/>
            </w:tcMar>
            <w:vAlign w:val="center"/>
          </w:tcPr>
          <w:p w14:paraId="7C75FEEC" w14:textId="77777777" w:rsidR="00407902" w:rsidRPr="00F51F43" w:rsidRDefault="00B96EAD" w:rsidP="007E581D">
            <w:pPr>
              <w:spacing w:after="0" w:line="240" w:lineRule="auto"/>
              <w:jc w:val="center"/>
              <w:rPr>
                <w:noProof/>
                <w:sz w:val="20"/>
                <w:szCs w:val="20"/>
              </w:rPr>
            </w:pPr>
            <w:r w:rsidRPr="00F51F43">
              <w:rPr>
                <w:noProof/>
                <w:sz w:val="20"/>
                <w:szCs w:val="20"/>
              </w:rPr>
              <w:t>6</w:t>
            </w:r>
          </w:p>
        </w:tc>
        <w:tc>
          <w:tcPr>
            <w:tcW w:w="2587" w:type="dxa"/>
            <w:tcMar>
              <w:top w:w="80" w:type="dxa"/>
              <w:left w:w="80" w:type="dxa"/>
              <w:bottom w:w="80" w:type="dxa"/>
              <w:right w:w="80" w:type="dxa"/>
            </w:tcMar>
            <w:vAlign w:val="center"/>
          </w:tcPr>
          <w:p w14:paraId="55C1A91B" w14:textId="77777777" w:rsidR="00407902" w:rsidRPr="00F51F43" w:rsidRDefault="00B40DE8" w:rsidP="000555A3">
            <w:pPr>
              <w:spacing w:after="0" w:line="240" w:lineRule="auto"/>
              <w:jc w:val="center"/>
              <w:rPr>
                <w:noProof/>
                <w:sz w:val="20"/>
                <w:szCs w:val="20"/>
              </w:rPr>
            </w:pPr>
            <w:r w:rsidRPr="00F51F43">
              <w:rPr>
                <w:noProof/>
                <w:sz w:val="20"/>
                <w:szCs w:val="20"/>
              </w:rPr>
              <w:t>O</w:t>
            </w:r>
            <w:r w:rsidR="000555A3" w:rsidRPr="00F51F43">
              <w:rPr>
                <w:noProof/>
                <w:sz w:val="20"/>
                <w:szCs w:val="20"/>
              </w:rPr>
              <w:t>dgojiteljice S.M. i M.I.</w:t>
            </w:r>
          </w:p>
        </w:tc>
      </w:tr>
      <w:tr w:rsidR="000555A3" w:rsidRPr="00F51F43" w14:paraId="614C1E9C" w14:textId="77777777" w:rsidTr="000555A3">
        <w:trPr>
          <w:cantSplit/>
          <w:trHeight w:val="187"/>
          <w:jc w:val="center"/>
        </w:trPr>
        <w:tc>
          <w:tcPr>
            <w:tcW w:w="2446" w:type="dxa"/>
            <w:tcMar>
              <w:top w:w="80" w:type="dxa"/>
              <w:left w:w="80" w:type="dxa"/>
              <w:bottom w:w="80" w:type="dxa"/>
              <w:right w:w="80" w:type="dxa"/>
            </w:tcMar>
            <w:vAlign w:val="center"/>
          </w:tcPr>
          <w:p w14:paraId="59F0FEC4" w14:textId="77777777" w:rsidR="0095175E" w:rsidRPr="00F51F43" w:rsidRDefault="00B22AA1" w:rsidP="007E581D">
            <w:pPr>
              <w:spacing w:after="0" w:line="240" w:lineRule="auto"/>
              <w:jc w:val="center"/>
              <w:rPr>
                <w:noProof/>
                <w:sz w:val="20"/>
                <w:szCs w:val="20"/>
              </w:rPr>
            </w:pPr>
            <w:r w:rsidRPr="00F51F43">
              <w:rPr>
                <w:noProof/>
                <w:sz w:val="20"/>
                <w:szCs w:val="20"/>
              </w:rPr>
              <w:t>“ZVONČIĆ” GOLA</w:t>
            </w:r>
          </w:p>
        </w:tc>
        <w:tc>
          <w:tcPr>
            <w:tcW w:w="2268" w:type="dxa"/>
            <w:tcMar>
              <w:top w:w="80" w:type="dxa"/>
              <w:left w:w="80" w:type="dxa"/>
              <w:bottom w:w="80" w:type="dxa"/>
              <w:right w:w="80" w:type="dxa"/>
            </w:tcMar>
            <w:vAlign w:val="center"/>
          </w:tcPr>
          <w:p w14:paraId="0D6A8D48" w14:textId="77777777" w:rsidR="0095175E" w:rsidRPr="00F51F43" w:rsidRDefault="0095175E" w:rsidP="007E581D">
            <w:pPr>
              <w:spacing w:after="0" w:line="240" w:lineRule="auto"/>
              <w:jc w:val="center"/>
              <w:rPr>
                <w:noProof/>
                <w:sz w:val="20"/>
                <w:szCs w:val="20"/>
              </w:rPr>
            </w:pPr>
            <w:r w:rsidRPr="00F51F43">
              <w:rPr>
                <w:noProof/>
                <w:sz w:val="20"/>
                <w:szCs w:val="20"/>
              </w:rPr>
              <w:t>Program predškole</w:t>
            </w:r>
          </w:p>
        </w:tc>
        <w:tc>
          <w:tcPr>
            <w:tcW w:w="1559" w:type="dxa"/>
            <w:tcMar>
              <w:top w:w="80" w:type="dxa"/>
              <w:left w:w="80" w:type="dxa"/>
              <w:bottom w:w="80" w:type="dxa"/>
              <w:right w:w="80" w:type="dxa"/>
            </w:tcMar>
            <w:vAlign w:val="center"/>
          </w:tcPr>
          <w:p w14:paraId="4BBACD8F" w14:textId="77777777" w:rsidR="0095175E" w:rsidRPr="00F51F43" w:rsidRDefault="000555A3" w:rsidP="007E581D">
            <w:pPr>
              <w:spacing w:after="0" w:line="240" w:lineRule="auto"/>
              <w:jc w:val="center"/>
              <w:rPr>
                <w:noProof/>
                <w:sz w:val="20"/>
                <w:szCs w:val="20"/>
              </w:rPr>
            </w:pPr>
            <w:r w:rsidRPr="00F51F43">
              <w:rPr>
                <w:noProof/>
                <w:sz w:val="20"/>
                <w:szCs w:val="20"/>
              </w:rPr>
              <w:t>21</w:t>
            </w:r>
          </w:p>
        </w:tc>
        <w:tc>
          <w:tcPr>
            <w:tcW w:w="2587" w:type="dxa"/>
            <w:tcMar>
              <w:top w:w="80" w:type="dxa"/>
              <w:left w:w="80" w:type="dxa"/>
              <w:bottom w:w="80" w:type="dxa"/>
              <w:right w:w="80" w:type="dxa"/>
            </w:tcMar>
            <w:vAlign w:val="center"/>
          </w:tcPr>
          <w:p w14:paraId="586CCEF3" w14:textId="77777777" w:rsidR="0095175E" w:rsidRPr="00F51F43" w:rsidRDefault="001F7EC4" w:rsidP="000555A3">
            <w:pPr>
              <w:spacing w:after="0" w:line="240" w:lineRule="auto"/>
              <w:jc w:val="center"/>
              <w:rPr>
                <w:noProof/>
                <w:sz w:val="20"/>
                <w:szCs w:val="20"/>
              </w:rPr>
            </w:pPr>
            <w:r w:rsidRPr="00F51F43">
              <w:rPr>
                <w:noProof/>
                <w:sz w:val="20"/>
                <w:szCs w:val="20"/>
              </w:rPr>
              <w:t xml:space="preserve">odgojiteljice </w:t>
            </w:r>
            <w:r w:rsidR="000555A3" w:rsidRPr="00F51F43">
              <w:rPr>
                <w:noProof/>
                <w:sz w:val="20"/>
                <w:szCs w:val="20"/>
              </w:rPr>
              <w:t>K.Š. i A.M.</w:t>
            </w:r>
          </w:p>
        </w:tc>
      </w:tr>
      <w:tr w:rsidR="000555A3" w:rsidRPr="00F51F43" w14:paraId="2A59D92B" w14:textId="77777777" w:rsidTr="000555A3">
        <w:trPr>
          <w:cantSplit/>
          <w:trHeight w:val="187"/>
          <w:jc w:val="center"/>
        </w:trPr>
        <w:tc>
          <w:tcPr>
            <w:tcW w:w="2446" w:type="dxa"/>
            <w:tcMar>
              <w:top w:w="80" w:type="dxa"/>
              <w:left w:w="80" w:type="dxa"/>
              <w:bottom w:w="80" w:type="dxa"/>
              <w:right w:w="80" w:type="dxa"/>
            </w:tcMar>
            <w:vAlign w:val="center"/>
          </w:tcPr>
          <w:p w14:paraId="403F3AD0" w14:textId="77777777" w:rsidR="000555A3" w:rsidRPr="00F51F43" w:rsidRDefault="000555A3" w:rsidP="007E581D">
            <w:pPr>
              <w:spacing w:after="0" w:line="240" w:lineRule="auto"/>
              <w:jc w:val="center"/>
              <w:rPr>
                <w:noProof/>
                <w:sz w:val="20"/>
                <w:szCs w:val="20"/>
              </w:rPr>
            </w:pPr>
          </w:p>
        </w:tc>
        <w:tc>
          <w:tcPr>
            <w:tcW w:w="2268" w:type="dxa"/>
            <w:tcMar>
              <w:top w:w="80" w:type="dxa"/>
              <w:left w:w="80" w:type="dxa"/>
              <w:bottom w:w="80" w:type="dxa"/>
              <w:right w:w="80" w:type="dxa"/>
            </w:tcMar>
            <w:vAlign w:val="center"/>
          </w:tcPr>
          <w:p w14:paraId="54C005DE" w14:textId="77777777" w:rsidR="000555A3" w:rsidRPr="00F51F43" w:rsidRDefault="000555A3" w:rsidP="007E581D">
            <w:pPr>
              <w:spacing w:after="0" w:line="240" w:lineRule="auto"/>
              <w:jc w:val="center"/>
              <w:rPr>
                <w:noProof/>
                <w:sz w:val="20"/>
                <w:szCs w:val="20"/>
              </w:rPr>
            </w:pPr>
            <w:r w:rsidRPr="00F51F43">
              <w:rPr>
                <w:noProof/>
                <w:sz w:val="20"/>
                <w:szCs w:val="20"/>
              </w:rPr>
              <w:t>Katolički vjerski odgoj</w:t>
            </w:r>
          </w:p>
        </w:tc>
        <w:tc>
          <w:tcPr>
            <w:tcW w:w="1559" w:type="dxa"/>
            <w:tcMar>
              <w:top w:w="80" w:type="dxa"/>
              <w:left w:w="80" w:type="dxa"/>
              <w:bottom w:w="80" w:type="dxa"/>
              <w:right w:w="80" w:type="dxa"/>
            </w:tcMar>
            <w:vAlign w:val="center"/>
          </w:tcPr>
          <w:p w14:paraId="65ADFA5A" w14:textId="77777777" w:rsidR="000555A3" w:rsidRPr="00F51F43" w:rsidRDefault="000555A3" w:rsidP="007E581D">
            <w:pPr>
              <w:spacing w:after="0" w:line="240" w:lineRule="auto"/>
              <w:jc w:val="center"/>
              <w:rPr>
                <w:noProof/>
                <w:sz w:val="20"/>
                <w:szCs w:val="20"/>
              </w:rPr>
            </w:pPr>
            <w:r w:rsidRPr="00F51F43">
              <w:rPr>
                <w:noProof/>
                <w:sz w:val="20"/>
                <w:szCs w:val="20"/>
              </w:rPr>
              <w:t>21</w:t>
            </w:r>
          </w:p>
        </w:tc>
        <w:tc>
          <w:tcPr>
            <w:tcW w:w="2587" w:type="dxa"/>
            <w:tcMar>
              <w:top w:w="80" w:type="dxa"/>
              <w:left w:w="80" w:type="dxa"/>
              <w:bottom w:w="80" w:type="dxa"/>
              <w:right w:w="80" w:type="dxa"/>
            </w:tcMar>
            <w:vAlign w:val="center"/>
          </w:tcPr>
          <w:p w14:paraId="5E6A2D54" w14:textId="77777777" w:rsidR="000555A3" w:rsidRPr="00F51F43" w:rsidRDefault="000555A3" w:rsidP="000555A3">
            <w:pPr>
              <w:spacing w:after="0" w:line="240" w:lineRule="auto"/>
              <w:jc w:val="center"/>
              <w:rPr>
                <w:noProof/>
                <w:sz w:val="20"/>
                <w:szCs w:val="20"/>
              </w:rPr>
            </w:pPr>
            <w:r w:rsidRPr="00F51F43">
              <w:rPr>
                <w:noProof/>
                <w:sz w:val="20"/>
                <w:szCs w:val="20"/>
              </w:rPr>
              <w:t>odgojiteljica A.S.</w:t>
            </w:r>
          </w:p>
        </w:tc>
      </w:tr>
      <w:tr w:rsidR="000555A3" w:rsidRPr="00F51F43" w14:paraId="257D5783" w14:textId="77777777" w:rsidTr="000555A3">
        <w:trPr>
          <w:cantSplit/>
          <w:trHeight w:val="187"/>
          <w:jc w:val="center"/>
        </w:trPr>
        <w:tc>
          <w:tcPr>
            <w:tcW w:w="2446" w:type="dxa"/>
            <w:tcMar>
              <w:top w:w="80" w:type="dxa"/>
              <w:left w:w="80" w:type="dxa"/>
              <w:bottom w:w="80" w:type="dxa"/>
              <w:right w:w="80" w:type="dxa"/>
            </w:tcMar>
            <w:vAlign w:val="center"/>
          </w:tcPr>
          <w:p w14:paraId="53ECFE71" w14:textId="77777777" w:rsidR="00B22AA1" w:rsidRPr="00F51F43" w:rsidRDefault="00B22AA1" w:rsidP="007E581D">
            <w:pPr>
              <w:spacing w:after="0" w:line="240" w:lineRule="auto"/>
              <w:jc w:val="center"/>
              <w:rPr>
                <w:noProof/>
                <w:sz w:val="20"/>
                <w:szCs w:val="20"/>
              </w:rPr>
            </w:pPr>
            <w:r w:rsidRPr="00F51F43">
              <w:rPr>
                <w:noProof/>
                <w:sz w:val="20"/>
                <w:szCs w:val="20"/>
              </w:rPr>
              <w:t>“BAMBI” ŽDALA</w:t>
            </w:r>
          </w:p>
        </w:tc>
        <w:tc>
          <w:tcPr>
            <w:tcW w:w="2268" w:type="dxa"/>
            <w:tcMar>
              <w:top w:w="80" w:type="dxa"/>
              <w:left w:w="80" w:type="dxa"/>
              <w:bottom w:w="80" w:type="dxa"/>
              <w:right w:w="80" w:type="dxa"/>
            </w:tcMar>
            <w:vAlign w:val="center"/>
          </w:tcPr>
          <w:p w14:paraId="45EA1B41" w14:textId="77777777" w:rsidR="00B22AA1" w:rsidRPr="00F51F43" w:rsidRDefault="00B22AA1" w:rsidP="007E581D">
            <w:pPr>
              <w:spacing w:after="0" w:line="240" w:lineRule="auto"/>
              <w:jc w:val="center"/>
              <w:rPr>
                <w:noProof/>
                <w:sz w:val="20"/>
                <w:szCs w:val="20"/>
              </w:rPr>
            </w:pPr>
            <w:r w:rsidRPr="00F51F43">
              <w:rPr>
                <w:noProof/>
                <w:sz w:val="20"/>
                <w:szCs w:val="20"/>
              </w:rPr>
              <w:t>Program predškole</w:t>
            </w:r>
          </w:p>
        </w:tc>
        <w:tc>
          <w:tcPr>
            <w:tcW w:w="1559" w:type="dxa"/>
            <w:tcMar>
              <w:top w:w="80" w:type="dxa"/>
              <w:left w:w="80" w:type="dxa"/>
              <w:bottom w:w="80" w:type="dxa"/>
              <w:right w:w="80" w:type="dxa"/>
            </w:tcMar>
            <w:vAlign w:val="center"/>
          </w:tcPr>
          <w:p w14:paraId="41245D29" w14:textId="77777777" w:rsidR="00B22AA1" w:rsidRPr="00F51F43" w:rsidRDefault="000555A3" w:rsidP="007E581D">
            <w:pPr>
              <w:spacing w:after="0" w:line="240" w:lineRule="auto"/>
              <w:jc w:val="center"/>
              <w:rPr>
                <w:noProof/>
                <w:sz w:val="20"/>
                <w:szCs w:val="20"/>
              </w:rPr>
            </w:pPr>
            <w:r w:rsidRPr="00F51F43">
              <w:rPr>
                <w:noProof/>
                <w:sz w:val="20"/>
                <w:szCs w:val="20"/>
              </w:rPr>
              <w:t>6</w:t>
            </w:r>
          </w:p>
        </w:tc>
        <w:tc>
          <w:tcPr>
            <w:tcW w:w="2587" w:type="dxa"/>
            <w:tcMar>
              <w:top w:w="80" w:type="dxa"/>
              <w:left w:w="80" w:type="dxa"/>
              <w:bottom w:w="80" w:type="dxa"/>
              <w:right w:w="80" w:type="dxa"/>
            </w:tcMar>
            <w:vAlign w:val="center"/>
          </w:tcPr>
          <w:p w14:paraId="2B16D1DA" w14:textId="77777777" w:rsidR="00B22AA1" w:rsidRPr="00F51F43" w:rsidRDefault="002B4B1E" w:rsidP="00AA39F9">
            <w:pPr>
              <w:spacing w:after="0" w:line="240" w:lineRule="auto"/>
              <w:jc w:val="center"/>
              <w:rPr>
                <w:noProof/>
                <w:sz w:val="20"/>
                <w:szCs w:val="20"/>
              </w:rPr>
            </w:pPr>
            <w:r w:rsidRPr="00F51F43">
              <w:rPr>
                <w:noProof/>
                <w:sz w:val="20"/>
                <w:szCs w:val="20"/>
              </w:rPr>
              <w:t xml:space="preserve">odgojiteljice </w:t>
            </w:r>
            <w:r w:rsidR="00B22AA1" w:rsidRPr="00F51F43">
              <w:rPr>
                <w:noProof/>
                <w:sz w:val="20"/>
                <w:szCs w:val="20"/>
              </w:rPr>
              <w:t>M.J.</w:t>
            </w:r>
            <w:r w:rsidR="001E4882" w:rsidRPr="00F51F43">
              <w:rPr>
                <w:noProof/>
                <w:sz w:val="20"/>
                <w:szCs w:val="20"/>
              </w:rPr>
              <w:t xml:space="preserve"> i </w:t>
            </w:r>
            <w:r w:rsidR="00AA39F9" w:rsidRPr="00F51F43">
              <w:rPr>
                <w:noProof/>
                <w:sz w:val="20"/>
                <w:szCs w:val="20"/>
              </w:rPr>
              <w:t>H.G.</w:t>
            </w:r>
          </w:p>
        </w:tc>
      </w:tr>
      <w:tr w:rsidR="000555A3" w:rsidRPr="00F51F43" w14:paraId="5FF29E88" w14:textId="77777777" w:rsidTr="000555A3">
        <w:trPr>
          <w:cantSplit/>
          <w:trHeight w:val="187"/>
          <w:jc w:val="center"/>
        </w:trPr>
        <w:tc>
          <w:tcPr>
            <w:tcW w:w="2446" w:type="dxa"/>
            <w:tcMar>
              <w:top w:w="80" w:type="dxa"/>
              <w:left w:w="80" w:type="dxa"/>
              <w:bottom w:w="80" w:type="dxa"/>
              <w:right w:w="80" w:type="dxa"/>
            </w:tcMar>
            <w:vAlign w:val="center"/>
          </w:tcPr>
          <w:p w14:paraId="549302B9" w14:textId="77777777" w:rsidR="000422EE" w:rsidRPr="00F51F43" w:rsidRDefault="000555A3" w:rsidP="007E581D">
            <w:pPr>
              <w:spacing w:after="0" w:line="240" w:lineRule="auto"/>
              <w:jc w:val="center"/>
              <w:rPr>
                <w:noProof/>
                <w:sz w:val="20"/>
                <w:szCs w:val="20"/>
              </w:rPr>
            </w:pPr>
            <w:r w:rsidRPr="00F51F43">
              <w:rPr>
                <w:noProof/>
                <w:sz w:val="20"/>
                <w:szCs w:val="20"/>
              </w:rPr>
              <w:t>„DABRIĆ“ LEGRAD</w:t>
            </w:r>
          </w:p>
        </w:tc>
        <w:tc>
          <w:tcPr>
            <w:tcW w:w="2268" w:type="dxa"/>
            <w:tcMar>
              <w:top w:w="80" w:type="dxa"/>
              <w:left w:w="80" w:type="dxa"/>
              <w:bottom w:w="80" w:type="dxa"/>
              <w:right w:w="80" w:type="dxa"/>
            </w:tcMar>
            <w:vAlign w:val="center"/>
          </w:tcPr>
          <w:p w14:paraId="26DC4DA6" w14:textId="77777777" w:rsidR="000422EE" w:rsidRPr="00F51F43" w:rsidRDefault="000422EE" w:rsidP="007E581D">
            <w:pPr>
              <w:spacing w:after="0" w:line="240" w:lineRule="auto"/>
              <w:jc w:val="center"/>
              <w:rPr>
                <w:noProof/>
                <w:sz w:val="20"/>
                <w:szCs w:val="20"/>
              </w:rPr>
            </w:pPr>
            <w:r w:rsidRPr="00F51F43">
              <w:rPr>
                <w:noProof/>
                <w:sz w:val="20"/>
                <w:szCs w:val="20"/>
              </w:rPr>
              <w:t>Program predškole</w:t>
            </w:r>
          </w:p>
        </w:tc>
        <w:tc>
          <w:tcPr>
            <w:tcW w:w="1559" w:type="dxa"/>
            <w:tcMar>
              <w:top w:w="80" w:type="dxa"/>
              <w:left w:w="80" w:type="dxa"/>
              <w:bottom w:w="80" w:type="dxa"/>
              <w:right w:w="80" w:type="dxa"/>
            </w:tcMar>
            <w:vAlign w:val="center"/>
          </w:tcPr>
          <w:p w14:paraId="6C9B95FF" w14:textId="77777777" w:rsidR="000422EE" w:rsidRPr="00F51F43" w:rsidRDefault="004457F4" w:rsidP="007E581D">
            <w:pPr>
              <w:spacing w:after="0" w:line="240" w:lineRule="auto"/>
              <w:jc w:val="center"/>
              <w:rPr>
                <w:noProof/>
                <w:sz w:val="20"/>
                <w:szCs w:val="20"/>
              </w:rPr>
            </w:pPr>
            <w:r w:rsidRPr="00F51F43">
              <w:rPr>
                <w:noProof/>
                <w:sz w:val="20"/>
                <w:szCs w:val="20"/>
              </w:rPr>
              <w:t>16</w:t>
            </w:r>
          </w:p>
        </w:tc>
        <w:tc>
          <w:tcPr>
            <w:tcW w:w="2587" w:type="dxa"/>
            <w:tcMar>
              <w:top w:w="80" w:type="dxa"/>
              <w:left w:w="80" w:type="dxa"/>
              <w:bottom w:w="80" w:type="dxa"/>
              <w:right w:w="80" w:type="dxa"/>
            </w:tcMar>
            <w:vAlign w:val="center"/>
          </w:tcPr>
          <w:p w14:paraId="27D6366C" w14:textId="77777777" w:rsidR="000422EE" w:rsidRPr="00F51F43" w:rsidRDefault="000555A3" w:rsidP="002C1721">
            <w:pPr>
              <w:spacing w:after="0" w:line="240" w:lineRule="auto"/>
              <w:jc w:val="center"/>
              <w:rPr>
                <w:noProof/>
                <w:sz w:val="20"/>
                <w:szCs w:val="20"/>
              </w:rPr>
            </w:pPr>
            <w:r w:rsidRPr="00F51F43">
              <w:rPr>
                <w:noProof/>
                <w:sz w:val="20"/>
                <w:szCs w:val="20"/>
              </w:rPr>
              <w:t>Odgojiteljice M.K.M.</w:t>
            </w:r>
            <w:r w:rsidR="000422EE" w:rsidRPr="00F51F43">
              <w:rPr>
                <w:noProof/>
                <w:sz w:val="20"/>
                <w:szCs w:val="20"/>
              </w:rPr>
              <w:t>. i T.L.</w:t>
            </w:r>
          </w:p>
        </w:tc>
      </w:tr>
    </w:tbl>
    <w:p w14:paraId="79B8A450" w14:textId="77777777" w:rsidR="002755FD" w:rsidRDefault="002755FD" w:rsidP="006D71BC">
      <w:pPr>
        <w:pStyle w:val="Tijeloteksta3"/>
        <w:tabs>
          <w:tab w:val="left" w:pos="3544"/>
        </w:tabs>
        <w:rPr>
          <w:i w:val="0"/>
          <w:noProof/>
        </w:rPr>
      </w:pPr>
    </w:p>
    <w:p w14:paraId="3B849A42" w14:textId="77777777" w:rsidR="00F00549" w:rsidRPr="00F51F43" w:rsidRDefault="00061335" w:rsidP="006D71BC">
      <w:pPr>
        <w:pStyle w:val="Tijeloteksta3"/>
        <w:keepNext/>
        <w:tabs>
          <w:tab w:val="left" w:pos="3544"/>
        </w:tabs>
        <w:spacing w:before="120"/>
        <w:jc w:val="left"/>
        <w:rPr>
          <w:bCs/>
          <w:noProof/>
        </w:rPr>
      </w:pPr>
      <w:r w:rsidRPr="00F51F43">
        <w:rPr>
          <w:bCs/>
          <w:noProof/>
        </w:rPr>
        <w:t xml:space="preserve">Tablica </w:t>
      </w:r>
      <w:r w:rsidR="008312C6" w:rsidRPr="00F51F43">
        <w:rPr>
          <w:bCs/>
          <w:noProof/>
        </w:rPr>
        <w:t>16</w:t>
      </w:r>
      <w:r w:rsidR="00B22AA1" w:rsidRPr="00F51F43">
        <w:rPr>
          <w:bCs/>
          <w:noProof/>
        </w:rPr>
        <w:t>: P</w:t>
      </w:r>
      <w:r w:rsidRPr="00F51F43">
        <w:rPr>
          <w:bCs/>
          <w:noProof/>
        </w:rPr>
        <w:t>rogrami</w:t>
      </w:r>
      <w:r w:rsidR="008312C6" w:rsidRPr="00F51F43">
        <w:rPr>
          <w:bCs/>
          <w:noProof/>
        </w:rPr>
        <w:t xml:space="preserve"> koji se provode</w:t>
      </w:r>
      <w:r w:rsidRPr="00F51F43">
        <w:rPr>
          <w:bCs/>
          <w:noProof/>
        </w:rPr>
        <w:t xml:space="preserve"> izvan redovitog desetosatnog p</w:t>
      </w:r>
      <w:r w:rsidR="00B22AA1" w:rsidRPr="00F51F43">
        <w:rPr>
          <w:bCs/>
          <w:noProof/>
        </w:rPr>
        <w:t>rograma u pedagoškoj godini 202</w:t>
      </w:r>
      <w:r w:rsidR="00371FE5" w:rsidRPr="00F51F43">
        <w:rPr>
          <w:bCs/>
          <w:noProof/>
        </w:rPr>
        <w:t>6</w:t>
      </w:r>
      <w:r w:rsidR="00B22AA1" w:rsidRPr="00F51F43">
        <w:rPr>
          <w:bCs/>
          <w:noProof/>
        </w:rPr>
        <w:t>./202</w:t>
      </w:r>
      <w:r w:rsidR="00371FE5" w:rsidRPr="00F51F43">
        <w:rPr>
          <w:bCs/>
          <w:noProof/>
        </w:rPr>
        <w:t>7</w:t>
      </w:r>
      <w:r w:rsidR="00D60763" w:rsidRPr="00F51F43">
        <w:rPr>
          <w:bCs/>
          <w:noProof/>
        </w:rPr>
        <w:t>.</w:t>
      </w:r>
    </w:p>
    <w:tbl>
      <w:tblPr>
        <w:tblStyle w:val="Reetkatablice"/>
        <w:tblW w:w="7049" w:type="dxa"/>
        <w:jc w:val="center"/>
        <w:tblLayout w:type="fixed"/>
        <w:tblLook w:val="01E0" w:firstRow="1" w:lastRow="1" w:firstColumn="1" w:lastColumn="1" w:noHBand="0" w:noVBand="0"/>
      </w:tblPr>
      <w:tblGrid>
        <w:gridCol w:w="2693"/>
        <w:gridCol w:w="1985"/>
        <w:gridCol w:w="2371"/>
      </w:tblGrid>
      <w:tr w:rsidR="001A029B" w:rsidRPr="00F51F43" w14:paraId="573287B2" w14:textId="77777777" w:rsidTr="001E4B44">
        <w:trPr>
          <w:cantSplit/>
          <w:trHeight w:val="241"/>
          <w:jc w:val="center"/>
        </w:trPr>
        <w:tc>
          <w:tcPr>
            <w:tcW w:w="2693" w:type="dxa"/>
            <w:shd w:val="clear" w:color="auto" w:fill="D9EAD3"/>
            <w:tcMar>
              <w:top w:w="80" w:type="dxa"/>
              <w:left w:w="80" w:type="dxa"/>
              <w:bottom w:w="80" w:type="dxa"/>
              <w:right w:w="80" w:type="dxa"/>
            </w:tcMar>
            <w:vAlign w:val="center"/>
          </w:tcPr>
          <w:p w14:paraId="691E9FEE" w14:textId="77777777" w:rsidR="001E4B44" w:rsidRPr="00F51F43" w:rsidRDefault="001E4B44" w:rsidP="00061335">
            <w:pPr>
              <w:spacing w:after="0" w:line="240" w:lineRule="auto"/>
              <w:jc w:val="center"/>
              <w:rPr>
                <w:b/>
                <w:noProof/>
                <w:sz w:val="20"/>
                <w:szCs w:val="20"/>
              </w:rPr>
            </w:pPr>
            <w:r w:rsidRPr="00F51F43">
              <w:rPr>
                <w:b/>
                <w:noProof/>
                <w:sz w:val="20"/>
                <w:szCs w:val="20"/>
              </w:rPr>
              <w:t>KRAĆI PROGRAM</w:t>
            </w:r>
          </w:p>
        </w:tc>
        <w:tc>
          <w:tcPr>
            <w:tcW w:w="1985" w:type="dxa"/>
            <w:shd w:val="clear" w:color="auto" w:fill="D9EAD3"/>
            <w:tcMar>
              <w:top w:w="80" w:type="dxa"/>
              <w:left w:w="80" w:type="dxa"/>
              <w:bottom w:w="80" w:type="dxa"/>
              <w:right w:w="80" w:type="dxa"/>
            </w:tcMar>
            <w:vAlign w:val="center"/>
          </w:tcPr>
          <w:p w14:paraId="56EA5203" w14:textId="77777777" w:rsidR="001E4B44" w:rsidRPr="00F51F43" w:rsidRDefault="001E4B44" w:rsidP="00D503FE">
            <w:pPr>
              <w:spacing w:after="0" w:line="240" w:lineRule="auto"/>
              <w:jc w:val="center"/>
              <w:rPr>
                <w:b/>
                <w:noProof/>
                <w:sz w:val="20"/>
                <w:szCs w:val="20"/>
              </w:rPr>
            </w:pPr>
            <w:r w:rsidRPr="00F51F43">
              <w:rPr>
                <w:b/>
                <w:noProof/>
                <w:sz w:val="20"/>
                <w:szCs w:val="20"/>
              </w:rPr>
              <w:t>BROJ UKLJUČENE DJECE</w:t>
            </w:r>
          </w:p>
        </w:tc>
        <w:tc>
          <w:tcPr>
            <w:tcW w:w="2371" w:type="dxa"/>
            <w:shd w:val="clear" w:color="auto" w:fill="D9EAD3"/>
            <w:tcMar>
              <w:top w:w="80" w:type="dxa"/>
              <w:left w:w="80" w:type="dxa"/>
              <w:bottom w:w="80" w:type="dxa"/>
              <w:right w:w="80" w:type="dxa"/>
            </w:tcMar>
            <w:vAlign w:val="center"/>
          </w:tcPr>
          <w:p w14:paraId="76593426" w14:textId="77777777" w:rsidR="001E4B44" w:rsidRPr="00F51F43" w:rsidRDefault="001E4B44" w:rsidP="00D503FE">
            <w:pPr>
              <w:spacing w:after="0" w:line="240" w:lineRule="auto"/>
              <w:jc w:val="center"/>
              <w:rPr>
                <w:b/>
                <w:noProof/>
                <w:sz w:val="20"/>
                <w:szCs w:val="20"/>
              </w:rPr>
            </w:pPr>
            <w:r w:rsidRPr="00F51F43">
              <w:rPr>
                <w:b/>
                <w:noProof/>
                <w:sz w:val="20"/>
                <w:szCs w:val="20"/>
              </w:rPr>
              <w:t>VODITELJICE</w:t>
            </w:r>
          </w:p>
        </w:tc>
      </w:tr>
      <w:tr w:rsidR="001E4B44" w:rsidRPr="00F51F43" w14:paraId="2A3AE4DB" w14:textId="77777777" w:rsidTr="001E4B44">
        <w:trPr>
          <w:cantSplit/>
          <w:trHeight w:val="187"/>
          <w:jc w:val="center"/>
        </w:trPr>
        <w:tc>
          <w:tcPr>
            <w:tcW w:w="2693" w:type="dxa"/>
            <w:tcMar>
              <w:top w:w="80" w:type="dxa"/>
              <w:left w:w="80" w:type="dxa"/>
              <w:bottom w:w="80" w:type="dxa"/>
              <w:right w:w="80" w:type="dxa"/>
            </w:tcMar>
            <w:vAlign w:val="center"/>
          </w:tcPr>
          <w:p w14:paraId="488C9519" w14:textId="77777777" w:rsidR="001E4B44" w:rsidRPr="00F51F43" w:rsidRDefault="001E4B44" w:rsidP="007E581D">
            <w:pPr>
              <w:spacing w:after="0" w:line="240" w:lineRule="auto"/>
              <w:jc w:val="center"/>
              <w:rPr>
                <w:noProof/>
                <w:sz w:val="20"/>
                <w:szCs w:val="20"/>
              </w:rPr>
            </w:pPr>
            <w:r w:rsidRPr="00F51F43">
              <w:rPr>
                <w:noProof/>
                <w:sz w:val="20"/>
                <w:szCs w:val="20"/>
              </w:rPr>
              <w:t>Kraći program engleskog jezika</w:t>
            </w:r>
          </w:p>
        </w:tc>
        <w:tc>
          <w:tcPr>
            <w:tcW w:w="1985" w:type="dxa"/>
            <w:tcMar>
              <w:top w:w="80" w:type="dxa"/>
              <w:left w:w="80" w:type="dxa"/>
              <w:bottom w:w="80" w:type="dxa"/>
              <w:right w:w="80" w:type="dxa"/>
            </w:tcMar>
            <w:vAlign w:val="center"/>
          </w:tcPr>
          <w:p w14:paraId="5440CD54" w14:textId="77777777" w:rsidR="001E4B44" w:rsidRPr="00F51F43" w:rsidRDefault="001E4B44" w:rsidP="0054794E">
            <w:pPr>
              <w:spacing w:after="0" w:line="240" w:lineRule="auto"/>
              <w:jc w:val="center"/>
              <w:rPr>
                <w:noProof/>
                <w:sz w:val="20"/>
                <w:szCs w:val="20"/>
              </w:rPr>
            </w:pPr>
            <w:r w:rsidRPr="00F51F43">
              <w:rPr>
                <w:noProof/>
                <w:sz w:val="20"/>
                <w:szCs w:val="20"/>
              </w:rPr>
              <w:t>Prema anketi</w:t>
            </w:r>
          </w:p>
        </w:tc>
        <w:tc>
          <w:tcPr>
            <w:tcW w:w="2371" w:type="dxa"/>
            <w:tcMar>
              <w:top w:w="80" w:type="dxa"/>
              <w:left w:w="80" w:type="dxa"/>
              <w:bottom w:w="80" w:type="dxa"/>
              <w:right w:w="80" w:type="dxa"/>
            </w:tcMar>
            <w:vAlign w:val="center"/>
          </w:tcPr>
          <w:p w14:paraId="5511E2E9" w14:textId="77777777" w:rsidR="001E4B44" w:rsidRPr="00F51F43" w:rsidRDefault="001E4B44" w:rsidP="00365427">
            <w:pPr>
              <w:spacing w:after="0" w:line="240" w:lineRule="auto"/>
              <w:jc w:val="center"/>
              <w:rPr>
                <w:noProof/>
                <w:sz w:val="20"/>
                <w:szCs w:val="20"/>
              </w:rPr>
            </w:pPr>
            <w:r w:rsidRPr="00F51F43">
              <w:rPr>
                <w:noProof/>
                <w:sz w:val="20"/>
                <w:szCs w:val="20"/>
              </w:rPr>
              <w:t>Studio Žerjav</w:t>
            </w:r>
          </w:p>
        </w:tc>
      </w:tr>
    </w:tbl>
    <w:p w14:paraId="306A61BA" w14:textId="77777777" w:rsidR="0065278B" w:rsidRPr="00F51F43" w:rsidRDefault="0065278B" w:rsidP="005E7763">
      <w:pPr>
        <w:contextualSpacing/>
        <w:rPr>
          <w:noProof/>
        </w:rPr>
      </w:pPr>
    </w:p>
    <w:p w14:paraId="7C33F0F0" w14:textId="77777777" w:rsidR="00EA5125" w:rsidRPr="00F51F43" w:rsidRDefault="003D2D3E" w:rsidP="00307ADD">
      <w:pPr>
        <w:pStyle w:val="Naslov2"/>
        <w:rPr>
          <w:noProof/>
        </w:rPr>
      </w:pPr>
      <w:bookmarkStart w:id="27" w:name="_Toc241563343"/>
      <w:r w:rsidRPr="00F51F43">
        <w:rPr>
          <w:noProof/>
        </w:rPr>
        <w:t>5.</w:t>
      </w:r>
      <w:r w:rsidR="005E7763" w:rsidRPr="00F51F43">
        <w:rPr>
          <w:noProof/>
        </w:rPr>
        <w:t>4</w:t>
      </w:r>
      <w:r w:rsidR="00E7493F" w:rsidRPr="00F51F43">
        <w:rPr>
          <w:noProof/>
        </w:rPr>
        <w:t>.</w:t>
      </w:r>
      <w:r w:rsidR="008268FD" w:rsidRPr="00F51F43">
        <w:rPr>
          <w:noProof/>
        </w:rPr>
        <w:t xml:space="preserve"> PROJEKTI</w:t>
      </w:r>
      <w:bookmarkEnd w:id="27"/>
    </w:p>
    <w:p w14:paraId="6FAF1541" w14:textId="77777777" w:rsidR="000F5806" w:rsidRPr="00F51F43" w:rsidRDefault="008268FD" w:rsidP="00321BD2">
      <w:pPr>
        <w:contextualSpacing/>
        <w:rPr>
          <w:noProof/>
        </w:rPr>
      </w:pPr>
      <w:r w:rsidRPr="00F51F43">
        <w:rPr>
          <w:i/>
          <w:noProof/>
        </w:rPr>
        <w:tab/>
      </w:r>
      <w:r w:rsidR="000F5806" w:rsidRPr="00F51F43">
        <w:rPr>
          <w:noProof/>
        </w:rPr>
        <w:t>Rad na projektu jedan je od oblika integriranog kurikuluma. Tijek rada na projektu nije moguće unaprijed planirati, nije ga moguće ranije strukturirati, nije unaprijed određena duljina njegova trajanja niti se zna u kojem će se smjeru razvijati. Osnovni je kriterij odabira smjera razvoja projekata interes djece. Tema projekta također proizlazi iz dječjih razgovora, interakcije, simboličke igre, interesa.</w:t>
      </w:r>
    </w:p>
    <w:p w14:paraId="2ACF5860" w14:textId="77777777" w:rsidR="000F5806" w:rsidRPr="00F51F43" w:rsidRDefault="000F5806" w:rsidP="00321BD2">
      <w:pPr>
        <w:contextualSpacing/>
        <w:rPr>
          <w:noProof/>
        </w:rPr>
      </w:pPr>
      <w:r w:rsidRPr="00F51F43">
        <w:rPr>
          <w:noProof/>
        </w:rPr>
        <w:t xml:space="preserve">Dio tema projekata definiran je </w:t>
      </w:r>
      <w:r w:rsidR="00321BD2" w:rsidRPr="00F51F43">
        <w:rPr>
          <w:noProof/>
        </w:rPr>
        <w:t>na početku</w:t>
      </w:r>
      <w:r w:rsidRPr="00F51F43">
        <w:rPr>
          <w:noProof/>
        </w:rPr>
        <w:t xml:space="preserve"> pedagoške godine i naveden je u tablici koja slijedi. Preostale teme odgojiteljice će definirati naknadno, nakon adaptacijskog perioda i upoznavanja s interesima </w:t>
      </w:r>
      <w:r w:rsidR="00321BD2" w:rsidRPr="00F51F43">
        <w:rPr>
          <w:noProof/>
        </w:rPr>
        <w:t xml:space="preserve">nove </w:t>
      </w:r>
      <w:r w:rsidRPr="00F51F43">
        <w:rPr>
          <w:noProof/>
        </w:rPr>
        <w:t xml:space="preserve">djece u skupini. </w:t>
      </w:r>
    </w:p>
    <w:p w14:paraId="6F7E14CB" w14:textId="77777777" w:rsidR="000F5806" w:rsidRPr="00F51F43" w:rsidRDefault="000F5806" w:rsidP="000F5806">
      <w:pPr>
        <w:rPr>
          <w:noProof/>
        </w:rPr>
      </w:pPr>
    </w:p>
    <w:p w14:paraId="52F0993F" w14:textId="77777777" w:rsidR="003751D2" w:rsidRPr="00AC789E" w:rsidRDefault="000F5806" w:rsidP="00AC789E">
      <w:pPr>
        <w:keepNext/>
        <w:spacing w:before="120"/>
        <w:jc w:val="left"/>
        <w:rPr>
          <w:b/>
          <w:bCs/>
          <w:noProof/>
        </w:rPr>
      </w:pPr>
      <w:r w:rsidRPr="00F51F43">
        <w:rPr>
          <w:b/>
          <w:bCs/>
          <w:noProof/>
        </w:rPr>
        <w:lastRenderedPageBreak/>
        <w:t>Tablica 17: Definirane teme projekata po odgojnim skupinama</w:t>
      </w:r>
    </w:p>
    <w:tbl>
      <w:tblPr>
        <w:tblStyle w:val="Reetkatablice"/>
        <w:tblW w:w="0" w:type="auto"/>
        <w:jc w:val="center"/>
        <w:tblLayout w:type="fixed"/>
        <w:tblLook w:val="04A0" w:firstRow="1" w:lastRow="0" w:firstColumn="1" w:lastColumn="0" w:noHBand="0" w:noVBand="1"/>
      </w:tblPr>
      <w:tblGrid>
        <w:gridCol w:w="2799"/>
        <w:gridCol w:w="1701"/>
        <w:gridCol w:w="2694"/>
        <w:gridCol w:w="1806"/>
      </w:tblGrid>
      <w:tr w:rsidR="000F5806" w:rsidRPr="00F51F43" w14:paraId="5D12F019" w14:textId="77777777" w:rsidTr="003751D2">
        <w:trPr>
          <w:cantSplit/>
          <w:tblHeader/>
          <w:jc w:val="center"/>
        </w:trPr>
        <w:tc>
          <w:tcPr>
            <w:tcW w:w="2799" w:type="dxa"/>
            <w:shd w:val="clear" w:color="auto" w:fill="D9EAD3"/>
            <w:tcMar>
              <w:top w:w="80" w:type="dxa"/>
              <w:left w:w="80" w:type="dxa"/>
              <w:bottom w:w="80" w:type="dxa"/>
              <w:right w:w="80" w:type="dxa"/>
            </w:tcMar>
            <w:vAlign w:val="center"/>
          </w:tcPr>
          <w:p w14:paraId="7333D622" w14:textId="77777777" w:rsidR="000F5806" w:rsidRPr="00F51F43" w:rsidRDefault="000F5806" w:rsidP="000F5806">
            <w:pPr>
              <w:spacing w:after="0" w:line="240" w:lineRule="auto"/>
              <w:jc w:val="center"/>
              <w:rPr>
                <w:noProof/>
                <w:sz w:val="20"/>
                <w:szCs w:val="20"/>
              </w:rPr>
            </w:pPr>
            <w:r w:rsidRPr="00F51F43">
              <w:rPr>
                <w:b/>
                <w:noProof/>
                <w:sz w:val="20"/>
                <w:szCs w:val="20"/>
              </w:rPr>
              <w:t>OBJEKT</w:t>
            </w:r>
          </w:p>
        </w:tc>
        <w:tc>
          <w:tcPr>
            <w:tcW w:w="1701" w:type="dxa"/>
            <w:shd w:val="clear" w:color="auto" w:fill="D9EAD3"/>
            <w:tcMar>
              <w:top w:w="80" w:type="dxa"/>
              <w:left w:w="80" w:type="dxa"/>
              <w:bottom w:w="80" w:type="dxa"/>
              <w:right w:w="80" w:type="dxa"/>
            </w:tcMar>
            <w:vAlign w:val="center"/>
          </w:tcPr>
          <w:p w14:paraId="26AAC4CC" w14:textId="77777777" w:rsidR="000F5806" w:rsidRPr="00F51F43" w:rsidRDefault="000F5806" w:rsidP="00B96EAD">
            <w:pPr>
              <w:spacing w:after="0" w:line="240" w:lineRule="auto"/>
              <w:jc w:val="center"/>
              <w:rPr>
                <w:noProof/>
                <w:sz w:val="20"/>
                <w:szCs w:val="20"/>
              </w:rPr>
            </w:pPr>
            <w:r w:rsidRPr="00F51F43">
              <w:rPr>
                <w:b/>
                <w:noProof/>
                <w:sz w:val="20"/>
                <w:szCs w:val="20"/>
              </w:rPr>
              <w:t>ODGOJNA SKUPINA</w:t>
            </w:r>
          </w:p>
        </w:tc>
        <w:tc>
          <w:tcPr>
            <w:tcW w:w="2694" w:type="dxa"/>
            <w:shd w:val="clear" w:color="auto" w:fill="D9EAD3"/>
            <w:tcMar>
              <w:top w:w="80" w:type="dxa"/>
              <w:left w:w="80" w:type="dxa"/>
              <w:bottom w:w="80" w:type="dxa"/>
              <w:right w:w="80" w:type="dxa"/>
            </w:tcMar>
            <w:vAlign w:val="center"/>
          </w:tcPr>
          <w:p w14:paraId="004C9610" w14:textId="77777777" w:rsidR="000F5806" w:rsidRPr="00F51F43" w:rsidRDefault="000F5806" w:rsidP="00B96EAD">
            <w:pPr>
              <w:spacing w:after="0" w:line="240" w:lineRule="auto"/>
              <w:jc w:val="center"/>
              <w:rPr>
                <w:noProof/>
                <w:sz w:val="20"/>
                <w:szCs w:val="20"/>
              </w:rPr>
            </w:pPr>
            <w:r w:rsidRPr="00F51F43">
              <w:rPr>
                <w:b/>
                <w:noProof/>
                <w:sz w:val="20"/>
                <w:szCs w:val="20"/>
              </w:rPr>
              <w:t>NAZIV PROJEKTA</w:t>
            </w:r>
          </w:p>
        </w:tc>
        <w:tc>
          <w:tcPr>
            <w:tcW w:w="1806" w:type="dxa"/>
            <w:shd w:val="clear" w:color="auto" w:fill="D9EAD3"/>
            <w:tcMar>
              <w:top w:w="80" w:type="dxa"/>
              <w:left w:w="80" w:type="dxa"/>
              <w:bottom w:w="80" w:type="dxa"/>
              <w:right w:w="80" w:type="dxa"/>
            </w:tcMar>
            <w:vAlign w:val="center"/>
          </w:tcPr>
          <w:p w14:paraId="15259006" w14:textId="77777777" w:rsidR="000F5806" w:rsidRPr="00F51F43" w:rsidRDefault="000F5806" w:rsidP="00B96EAD">
            <w:pPr>
              <w:spacing w:after="0" w:line="240" w:lineRule="auto"/>
              <w:jc w:val="center"/>
              <w:rPr>
                <w:noProof/>
                <w:sz w:val="20"/>
                <w:szCs w:val="20"/>
              </w:rPr>
            </w:pPr>
            <w:r w:rsidRPr="00F51F43">
              <w:rPr>
                <w:b/>
                <w:noProof/>
                <w:sz w:val="20"/>
                <w:szCs w:val="20"/>
              </w:rPr>
              <w:t>VODITELJICE PROJEKTA</w:t>
            </w:r>
          </w:p>
        </w:tc>
      </w:tr>
      <w:tr w:rsidR="000F5806" w:rsidRPr="00F51F43" w14:paraId="0DCC848C" w14:textId="77777777" w:rsidTr="000F5806">
        <w:trPr>
          <w:cantSplit/>
          <w:jc w:val="center"/>
        </w:trPr>
        <w:tc>
          <w:tcPr>
            <w:tcW w:w="2799" w:type="dxa"/>
            <w:tcMar>
              <w:top w:w="80" w:type="dxa"/>
              <w:left w:w="80" w:type="dxa"/>
              <w:bottom w:w="80" w:type="dxa"/>
              <w:right w:w="80" w:type="dxa"/>
            </w:tcMar>
            <w:vAlign w:val="center"/>
          </w:tcPr>
          <w:p w14:paraId="3A91E6F3" w14:textId="77777777" w:rsidR="000F5806" w:rsidRPr="00F51F43" w:rsidRDefault="000F5806" w:rsidP="00B96EAD">
            <w:pPr>
              <w:spacing w:after="0" w:line="240" w:lineRule="auto"/>
              <w:rPr>
                <w:noProof/>
                <w:sz w:val="20"/>
                <w:szCs w:val="20"/>
              </w:rPr>
            </w:pPr>
            <w:r w:rsidRPr="00F51F43">
              <w:rPr>
                <w:noProof/>
                <w:sz w:val="20"/>
                <w:szCs w:val="20"/>
              </w:rPr>
              <w:t>„Iskrica“ Đelekovec</w:t>
            </w:r>
          </w:p>
        </w:tc>
        <w:tc>
          <w:tcPr>
            <w:tcW w:w="1701" w:type="dxa"/>
            <w:tcMar>
              <w:top w:w="80" w:type="dxa"/>
              <w:left w:w="80" w:type="dxa"/>
              <w:bottom w:w="80" w:type="dxa"/>
              <w:right w:w="80" w:type="dxa"/>
            </w:tcMar>
            <w:vAlign w:val="center"/>
          </w:tcPr>
          <w:p w14:paraId="0A55CB9A" w14:textId="77777777" w:rsidR="000F5806" w:rsidRPr="00F51F43" w:rsidRDefault="000F5806" w:rsidP="00B96EAD">
            <w:pPr>
              <w:spacing w:after="0" w:line="240" w:lineRule="auto"/>
              <w:rPr>
                <w:noProof/>
                <w:sz w:val="20"/>
                <w:szCs w:val="20"/>
              </w:rPr>
            </w:pPr>
            <w:r w:rsidRPr="00F51F43">
              <w:rPr>
                <w:noProof/>
                <w:sz w:val="20"/>
                <w:szCs w:val="20"/>
              </w:rPr>
              <w:t>Iskrice</w:t>
            </w:r>
          </w:p>
        </w:tc>
        <w:tc>
          <w:tcPr>
            <w:tcW w:w="2694" w:type="dxa"/>
            <w:tcMar>
              <w:top w:w="80" w:type="dxa"/>
              <w:left w:w="80" w:type="dxa"/>
              <w:bottom w:w="80" w:type="dxa"/>
              <w:right w:w="80" w:type="dxa"/>
            </w:tcMar>
            <w:vAlign w:val="center"/>
          </w:tcPr>
          <w:p w14:paraId="187085D3" w14:textId="77777777" w:rsidR="000F5806" w:rsidRPr="00F51F43" w:rsidRDefault="000F5806" w:rsidP="00B96EAD">
            <w:pPr>
              <w:spacing w:after="0" w:line="240" w:lineRule="auto"/>
              <w:rPr>
                <w:noProof/>
                <w:sz w:val="20"/>
                <w:szCs w:val="20"/>
              </w:rPr>
            </w:pPr>
            <w:r w:rsidRPr="00F51F43">
              <w:rPr>
                <w:noProof/>
                <w:sz w:val="20"/>
                <w:szCs w:val="20"/>
              </w:rPr>
              <w:t>Mali istraživači</w:t>
            </w:r>
          </w:p>
        </w:tc>
        <w:tc>
          <w:tcPr>
            <w:tcW w:w="1806" w:type="dxa"/>
            <w:tcMar>
              <w:top w:w="80" w:type="dxa"/>
              <w:left w:w="80" w:type="dxa"/>
              <w:bottom w:w="80" w:type="dxa"/>
              <w:right w:w="80" w:type="dxa"/>
            </w:tcMar>
            <w:vAlign w:val="center"/>
          </w:tcPr>
          <w:p w14:paraId="2FCAAFF1" w14:textId="77777777" w:rsidR="000F5806" w:rsidRPr="00F51F43" w:rsidRDefault="000F5806" w:rsidP="00B96EAD">
            <w:pPr>
              <w:spacing w:after="0" w:line="240" w:lineRule="auto"/>
              <w:rPr>
                <w:noProof/>
                <w:sz w:val="20"/>
                <w:szCs w:val="20"/>
              </w:rPr>
            </w:pPr>
            <w:r w:rsidRPr="00F51F43">
              <w:rPr>
                <w:noProof/>
                <w:sz w:val="20"/>
                <w:szCs w:val="20"/>
              </w:rPr>
              <w:t>M.I., S.M.</w:t>
            </w:r>
          </w:p>
        </w:tc>
      </w:tr>
      <w:tr w:rsidR="000F5806" w:rsidRPr="00F51F43" w14:paraId="2C6F8AC6" w14:textId="77777777" w:rsidTr="000F5806">
        <w:trPr>
          <w:cantSplit/>
          <w:jc w:val="center"/>
        </w:trPr>
        <w:tc>
          <w:tcPr>
            <w:tcW w:w="2799" w:type="dxa"/>
            <w:tcMar>
              <w:top w:w="80" w:type="dxa"/>
              <w:left w:w="80" w:type="dxa"/>
              <w:bottom w:w="80" w:type="dxa"/>
              <w:right w:w="80" w:type="dxa"/>
            </w:tcMar>
            <w:vAlign w:val="center"/>
          </w:tcPr>
          <w:p w14:paraId="7A05BA16" w14:textId="77777777" w:rsidR="000F5806" w:rsidRPr="00F51F43" w:rsidRDefault="000F5806" w:rsidP="00B96EAD">
            <w:pPr>
              <w:spacing w:after="0" w:line="240" w:lineRule="auto"/>
              <w:rPr>
                <w:noProof/>
                <w:sz w:val="20"/>
                <w:szCs w:val="20"/>
              </w:rPr>
            </w:pPr>
            <w:r w:rsidRPr="00F51F43">
              <w:rPr>
                <w:noProof/>
                <w:sz w:val="20"/>
                <w:szCs w:val="20"/>
              </w:rPr>
              <w:t>„Zvončić“ Gola</w:t>
            </w:r>
          </w:p>
        </w:tc>
        <w:tc>
          <w:tcPr>
            <w:tcW w:w="1701" w:type="dxa"/>
            <w:tcMar>
              <w:top w:w="80" w:type="dxa"/>
              <w:left w:w="80" w:type="dxa"/>
              <w:bottom w:w="80" w:type="dxa"/>
              <w:right w:w="80" w:type="dxa"/>
            </w:tcMar>
            <w:vAlign w:val="center"/>
          </w:tcPr>
          <w:p w14:paraId="48C0C5EB" w14:textId="77777777" w:rsidR="000F5806" w:rsidRPr="00F51F43" w:rsidRDefault="000F5806" w:rsidP="00B96EAD">
            <w:pPr>
              <w:spacing w:after="0" w:line="240" w:lineRule="auto"/>
              <w:rPr>
                <w:noProof/>
                <w:sz w:val="20"/>
                <w:szCs w:val="20"/>
              </w:rPr>
            </w:pPr>
            <w:r w:rsidRPr="00F51F43">
              <w:rPr>
                <w:noProof/>
                <w:sz w:val="20"/>
                <w:szCs w:val="20"/>
              </w:rPr>
              <w:t>Pčelice</w:t>
            </w:r>
          </w:p>
        </w:tc>
        <w:tc>
          <w:tcPr>
            <w:tcW w:w="2694" w:type="dxa"/>
            <w:tcMar>
              <w:top w:w="80" w:type="dxa"/>
              <w:left w:w="80" w:type="dxa"/>
              <w:bottom w:w="80" w:type="dxa"/>
              <w:right w:w="80" w:type="dxa"/>
            </w:tcMar>
            <w:vAlign w:val="center"/>
          </w:tcPr>
          <w:p w14:paraId="26759FD0" w14:textId="77777777" w:rsidR="000F5806" w:rsidRPr="00F51F43" w:rsidRDefault="000F5806" w:rsidP="00B96EAD">
            <w:pPr>
              <w:spacing w:after="0" w:line="240" w:lineRule="auto"/>
              <w:rPr>
                <w:noProof/>
                <w:sz w:val="20"/>
                <w:szCs w:val="20"/>
              </w:rPr>
            </w:pPr>
            <w:r w:rsidRPr="00F51F43">
              <w:rPr>
                <w:noProof/>
                <w:sz w:val="20"/>
                <w:szCs w:val="20"/>
              </w:rPr>
              <w:t>Gdje se sakrilo?</w:t>
            </w:r>
          </w:p>
        </w:tc>
        <w:tc>
          <w:tcPr>
            <w:tcW w:w="1806" w:type="dxa"/>
            <w:tcMar>
              <w:top w:w="80" w:type="dxa"/>
              <w:left w:w="80" w:type="dxa"/>
              <w:bottom w:w="80" w:type="dxa"/>
              <w:right w:w="80" w:type="dxa"/>
            </w:tcMar>
            <w:vAlign w:val="center"/>
          </w:tcPr>
          <w:p w14:paraId="0980C76E" w14:textId="77777777" w:rsidR="000F5806" w:rsidRPr="00F51F43" w:rsidRDefault="000F5806" w:rsidP="00B96EAD">
            <w:pPr>
              <w:spacing w:after="0" w:line="240" w:lineRule="auto"/>
              <w:rPr>
                <w:noProof/>
                <w:sz w:val="20"/>
                <w:szCs w:val="20"/>
              </w:rPr>
            </w:pPr>
            <w:r w:rsidRPr="00F51F43">
              <w:rPr>
                <w:noProof/>
                <w:sz w:val="20"/>
                <w:szCs w:val="20"/>
              </w:rPr>
              <w:t>D.V., M.S.</w:t>
            </w:r>
          </w:p>
        </w:tc>
      </w:tr>
      <w:tr w:rsidR="000F5806" w:rsidRPr="00F51F43" w14:paraId="2DB5480A" w14:textId="77777777" w:rsidTr="000F5806">
        <w:trPr>
          <w:cantSplit/>
          <w:jc w:val="center"/>
        </w:trPr>
        <w:tc>
          <w:tcPr>
            <w:tcW w:w="2799" w:type="dxa"/>
            <w:tcMar>
              <w:top w:w="80" w:type="dxa"/>
              <w:left w:w="80" w:type="dxa"/>
              <w:bottom w:w="80" w:type="dxa"/>
              <w:right w:w="80" w:type="dxa"/>
            </w:tcMar>
            <w:vAlign w:val="center"/>
          </w:tcPr>
          <w:p w14:paraId="4E2B902A" w14:textId="77777777" w:rsidR="000F5806" w:rsidRPr="00F51F43" w:rsidRDefault="000F5806" w:rsidP="000F5806">
            <w:pPr>
              <w:spacing w:after="0" w:line="240" w:lineRule="auto"/>
              <w:rPr>
                <w:noProof/>
                <w:sz w:val="20"/>
                <w:szCs w:val="20"/>
              </w:rPr>
            </w:pPr>
            <w:r w:rsidRPr="00F51F43">
              <w:rPr>
                <w:noProof/>
                <w:sz w:val="20"/>
                <w:szCs w:val="20"/>
              </w:rPr>
              <w:t>„Zvončić“ Gola</w:t>
            </w:r>
          </w:p>
        </w:tc>
        <w:tc>
          <w:tcPr>
            <w:tcW w:w="1701" w:type="dxa"/>
            <w:tcMar>
              <w:top w:w="80" w:type="dxa"/>
              <w:left w:w="80" w:type="dxa"/>
              <w:bottom w:w="80" w:type="dxa"/>
              <w:right w:w="80" w:type="dxa"/>
            </w:tcMar>
            <w:vAlign w:val="center"/>
          </w:tcPr>
          <w:p w14:paraId="78468AF9" w14:textId="77777777" w:rsidR="000F5806" w:rsidRPr="00F51F43" w:rsidRDefault="000F5806" w:rsidP="000F5806">
            <w:pPr>
              <w:spacing w:after="0" w:line="240" w:lineRule="auto"/>
              <w:rPr>
                <w:noProof/>
                <w:sz w:val="20"/>
                <w:szCs w:val="20"/>
              </w:rPr>
            </w:pPr>
            <w:r w:rsidRPr="00F51F43">
              <w:rPr>
                <w:noProof/>
                <w:sz w:val="20"/>
                <w:szCs w:val="20"/>
              </w:rPr>
              <w:t>Zvjezdice</w:t>
            </w:r>
          </w:p>
        </w:tc>
        <w:tc>
          <w:tcPr>
            <w:tcW w:w="2694" w:type="dxa"/>
            <w:tcMar>
              <w:top w:w="80" w:type="dxa"/>
              <w:left w:w="80" w:type="dxa"/>
              <w:bottom w:w="80" w:type="dxa"/>
              <w:right w:w="80" w:type="dxa"/>
            </w:tcMar>
            <w:vAlign w:val="center"/>
          </w:tcPr>
          <w:p w14:paraId="454E6BFE" w14:textId="77777777" w:rsidR="000F5806" w:rsidRPr="00F51F43" w:rsidRDefault="000F5806" w:rsidP="000F5806">
            <w:pPr>
              <w:spacing w:after="0" w:line="240" w:lineRule="auto"/>
              <w:rPr>
                <w:noProof/>
                <w:sz w:val="20"/>
                <w:szCs w:val="20"/>
              </w:rPr>
            </w:pPr>
            <w:r w:rsidRPr="00F51F43">
              <w:rPr>
                <w:noProof/>
                <w:sz w:val="20"/>
                <w:szCs w:val="20"/>
              </w:rPr>
              <w:t>Godina puna boja</w:t>
            </w:r>
          </w:p>
        </w:tc>
        <w:tc>
          <w:tcPr>
            <w:tcW w:w="1806" w:type="dxa"/>
            <w:tcMar>
              <w:top w:w="80" w:type="dxa"/>
              <w:left w:w="80" w:type="dxa"/>
              <w:bottom w:w="80" w:type="dxa"/>
              <w:right w:w="80" w:type="dxa"/>
            </w:tcMar>
            <w:vAlign w:val="center"/>
          </w:tcPr>
          <w:p w14:paraId="6C91BAB9" w14:textId="77777777" w:rsidR="000F5806" w:rsidRPr="00F51F43" w:rsidRDefault="000F5806" w:rsidP="000F5806">
            <w:pPr>
              <w:spacing w:after="0" w:line="240" w:lineRule="auto"/>
              <w:rPr>
                <w:noProof/>
                <w:sz w:val="20"/>
                <w:szCs w:val="20"/>
              </w:rPr>
            </w:pPr>
            <w:r w:rsidRPr="00F51F43">
              <w:rPr>
                <w:noProof/>
                <w:sz w:val="20"/>
                <w:szCs w:val="20"/>
              </w:rPr>
              <w:t>L.P., A.S.</w:t>
            </w:r>
          </w:p>
        </w:tc>
      </w:tr>
      <w:tr w:rsidR="000F5806" w:rsidRPr="00F51F43" w14:paraId="0F3CAD09" w14:textId="77777777" w:rsidTr="000F5806">
        <w:trPr>
          <w:cantSplit/>
          <w:jc w:val="center"/>
        </w:trPr>
        <w:tc>
          <w:tcPr>
            <w:tcW w:w="2799" w:type="dxa"/>
            <w:tcMar>
              <w:top w:w="80" w:type="dxa"/>
              <w:left w:w="80" w:type="dxa"/>
              <w:bottom w:w="80" w:type="dxa"/>
              <w:right w:w="80" w:type="dxa"/>
            </w:tcMar>
            <w:vAlign w:val="center"/>
          </w:tcPr>
          <w:p w14:paraId="1E9972CA" w14:textId="77777777" w:rsidR="000F5806" w:rsidRPr="00F51F43" w:rsidRDefault="000F5806" w:rsidP="000F5806">
            <w:pPr>
              <w:spacing w:after="0" w:line="240" w:lineRule="auto"/>
              <w:rPr>
                <w:noProof/>
                <w:sz w:val="20"/>
                <w:szCs w:val="20"/>
              </w:rPr>
            </w:pPr>
            <w:r w:rsidRPr="00F51F43">
              <w:rPr>
                <w:noProof/>
                <w:sz w:val="20"/>
                <w:szCs w:val="20"/>
              </w:rPr>
              <w:t>„Zvončić“ Gola</w:t>
            </w:r>
          </w:p>
        </w:tc>
        <w:tc>
          <w:tcPr>
            <w:tcW w:w="1701" w:type="dxa"/>
            <w:tcMar>
              <w:top w:w="80" w:type="dxa"/>
              <w:left w:w="80" w:type="dxa"/>
              <w:bottom w:w="80" w:type="dxa"/>
              <w:right w:w="80" w:type="dxa"/>
            </w:tcMar>
            <w:vAlign w:val="center"/>
          </w:tcPr>
          <w:p w14:paraId="7FD569F9" w14:textId="77777777" w:rsidR="000F5806" w:rsidRPr="00F51F43" w:rsidRDefault="000F5806" w:rsidP="000F5806">
            <w:pPr>
              <w:spacing w:after="0" w:line="240" w:lineRule="auto"/>
              <w:rPr>
                <w:noProof/>
                <w:sz w:val="20"/>
                <w:szCs w:val="20"/>
              </w:rPr>
            </w:pPr>
            <w:r w:rsidRPr="00F51F43">
              <w:rPr>
                <w:noProof/>
                <w:sz w:val="20"/>
                <w:szCs w:val="20"/>
              </w:rPr>
              <w:t>Zvončić</w:t>
            </w:r>
          </w:p>
        </w:tc>
        <w:tc>
          <w:tcPr>
            <w:tcW w:w="2694" w:type="dxa"/>
            <w:tcMar>
              <w:top w:w="80" w:type="dxa"/>
              <w:left w:w="80" w:type="dxa"/>
              <w:bottom w:w="80" w:type="dxa"/>
              <w:right w:w="80" w:type="dxa"/>
            </w:tcMar>
            <w:vAlign w:val="center"/>
          </w:tcPr>
          <w:p w14:paraId="394F774F" w14:textId="77777777" w:rsidR="000F5806" w:rsidRPr="00F51F43" w:rsidRDefault="000F5806" w:rsidP="000F5806">
            <w:pPr>
              <w:spacing w:after="0" w:line="240" w:lineRule="auto"/>
              <w:rPr>
                <w:noProof/>
                <w:sz w:val="20"/>
                <w:szCs w:val="20"/>
              </w:rPr>
            </w:pPr>
            <w:r w:rsidRPr="00F51F43">
              <w:rPr>
                <w:noProof/>
                <w:sz w:val="20"/>
                <w:szCs w:val="20"/>
              </w:rPr>
              <w:t>Kukci</w:t>
            </w:r>
          </w:p>
        </w:tc>
        <w:tc>
          <w:tcPr>
            <w:tcW w:w="1806" w:type="dxa"/>
            <w:tcMar>
              <w:top w:w="80" w:type="dxa"/>
              <w:left w:w="80" w:type="dxa"/>
              <w:bottom w:w="80" w:type="dxa"/>
              <w:right w:w="80" w:type="dxa"/>
            </w:tcMar>
            <w:vAlign w:val="center"/>
          </w:tcPr>
          <w:p w14:paraId="38A0E34C" w14:textId="77777777" w:rsidR="000F5806" w:rsidRPr="00F51F43" w:rsidRDefault="000F5806" w:rsidP="000F5806">
            <w:pPr>
              <w:spacing w:after="0" w:line="240" w:lineRule="auto"/>
              <w:rPr>
                <w:noProof/>
                <w:sz w:val="20"/>
                <w:szCs w:val="20"/>
              </w:rPr>
            </w:pPr>
            <w:r w:rsidRPr="00F51F43">
              <w:rPr>
                <w:noProof/>
                <w:sz w:val="20"/>
                <w:szCs w:val="20"/>
              </w:rPr>
              <w:t>K.Š., A.M.</w:t>
            </w:r>
          </w:p>
        </w:tc>
      </w:tr>
      <w:tr w:rsidR="000F5806" w:rsidRPr="00F51F43" w14:paraId="66B197BB" w14:textId="77777777" w:rsidTr="000F5806">
        <w:trPr>
          <w:cantSplit/>
          <w:jc w:val="center"/>
        </w:trPr>
        <w:tc>
          <w:tcPr>
            <w:tcW w:w="2799" w:type="dxa"/>
            <w:tcMar>
              <w:top w:w="80" w:type="dxa"/>
              <w:left w:w="80" w:type="dxa"/>
              <w:bottom w:w="80" w:type="dxa"/>
              <w:right w:w="80" w:type="dxa"/>
            </w:tcMar>
            <w:vAlign w:val="center"/>
          </w:tcPr>
          <w:p w14:paraId="25C6DE41" w14:textId="77777777" w:rsidR="000F5806" w:rsidRPr="00F51F43" w:rsidRDefault="000F5806" w:rsidP="00B96EAD">
            <w:pPr>
              <w:spacing w:after="0" w:line="240" w:lineRule="auto"/>
              <w:rPr>
                <w:noProof/>
                <w:sz w:val="20"/>
                <w:szCs w:val="20"/>
              </w:rPr>
            </w:pPr>
            <w:r w:rsidRPr="00F51F43">
              <w:rPr>
                <w:noProof/>
                <w:sz w:val="20"/>
                <w:szCs w:val="20"/>
              </w:rPr>
              <w:t>„Bambi“ Ždala</w:t>
            </w:r>
          </w:p>
        </w:tc>
        <w:tc>
          <w:tcPr>
            <w:tcW w:w="1701" w:type="dxa"/>
            <w:tcMar>
              <w:top w:w="80" w:type="dxa"/>
              <w:left w:w="80" w:type="dxa"/>
              <w:bottom w:w="80" w:type="dxa"/>
              <w:right w:w="80" w:type="dxa"/>
            </w:tcMar>
            <w:vAlign w:val="center"/>
          </w:tcPr>
          <w:p w14:paraId="59492EFD" w14:textId="77777777" w:rsidR="000F5806" w:rsidRPr="00F51F43" w:rsidRDefault="000F5806" w:rsidP="00B96EAD">
            <w:pPr>
              <w:spacing w:after="0" w:line="240" w:lineRule="auto"/>
              <w:rPr>
                <w:noProof/>
                <w:sz w:val="20"/>
                <w:szCs w:val="20"/>
              </w:rPr>
            </w:pPr>
            <w:r w:rsidRPr="00F51F43">
              <w:rPr>
                <w:noProof/>
                <w:sz w:val="20"/>
                <w:szCs w:val="20"/>
              </w:rPr>
              <w:t>Bambi</w:t>
            </w:r>
          </w:p>
        </w:tc>
        <w:tc>
          <w:tcPr>
            <w:tcW w:w="2694" w:type="dxa"/>
            <w:tcMar>
              <w:top w:w="80" w:type="dxa"/>
              <w:left w:w="80" w:type="dxa"/>
              <w:bottom w:w="80" w:type="dxa"/>
              <w:right w:w="80" w:type="dxa"/>
            </w:tcMar>
            <w:vAlign w:val="center"/>
          </w:tcPr>
          <w:p w14:paraId="679C95C5" w14:textId="77777777" w:rsidR="000F5806" w:rsidRPr="00F51F43" w:rsidRDefault="000F5806" w:rsidP="00B96EAD">
            <w:pPr>
              <w:spacing w:after="0" w:line="240" w:lineRule="auto"/>
              <w:rPr>
                <w:noProof/>
                <w:sz w:val="20"/>
                <w:szCs w:val="20"/>
              </w:rPr>
            </w:pPr>
            <w:r w:rsidRPr="00F51F43">
              <w:rPr>
                <w:noProof/>
                <w:sz w:val="20"/>
                <w:szCs w:val="20"/>
              </w:rPr>
              <w:t>Mali istraživači</w:t>
            </w:r>
          </w:p>
        </w:tc>
        <w:tc>
          <w:tcPr>
            <w:tcW w:w="1806" w:type="dxa"/>
            <w:tcMar>
              <w:top w:w="80" w:type="dxa"/>
              <w:left w:w="80" w:type="dxa"/>
              <w:bottom w:w="80" w:type="dxa"/>
              <w:right w:w="80" w:type="dxa"/>
            </w:tcMar>
            <w:vAlign w:val="center"/>
          </w:tcPr>
          <w:p w14:paraId="7D2A9C0D" w14:textId="77777777" w:rsidR="000F5806" w:rsidRPr="00F51F43" w:rsidRDefault="000F5806" w:rsidP="00B96EAD">
            <w:pPr>
              <w:spacing w:after="0" w:line="240" w:lineRule="auto"/>
              <w:rPr>
                <w:noProof/>
                <w:sz w:val="20"/>
                <w:szCs w:val="20"/>
              </w:rPr>
            </w:pPr>
            <w:r w:rsidRPr="00F51F43">
              <w:rPr>
                <w:noProof/>
                <w:sz w:val="20"/>
                <w:szCs w:val="20"/>
              </w:rPr>
              <w:t>H.G., M.J.</w:t>
            </w:r>
          </w:p>
        </w:tc>
      </w:tr>
      <w:tr w:rsidR="000F5806" w:rsidRPr="00F51F43" w14:paraId="72E2C2A2" w14:textId="77777777" w:rsidTr="000F5806">
        <w:trPr>
          <w:cantSplit/>
          <w:jc w:val="center"/>
        </w:trPr>
        <w:tc>
          <w:tcPr>
            <w:tcW w:w="2799" w:type="dxa"/>
            <w:tcMar>
              <w:top w:w="80" w:type="dxa"/>
              <w:left w:w="80" w:type="dxa"/>
              <w:bottom w:w="80" w:type="dxa"/>
              <w:right w:w="80" w:type="dxa"/>
            </w:tcMar>
            <w:vAlign w:val="center"/>
          </w:tcPr>
          <w:p w14:paraId="4616C842" w14:textId="77777777" w:rsidR="000F5806" w:rsidRPr="00F51F43" w:rsidRDefault="000F5806" w:rsidP="00B96EAD">
            <w:pPr>
              <w:spacing w:after="0" w:line="240" w:lineRule="auto"/>
              <w:rPr>
                <w:noProof/>
                <w:sz w:val="20"/>
                <w:szCs w:val="20"/>
              </w:rPr>
            </w:pPr>
            <w:r w:rsidRPr="00F51F43">
              <w:rPr>
                <w:noProof/>
                <w:sz w:val="20"/>
                <w:szCs w:val="20"/>
              </w:rPr>
              <w:t>„Potočić“ Koprivnički Bregi</w:t>
            </w:r>
          </w:p>
        </w:tc>
        <w:tc>
          <w:tcPr>
            <w:tcW w:w="1701" w:type="dxa"/>
            <w:tcMar>
              <w:top w:w="80" w:type="dxa"/>
              <w:left w:w="80" w:type="dxa"/>
              <w:bottom w:w="80" w:type="dxa"/>
              <w:right w:w="80" w:type="dxa"/>
            </w:tcMar>
            <w:vAlign w:val="center"/>
          </w:tcPr>
          <w:p w14:paraId="730D7852" w14:textId="77777777" w:rsidR="000F5806" w:rsidRPr="00F51F43" w:rsidRDefault="000F5806" w:rsidP="00B96EAD">
            <w:pPr>
              <w:spacing w:after="0" w:line="240" w:lineRule="auto"/>
              <w:rPr>
                <w:noProof/>
                <w:sz w:val="20"/>
                <w:szCs w:val="20"/>
              </w:rPr>
            </w:pPr>
            <w:r w:rsidRPr="00F51F43">
              <w:rPr>
                <w:noProof/>
                <w:sz w:val="20"/>
                <w:szCs w:val="20"/>
              </w:rPr>
              <w:t>Lavići</w:t>
            </w:r>
          </w:p>
        </w:tc>
        <w:tc>
          <w:tcPr>
            <w:tcW w:w="2694" w:type="dxa"/>
            <w:tcMar>
              <w:top w:w="80" w:type="dxa"/>
              <w:left w:w="80" w:type="dxa"/>
              <w:bottom w:w="80" w:type="dxa"/>
              <w:right w:w="80" w:type="dxa"/>
            </w:tcMar>
            <w:vAlign w:val="center"/>
          </w:tcPr>
          <w:p w14:paraId="66CDD4A7" w14:textId="77777777" w:rsidR="000F5806" w:rsidRPr="00F51F43" w:rsidRDefault="000F5806" w:rsidP="00B96EAD">
            <w:pPr>
              <w:spacing w:after="0" w:line="240" w:lineRule="auto"/>
              <w:rPr>
                <w:noProof/>
                <w:sz w:val="20"/>
                <w:szCs w:val="20"/>
              </w:rPr>
            </w:pPr>
            <w:r w:rsidRPr="00F51F43">
              <w:rPr>
                <w:noProof/>
                <w:sz w:val="20"/>
                <w:szCs w:val="20"/>
              </w:rPr>
              <w:t>Moje tijelo može</w:t>
            </w:r>
          </w:p>
        </w:tc>
        <w:tc>
          <w:tcPr>
            <w:tcW w:w="1806" w:type="dxa"/>
            <w:tcMar>
              <w:top w:w="80" w:type="dxa"/>
              <w:left w:w="80" w:type="dxa"/>
              <w:bottom w:w="80" w:type="dxa"/>
              <w:right w:w="80" w:type="dxa"/>
            </w:tcMar>
            <w:vAlign w:val="center"/>
          </w:tcPr>
          <w:p w14:paraId="0163F60B" w14:textId="77777777" w:rsidR="000F5806" w:rsidRPr="00F51F43" w:rsidRDefault="000F5806" w:rsidP="00B96EAD">
            <w:pPr>
              <w:spacing w:after="0" w:line="240" w:lineRule="auto"/>
              <w:rPr>
                <w:noProof/>
                <w:sz w:val="20"/>
                <w:szCs w:val="20"/>
              </w:rPr>
            </w:pPr>
            <w:r w:rsidRPr="00F51F43">
              <w:rPr>
                <w:noProof/>
                <w:sz w:val="20"/>
                <w:szCs w:val="20"/>
              </w:rPr>
              <w:t>S.K., V.K.</w:t>
            </w:r>
          </w:p>
        </w:tc>
      </w:tr>
      <w:tr w:rsidR="000F5806" w:rsidRPr="00F51F43" w14:paraId="4A1C13AF" w14:textId="77777777" w:rsidTr="000F5806">
        <w:trPr>
          <w:cantSplit/>
          <w:jc w:val="center"/>
        </w:trPr>
        <w:tc>
          <w:tcPr>
            <w:tcW w:w="2799" w:type="dxa"/>
            <w:tcMar>
              <w:top w:w="80" w:type="dxa"/>
              <w:left w:w="80" w:type="dxa"/>
              <w:bottom w:w="80" w:type="dxa"/>
              <w:right w:w="80" w:type="dxa"/>
            </w:tcMar>
            <w:vAlign w:val="center"/>
          </w:tcPr>
          <w:p w14:paraId="0051BB5D" w14:textId="77777777" w:rsidR="000F5806" w:rsidRPr="00F51F43" w:rsidRDefault="000F5806" w:rsidP="000F5806">
            <w:pPr>
              <w:spacing w:after="0" w:line="240" w:lineRule="auto"/>
              <w:rPr>
                <w:noProof/>
                <w:sz w:val="20"/>
                <w:szCs w:val="20"/>
              </w:rPr>
            </w:pPr>
            <w:r w:rsidRPr="00F51F43">
              <w:rPr>
                <w:noProof/>
                <w:sz w:val="20"/>
                <w:szCs w:val="20"/>
              </w:rPr>
              <w:t>„Potočić“ Koprivnički Bregi</w:t>
            </w:r>
          </w:p>
        </w:tc>
        <w:tc>
          <w:tcPr>
            <w:tcW w:w="1701" w:type="dxa"/>
            <w:tcMar>
              <w:top w:w="80" w:type="dxa"/>
              <w:left w:w="80" w:type="dxa"/>
              <w:bottom w:w="80" w:type="dxa"/>
              <w:right w:w="80" w:type="dxa"/>
            </w:tcMar>
            <w:vAlign w:val="center"/>
          </w:tcPr>
          <w:p w14:paraId="5A8D9D33" w14:textId="77777777" w:rsidR="000F5806" w:rsidRPr="00F51F43" w:rsidRDefault="000F5806" w:rsidP="000F5806">
            <w:pPr>
              <w:spacing w:after="0" w:line="240" w:lineRule="auto"/>
              <w:rPr>
                <w:noProof/>
                <w:sz w:val="20"/>
                <w:szCs w:val="20"/>
              </w:rPr>
            </w:pPr>
            <w:r w:rsidRPr="00F51F43">
              <w:rPr>
                <w:noProof/>
                <w:sz w:val="20"/>
                <w:szCs w:val="20"/>
              </w:rPr>
              <w:t>Leptirići</w:t>
            </w:r>
          </w:p>
        </w:tc>
        <w:tc>
          <w:tcPr>
            <w:tcW w:w="2694" w:type="dxa"/>
            <w:tcMar>
              <w:top w:w="80" w:type="dxa"/>
              <w:left w:w="80" w:type="dxa"/>
              <w:bottom w:w="80" w:type="dxa"/>
              <w:right w:w="80" w:type="dxa"/>
            </w:tcMar>
            <w:vAlign w:val="center"/>
          </w:tcPr>
          <w:p w14:paraId="05D49323" w14:textId="77777777" w:rsidR="000F5806" w:rsidRPr="00F51F43" w:rsidRDefault="000F5806" w:rsidP="000F5806">
            <w:pPr>
              <w:spacing w:after="0" w:line="240" w:lineRule="auto"/>
              <w:rPr>
                <w:noProof/>
                <w:sz w:val="20"/>
                <w:szCs w:val="20"/>
              </w:rPr>
            </w:pPr>
            <w:r w:rsidRPr="00F51F43">
              <w:rPr>
                <w:noProof/>
                <w:sz w:val="20"/>
                <w:szCs w:val="20"/>
              </w:rPr>
              <w:t>Putovanje svijetom</w:t>
            </w:r>
          </w:p>
        </w:tc>
        <w:tc>
          <w:tcPr>
            <w:tcW w:w="1806" w:type="dxa"/>
            <w:tcMar>
              <w:top w:w="80" w:type="dxa"/>
              <w:left w:w="80" w:type="dxa"/>
              <w:bottom w:w="80" w:type="dxa"/>
              <w:right w:w="80" w:type="dxa"/>
            </w:tcMar>
            <w:vAlign w:val="center"/>
          </w:tcPr>
          <w:p w14:paraId="471D4CE7" w14:textId="77777777" w:rsidR="000F5806" w:rsidRPr="00F51F43" w:rsidRDefault="000F5806" w:rsidP="000F5806">
            <w:pPr>
              <w:spacing w:after="0" w:line="240" w:lineRule="auto"/>
              <w:rPr>
                <w:noProof/>
                <w:sz w:val="20"/>
                <w:szCs w:val="20"/>
              </w:rPr>
            </w:pPr>
            <w:r w:rsidRPr="00F51F43">
              <w:rPr>
                <w:noProof/>
                <w:sz w:val="20"/>
                <w:szCs w:val="20"/>
              </w:rPr>
              <w:t>S.B.S., K.G.</w:t>
            </w:r>
          </w:p>
        </w:tc>
      </w:tr>
      <w:tr w:rsidR="000F5806" w:rsidRPr="00F51F43" w14:paraId="7F5274B2" w14:textId="77777777" w:rsidTr="000F5806">
        <w:trPr>
          <w:cantSplit/>
          <w:jc w:val="center"/>
        </w:trPr>
        <w:tc>
          <w:tcPr>
            <w:tcW w:w="2799" w:type="dxa"/>
            <w:tcMar>
              <w:top w:w="80" w:type="dxa"/>
              <w:left w:w="80" w:type="dxa"/>
              <w:bottom w:w="80" w:type="dxa"/>
              <w:right w:w="80" w:type="dxa"/>
            </w:tcMar>
            <w:vAlign w:val="center"/>
          </w:tcPr>
          <w:p w14:paraId="322BEB47" w14:textId="77777777" w:rsidR="000F5806" w:rsidRPr="00F51F43" w:rsidRDefault="000F5806" w:rsidP="00B96EAD">
            <w:pPr>
              <w:spacing w:after="0" w:line="240" w:lineRule="auto"/>
              <w:rPr>
                <w:noProof/>
                <w:sz w:val="20"/>
                <w:szCs w:val="20"/>
              </w:rPr>
            </w:pPr>
            <w:r w:rsidRPr="00F51F43">
              <w:rPr>
                <w:noProof/>
                <w:sz w:val="20"/>
                <w:szCs w:val="20"/>
              </w:rPr>
              <w:t>„Ivančica“ Koprivnički Ivanec</w:t>
            </w:r>
          </w:p>
        </w:tc>
        <w:tc>
          <w:tcPr>
            <w:tcW w:w="1701" w:type="dxa"/>
            <w:tcMar>
              <w:top w:w="80" w:type="dxa"/>
              <w:left w:w="80" w:type="dxa"/>
              <w:bottom w:w="80" w:type="dxa"/>
              <w:right w:w="80" w:type="dxa"/>
            </w:tcMar>
            <w:vAlign w:val="center"/>
          </w:tcPr>
          <w:p w14:paraId="59EDE04D" w14:textId="77777777" w:rsidR="000F5806" w:rsidRPr="00F51F43" w:rsidRDefault="000F5806" w:rsidP="00B96EAD">
            <w:pPr>
              <w:spacing w:after="0" w:line="240" w:lineRule="auto"/>
              <w:rPr>
                <w:noProof/>
                <w:sz w:val="20"/>
                <w:szCs w:val="20"/>
              </w:rPr>
            </w:pPr>
            <w:r w:rsidRPr="00F51F43">
              <w:rPr>
                <w:noProof/>
                <w:sz w:val="20"/>
                <w:szCs w:val="20"/>
              </w:rPr>
              <w:t>Bubamare</w:t>
            </w:r>
          </w:p>
        </w:tc>
        <w:tc>
          <w:tcPr>
            <w:tcW w:w="2694" w:type="dxa"/>
            <w:tcMar>
              <w:top w:w="80" w:type="dxa"/>
              <w:left w:w="80" w:type="dxa"/>
              <w:bottom w:w="80" w:type="dxa"/>
              <w:right w:w="80" w:type="dxa"/>
            </w:tcMar>
            <w:vAlign w:val="center"/>
          </w:tcPr>
          <w:p w14:paraId="15C2DE30" w14:textId="77777777" w:rsidR="000F5806" w:rsidRPr="00F51F43" w:rsidRDefault="000F5806" w:rsidP="00B96EAD">
            <w:pPr>
              <w:spacing w:after="0" w:line="240" w:lineRule="auto"/>
              <w:rPr>
                <w:noProof/>
                <w:sz w:val="20"/>
                <w:szCs w:val="20"/>
              </w:rPr>
            </w:pPr>
            <w:r w:rsidRPr="00F51F43">
              <w:rPr>
                <w:noProof/>
                <w:sz w:val="20"/>
                <w:szCs w:val="20"/>
              </w:rPr>
              <w:t>Farma i njene životinje</w:t>
            </w:r>
          </w:p>
        </w:tc>
        <w:tc>
          <w:tcPr>
            <w:tcW w:w="1806" w:type="dxa"/>
            <w:tcMar>
              <w:top w:w="80" w:type="dxa"/>
              <w:left w:w="80" w:type="dxa"/>
              <w:bottom w:w="80" w:type="dxa"/>
              <w:right w:w="80" w:type="dxa"/>
            </w:tcMar>
            <w:vAlign w:val="center"/>
          </w:tcPr>
          <w:p w14:paraId="6FD2A6B6" w14:textId="77777777" w:rsidR="000F5806" w:rsidRPr="00F51F43" w:rsidRDefault="000F5806" w:rsidP="00B96EAD">
            <w:pPr>
              <w:spacing w:after="0" w:line="240" w:lineRule="auto"/>
              <w:rPr>
                <w:noProof/>
                <w:sz w:val="20"/>
                <w:szCs w:val="20"/>
              </w:rPr>
            </w:pPr>
            <w:r w:rsidRPr="00F51F43">
              <w:rPr>
                <w:noProof/>
                <w:sz w:val="20"/>
                <w:szCs w:val="20"/>
              </w:rPr>
              <w:t>S.F., S.K.</w:t>
            </w:r>
          </w:p>
        </w:tc>
      </w:tr>
      <w:tr w:rsidR="000F5806" w:rsidRPr="00F51F43" w14:paraId="34D25A0C" w14:textId="77777777" w:rsidTr="000F5806">
        <w:trPr>
          <w:cantSplit/>
          <w:jc w:val="center"/>
        </w:trPr>
        <w:tc>
          <w:tcPr>
            <w:tcW w:w="2799" w:type="dxa"/>
            <w:tcMar>
              <w:top w:w="80" w:type="dxa"/>
              <w:left w:w="80" w:type="dxa"/>
              <w:bottom w:w="80" w:type="dxa"/>
              <w:right w:w="80" w:type="dxa"/>
            </w:tcMar>
            <w:vAlign w:val="center"/>
          </w:tcPr>
          <w:p w14:paraId="1953D61D" w14:textId="77777777" w:rsidR="000F5806" w:rsidRPr="00F51F43" w:rsidRDefault="000F5806" w:rsidP="000F5806">
            <w:pPr>
              <w:spacing w:after="0" w:line="240" w:lineRule="auto"/>
              <w:rPr>
                <w:noProof/>
                <w:sz w:val="20"/>
                <w:szCs w:val="20"/>
              </w:rPr>
            </w:pPr>
            <w:r w:rsidRPr="00F51F43">
              <w:rPr>
                <w:noProof/>
                <w:sz w:val="20"/>
                <w:szCs w:val="20"/>
              </w:rPr>
              <w:t>„Ivančica“ Koprivnički Ivanec</w:t>
            </w:r>
          </w:p>
        </w:tc>
        <w:tc>
          <w:tcPr>
            <w:tcW w:w="1701" w:type="dxa"/>
            <w:tcMar>
              <w:top w:w="80" w:type="dxa"/>
              <w:left w:w="80" w:type="dxa"/>
              <w:bottom w:w="80" w:type="dxa"/>
              <w:right w:w="80" w:type="dxa"/>
            </w:tcMar>
            <w:vAlign w:val="center"/>
          </w:tcPr>
          <w:p w14:paraId="4049DD58" w14:textId="77777777" w:rsidR="000F5806" w:rsidRPr="00F51F43" w:rsidRDefault="000F5806" w:rsidP="000F5806">
            <w:pPr>
              <w:spacing w:after="0" w:line="240" w:lineRule="auto"/>
              <w:rPr>
                <w:noProof/>
                <w:sz w:val="20"/>
                <w:szCs w:val="20"/>
              </w:rPr>
            </w:pPr>
            <w:r w:rsidRPr="00F51F43">
              <w:rPr>
                <w:noProof/>
                <w:sz w:val="20"/>
                <w:szCs w:val="20"/>
              </w:rPr>
              <w:t>Cvjetići</w:t>
            </w:r>
          </w:p>
        </w:tc>
        <w:tc>
          <w:tcPr>
            <w:tcW w:w="2694" w:type="dxa"/>
            <w:tcMar>
              <w:top w:w="80" w:type="dxa"/>
              <w:left w:w="80" w:type="dxa"/>
              <w:bottom w:w="80" w:type="dxa"/>
              <w:right w:w="80" w:type="dxa"/>
            </w:tcMar>
            <w:vAlign w:val="center"/>
          </w:tcPr>
          <w:p w14:paraId="6CBD4565" w14:textId="77777777" w:rsidR="000F5806" w:rsidRPr="00F51F43" w:rsidRDefault="000F5806" w:rsidP="000F5806">
            <w:pPr>
              <w:spacing w:after="0" w:line="240" w:lineRule="auto"/>
              <w:rPr>
                <w:noProof/>
                <w:sz w:val="20"/>
                <w:szCs w:val="20"/>
              </w:rPr>
            </w:pPr>
            <w:r w:rsidRPr="00F51F43">
              <w:rPr>
                <w:noProof/>
                <w:sz w:val="20"/>
                <w:szCs w:val="20"/>
              </w:rPr>
              <w:t>Tko se skriva u šumi?</w:t>
            </w:r>
          </w:p>
        </w:tc>
        <w:tc>
          <w:tcPr>
            <w:tcW w:w="1806" w:type="dxa"/>
            <w:tcMar>
              <w:top w:w="80" w:type="dxa"/>
              <w:left w:w="80" w:type="dxa"/>
              <w:bottom w:w="80" w:type="dxa"/>
              <w:right w:w="80" w:type="dxa"/>
            </w:tcMar>
            <w:vAlign w:val="center"/>
          </w:tcPr>
          <w:p w14:paraId="341C1805" w14:textId="77777777" w:rsidR="000F5806" w:rsidRPr="00F51F43" w:rsidRDefault="000F5806" w:rsidP="000F5806">
            <w:pPr>
              <w:spacing w:after="0" w:line="240" w:lineRule="auto"/>
              <w:rPr>
                <w:noProof/>
                <w:sz w:val="20"/>
                <w:szCs w:val="20"/>
              </w:rPr>
            </w:pPr>
            <w:r w:rsidRPr="00F51F43">
              <w:rPr>
                <w:noProof/>
                <w:sz w:val="20"/>
                <w:szCs w:val="20"/>
              </w:rPr>
              <w:t>D.I.H., A.G.</w:t>
            </w:r>
          </w:p>
        </w:tc>
      </w:tr>
      <w:tr w:rsidR="000F5806" w:rsidRPr="00F51F43" w14:paraId="0CF63310" w14:textId="77777777" w:rsidTr="000F5806">
        <w:trPr>
          <w:cantSplit/>
          <w:jc w:val="center"/>
        </w:trPr>
        <w:tc>
          <w:tcPr>
            <w:tcW w:w="2799" w:type="dxa"/>
            <w:tcMar>
              <w:top w:w="80" w:type="dxa"/>
              <w:left w:w="80" w:type="dxa"/>
              <w:bottom w:w="80" w:type="dxa"/>
              <w:right w:w="80" w:type="dxa"/>
            </w:tcMar>
            <w:vAlign w:val="center"/>
          </w:tcPr>
          <w:p w14:paraId="04D55D39" w14:textId="77777777" w:rsidR="000F5806" w:rsidRPr="00F51F43" w:rsidRDefault="000F5806" w:rsidP="000F5806">
            <w:pPr>
              <w:spacing w:after="0" w:line="240" w:lineRule="auto"/>
              <w:rPr>
                <w:noProof/>
                <w:sz w:val="20"/>
                <w:szCs w:val="20"/>
              </w:rPr>
            </w:pPr>
            <w:r w:rsidRPr="00F51F43">
              <w:rPr>
                <w:noProof/>
                <w:sz w:val="20"/>
                <w:szCs w:val="20"/>
              </w:rPr>
              <w:t>„Ivančica“ Koprivnički Ivanec</w:t>
            </w:r>
          </w:p>
        </w:tc>
        <w:tc>
          <w:tcPr>
            <w:tcW w:w="1701" w:type="dxa"/>
            <w:tcMar>
              <w:top w:w="80" w:type="dxa"/>
              <w:left w:w="80" w:type="dxa"/>
              <w:bottom w:w="80" w:type="dxa"/>
              <w:right w:w="80" w:type="dxa"/>
            </w:tcMar>
            <w:vAlign w:val="center"/>
          </w:tcPr>
          <w:p w14:paraId="0866058A" w14:textId="77777777" w:rsidR="000F5806" w:rsidRPr="00F51F43" w:rsidRDefault="000F5806" w:rsidP="000F5806">
            <w:pPr>
              <w:spacing w:after="0" w:line="240" w:lineRule="auto"/>
              <w:rPr>
                <w:noProof/>
                <w:sz w:val="20"/>
                <w:szCs w:val="20"/>
              </w:rPr>
            </w:pPr>
            <w:r w:rsidRPr="00F51F43">
              <w:rPr>
                <w:noProof/>
                <w:sz w:val="20"/>
                <w:szCs w:val="20"/>
              </w:rPr>
              <w:t>Leptirići</w:t>
            </w:r>
          </w:p>
        </w:tc>
        <w:tc>
          <w:tcPr>
            <w:tcW w:w="2694" w:type="dxa"/>
            <w:tcMar>
              <w:top w:w="80" w:type="dxa"/>
              <w:left w:w="80" w:type="dxa"/>
              <w:bottom w:w="80" w:type="dxa"/>
              <w:right w:w="80" w:type="dxa"/>
            </w:tcMar>
            <w:vAlign w:val="center"/>
          </w:tcPr>
          <w:p w14:paraId="4CEF2A97" w14:textId="77777777" w:rsidR="000F5806" w:rsidRPr="00F51F43" w:rsidRDefault="000F5806" w:rsidP="000F5806">
            <w:pPr>
              <w:spacing w:after="0" w:line="240" w:lineRule="auto"/>
              <w:rPr>
                <w:noProof/>
                <w:sz w:val="20"/>
                <w:szCs w:val="20"/>
              </w:rPr>
            </w:pPr>
            <w:r w:rsidRPr="00F51F43">
              <w:rPr>
                <w:noProof/>
                <w:sz w:val="20"/>
                <w:szCs w:val="20"/>
              </w:rPr>
              <w:t>Domaće životinje</w:t>
            </w:r>
          </w:p>
        </w:tc>
        <w:tc>
          <w:tcPr>
            <w:tcW w:w="1806" w:type="dxa"/>
            <w:tcMar>
              <w:top w:w="80" w:type="dxa"/>
              <w:left w:w="80" w:type="dxa"/>
              <w:bottom w:w="80" w:type="dxa"/>
              <w:right w:w="80" w:type="dxa"/>
            </w:tcMar>
            <w:vAlign w:val="center"/>
          </w:tcPr>
          <w:p w14:paraId="0E41CA2F" w14:textId="77777777" w:rsidR="000F5806" w:rsidRPr="00F51F43" w:rsidRDefault="000F5806" w:rsidP="000F5806">
            <w:pPr>
              <w:spacing w:after="0" w:line="240" w:lineRule="auto"/>
              <w:rPr>
                <w:noProof/>
                <w:sz w:val="20"/>
                <w:szCs w:val="20"/>
              </w:rPr>
            </w:pPr>
            <w:r w:rsidRPr="00F51F43">
              <w:rPr>
                <w:noProof/>
                <w:sz w:val="20"/>
                <w:szCs w:val="20"/>
              </w:rPr>
              <w:t>G.B., L.G.</w:t>
            </w:r>
          </w:p>
        </w:tc>
      </w:tr>
      <w:tr w:rsidR="000F5806" w:rsidRPr="00F51F43" w14:paraId="64A03194" w14:textId="77777777" w:rsidTr="000F5806">
        <w:trPr>
          <w:cantSplit/>
          <w:jc w:val="center"/>
        </w:trPr>
        <w:tc>
          <w:tcPr>
            <w:tcW w:w="2799" w:type="dxa"/>
            <w:tcMar>
              <w:top w:w="80" w:type="dxa"/>
              <w:left w:w="80" w:type="dxa"/>
              <w:bottom w:w="80" w:type="dxa"/>
              <w:right w:w="80" w:type="dxa"/>
            </w:tcMar>
            <w:vAlign w:val="center"/>
          </w:tcPr>
          <w:p w14:paraId="5C1192F3" w14:textId="77777777" w:rsidR="000F5806" w:rsidRPr="00F51F43" w:rsidRDefault="000F5806" w:rsidP="000F5806">
            <w:pPr>
              <w:spacing w:after="0" w:line="240" w:lineRule="auto"/>
              <w:rPr>
                <w:noProof/>
                <w:sz w:val="20"/>
                <w:szCs w:val="20"/>
              </w:rPr>
            </w:pPr>
            <w:r w:rsidRPr="00F51F43">
              <w:rPr>
                <w:noProof/>
                <w:sz w:val="20"/>
                <w:szCs w:val="20"/>
              </w:rPr>
              <w:t>„Ivančica“ Koprivnički Ivanec</w:t>
            </w:r>
          </w:p>
        </w:tc>
        <w:tc>
          <w:tcPr>
            <w:tcW w:w="1701" w:type="dxa"/>
            <w:tcMar>
              <w:top w:w="80" w:type="dxa"/>
              <w:left w:w="80" w:type="dxa"/>
              <w:bottom w:w="80" w:type="dxa"/>
              <w:right w:w="80" w:type="dxa"/>
            </w:tcMar>
            <w:vAlign w:val="center"/>
          </w:tcPr>
          <w:p w14:paraId="293F5F94" w14:textId="77777777" w:rsidR="000F5806" w:rsidRPr="00F51F43" w:rsidRDefault="000F5806" w:rsidP="000F5806">
            <w:pPr>
              <w:spacing w:after="0" w:line="240" w:lineRule="auto"/>
              <w:rPr>
                <w:noProof/>
                <w:sz w:val="20"/>
                <w:szCs w:val="20"/>
              </w:rPr>
            </w:pPr>
            <w:r w:rsidRPr="00F51F43">
              <w:rPr>
                <w:noProof/>
                <w:sz w:val="20"/>
                <w:szCs w:val="20"/>
              </w:rPr>
              <w:t>Makići</w:t>
            </w:r>
          </w:p>
        </w:tc>
        <w:tc>
          <w:tcPr>
            <w:tcW w:w="2694" w:type="dxa"/>
            <w:tcMar>
              <w:top w:w="80" w:type="dxa"/>
              <w:left w:w="80" w:type="dxa"/>
              <w:bottom w:w="80" w:type="dxa"/>
              <w:right w:w="80" w:type="dxa"/>
            </w:tcMar>
            <w:vAlign w:val="center"/>
          </w:tcPr>
          <w:p w14:paraId="7F42686F" w14:textId="77777777" w:rsidR="000F5806" w:rsidRPr="00F51F43" w:rsidRDefault="00595856" w:rsidP="000F5806">
            <w:pPr>
              <w:spacing w:after="0" w:line="240" w:lineRule="auto"/>
              <w:rPr>
                <w:noProof/>
                <w:sz w:val="20"/>
                <w:szCs w:val="20"/>
              </w:rPr>
            </w:pPr>
            <w:r w:rsidRPr="00F51F43">
              <w:rPr>
                <w:noProof/>
                <w:sz w:val="20"/>
                <w:szCs w:val="20"/>
              </w:rPr>
              <w:t xml:space="preserve">Divlje </w:t>
            </w:r>
            <w:r w:rsidR="000F5806" w:rsidRPr="00F51F43">
              <w:rPr>
                <w:noProof/>
                <w:sz w:val="20"/>
                <w:szCs w:val="20"/>
              </w:rPr>
              <w:t>životinje svijeta</w:t>
            </w:r>
          </w:p>
        </w:tc>
        <w:tc>
          <w:tcPr>
            <w:tcW w:w="1806" w:type="dxa"/>
            <w:tcMar>
              <w:top w:w="80" w:type="dxa"/>
              <w:left w:w="80" w:type="dxa"/>
              <w:bottom w:w="80" w:type="dxa"/>
              <w:right w:w="80" w:type="dxa"/>
            </w:tcMar>
            <w:vAlign w:val="center"/>
          </w:tcPr>
          <w:p w14:paraId="31AD68F4" w14:textId="77777777" w:rsidR="000F5806" w:rsidRPr="00F51F43" w:rsidRDefault="000F5806" w:rsidP="000F5806">
            <w:pPr>
              <w:spacing w:after="0" w:line="240" w:lineRule="auto"/>
              <w:rPr>
                <w:noProof/>
                <w:sz w:val="20"/>
                <w:szCs w:val="20"/>
              </w:rPr>
            </w:pPr>
            <w:r w:rsidRPr="00F51F43">
              <w:rPr>
                <w:noProof/>
                <w:sz w:val="20"/>
                <w:szCs w:val="20"/>
              </w:rPr>
              <w:t>I.H., N.V.</w:t>
            </w:r>
          </w:p>
        </w:tc>
      </w:tr>
      <w:tr w:rsidR="000F5806" w:rsidRPr="00F51F43" w14:paraId="3ED262E4" w14:textId="77777777" w:rsidTr="000F5806">
        <w:trPr>
          <w:cantSplit/>
          <w:jc w:val="center"/>
        </w:trPr>
        <w:tc>
          <w:tcPr>
            <w:tcW w:w="2799" w:type="dxa"/>
            <w:tcMar>
              <w:top w:w="80" w:type="dxa"/>
              <w:left w:w="80" w:type="dxa"/>
              <w:bottom w:w="80" w:type="dxa"/>
              <w:right w:w="80" w:type="dxa"/>
            </w:tcMar>
            <w:vAlign w:val="center"/>
          </w:tcPr>
          <w:p w14:paraId="709AEBE8" w14:textId="77777777" w:rsidR="000F5806" w:rsidRPr="00F51F43" w:rsidRDefault="000F5806" w:rsidP="000F5806">
            <w:pPr>
              <w:spacing w:after="0" w:line="240" w:lineRule="auto"/>
              <w:rPr>
                <w:noProof/>
                <w:sz w:val="20"/>
                <w:szCs w:val="20"/>
              </w:rPr>
            </w:pPr>
            <w:r w:rsidRPr="00F51F43">
              <w:rPr>
                <w:noProof/>
                <w:sz w:val="20"/>
                <w:szCs w:val="20"/>
              </w:rPr>
              <w:t>„Ivančica“ Koprivnički Ivanec</w:t>
            </w:r>
          </w:p>
        </w:tc>
        <w:tc>
          <w:tcPr>
            <w:tcW w:w="1701" w:type="dxa"/>
            <w:tcMar>
              <w:top w:w="80" w:type="dxa"/>
              <w:left w:w="80" w:type="dxa"/>
              <w:bottom w:w="80" w:type="dxa"/>
              <w:right w:w="80" w:type="dxa"/>
            </w:tcMar>
            <w:vAlign w:val="center"/>
          </w:tcPr>
          <w:p w14:paraId="025907C4" w14:textId="77777777" w:rsidR="000F5806" w:rsidRPr="00F51F43" w:rsidRDefault="000F5806" w:rsidP="000F5806">
            <w:pPr>
              <w:spacing w:after="0" w:line="240" w:lineRule="auto"/>
              <w:rPr>
                <w:noProof/>
                <w:sz w:val="20"/>
                <w:szCs w:val="20"/>
              </w:rPr>
            </w:pPr>
            <w:r w:rsidRPr="00F51F43">
              <w:rPr>
                <w:noProof/>
                <w:sz w:val="20"/>
                <w:szCs w:val="20"/>
              </w:rPr>
              <w:t>Pčelice</w:t>
            </w:r>
          </w:p>
        </w:tc>
        <w:tc>
          <w:tcPr>
            <w:tcW w:w="2694" w:type="dxa"/>
            <w:tcMar>
              <w:top w:w="80" w:type="dxa"/>
              <w:left w:w="80" w:type="dxa"/>
              <w:bottom w:w="80" w:type="dxa"/>
              <w:right w:w="80" w:type="dxa"/>
            </w:tcMar>
            <w:vAlign w:val="center"/>
          </w:tcPr>
          <w:p w14:paraId="2C8B8DA5" w14:textId="77777777" w:rsidR="000F5806" w:rsidRPr="00F51F43" w:rsidRDefault="000F5806" w:rsidP="000F5806">
            <w:pPr>
              <w:spacing w:after="0" w:line="240" w:lineRule="auto"/>
              <w:rPr>
                <w:noProof/>
                <w:sz w:val="20"/>
                <w:szCs w:val="20"/>
              </w:rPr>
            </w:pPr>
            <w:r w:rsidRPr="00F51F43">
              <w:rPr>
                <w:noProof/>
                <w:sz w:val="20"/>
                <w:szCs w:val="20"/>
              </w:rPr>
              <w:t>Eko patrola</w:t>
            </w:r>
          </w:p>
        </w:tc>
        <w:tc>
          <w:tcPr>
            <w:tcW w:w="1806" w:type="dxa"/>
            <w:tcMar>
              <w:top w:w="80" w:type="dxa"/>
              <w:left w:w="80" w:type="dxa"/>
              <w:bottom w:w="80" w:type="dxa"/>
              <w:right w:w="80" w:type="dxa"/>
            </w:tcMar>
            <w:vAlign w:val="center"/>
          </w:tcPr>
          <w:p w14:paraId="00C5C991" w14:textId="77777777" w:rsidR="000F5806" w:rsidRPr="00F51F43" w:rsidRDefault="000F5806" w:rsidP="000F5806">
            <w:pPr>
              <w:spacing w:after="0" w:line="240" w:lineRule="auto"/>
              <w:rPr>
                <w:noProof/>
                <w:sz w:val="20"/>
                <w:szCs w:val="20"/>
              </w:rPr>
            </w:pPr>
            <w:r w:rsidRPr="00F51F43">
              <w:rPr>
                <w:noProof/>
                <w:sz w:val="20"/>
                <w:szCs w:val="20"/>
              </w:rPr>
              <w:t>J.Ž., I.P.</w:t>
            </w:r>
          </w:p>
        </w:tc>
      </w:tr>
      <w:tr w:rsidR="000F5806" w:rsidRPr="00F51F43" w14:paraId="58306C82" w14:textId="77777777" w:rsidTr="000F5806">
        <w:trPr>
          <w:cantSplit/>
          <w:jc w:val="center"/>
        </w:trPr>
        <w:tc>
          <w:tcPr>
            <w:tcW w:w="2799" w:type="dxa"/>
            <w:tcMar>
              <w:top w:w="80" w:type="dxa"/>
              <w:left w:w="80" w:type="dxa"/>
              <w:bottom w:w="80" w:type="dxa"/>
              <w:right w:w="80" w:type="dxa"/>
            </w:tcMar>
            <w:vAlign w:val="center"/>
          </w:tcPr>
          <w:p w14:paraId="2828ACE8" w14:textId="77777777" w:rsidR="000F5806" w:rsidRPr="00F51F43" w:rsidRDefault="000F5806" w:rsidP="00B96EAD">
            <w:pPr>
              <w:spacing w:after="0" w:line="240" w:lineRule="auto"/>
              <w:rPr>
                <w:noProof/>
                <w:sz w:val="20"/>
                <w:szCs w:val="20"/>
              </w:rPr>
            </w:pPr>
            <w:r w:rsidRPr="00F51F43">
              <w:rPr>
                <w:noProof/>
                <w:sz w:val="20"/>
                <w:szCs w:val="20"/>
              </w:rPr>
              <w:t>„Dabrić“ Legrad</w:t>
            </w:r>
          </w:p>
        </w:tc>
        <w:tc>
          <w:tcPr>
            <w:tcW w:w="1701" w:type="dxa"/>
            <w:tcMar>
              <w:top w:w="80" w:type="dxa"/>
              <w:left w:w="80" w:type="dxa"/>
              <w:bottom w:w="80" w:type="dxa"/>
              <w:right w:w="80" w:type="dxa"/>
            </w:tcMar>
            <w:vAlign w:val="center"/>
          </w:tcPr>
          <w:p w14:paraId="3B7E0AB0" w14:textId="77777777" w:rsidR="000F5806" w:rsidRPr="00F51F43" w:rsidRDefault="000F5806" w:rsidP="00B96EAD">
            <w:pPr>
              <w:spacing w:after="0" w:line="240" w:lineRule="auto"/>
              <w:rPr>
                <w:noProof/>
                <w:sz w:val="20"/>
                <w:szCs w:val="20"/>
              </w:rPr>
            </w:pPr>
            <w:r w:rsidRPr="00F51F43">
              <w:rPr>
                <w:noProof/>
                <w:sz w:val="20"/>
                <w:szCs w:val="20"/>
              </w:rPr>
              <w:t>Bubamare</w:t>
            </w:r>
          </w:p>
        </w:tc>
        <w:tc>
          <w:tcPr>
            <w:tcW w:w="2694" w:type="dxa"/>
            <w:tcMar>
              <w:top w:w="80" w:type="dxa"/>
              <w:left w:w="80" w:type="dxa"/>
              <w:bottom w:w="80" w:type="dxa"/>
              <w:right w:w="80" w:type="dxa"/>
            </w:tcMar>
            <w:vAlign w:val="center"/>
          </w:tcPr>
          <w:p w14:paraId="6D6CC392" w14:textId="77777777" w:rsidR="000F5806" w:rsidRPr="00F51F43" w:rsidRDefault="000F5806" w:rsidP="00B96EAD">
            <w:pPr>
              <w:spacing w:after="0" w:line="240" w:lineRule="auto"/>
              <w:rPr>
                <w:noProof/>
                <w:sz w:val="20"/>
                <w:szCs w:val="20"/>
              </w:rPr>
            </w:pPr>
            <w:r w:rsidRPr="00F51F43">
              <w:rPr>
                <w:noProof/>
                <w:sz w:val="20"/>
                <w:szCs w:val="20"/>
              </w:rPr>
              <w:t>Pomogni mi da učinim sam</w:t>
            </w:r>
          </w:p>
        </w:tc>
        <w:tc>
          <w:tcPr>
            <w:tcW w:w="1806" w:type="dxa"/>
            <w:tcMar>
              <w:top w:w="80" w:type="dxa"/>
              <w:left w:w="80" w:type="dxa"/>
              <w:bottom w:w="80" w:type="dxa"/>
              <w:right w:w="80" w:type="dxa"/>
            </w:tcMar>
            <w:vAlign w:val="center"/>
          </w:tcPr>
          <w:p w14:paraId="0097BCBE" w14:textId="77777777" w:rsidR="000F5806" w:rsidRPr="00F51F43" w:rsidRDefault="000F5806" w:rsidP="00B96EAD">
            <w:pPr>
              <w:spacing w:after="0" w:line="240" w:lineRule="auto"/>
              <w:rPr>
                <w:noProof/>
                <w:sz w:val="20"/>
                <w:szCs w:val="20"/>
              </w:rPr>
            </w:pPr>
            <w:r w:rsidRPr="00F51F43">
              <w:rPr>
                <w:noProof/>
                <w:sz w:val="20"/>
                <w:szCs w:val="20"/>
              </w:rPr>
              <w:t>M.N., V.T.</w:t>
            </w:r>
          </w:p>
        </w:tc>
      </w:tr>
      <w:tr w:rsidR="000F5806" w:rsidRPr="00F51F43" w14:paraId="3A6BA17F" w14:textId="77777777" w:rsidTr="000F5806">
        <w:trPr>
          <w:cantSplit/>
          <w:jc w:val="center"/>
        </w:trPr>
        <w:tc>
          <w:tcPr>
            <w:tcW w:w="2799" w:type="dxa"/>
            <w:tcMar>
              <w:top w:w="80" w:type="dxa"/>
              <w:left w:w="80" w:type="dxa"/>
              <w:bottom w:w="80" w:type="dxa"/>
              <w:right w:w="80" w:type="dxa"/>
            </w:tcMar>
            <w:vAlign w:val="center"/>
          </w:tcPr>
          <w:p w14:paraId="54BFACDD" w14:textId="77777777" w:rsidR="000F5806" w:rsidRPr="00F51F43" w:rsidRDefault="000F5806" w:rsidP="000F5806">
            <w:pPr>
              <w:spacing w:after="0" w:line="240" w:lineRule="auto"/>
              <w:rPr>
                <w:noProof/>
                <w:sz w:val="20"/>
                <w:szCs w:val="20"/>
              </w:rPr>
            </w:pPr>
            <w:r w:rsidRPr="00F51F43">
              <w:rPr>
                <w:noProof/>
                <w:sz w:val="20"/>
                <w:szCs w:val="20"/>
              </w:rPr>
              <w:t>„Dabrić“ Legrad</w:t>
            </w:r>
          </w:p>
        </w:tc>
        <w:tc>
          <w:tcPr>
            <w:tcW w:w="1701" w:type="dxa"/>
            <w:tcMar>
              <w:top w:w="80" w:type="dxa"/>
              <w:left w:w="80" w:type="dxa"/>
              <w:bottom w:w="80" w:type="dxa"/>
              <w:right w:w="80" w:type="dxa"/>
            </w:tcMar>
            <w:vAlign w:val="center"/>
          </w:tcPr>
          <w:p w14:paraId="58578655" w14:textId="77777777" w:rsidR="000F5806" w:rsidRPr="00F51F43" w:rsidRDefault="000F5806" w:rsidP="000F5806">
            <w:pPr>
              <w:spacing w:after="0" w:line="240" w:lineRule="auto"/>
              <w:rPr>
                <w:noProof/>
                <w:sz w:val="20"/>
                <w:szCs w:val="20"/>
              </w:rPr>
            </w:pPr>
            <w:r w:rsidRPr="00F51F43">
              <w:rPr>
                <w:noProof/>
                <w:sz w:val="20"/>
                <w:szCs w:val="20"/>
              </w:rPr>
              <w:t>Leptirići</w:t>
            </w:r>
          </w:p>
        </w:tc>
        <w:tc>
          <w:tcPr>
            <w:tcW w:w="2694" w:type="dxa"/>
            <w:tcMar>
              <w:top w:w="80" w:type="dxa"/>
              <w:left w:w="80" w:type="dxa"/>
              <w:bottom w:w="80" w:type="dxa"/>
              <w:right w:w="80" w:type="dxa"/>
            </w:tcMar>
            <w:vAlign w:val="center"/>
          </w:tcPr>
          <w:p w14:paraId="30C941DF" w14:textId="77777777" w:rsidR="000F5806" w:rsidRPr="00F51F43" w:rsidRDefault="000F5806" w:rsidP="000F5806">
            <w:pPr>
              <w:spacing w:after="0" w:line="240" w:lineRule="auto"/>
              <w:rPr>
                <w:noProof/>
                <w:sz w:val="20"/>
                <w:szCs w:val="20"/>
              </w:rPr>
            </w:pPr>
            <w:r w:rsidRPr="00F51F43">
              <w:rPr>
                <w:noProof/>
                <w:sz w:val="20"/>
                <w:szCs w:val="20"/>
              </w:rPr>
              <w:t>Životinje – naši mali prijatelji</w:t>
            </w:r>
          </w:p>
        </w:tc>
        <w:tc>
          <w:tcPr>
            <w:tcW w:w="1806" w:type="dxa"/>
            <w:tcMar>
              <w:top w:w="80" w:type="dxa"/>
              <w:left w:w="80" w:type="dxa"/>
              <w:bottom w:w="80" w:type="dxa"/>
              <w:right w:w="80" w:type="dxa"/>
            </w:tcMar>
            <w:vAlign w:val="center"/>
          </w:tcPr>
          <w:p w14:paraId="33F0DD6E" w14:textId="77777777" w:rsidR="000F5806" w:rsidRPr="00F51F43" w:rsidRDefault="000F5806" w:rsidP="000F5806">
            <w:pPr>
              <w:spacing w:after="0" w:line="240" w:lineRule="auto"/>
              <w:rPr>
                <w:noProof/>
                <w:sz w:val="20"/>
                <w:szCs w:val="20"/>
              </w:rPr>
            </w:pPr>
            <w:r w:rsidRPr="00F51F43">
              <w:rPr>
                <w:noProof/>
                <w:sz w:val="20"/>
                <w:szCs w:val="20"/>
              </w:rPr>
              <w:t>N.P., I.G.</w:t>
            </w:r>
          </w:p>
        </w:tc>
      </w:tr>
      <w:tr w:rsidR="000F5806" w:rsidRPr="00F51F43" w14:paraId="2653ED6C" w14:textId="77777777" w:rsidTr="000F5806">
        <w:trPr>
          <w:cantSplit/>
          <w:jc w:val="center"/>
        </w:trPr>
        <w:tc>
          <w:tcPr>
            <w:tcW w:w="2799" w:type="dxa"/>
            <w:tcMar>
              <w:top w:w="80" w:type="dxa"/>
              <w:left w:w="80" w:type="dxa"/>
              <w:bottom w:w="80" w:type="dxa"/>
              <w:right w:w="80" w:type="dxa"/>
            </w:tcMar>
            <w:vAlign w:val="center"/>
          </w:tcPr>
          <w:p w14:paraId="4E1F6B7D" w14:textId="77777777" w:rsidR="000F5806" w:rsidRPr="00F51F43" w:rsidRDefault="000F5806" w:rsidP="000F5806">
            <w:pPr>
              <w:spacing w:after="0" w:line="240" w:lineRule="auto"/>
              <w:rPr>
                <w:noProof/>
                <w:sz w:val="20"/>
                <w:szCs w:val="20"/>
              </w:rPr>
            </w:pPr>
            <w:r w:rsidRPr="00F51F43">
              <w:rPr>
                <w:noProof/>
                <w:sz w:val="20"/>
                <w:szCs w:val="20"/>
              </w:rPr>
              <w:t>„Dabrić“ Legrad</w:t>
            </w:r>
          </w:p>
        </w:tc>
        <w:tc>
          <w:tcPr>
            <w:tcW w:w="1701" w:type="dxa"/>
            <w:tcMar>
              <w:top w:w="80" w:type="dxa"/>
              <w:left w:w="80" w:type="dxa"/>
              <w:bottom w:w="80" w:type="dxa"/>
              <w:right w:w="80" w:type="dxa"/>
            </w:tcMar>
            <w:vAlign w:val="center"/>
          </w:tcPr>
          <w:p w14:paraId="266B78E6" w14:textId="77777777" w:rsidR="000F5806" w:rsidRPr="00F51F43" w:rsidRDefault="000F5806" w:rsidP="000F5806">
            <w:pPr>
              <w:spacing w:after="0" w:line="240" w:lineRule="auto"/>
              <w:rPr>
                <w:noProof/>
                <w:sz w:val="20"/>
                <w:szCs w:val="20"/>
              </w:rPr>
            </w:pPr>
            <w:r w:rsidRPr="00F51F43">
              <w:rPr>
                <w:noProof/>
                <w:sz w:val="20"/>
                <w:szCs w:val="20"/>
              </w:rPr>
              <w:t>Pčelice</w:t>
            </w:r>
          </w:p>
        </w:tc>
        <w:tc>
          <w:tcPr>
            <w:tcW w:w="2694" w:type="dxa"/>
            <w:tcMar>
              <w:top w:w="80" w:type="dxa"/>
              <w:left w:w="80" w:type="dxa"/>
              <w:bottom w:w="80" w:type="dxa"/>
              <w:right w:w="80" w:type="dxa"/>
            </w:tcMar>
            <w:vAlign w:val="center"/>
          </w:tcPr>
          <w:p w14:paraId="0409C4E8" w14:textId="77777777" w:rsidR="000F5806" w:rsidRPr="00F51F43" w:rsidRDefault="000F5806" w:rsidP="000F5806">
            <w:pPr>
              <w:spacing w:after="0" w:line="240" w:lineRule="auto"/>
              <w:rPr>
                <w:noProof/>
                <w:sz w:val="20"/>
                <w:szCs w:val="20"/>
              </w:rPr>
            </w:pPr>
            <w:r w:rsidRPr="00F51F43">
              <w:rPr>
                <w:noProof/>
                <w:sz w:val="20"/>
                <w:szCs w:val="20"/>
              </w:rPr>
              <w:t>Flora našeg zavičaja</w:t>
            </w:r>
          </w:p>
        </w:tc>
        <w:tc>
          <w:tcPr>
            <w:tcW w:w="1806" w:type="dxa"/>
            <w:tcMar>
              <w:top w:w="80" w:type="dxa"/>
              <w:left w:w="80" w:type="dxa"/>
              <w:bottom w:w="80" w:type="dxa"/>
              <w:right w:w="80" w:type="dxa"/>
            </w:tcMar>
            <w:vAlign w:val="center"/>
          </w:tcPr>
          <w:p w14:paraId="05D3B859" w14:textId="77777777" w:rsidR="000F5806" w:rsidRPr="00F51F43" w:rsidRDefault="000F5806" w:rsidP="000F5806">
            <w:pPr>
              <w:spacing w:after="0" w:line="240" w:lineRule="auto"/>
              <w:rPr>
                <w:noProof/>
                <w:sz w:val="20"/>
                <w:szCs w:val="20"/>
              </w:rPr>
            </w:pPr>
            <w:r w:rsidRPr="00F51F43">
              <w:rPr>
                <w:noProof/>
                <w:sz w:val="20"/>
                <w:szCs w:val="20"/>
              </w:rPr>
              <w:t>M.K.M., T.L.</w:t>
            </w:r>
          </w:p>
        </w:tc>
      </w:tr>
    </w:tbl>
    <w:p w14:paraId="7CC81FD2" w14:textId="77777777" w:rsidR="00BF4308" w:rsidRPr="00F51F43" w:rsidRDefault="00BF4308" w:rsidP="000F5806">
      <w:pPr>
        <w:pStyle w:val="Tijeloteksta3"/>
        <w:rPr>
          <w:i w:val="0"/>
          <w:noProof/>
        </w:rPr>
      </w:pPr>
    </w:p>
    <w:p w14:paraId="2479C875" w14:textId="77777777" w:rsidR="003D7468" w:rsidRPr="00F51F43" w:rsidRDefault="003D2D3E" w:rsidP="00307ADD">
      <w:pPr>
        <w:pStyle w:val="Naslov2"/>
        <w:rPr>
          <w:noProof/>
        </w:rPr>
      </w:pPr>
      <w:bookmarkStart w:id="28" w:name="_Toc241563344"/>
      <w:r w:rsidRPr="00F51F43">
        <w:rPr>
          <w:noProof/>
        </w:rPr>
        <w:t>5.</w:t>
      </w:r>
      <w:r w:rsidR="005E7763" w:rsidRPr="00F51F43">
        <w:rPr>
          <w:noProof/>
        </w:rPr>
        <w:t>5</w:t>
      </w:r>
      <w:r w:rsidR="00E7493F" w:rsidRPr="00F51F43">
        <w:rPr>
          <w:noProof/>
        </w:rPr>
        <w:t xml:space="preserve">. </w:t>
      </w:r>
      <w:r w:rsidR="003D7468" w:rsidRPr="00F51F43">
        <w:rPr>
          <w:noProof/>
        </w:rPr>
        <w:t xml:space="preserve">KALENDAR VAŽNIJIH </w:t>
      </w:r>
      <w:r w:rsidR="006D71BC" w:rsidRPr="00F51F43">
        <w:rPr>
          <w:noProof/>
        </w:rPr>
        <w:t>DATUMA</w:t>
      </w:r>
      <w:r w:rsidR="003D7468" w:rsidRPr="00F51F43">
        <w:rPr>
          <w:noProof/>
        </w:rPr>
        <w:t xml:space="preserve"> TIJEKOM PEDAGOŠKE GODINE</w:t>
      </w:r>
      <w:r w:rsidR="00947C3A" w:rsidRPr="00F51F43">
        <w:rPr>
          <w:noProof/>
        </w:rPr>
        <w:t xml:space="preserve"> 202</w:t>
      </w:r>
      <w:r w:rsidR="00371FE5" w:rsidRPr="00F51F43">
        <w:rPr>
          <w:noProof/>
        </w:rPr>
        <w:t>6</w:t>
      </w:r>
      <w:r w:rsidR="00947C3A" w:rsidRPr="00F51F43">
        <w:rPr>
          <w:noProof/>
        </w:rPr>
        <w:t>./202</w:t>
      </w:r>
      <w:r w:rsidR="00371FE5" w:rsidRPr="00F51F43">
        <w:rPr>
          <w:noProof/>
        </w:rPr>
        <w:t>7</w:t>
      </w:r>
      <w:r w:rsidR="00ED5B2F" w:rsidRPr="00F51F43">
        <w:rPr>
          <w:noProof/>
        </w:rPr>
        <w:t>.</w:t>
      </w:r>
      <w:bookmarkEnd w:id="28"/>
    </w:p>
    <w:p w14:paraId="6F0BEC12" w14:textId="77777777" w:rsidR="003D7468" w:rsidRPr="00F51F43" w:rsidRDefault="003D7468" w:rsidP="0035237B">
      <w:pPr>
        <w:pStyle w:val="Tijeloteksta3"/>
        <w:tabs>
          <w:tab w:val="left" w:pos="3544"/>
        </w:tabs>
        <w:rPr>
          <w:noProof/>
        </w:rPr>
      </w:pPr>
    </w:p>
    <w:p w14:paraId="376C57E4" w14:textId="77777777" w:rsidR="003D7468" w:rsidRPr="00F51F43" w:rsidRDefault="00F9117D" w:rsidP="0035237B">
      <w:pPr>
        <w:pStyle w:val="Tijeloteksta3"/>
        <w:keepNext/>
        <w:tabs>
          <w:tab w:val="left" w:pos="3544"/>
        </w:tabs>
        <w:spacing w:before="120"/>
        <w:jc w:val="left"/>
        <w:rPr>
          <w:bCs/>
          <w:noProof/>
        </w:rPr>
      </w:pPr>
      <w:r w:rsidRPr="00F51F43">
        <w:rPr>
          <w:bCs/>
          <w:noProof/>
        </w:rPr>
        <w:t>Tablica 18</w:t>
      </w:r>
      <w:r w:rsidR="007443A6" w:rsidRPr="00F51F43">
        <w:rPr>
          <w:bCs/>
          <w:noProof/>
        </w:rPr>
        <w:t>: Kalendar važnijih datu</w:t>
      </w:r>
      <w:r w:rsidR="00947C3A" w:rsidRPr="00F51F43">
        <w:rPr>
          <w:bCs/>
          <w:noProof/>
        </w:rPr>
        <w:t xml:space="preserve">ma tijekom pedagoške godine </w:t>
      </w:r>
      <w:r w:rsidR="00371FE5" w:rsidRPr="00F51F43">
        <w:rPr>
          <w:bCs/>
          <w:noProof/>
        </w:rPr>
        <w:t>2026</w:t>
      </w:r>
      <w:r w:rsidR="00DE6677" w:rsidRPr="00F51F43">
        <w:rPr>
          <w:bCs/>
          <w:noProof/>
        </w:rPr>
        <w:t>./</w:t>
      </w:r>
      <w:r w:rsidR="00371FE5" w:rsidRPr="00F51F43">
        <w:rPr>
          <w:bCs/>
          <w:noProof/>
        </w:rPr>
        <w:t>2027.</w:t>
      </w:r>
    </w:p>
    <w:tbl>
      <w:tblPr>
        <w:tblStyle w:val="Reetkatablice"/>
        <w:tblW w:w="9322" w:type="dxa"/>
        <w:jc w:val="center"/>
        <w:tblLayout w:type="fixed"/>
        <w:tblLook w:val="0000" w:firstRow="0" w:lastRow="0" w:firstColumn="0" w:lastColumn="0" w:noHBand="0" w:noVBand="0"/>
      </w:tblPr>
      <w:tblGrid>
        <w:gridCol w:w="4503"/>
        <w:gridCol w:w="4819"/>
      </w:tblGrid>
      <w:tr w:rsidR="001A029B" w:rsidRPr="00F51F43" w14:paraId="3F0B1B40" w14:textId="77777777" w:rsidTr="00A908B5">
        <w:trPr>
          <w:cantSplit/>
          <w:jc w:val="center"/>
        </w:trPr>
        <w:tc>
          <w:tcPr>
            <w:tcW w:w="4503" w:type="dxa"/>
            <w:shd w:val="clear" w:color="auto" w:fill="D9EAD3"/>
            <w:tcMar>
              <w:top w:w="80" w:type="dxa"/>
              <w:left w:w="80" w:type="dxa"/>
              <w:bottom w:w="80" w:type="dxa"/>
              <w:right w:w="80" w:type="dxa"/>
            </w:tcMar>
            <w:vAlign w:val="center"/>
          </w:tcPr>
          <w:p w14:paraId="5274884A" w14:textId="77777777" w:rsidR="00640929" w:rsidRPr="00F51F43" w:rsidRDefault="00371FE5" w:rsidP="00640929">
            <w:pPr>
              <w:tabs>
                <w:tab w:val="left" w:pos="3544"/>
              </w:tabs>
              <w:spacing w:after="0" w:line="240" w:lineRule="auto"/>
              <w:jc w:val="center"/>
              <w:rPr>
                <w:b/>
                <w:noProof/>
                <w:sz w:val="20"/>
                <w:szCs w:val="20"/>
              </w:rPr>
            </w:pPr>
            <w:r w:rsidRPr="00F51F43">
              <w:rPr>
                <w:b/>
                <w:noProof/>
                <w:sz w:val="20"/>
                <w:szCs w:val="20"/>
              </w:rPr>
              <w:t>2026</w:t>
            </w:r>
            <w:r w:rsidR="00640929" w:rsidRPr="00F51F43">
              <w:rPr>
                <w:b/>
                <w:noProof/>
                <w:sz w:val="20"/>
                <w:szCs w:val="20"/>
              </w:rPr>
              <w:t>. godina</w:t>
            </w:r>
          </w:p>
        </w:tc>
        <w:tc>
          <w:tcPr>
            <w:tcW w:w="4819" w:type="dxa"/>
            <w:shd w:val="clear" w:color="auto" w:fill="D9EAD3"/>
            <w:tcMar>
              <w:top w:w="80" w:type="dxa"/>
              <w:left w:w="80" w:type="dxa"/>
              <w:bottom w:w="80" w:type="dxa"/>
              <w:right w:w="80" w:type="dxa"/>
            </w:tcMar>
            <w:vAlign w:val="center"/>
          </w:tcPr>
          <w:p w14:paraId="5B9D5D24" w14:textId="77777777" w:rsidR="00640929" w:rsidRPr="00F51F43" w:rsidRDefault="00371FE5" w:rsidP="00640929">
            <w:pPr>
              <w:tabs>
                <w:tab w:val="left" w:pos="3544"/>
              </w:tabs>
              <w:spacing w:after="0" w:line="240" w:lineRule="auto"/>
              <w:jc w:val="center"/>
              <w:rPr>
                <w:b/>
                <w:noProof/>
                <w:sz w:val="20"/>
                <w:szCs w:val="20"/>
              </w:rPr>
            </w:pPr>
            <w:r w:rsidRPr="00F51F43">
              <w:rPr>
                <w:b/>
                <w:noProof/>
                <w:sz w:val="20"/>
                <w:szCs w:val="20"/>
              </w:rPr>
              <w:t>2027</w:t>
            </w:r>
            <w:r w:rsidR="00640929" w:rsidRPr="00F51F43">
              <w:rPr>
                <w:b/>
                <w:noProof/>
                <w:sz w:val="20"/>
                <w:szCs w:val="20"/>
              </w:rPr>
              <w:t>. godina</w:t>
            </w:r>
          </w:p>
        </w:tc>
      </w:tr>
      <w:tr w:rsidR="003D7468" w:rsidRPr="00F51F43" w14:paraId="160DCEDB" w14:textId="77777777" w:rsidTr="00A908B5">
        <w:trPr>
          <w:cantSplit/>
          <w:jc w:val="center"/>
        </w:trPr>
        <w:tc>
          <w:tcPr>
            <w:tcW w:w="4503" w:type="dxa"/>
            <w:tcMar>
              <w:top w:w="80" w:type="dxa"/>
              <w:left w:w="80" w:type="dxa"/>
              <w:bottom w:w="80" w:type="dxa"/>
              <w:right w:w="80" w:type="dxa"/>
            </w:tcMar>
            <w:vAlign w:val="center"/>
          </w:tcPr>
          <w:p w14:paraId="282132AE" w14:textId="77777777" w:rsidR="003D7468" w:rsidRPr="00F51F43" w:rsidRDefault="003D7468" w:rsidP="001A1F1A">
            <w:pPr>
              <w:tabs>
                <w:tab w:val="left" w:pos="3544"/>
              </w:tabs>
              <w:spacing w:after="0" w:line="240" w:lineRule="auto"/>
              <w:rPr>
                <w:noProof/>
                <w:sz w:val="20"/>
                <w:szCs w:val="20"/>
                <w:u w:val="single"/>
              </w:rPr>
            </w:pPr>
            <w:r w:rsidRPr="00F51F43">
              <w:rPr>
                <w:noProof/>
                <w:sz w:val="20"/>
                <w:szCs w:val="20"/>
                <w:u w:val="single"/>
              </w:rPr>
              <w:lastRenderedPageBreak/>
              <w:t>Rujan</w:t>
            </w:r>
          </w:p>
          <w:p w14:paraId="1CA1FB2E" w14:textId="77777777" w:rsidR="001A1F1A" w:rsidRPr="00F51F43" w:rsidRDefault="001A1F1A" w:rsidP="001A1F1A">
            <w:pPr>
              <w:pStyle w:val="Tijeloteksta"/>
              <w:tabs>
                <w:tab w:val="left" w:pos="3544"/>
              </w:tabs>
              <w:spacing w:after="0" w:line="240" w:lineRule="auto"/>
              <w:rPr>
                <w:noProof/>
                <w:sz w:val="20"/>
                <w:szCs w:val="20"/>
              </w:rPr>
            </w:pPr>
            <w:r w:rsidRPr="00F51F43">
              <w:rPr>
                <w:noProof/>
                <w:sz w:val="20"/>
                <w:szCs w:val="20"/>
              </w:rPr>
              <w:t>7.9. Dan hrvatskih voda</w:t>
            </w:r>
          </w:p>
          <w:p w14:paraId="0D2DCF82" w14:textId="77777777" w:rsidR="001A1F1A" w:rsidRPr="00F51F43" w:rsidRDefault="001A1F1A" w:rsidP="001A1F1A">
            <w:pPr>
              <w:pStyle w:val="Tijeloteksta"/>
              <w:tabs>
                <w:tab w:val="left" w:pos="3544"/>
              </w:tabs>
              <w:spacing w:after="0" w:line="240" w:lineRule="auto"/>
              <w:rPr>
                <w:noProof/>
                <w:sz w:val="20"/>
                <w:szCs w:val="20"/>
              </w:rPr>
            </w:pPr>
            <w:r w:rsidRPr="00F51F43">
              <w:rPr>
                <w:noProof/>
                <w:sz w:val="20"/>
                <w:szCs w:val="20"/>
              </w:rPr>
              <w:t>8.9. Svjetski dan pismenosti</w:t>
            </w:r>
          </w:p>
          <w:p w14:paraId="317E5FC1" w14:textId="77777777" w:rsidR="001A1F1A" w:rsidRPr="00F51F43" w:rsidRDefault="001A1F1A" w:rsidP="001A1F1A">
            <w:pPr>
              <w:pStyle w:val="Tijeloteksta"/>
              <w:tabs>
                <w:tab w:val="left" w:pos="3544"/>
              </w:tabs>
              <w:spacing w:after="0" w:line="240" w:lineRule="auto"/>
              <w:rPr>
                <w:noProof/>
                <w:sz w:val="20"/>
                <w:szCs w:val="20"/>
              </w:rPr>
            </w:pPr>
            <w:r w:rsidRPr="00F51F43">
              <w:rPr>
                <w:noProof/>
                <w:sz w:val="20"/>
                <w:szCs w:val="20"/>
              </w:rPr>
              <w:t>10.9. Hrvatski olimpijski dan</w:t>
            </w:r>
          </w:p>
          <w:p w14:paraId="582C4B6C" w14:textId="77777777" w:rsidR="001A1F1A" w:rsidRPr="00F51F43" w:rsidRDefault="00ED5EDB" w:rsidP="001A1F1A">
            <w:pPr>
              <w:pStyle w:val="Tijeloteksta"/>
              <w:tabs>
                <w:tab w:val="left" w:pos="3544"/>
              </w:tabs>
              <w:spacing w:after="0" w:line="240" w:lineRule="auto"/>
              <w:rPr>
                <w:noProof/>
                <w:sz w:val="20"/>
                <w:szCs w:val="20"/>
              </w:rPr>
            </w:pPr>
            <w:r w:rsidRPr="00F51F43">
              <w:rPr>
                <w:noProof/>
                <w:sz w:val="20"/>
                <w:szCs w:val="20"/>
              </w:rPr>
              <w:t>16.-22.9</w:t>
            </w:r>
            <w:r w:rsidR="001A1F1A" w:rsidRPr="00F51F43">
              <w:rPr>
                <w:noProof/>
                <w:sz w:val="20"/>
                <w:szCs w:val="20"/>
              </w:rPr>
              <w:t>. Europski tjedan kretanja</w:t>
            </w:r>
          </w:p>
          <w:p w14:paraId="3656660C" w14:textId="77777777" w:rsidR="001A1F1A" w:rsidRPr="00F51F43" w:rsidRDefault="001A1F1A" w:rsidP="001A1F1A">
            <w:pPr>
              <w:pStyle w:val="Tijeloteksta"/>
              <w:tabs>
                <w:tab w:val="left" w:pos="3544"/>
              </w:tabs>
              <w:spacing w:after="0" w:line="240" w:lineRule="auto"/>
              <w:rPr>
                <w:noProof/>
                <w:sz w:val="20"/>
                <w:szCs w:val="20"/>
              </w:rPr>
            </w:pPr>
            <w:r w:rsidRPr="00F51F43">
              <w:rPr>
                <w:noProof/>
                <w:sz w:val="20"/>
                <w:szCs w:val="20"/>
              </w:rPr>
              <w:t>21.9. Međunarodni dan mira</w:t>
            </w:r>
          </w:p>
          <w:p w14:paraId="2B959ED8" w14:textId="77777777" w:rsidR="003D7468" w:rsidRPr="00F51F43" w:rsidRDefault="001A1F1A" w:rsidP="001A1F1A">
            <w:pPr>
              <w:pStyle w:val="Tijeloteksta"/>
              <w:tabs>
                <w:tab w:val="left" w:pos="3544"/>
              </w:tabs>
              <w:spacing w:after="0" w:line="240" w:lineRule="auto"/>
              <w:rPr>
                <w:noProof/>
                <w:sz w:val="20"/>
                <w:szCs w:val="20"/>
              </w:rPr>
            </w:pPr>
            <w:r w:rsidRPr="00F51F43">
              <w:rPr>
                <w:noProof/>
                <w:sz w:val="20"/>
                <w:szCs w:val="20"/>
              </w:rPr>
              <w:t xml:space="preserve">23.9. </w:t>
            </w:r>
            <w:r w:rsidR="003D7468" w:rsidRPr="00F51F43">
              <w:rPr>
                <w:noProof/>
                <w:sz w:val="20"/>
                <w:szCs w:val="20"/>
              </w:rPr>
              <w:t>Prvi dan jeseni</w:t>
            </w:r>
          </w:p>
          <w:p w14:paraId="25FB9F0F" w14:textId="77777777" w:rsidR="001A1F1A" w:rsidRPr="00F51F43" w:rsidRDefault="001A1F1A" w:rsidP="001A1F1A">
            <w:pPr>
              <w:pStyle w:val="Tijeloteksta"/>
              <w:tabs>
                <w:tab w:val="left" w:pos="3544"/>
              </w:tabs>
              <w:spacing w:after="0" w:line="240" w:lineRule="auto"/>
              <w:rPr>
                <w:noProof/>
                <w:sz w:val="20"/>
                <w:szCs w:val="20"/>
              </w:rPr>
            </w:pPr>
            <w:r w:rsidRPr="00F51F43">
              <w:rPr>
                <w:noProof/>
                <w:sz w:val="20"/>
                <w:szCs w:val="20"/>
              </w:rPr>
              <w:t>zadnja subota – Međunarodni dan gluhih</w:t>
            </w:r>
          </w:p>
          <w:p w14:paraId="4111CD14" w14:textId="77777777" w:rsidR="001A1F1A" w:rsidRPr="00F51F43" w:rsidRDefault="001A1F1A" w:rsidP="001A1F1A">
            <w:pPr>
              <w:pStyle w:val="Tijeloteksta"/>
              <w:tabs>
                <w:tab w:val="left" w:pos="3544"/>
              </w:tabs>
              <w:spacing w:after="0" w:line="240" w:lineRule="auto"/>
              <w:rPr>
                <w:noProof/>
                <w:sz w:val="20"/>
                <w:szCs w:val="20"/>
              </w:rPr>
            </w:pPr>
            <w:r w:rsidRPr="00F51F43">
              <w:rPr>
                <w:noProof/>
                <w:sz w:val="20"/>
                <w:szCs w:val="20"/>
              </w:rPr>
              <w:t>29.9. Dan policije</w:t>
            </w:r>
          </w:p>
          <w:p w14:paraId="62F54ECE" w14:textId="77777777" w:rsidR="003D7468" w:rsidRPr="00F51F43" w:rsidRDefault="003D7468" w:rsidP="001A1F1A">
            <w:pPr>
              <w:tabs>
                <w:tab w:val="left" w:pos="3544"/>
              </w:tabs>
              <w:spacing w:after="0" w:line="240" w:lineRule="auto"/>
              <w:rPr>
                <w:noProof/>
                <w:sz w:val="20"/>
                <w:szCs w:val="20"/>
                <w:u w:val="single"/>
              </w:rPr>
            </w:pPr>
            <w:r w:rsidRPr="00F51F43">
              <w:rPr>
                <w:noProof/>
                <w:sz w:val="20"/>
                <w:szCs w:val="20"/>
                <w:u w:val="single"/>
              </w:rPr>
              <w:t>Listopad</w:t>
            </w:r>
          </w:p>
          <w:p w14:paraId="77DD2D2B" w14:textId="77777777" w:rsidR="001A1F1A" w:rsidRPr="00F51F43" w:rsidRDefault="001A1F1A" w:rsidP="001A1F1A">
            <w:pPr>
              <w:tabs>
                <w:tab w:val="left" w:pos="3544"/>
              </w:tabs>
              <w:spacing w:after="0" w:line="240" w:lineRule="auto"/>
              <w:rPr>
                <w:noProof/>
                <w:sz w:val="20"/>
                <w:szCs w:val="20"/>
              </w:rPr>
            </w:pPr>
            <w:r w:rsidRPr="00F51F43">
              <w:rPr>
                <w:noProof/>
                <w:sz w:val="20"/>
                <w:szCs w:val="20"/>
              </w:rPr>
              <w:t>1.10. Međunarodni dan starijih osoba</w:t>
            </w:r>
          </w:p>
          <w:p w14:paraId="7B1ABFE1" w14:textId="77777777" w:rsidR="001A1F1A" w:rsidRPr="00F51F43" w:rsidRDefault="001A1F1A" w:rsidP="001A1F1A">
            <w:pPr>
              <w:tabs>
                <w:tab w:val="left" w:pos="3544"/>
              </w:tabs>
              <w:spacing w:after="0" w:line="240" w:lineRule="auto"/>
              <w:rPr>
                <w:noProof/>
                <w:sz w:val="20"/>
                <w:szCs w:val="20"/>
              </w:rPr>
            </w:pPr>
            <w:r w:rsidRPr="00F51F43">
              <w:rPr>
                <w:noProof/>
                <w:sz w:val="20"/>
                <w:szCs w:val="20"/>
              </w:rPr>
              <w:t>2.10. Međunarodni dan nenasilja</w:t>
            </w:r>
          </w:p>
          <w:p w14:paraId="4C402548" w14:textId="77777777" w:rsidR="003D7468" w:rsidRPr="00F51F43" w:rsidRDefault="001A1F1A" w:rsidP="001A1F1A">
            <w:pPr>
              <w:tabs>
                <w:tab w:val="left" w:pos="3544"/>
              </w:tabs>
              <w:spacing w:after="0" w:line="240" w:lineRule="auto"/>
              <w:rPr>
                <w:noProof/>
                <w:sz w:val="20"/>
                <w:szCs w:val="20"/>
              </w:rPr>
            </w:pPr>
            <w:r w:rsidRPr="00F51F43">
              <w:rPr>
                <w:noProof/>
                <w:sz w:val="20"/>
                <w:szCs w:val="20"/>
              </w:rPr>
              <w:t xml:space="preserve">prvi puni </w:t>
            </w:r>
            <w:r w:rsidR="003D7468" w:rsidRPr="00F51F43">
              <w:rPr>
                <w:noProof/>
                <w:sz w:val="20"/>
                <w:szCs w:val="20"/>
              </w:rPr>
              <w:t xml:space="preserve">tjedan – Dječji tjedan </w:t>
            </w:r>
          </w:p>
          <w:p w14:paraId="53E30F73" w14:textId="77777777" w:rsidR="001B5A37" w:rsidRPr="00F51F43" w:rsidRDefault="001B5A37" w:rsidP="001A1F1A">
            <w:pPr>
              <w:tabs>
                <w:tab w:val="left" w:pos="3544"/>
              </w:tabs>
              <w:spacing w:after="0" w:line="240" w:lineRule="auto"/>
              <w:rPr>
                <w:noProof/>
                <w:sz w:val="20"/>
                <w:szCs w:val="20"/>
              </w:rPr>
            </w:pPr>
            <w:r w:rsidRPr="00F51F43">
              <w:rPr>
                <w:noProof/>
                <w:sz w:val="20"/>
                <w:szCs w:val="20"/>
              </w:rPr>
              <w:t>4.-10.10. Svjetski tjedan svemira</w:t>
            </w:r>
          </w:p>
          <w:p w14:paraId="48D495E1"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4.10. Međunarodni dan zaštite životinja</w:t>
            </w:r>
          </w:p>
          <w:p w14:paraId="1E86B02F"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Dani kruha</w:t>
            </w:r>
            <w:r w:rsidR="001A1F1A" w:rsidRPr="00F51F43">
              <w:rPr>
                <w:noProof/>
                <w:sz w:val="20"/>
                <w:szCs w:val="20"/>
              </w:rPr>
              <w:t xml:space="preserve"> –</w:t>
            </w:r>
            <w:r w:rsidRPr="00F51F43">
              <w:rPr>
                <w:noProof/>
                <w:sz w:val="20"/>
                <w:szCs w:val="20"/>
              </w:rPr>
              <w:t xml:space="preserve"> Dani zahvalnosti za plodove zemlje (01.10.-31.10.)</w:t>
            </w:r>
          </w:p>
          <w:p w14:paraId="3021AD94" w14:textId="77777777" w:rsidR="003D7468" w:rsidRPr="00F51F43" w:rsidRDefault="003D7468" w:rsidP="00824034">
            <w:pPr>
              <w:numPr>
                <w:ilvl w:val="1"/>
                <w:numId w:val="6"/>
              </w:numPr>
              <w:tabs>
                <w:tab w:val="left" w:pos="3544"/>
              </w:tabs>
              <w:spacing w:after="0" w:line="240" w:lineRule="auto"/>
              <w:rPr>
                <w:noProof/>
                <w:sz w:val="20"/>
                <w:szCs w:val="20"/>
              </w:rPr>
            </w:pPr>
            <w:r w:rsidRPr="00F51F43">
              <w:rPr>
                <w:noProof/>
                <w:sz w:val="20"/>
                <w:szCs w:val="20"/>
              </w:rPr>
              <w:t>Dan zahvalnosti za plodove Zemlje</w:t>
            </w:r>
          </w:p>
          <w:p w14:paraId="170CCA94"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 xml:space="preserve">16.10. Svjetski dan hrane </w:t>
            </w:r>
          </w:p>
          <w:p w14:paraId="60C45200" w14:textId="77777777" w:rsidR="001A1F1A" w:rsidRPr="00F51F43" w:rsidRDefault="001A1F1A" w:rsidP="001A1F1A">
            <w:pPr>
              <w:tabs>
                <w:tab w:val="left" w:pos="3544"/>
              </w:tabs>
              <w:spacing w:after="0" w:line="240" w:lineRule="auto"/>
              <w:rPr>
                <w:noProof/>
                <w:sz w:val="20"/>
                <w:szCs w:val="20"/>
              </w:rPr>
            </w:pPr>
            <w:r w:rsidRPr="00F51F43">
              <w:rPr>
                <w:noProof/>
                <w:sz w:val="20"/>
                <w:szCs w:val="20"/>
              </w:rPr>
              <w:t>17.10. Dan kruha</w:t>
            </w:r>
          </w:p>
          <w:p w14:paraId="668AB9B7" w14:textId="77777777" w:rsidR="003D7468" w:rsidRPr="00F51F43" w:rsidRDefault="001A1F1A" w:rsidP="001A1F1A">
            <w:pPr>
              <w:tabs>
                <w:tab w:val="left" w:pos="3544"/>
              </w:tabs>
              <w:spacing w:after="0" w:line="240" w:lineRule="auto"/>
              <w:rPr>
                <w:noProof/>
                <w:sz w:val="20"/>
                <w:szCs w:val="20"/>
              </w:rPr>
            </w:pPr>
            <w:r w:rsidRPr="00F51F43">
              <w:rPr>
                <w:noProof/>
                <w:sz w:val="20"/>
                <w:szCs w:val="20"/>
              </w:rPr>
              <w:t>20.10. D</w:t>
            </w:r>
            <w:r w:rsidR="006D71BC" w:rsidRPr="00F51F43">
              <w:rPr>
                <w:noProof/>
                <w:sz w:val="20"/>
                <w:szCs w:val="20"/>
              </w:rPr>
              <w:t>an jabuka</w:t>
            </w:r>
          </w:p>
          <w:p w14:paraId="73039B03"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22.10. Međunarodni dan školskih knjižnica</w:t>
            </w:r>
          </w:p>
          <w:p w14:paraId="6C5EB3C1" w14:textId="77777777" w:rsidR="003D7468" w:rsidRPr="00F51F43" w:rsidRDefault="001A1F1A" w:rsidP="001A1F1A">
            <w:pPr>
              <w:tabs>
                <w:tab w:val="left" w:pos="3544"/>
              </w:tabs>
              <w:spacing w:after="0" w:line="240" w:lineRule="auto"/>
              <w:rPr>
                <w:noProof/>
                <w:sz w:val="20"/>
                <w:szCs w:val="20"/>
              </w:rPr>
            </w:pPr>
            <w:r w:rsidRPr="00F51F43">
              <w:rPr>
                <w:noProof/>
                <w:sz w:val="20"/>
                <w:szCs w:val="20"/>
              </w:rPr>
              <w:t xml:space="preserve">31.10. </w:t>
            </w:r>
            <w:r w:rsidR="003D7468" w:rsidRPr="00F51F43">
              <w:rPr>
                <w:noProof/>
                <w:sz w:val="20"/>
                <w:szCs w:val="20"/>
              </w:rPr>
              <w:t>Međunarodni dan štednje</w:t>
            </w:r>
          </w:p>
          <w:p w14:paraId="0822E216" w14:textId="77777777" w:rsidR="003D7468" w:rsidRPr="00F51F43" w:rsidRDefault="001A1F1A" w:rsidP="001A1F1A">
            <w:pPr>
              <w:tabs>
                <w:tab w:val="left" w:pos="3544"/>
              </w:tabs>
              <w:spacing w:after="0" w:line="240" w:lineRule="auto"/>
              <w:rPr>
                <w:noProof/>
                <w:sz w:val="20"/>
                <w:szCs w:val="20"/>
              </w:rPr>
            </w:pPr>
            <w:r w:rsidRPr="00F51F43">
              <w:rPr>
                <w:noProof/>
                <w:sz w:val="20"/>
                <w:szCs w:val="20"/>
              </w:rPr>
              <w:t xml:space="preserve">            Halloween</w:t>
            </w:r>
          </w:p>
          <w:p w14:paraId="3D4819EB" w14:textId="77777777" w:rsidR="003D7468" w:rsidRPr="00F51F43" w:rsidRDefault="003D7468" w:rsidP="001A1F1A">
            <w:pPr>
              <w:tabs>
                <w:tab w:val="left" w:pos="3544"/>
              </w:tabs>
              <w:spacing w:after="0" w:line="240" w:lineRule="auto"/>
              <w:rPr>
                <w:noProof/>
                <w:sz w:val="20"/>
                <w:szCs w:val="20"/>
                <w:u w:val="single"/>
              </w:rPr>
            </w:pPr>
            <w:r w:rsidRPr="00F51F43">
              <w:rPr>
                <w:noProof/>
                <w:sz w:val="20"/>
                <w:szCs w:val="20"/>
                <w:u w:val="single"/>
              </w:rPr>
              <w:t>Studeni</w:t>
            </w:r>
          </w:p>
          <w:p w14:paraId="1217217E"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1.11. Svi sveti – Dan spomena na mrtve</w:t>
            </w:r>
          </w:p>
          <w:p w14:paraId="1C6C9F70" w14:textId="77777777" w:rsidR="001B5A37" w:rsidRPr="00F51F43" w:rsidRDefault="001B5A37" w:rsidP="001A1F1A">
            <w:pPr>
              <w:tabs>
                <w:tab w:val="left" w:pos="3544"/>
              </w:tabs>
              <w:spacing w:after="0" w:line="240" w:lineRule="auto"/>
              <w:rPr>
                <w:noProof/>
                <w:sz w:val="20"/>
                <w:szCs w:val="20"/>
              </w:rPr>
            </w:pPr>
            <w:r w:rsidRPr="00F51F43">
              <w:rPr>
                <w:noProof/>
                <w:sz w:val="20"/>
                <w:szCs w:val="20"/>
              </w:rPr>
              <w:t>9.11. Svjetski dan izumitelja</w:t>
            </w:r>
          </w:p>
          <w:p w14:paraId="0E2D5C2A" w14:textId="77777777" w:rsidR="001B5A37" w:rsidRPr="00F51F43" w:rsidRDefault="001B5A37" w:rsidP="001A1F1A">
            <w:pPr>
              <w:tabs>
                <w:tab w:val="left" w:pos="3544"/>
              </w:tabs>
              <w:spacing w:after="0" w:line="240" w:lineRule="auto"/>
              <w:rPr>
                <w:noProof/>
                <w:sz w:val="20"/>
                <w:szCs w:val="20"/>
              </w:rPr>
            </w:pPr>
            <w:r w:rsidRPr="00F51F43">
              <w:rPr>
                <w:noProof/>
                <w:sz w:val="20"/>
                <w:szCs w:val="20"/>
              </w:rPr>
              <w:t>13.11. Dan ljubaznosti</w:t>
            </w:r>
          </w:p>
          <w:p w14:paraId="7D356DE1"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16.11. Međunarodni dan tolerancije</w:t>
            </w:r>
          </w:p>
          <w:p w14:paraId="05C53A8A" w14:textId="77777777" w:rsidR="00DE5664" w:rsidRPr="00F51F43" w:rsidRDefault="00DE5664" w:rsidP="001A1F1A">
            <w:pPr>
              <w:tabs>
                <w:tab w:val="left" w:pos="3544"/>
              </w:tabs>
              <w:spacing w:after="0" w:line="240" w:lineRule="auto"/>
              <w:rPr>
                <w:noProof/>
                <w:sz w:val="20"/>
                <w:szCs w:val="20"/>
              </w:rPr>
            </w:pPr>
            <w:r w:rsidRPr="00F51F43">
              <w:rPr>
                <w:noProof/>
                <w:sz w:val="20"/>
                <w:szCs w:val="20"/>
              </w:rPr>
              <w:t xml:space="preserve">18.11. </w:t>
            </w:r>
            <w:r w:rsidRPr="00F51F43">
              <w:rPr>
                <w:noProof/>
                <w:sz w:val="20"/>
                <w:szCs w:val="20"/>
                <w:shd w:val="clear" w:color="auto" w:fill="FFFFFF"/>
              </w:rPr>
              <w:t>Dan sjećanja na žrtve Domovinskog rata i Dan sjećanja na žrtvu Vukovara i Škabrnje</w:t>
            </w:r>
          </w:p>
          <w:p w14:paraId="7A6385E3" w14:textId="77777777" w:rsidR="00DD7778" w:rsidRPr="00F51F43" w:rsidRDefault="001B5A37" w:rsidP="001A1F1A">
            <w:pPr>
              <w:tabs>
                <w:tab w:val="left" w:pos="3544"/>
              </w:tabs>
              <w:spacing w:after="0" w:line="240" w:lineRule="auto"/>
              <w:rPr>
                <w:noProof/>
                <w:sz w:val="20"/>
                <w:szCs w:val="20"/>
              </w:rPr>
            </w:pPr>
            <w:r w:rsidRPr="00F51F43">
              <w:rPr>
                <w:noProof/>
                <w:sz w:val="20"/>
                <w:szCs w:val="20"/>
              </w:rPr>
              <w:t xml:space="preserve">19.11. Međunarodni dan borbe protiv nasilja </w:t>
            </w:r>
          </w:p>
          <w:p w14:paraId="571459CA" w14:textId="77777777" w:rsidR="001B5A37" w:rsidRPr="00F51F43" w:rsidRDefault="00DD7778" w:rsidP="001A1F1A">
            <w:pPr>
              <w:tabs>
                <w:tab w:val="left" w:pos="3544"/>
              </w:tabs>
              <w:spacing w:after="0" w:line="240" w:lineRule="auto"/>
              <w:rPr>
                <w:noProof/>
                <w:sz w:val="20"/>
                <w:szCs w:val="20"/>
              </w:rPr>
            </w:pPr>
            <w:r w:rsidRPr="00F51F43">
              <w:rPr>
                <w:noProof/>
                <w:sz w:val="20"/>
                <w:szCs w:val="20"/>
              </w:rPr>
              <w:t xml:space="preserve">           </w:t>
            </w:r>
            <w:r w:rsidR="001B5A37" w:rsidRPr="00F51F43">
              <w:rPr>
                <w:noProof/>
                <w:sz w:val="20"/>
                <w:szCs w:val="20"/>
              </w:rPr>
              <w:t>nad djecom</w:t>
            </w:r>
          </w:p>
          <w:p w14:paraId="42C56BD4"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20.11. Međunarodni dan</w:t>
            </w:r>
            <w:r w:rsidR="001B5A37" w:rsidRPr="00F51F43">
              <w:rPr>
                <w:noProof/>
                <w:sz w:val="20"/>
                <w:szCs w:val="20"/>
              </w:rPr>
              <w:t xml:space="preserve"> dječjih</w:t>
            </w:r>
            <w:r w:rsidRPr="00F51F43">
              <w:rPr>
                <w:noProof/>
                <w:sz w:val="20"/>
                <w:szCs w:val="20"/>
              </w:rPr>
              <w:t xml:space="preserve"> prava –obljetnica d</w:t>
            </w:r>
            <w:r w:rsidR="00B05486" w:rsidRPr="00F51F43">
              <w:rPr>
                <w:noProof/>
                <w:sz w:val="20"/>
                <w:szCs w:val="20"/>
              </w:rPr>
              <w:t xml:space="preserve">onošenja Konvencije o pravima </w:t>
            </w:r>
            <w:r w:rsidRPr="00F51F43">
              <w:rPr>
                <w:noProof/>
                <w:sz w:val="20"/>
                <w:szCs w:val="20"/>
              </w:rPr>
              <w:t>djeteta</w:t>
            </w:r>
          </w:p>
          <w:p w14:paraId="2AC68EDD"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23.11. Svjetski humanitarni dan</w:t>
            </w:r>
          </w:p>
          <w:p w14:paraId="1E638EE0"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24.11. Dan hrvatskog kazališta</w:t>
            </w:r>
          </w:p>
          <w:p w14:paraId="6C6CF200" w14:textId="77777777" w:rsidR="003D7468" w:rsidRPr="00F51F43" w:rsidRDefault="003D7468" w:rsidP="001A1F1A">
            <w:pPr>
              <w:tabs>
                <w:tab w:val="left" w:pos="3544"/>
              </w:tabs>
              <w:spacing w:after="0" w:line="240" w:lineRule="auto"/>
              <w:rPr>
                <w:noProof/>
                <w:sz w:val="20"/>
                <w:szCs w:val="20"/>
                <w:u w:val="single"/>
              </w:rPr>
            </w:pPr>
            <w:r w:rsidRPr="00F51F43">
              <w:rPr>
                <w:noProof/>
                <w:sz w:val="20"/>
                <w:szCs w:val="20"/>
                <w:u w:val="single"/>
              </w:rPr>
              <w:t>Prosinac</w:t>
            </w:r>
          </w:p>
          <w:p w14:paraId="2A8CE6E8"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Adventski period –</w:t>
            </w:r>
            <w:r w:rsidR="0009215F" w:rsidRPr="00F51F43">
              <w:rPr>
                <w:noProof/>
                <w:sz w:val="20"/>
                <w:szCs w:val="20"/>
              </w:rPr>
              <w:t xml:space="preserve"> božić</w:t>
            </w:r>
            <w:r w:rsidR="001B5A37" w:rsidRPr="00F51F43">
              <w:rPr>
                <w:noProof/>
                <w:sz w:val="20"/>
                <w:szCs w:val="20"/>
              </w:rPr>
              <w:t>no-</w:t>
            </w:r>
            <w:r w:rsidRPr="00F51F43">
              <w:rPr>
                <w:noProof/>
                <w:sz w:val="20"/>
                <w:szCs w:val="20"/>
              </w:rPr>
              <w:t xml:space="preserve">novogodišnje </w:t>
            </w:r>
            <w:r w:rsidR="001B5A37" w:rsidRPr="00F51F43">
              <w:rPr>
                <w:noProof/>
                <w:sz w:val="20"/>
                <w:szCs w:val="20"/>
              </w:rPr>
              <w:t>radosti</w:t>
            </w:r>
          </w:p>
          <w:p w14:paraId="7A832453"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 xml:space="preserve">3.12. Međunarodni dan invalida </w:t>
            </w:r>
          </w:p>
          <w:p w14:paraId="14158063"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6.12. Sveti Nikola</w:t>
            </w:r>
          </w:p>
          <w:p w14:paraId="17EB0FBD"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 xml:space="preserve">10.12. Dan </w:t>
            </w:r>
            <w:r w:rsidR="001B5A37" w:rsidRPr="00F51F43">
              <w:rPr>
                <w:noProof/>
                <w:sz w:val="20"/>
                <w:szCs w:val="20"/>
              </w:rPr>
              <w:t xml:space="preserve">ljudskih </w:t>
            </w:r>
            <w:r w:rsidRPr="00F51F43">
              <w:rPr>
                <w:noProof/>
                <w:sz w:val="20"/>
                <w:szCs w:val="20"/>
              </w:rPr>
              <w:t>prava</w:t>
            </w:r>
          </w:p>
          <w:p w14:paraId="2FC77ADC"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 xml:space="preserve">13.12. Sveta Lucija - sijanje božićne pšenice </w:t>
            </w:r>
          </w:p>
          <w:p w14:paraId="12C1226A"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21.12. Prvi dan</w:t>
            </w:r>
            <w:r w:rsidR="00ED5B2F" w:rsidRPr="00F51F43">
              <w:rPr>
                <w:noProof/>
                <w:sz w:val="20"/>
                <w:szCs w:val="20"/>
              </w:rPr>
              <w:t xml:space="preserve"> </w:t>
            </w:r>
            <w:r w:rsidRPr="00F51F43">
              <w:rPr>
                <w:noProof/>
                <w:sz w:val="20"/>
                <w:szCs w:val="20"/>
              </w:rPr>
              <w:t xml:space="preserve">zime </w:t>
            </w:r>
          </w:p>
          <w:p w14:paraId="165203D8"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24.12. Badnjak</w:t>
            </w:r>
          </w:p>
          <w:p w14:paraId="636A25F2"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25.12. Božić</w:t>
            </w:r>
          </w:p>
          <w:p w14:paraId="7A3EA2C1" w14:textId="77777777" w:rsidR="002755FD" w:rsidRPr="00F51F43" w:rsidRDefault="001B5A37" w:rsidP="002755FD">
            <w:pPr>
              <w:tabs>
                <w:tab w:val="left" w:pos="3544"/>
              </w:tabs>
              <w:spacing w:after="0" w:line="240" w:lineRule="auto"/>
              <w:rPr>
                <w:noProof/>
                <w:sz w:val="20"/>
                <w:szCs w:val="20"/>
                <w:u w:val="single"/>
              </w:rPr>
            </w:pPr>
            <w:r w:rsidRPr="00F51F43">
              <w:rPr>
                <w:noProof/>
                <w:sz w:val="20"/>
                <w:szCs w:val="20"/>
              </w:rPr>
              <w:t>26.12. Sveti Stjepan</w:t>
            </w:r>
            <w:r w:rsidR="002755FD" w:rsidRPr="00F51F43">
              <w:rPr>
                <w:noProof/>
                <w:sz w:val="20"/>
                <w:szCs w:val="20"/>
                <w:u w:val="single"/>
              </w:rPr>
              <w:t xml:space="preserve"> Siječanj</w:t>
            </w:r>
          </w:p>
          <w:p w14:paraId="4FF6D141" w14:textId="77777777" w:rsidR="002755FD" w:rsidRPr="00F51F43" w:rsidRDefault="002755FD" w:rsidP="002755FD">
            <w:pPr>
              <w:tabs>
                <w:tab w:val="left" w:pos="3544"/>
              </w:tabs>
              <w:spacing w:after="0" w:line="240" w:lineRule="auto"/>
              <w:rPr>
                <w:noProof/>
                <w:sz w:val="20"/>
                <w:szCs w:val="20"/>
              </w:rPr>
            </w:pPr>
            <w:r w:rsidRPr="00F51F43">
              <w:rPr>
                <w:noProof/>
                <w:sz w:val="20"/>
                <w:szCs w:val="20"/>
              </w:rPr>
              <w:t>1.1. Nova godina, Međunarodni dan mira</w:t>
            </w:r>
          </w:p>
          <w:p w14:paraId="4AC6904A" w14:textId="77777777" w:rsidR="002755FD" w:rsidRPr="00F51F43" w:rsidRDefault="002755FD" w:rsidP="002755FD">
            <w:pPr>
              <w:tabs>
                <w:tab w:val="left" w:pos="3544"/>
              </w:tabs>
              <w:spacing w:after="0" w:line="240" w:lineRule="auto"/>
              <w:rPr>
                <w:noProof/>
                <w:sz w:val="20"/>
                <w:szCs w:val="20"/>
              </w:rPr>
            </w:pPr>
            <w:r w:rsidRPr="00F51F43">
              <w:rPr>
                <w:noProof/>
                <w:sz w:val="20"/>
                <w:szCs w:val="20"/>
              </w:rPr>
              <w:t>6.1. Sveta tri kralja</w:t>
            </w:r>
          </w:p>
          <w:p w14:paraId="3E9A5361" w14:textId="77777777" w:rsidR="002755FD" w:rsidRPr="00F51F43" w:rsidRDefault="002755FD" w:rsidP="002755FD">
            <w:pPr>
              <w:tabs>
                <w:tab w:val="left" w:pos="3544"/>
              </w:tabs>
              <w:spacing w:after="0" w:line="240" w:lineRule="auto"/>
              <w:rPr>
                <w:noProof/>
                <w:sz w:val="20"/>
                <w:szCs w:val="20"/>
              </w:rPr>
            </w:pPr>
            <w:r w:rsidRPr="00F51F43">
              <w:rPr>
                <w:noProof/>
                <w:sz w:val="20"/>
                <w:szCs w:val="20"/>
              </w:rPr>
              <w:t>10.1. Svjetski dan smijeha</w:t>
            </w:r>
          </w:p>
          <w:p w14:paraId="417D8AAD" w14:textId="77777777" w:rsidR="002755FD" w:rsidRPr="00F51F43" w:rsidRDefault="002755FD" w:rsidP="002755FD">
            <w:pPr>
              <w:tabs>
                <w:tab w:val="left" w:pos="3544"/>
              </w:tabs>
              <w:spacing w:after="0" w:line="240" w:lineRule="auto"/>
              <w:rPr>
                <w:noProof/>
                <w:sz w:val="20"/>
                <w:szCs w:val="20"/>
              </w:rPr>
            </w:pPr>
            <w:r w:rsidRPr="00F51F43">
              <w:rPr>
                <w:noProof/>
                <w:sz w:val="20"/>
                <w:szCs w:val="20"/>
              </w:rPr>
              <w:t>15.1. Dan međunarodnog priznanja RH</w:t>
            </w:r>
          </w:p>
          <w:p w14:paraId="083DF1E8" w14:textId="77777777" w:rsidR="003D7468" w:rsidRPr="002755FD" w:rsidRDefault="002755FD" w:rsidP="001B5A37">
            <w:pPr>
              <w:tabs>
                <w:tab w:val="left" w:pos="3544"/>
              </w:tabs>
              <w:spacing w:after="0" w:line="240" w:lineRule="auto"/>
              <w:rPr>
                <w:noProof/>
                <w:sz w:val="20"/>
                <w:szCs w:val="20"/>
                <w:u w:val="single"/>
              </w:rPr>
            </w:pPr>
            <w:r w:rsidRPr="00F51F43">
              <w:rPr>
                <w:noProof/>
                <w:sz w:val="20"/>
                <w:szCs w:val="20"/>
              </w:rPr>
              <w:t>21.1. Međunarodni dan zagrljaja</w:t>
            </w:r>
          </w:p>
        </w:tc>
        <w:tc>
          <w:tcPr>
            <w:tcW w:w="4819" w:type="dxa"/>
            <w:tcMar>
              <w:top w:w="80" w:type="dxa"/>
              <w:left w:w="80" w:type="dxa"/>
              <w:bottom w:w="80" w:type="dxa"/>
              <w:right w:w="80" w:type="dxa"/>
            </w:tcMar>
            <w:vAlign w:val="center"/>
          </w:tcPr>
          <w:p w14:paraId="4B7609B4" w14:textId="77777777" w:rsidR="003D7468" w:rsidRPr="00F51F43" w:rsidRDefault="003D7468" w:rsidP="001A1F1A">
            <w:pPr>
              <w:tabs>
                <w:tab w:val="left" w:pos="3544"/>
              </w:tabs>
              <w:spacing w:after="0" w:line="240" w:lineRule="auto"/>
              <w:rPr>
                <w:noProof/>
                <w:sz w:val="20"/>
                <w:szCs w:val="20"/>
                <w:u w:val="single"/>
              </w:rPr>
            </w:pPr>
            <w:r w:rsidRPr="00F51F43">
              <w:rPr>
                <w:noProof/>
                <w:sz w:val="20"/>
                <w:szCs w:val="20"/>
                <w:u w:val="single"/>
              </w:rPr>
              <w:t xml:space="preserve">Veljača </w:t>
            </w:r>
          </w:p>
          <w:p w14:paraId="0A5F0F9E" w14:textId="77777777" w:rsidR="003D7468" w:rsidRPr="00F51F43" w:rsidRDefault="001B5A37" w:rsidP="001A1F1A">
            <w:pPr>
              <w:tabs>
                <w:tab w:val="left" w:pos="3544"/>
              </w:tabs>
              <w:spacing w:after="0" w:line="240" w:lineRule="auto"/>
              <w:rPr>
                <w:noProof/>
                <w:sz w:val="20"/>
                <w:szCs w:val="20"/>
              </w:rPr>
            </w:pPr>
            <w:r w:rsidRPr="00F51F43">
              <w:rPr>
                <w:noProof/>
                <w:sz w:val="20"/>
                <w:szCs w:val="20"/>
              </w:rPr>
              <w:t>7.</w:t>
            </w:r>
            <w:r w:rsidR="003D7468" w:rsidRPr="00F51F43">
              <w:rPr>
                <w:noProof/>
                <w:sz w:val="20"/>
                <w:szCs w:val="20"/>
              </w:rPr>
              <w:t>2. Međunarodni dan života</w:t>
            </w:r>
          </w:p>
          <w:p w14:paraId="7BE6CFF9" w14:textId="77777777" w:rsidR="003D7468" w:rsidRPr="00F51F43" w:rsidRDefault="001B5A37" w:rsidP="001A1F1A">
            <w:pPr>
              <w:tabs>
                <w:tab w:val="left" w:pos="3544"/>
              </w:tabs>
              <w:spacing w:after="0" w:line="240" w:lineRule="auto"/>
              <w:rPr>
                <w:noProof/>
                <w:sz w:val="20"/>
                <w:szCs w:val="20"/>
              </w:rPr>
            </w:pPr>
            <w:r w:rsidRPr="00F51F43">
              <w:rPr>
                <w:noProof/>
                <w:sz w:val="20"/>
                <w:szCs w:val="20"/>
              </w:rPr>
              <w:t>11.</w:t>
            </w:r>
            <w:r w:rsidR="003D7468" w:rsidRPr="00F51F43">
              <w:rPr>
                <w:noProof/>
                <w:sz w:val="20"/>
                <w:szCs w:val="20"/>
              </w:rPr>
              <w:t xml:space="preserve">2. Svjetski dan bolesnika </w:t>
            </w:r>
          </w:p>
          <w:p w14:paraId="60C590C5" w14:textId="77777777" w:rsidR="003D7468" w:rsidRPr="00F51F43" w:rsidRDefault="001B5A37" w:rsidP="001A1F1A">
            <w:pPr>
              <w:tabs>
                <w:tab w:val="left" w:pos="3544"/>
              </w:tabs>
              <w:spacing w:after="0" w:line="240" w:lineRule="auto"/>
              <w:rPr>
                <w:noProof/>
                <w:sz w:val="20"/>
                <w:szCs w:val="20"/>
              </w:rPr>
            </w:pPr>
            <w:r w:rsidRPr="00F51F43">
              <w:rPr>
                <w:noProof/>
                <w:sz w:val="20"/>
                <w:szCs w:val="20"/>
              </w:rPr>
              <w:t>14.</w:t>
            </w:r>
            <w:r w:rsidR="003D7468" w:rsidRPr="00F51F43">
              <w:rPr>
                <w:noProof/>
                <w:sz w:val="20"/>
                <w:szCs w:val="20"/>
              </w:rPr>
              <w:t>2. Valentinovo</w:t>
            </w:r>
          </w:p>
          <w:p w14:paraId="164FC596" w14:textId="77777777" w:rsidR="001B5A37" w:rsidRPr="00F51F43" w:rsidRDefault="001B5A37" w:rsidP="001A1F1A">
            <w:pPr>
              <w:tabs>
                <w:tab w:val="left" w:pos="3544"/>
              </w:tabs>
              <w:spacing w:after="0" w:line="240" w:lineRule="auto"/>
              <w:rPr>
                <w:noProof/>
                <w:sz w:val="20"/>
                <w:szCs w:val="20"/>
              </w:rPr>
            </w:pPr>
            <w:r w:rsidRPr="00F51F43">
              <w:rPr>
                <w:noProof/>
                <w:sz w:val="20"/>
                <w:szCs w:val="20"/>
              </w:rPr>
              <w:t>21.2. Međunarodni dan materinjeg jezika</w:t>
            </w:r>
          </w:p>
          <w:p w14:paraId="0D5BD42D"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 xml:space="preserve">Fašnik </w:t>
            </w:r>
          </w:p>
          <w:p w14:paraId="16E77D2B"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 xml:space="preserve">Pepelnica </w:t>
            </w:r>
          </w:p>
          <w:p w14:paraId="49B9A4A6" w14:textId="77777777" w:rsidR="003D7468" w:rsidRPr="00F51F43" w:rsidRDefault="003D7468" w:rsidP="001A1F1A">
            <w:pPr>
              <w:tabs>
                <w:tab w:val="left" w:pos="3544"/>
              </w:tabs>
              <w:spacing w:after="0" w:line="240" w:lineRule="auto"/>
              <w:rPr>
                <w:noProof/>
                <w:sz w:val="20"/>
                <w:szCs w:val="20"/>
              </w:rPr>
            </w:pPr>
            <w:r w:rsidRPr="00F51F43">
              <w:rPr>
                <w:noProof/>
                <w:sz w:val="20"/>
                <w:szCs w:val="20"/>
                <w:u w:val="single"/>
              </w:rPr>
              <w:t>Ožujak</w:t>
            </w:r>
            <w:r w:rsidRPr="00F51F43">
              <w:rPr>
                <w:noProof/>
                <w:sz w:val="20"/>
                <w:szCs w:val="20"/>
              </w:rPr>
              <w:t xml:space="preserve"> </w:t>
            </w:r>
          </w:p>
          <w:p w14:paraId="71EE5FD3" w14:textId="77777777" w:rsidR="003D7468" w:rsidRPr="00F51F43" w:rsidRDefault="001B5A37" w:rsidP="001A1F1A">
            <w:pPr>
              <w:tabs>
                <w:tab w:val="left" w:pos="3544"/>
              </w:tabs>
              <w:spacing w:after="0" w:line="240" w:lineRule="auto"/>
              <w:rPr>
                <w:noProof/>
                <w:sz w:val="20"/>
                <w:szCs w:val="20"/>
              </w:rPr>
            </w:pPr>
            <w:r w:rsidRPr="00F51F43">
              <w:rPr>
                <w:noProof/>
                <w:sz w:val="20"/>
                <w:szCs w:val="20"/>
              </w:rPr>
              <w:t>8.</w:t>
            </w:r>
            <w:r w:rsidR="003D7468" w:rsidRPr="00F51F43">
              <w:rPr>
                <w:noProof/>
                <w:sz w:val="20"/>
                <w:szCs w:val="20"/>
              </w:rPr>
              <w:t>3. Međunarodni dan žena</w:t>
            </w:r>
          </w:p>
          <w:p w14:paraId="60DF1497" w14:textId="77777777" w:rsidR="001B5A37" w:rsidRPr="00F51F43" w:rsidRDefault="001B5A37" w:rsidP="001A1F1A">
            <w:pPr>
              <w:tabs>
                <w:tab w:val="left" w:pos="3544"/>
              </w:tabs>
              <w:spacing w:after="0" w:line="240" w:lineRule="auto"/>
              <w:rPr>
                <w:noProof/>
                <w:sz w:val="20"/>
                <w:szCs w:val="20"/>
              </w:rPr>
            </w:pPr>
            <w:r w:rsidRPr="00F51F43">
              <w:rPr>
                <w:noProof/>
                <w:sz w:val="20"/>
                <w:szCs w:val="20"/>
              </w:rPr>
              <w:t>19.3. Josipovo (Dan očeva)</w:t>
            </w:r>
          </w:p>
          <w:p w14:paraId="6925D745"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20.3. Međunarodni dan sreće</w:t>
            </w:r>
          </w:p>
          <w:p w14:paraId="6BC059EA"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 xml:space="preserve">         Svjetski dan kazališta za djecu i mlade</w:t>
            </w:r>
          </w:p>
          <w:p w14:paraId="4D465CC5"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 xml:space="preserve">         Svjetski dan oralnog zdravlja</w:t>
            </w:r>
          </w:p>
          <w:p w14:paraId="1F61C7A9"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 xml:space="preserve">         Svjetski dan pripovijedanja</w:t>
            </w:r>
          </w:p>
          <w:p w14:paraId="05356CEC" w14:textId="77777777" w:rsidR="00DD7778" w:rsidRPr="00F51F43" w:rsidRDefault="001B5A37" w:rsidP="001A1F1A">
            <w:pPr>
              <w:tabs>
                <w:tab w:val="left" w:pos="3544"/>
              </w:tabs>
              <w:spacing w:after="0" w:line="240" w:lineRule="auto"/>
              <w:rPr>
                <w:noProof/>
                <w:sz w:val="20"/>
                <w:szCs w:val="20"/>
              </w:rPr>
            </w:pPr>
            <w:r w:rsidRPr="00F51F43">
              <w:rPr>
                <w:noProof/>
                <w:sz w:val="20"/>
                <w:szCs w:val="20"/>
              </w:rPr>
              <w:t>21.</w:t>
            </w:r>
            <w:r w:rsidR="00DD7778" w:rsidRPr="00F51F43">
              <w:rPr>
                <w:noProof/>
                <w:sz w:val="20"/>
                <w:szCs w:val="20"/>
              </w:rPr>
              <w:t>3. Svjetski dan šuma</w:t>
            </w:r>
            <w:r w:rsidR="003D7468" w:rsidRPr="00F51F43">
              <w:rPr>
                <w:noProof/>
                <w:sz w:val="20"/>
                <w:szCs w:val="20"/>
              </w:rPr>
              <w:t xml:space="preserve">  </w:t>
            </w:r>
          </w:p>
          <w:p w14:paraId="6DA05AFF" w14:textId="77777777" w:rsidR="003D7468" w:rsidRPr="00F51F43" w:rsidRDefault="00DD7778" w:rsidP="001A1F1A">
            <w:pPr>
              <w:tabs>
                <w:tab w:val="left" w:pos="3544"/>
              </w:tabs>
              <w:spacing w:after="0" w:line="240" w:lineRule="auto"/>
              <w:rPr>
                <w:noProof/>
                <w:sz w:val="20"/>
                <w:szCs w:val="20"/>
              </w:rPr>
            </w:pPr>
            <w:r w:rsidRPr="00F51F43">
              <w:rPr>
                <w:noProof/>
                <w:sz w:val="20"/>
                <w:szCs w:val="20"/>
              </w:rPr>
              <w:t xml:space="preserve">         P</w:t>
            </w:r>
            <w:r w:rsidR="003D7468" w:rsidRPr="00F51F43">
              <w:rPr>
                <w:noProof/>
                <w:sz w:val="20"/>
                <w:szCs w:val="20"/>
              </w:rPr>
              <w:t xml:space="preserve">rvi dan proljeća </w:t>
            </w:r>
          </w:p>
          <w:p w14:paraId="3BCFCA7E"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 xml:space="preserve">         Svjetski dan sindroma Down</w:t>
            </w:r>
          </w:p>
          <w:p w14:paraId="2D98264E"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 xml:space="preserve">         Međunarodni dan borbe protiv rasizma</w:t>
            </w:r>
          </w:p>
          <w:p w14:paraId="410252B5"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22.3. Svjetski dan zaštite voda</w:t>
            </w:r>
          </w:p>
          <w:p w14:paraId="112BB177"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27.3. Svjetski dan kazališta</w:t>
            </w:r>
          </w:p>
          <w:p w14:paraId="5443CF30" w14:textId="77777777" w:rsidR="00FD7C55" w:rsidRPr="00F51F43" w:rsidRDefault="00FD7C55" w:rsidP="001A1F1A">
            <w:pPr>
              <w:tabs>
                <w:tab w:val="left" w:pos="3544"/>
              </w:tabs>
              <w:spacing w:after="0" w:line="240" w:lineRule="auto"/>
              <w:rPr>
                <w:noProof/>
                <w:sz w:val="20"/>
                <w:szCs w:val="20"/>
              </w:rPr>
            </w:pPr>
            <w:r w:rsidRPr="00F51F43">
              <w:rPr>
                <w:noProof/>
                <w:sz w:val="20"/>
                <w:szCs w:val="20"/>
              </w:rPr>
              <w:t>28.3. Uskrs</w:t>
            </w:r>
          </w:p>
          <w:p w14:paraId="48703DAD" w14:textId="77777777" w:rsidR="003D7468" w:rsidRPr="00F51F43" w:rsidRDefault="003D7468" w:rsidP="001A1F1A">
            <w:pPr>
              <w:tabs>
                <w:tab w:val="left" w:pos="3544"/>
              </w:tabs>
              <w:spacing w:after="0" w:line="240" w:lineRule="auto"/>
              <w:rPr>
                <w:noProof/>
                <w:sz w:val="20"/>
                <w:szCs w:val="20"/>
                <w:u w:val="single"/>
              </w:rPr>
            </w:pPr>
            <w:r w:rsidRPr="00F51F43">
              <w:rPr>
                <w:noProof/>
                <w:sz w:val="20"/>
                <w:szCs w:val="20"/>
                <w:u w:val="single"/>
              </w:rPr>
              <w:t>Travanj</w:t>
            </w:r>
          </w:p>
          <w:p w14:paraId="14FAFC81" w14:textId="77777777" w:rsidR="00074E68" w:rsidRPr="00F51F43" w:rsidRDefault="00074E68" w:rsidP="00074E68">
            <w:pPr>
              <w:tabs>
                <w:tab w:val="left" w:pos="3544"/>
              </w:tabs>
              <w:spacing w:after="0" w:line="240" w:lineRule="auto"/>
              <w:rPr>
                <w:noProof/>
                <w:sz w:val="20"/>
                <w:szCs w:val="20"/>
              </w:rPr>
            </w:pPr>
            <w:r w:rsidRPr="00F51F43">
              <w:rPr>
                <w:noProof/>
                <w:sz w:val="20"/>
                <w:szCs w:val="20"/>
              </w:rPr>
              <w:t>7.4. Svjetski dan zdravlja</w:t>
            </w:r>
          </w:p>
          <w:p w14:paraId="7BB58E7E" w14:textId="77777777" w:rsidR="00DD7778" w:rsidRPr="00F51F43" w:rsidRDefault="00074E68" w:rsidP="001A1F1A">
            <w:pPr>
              <w:tabs>
                <w:tab w:val="left" w:pos="3544"/>
              </w:tabs>
              <w:spacing w:after="0" w:line="240" w:lineRule="auto"/>
              <w:rPr>
                <w:noProof/>
                <w:sz w:val="20"/>
                <w:szCs w:val="20"/>
              </w:rPr>
            </w:pPr>
            <w:r w:rsidRPr="00F51F43">
              <w:rPr>
                <w:noProof/>
                <w:sz w:val="20"/>
                <w:szCs w:val="20"/>
              </w:rPr>
              <w:t>1.4.</w:t>
            </w:r>
            <w:r w:rsidR="0009215F" w:rsidRPr="00F51F43">
              <w:rPr>
                <w:noProof/>
                <w:sz w:val="20"/>
                <w:szCs w:val="20"/>
              </w:rPr>
              <w:t xml:space="preserve"> </w:t>
            </w:r>
            <w:r w:rsidR="00DD7778" w:rsidRPr="00F51F43">
              <w:rPr>
                <w:noProof/>
                <w:sz w:val="20"/>
                <w:szCs w:val="20"/>
              </w:rPr>
              <w:t>Svjetski dan šale</w:t>
            </w:r>
            <w:r w:rsidR="00DE5664" w:rsidRPr="00F51F43">
              <w:rPr>
                <w:noProof/>
                <w:sz w:val="20"/>
                <w:szCs w:val="20"/>
              </w:rPr>
              <w:t>, Uskrsni ponedjeljak</w:t>
            </w:r>
          </w:p>
          <w:p w14:paraId="7F28695C" w14:textId="77777777" w:rsidR="00074E68" w:rsidRPr="00F51F43" w:rsidRDefault="00074E68" w:rsidP="00074E68">
            <w:pPr>
              <w:tabs>
                <w:tab w:val="left" w:pos="3544"/>
              </w:tabs>
              <w:spacing w:after="0" w:line="240" w:lineRule="auto"/>
              <w:rPr>
                <w:noProof/>
                <w:sz w:val="20"/>
                <w:szCs w:val="20"/>
              </w:rPr>
            </w:pPr>
            <w:r w:rsidRPr="00F51F43">
              <w:rPr>
                <w:noProof/>
                <w:sz w:val="20"/>
                <w:szCs w:val="20"/>
              </w:rPr>
              <w:t>2.4.</w:t>
            </w:r>
            <w:r w:rsidR="0009215F" w:rsidRPr="00F51F43">
              <w:rPr>
                <w:noProof/>
                <w:sz w:val="20"/>
                <w:szCs w:val="20"/>
              </w:rPr>
              <w:t xml:space="preserve"> </w:t>
            </w:r>
            <w:r w:rsidR="00DE5664" w:rsidRPr="00F51F43">
              <w:rPr>
                <w:noProof/>
                <w:sz w:val="20"/>
                <w:szCs w:val="20"/>
              </w:rPr>
              <w:t>Međunarodni dan dječje knjige</w:t>
            </w:r>
          </w:p>
          <w:p w14:paraId="4C5EFCB6" w14:textId="77777777" w:rsidR="003D7468" w:rsidRPr="00F51F43" w:rsidRDefault="00DD7778" w:rsidP="001A1F1A">
            <w:pPr>
              <w:tabs>
                <w:tab w:val="left" w:pos="3544"/>
              </w:tabs>
              <w:spacing w:after="0" w:line="240" w:lineRule="auto"/>
              <w:rPr>
                <w:noProof/>
                <w:sz w:val="20"/>
                <w:szCs w:val="20"/>
              </w:rPr>
            </w:pPr>
            <w:r w:rsidRPr="00F51F43">
              <w:rPr>
                <w:noProof/>
                <w:sz w:val="20"/>
                <w:szCs w:val="20"/>
              </w:rPr>
              <w:t>22.4. Dan planeta</w:t>
            </w:r>
            <w:r w:rsidR="003D7468" w:rsidRPr="00F51F43">
              <w:rPr>
                <w:noProof/>
                <w:sz w:val="20"/>
                <w:szCs w:val="20"/>
              </w:rPr>
              <w:t xml:space="preserve"> Zemlje</w:t>
            </w:r>
          </w:p>
          <w:p w14:paraId="7311A98E"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29.4. Međunarodni dan plesa</w:t>
            </w:r>
          </w:p>
          <w:p w14:paraId="07A2ABD1" w14:textId="77777777" w:rsidR="003D7468" w:rsidRPr="00F51F43" w:rsidRDefault="00DD7778" w:rsidP="001A1F1A">
            <w:pPr>
              <w:tabs>
                <w:tab w:val="left" w:pos="3544"/>
              </w:tabs>
              <w:spacing w:after="0" w:line="240" w:lineRule="auto"/>
              <w:rPr>
                <w:noProof/>
                <w:sz w:val="20"/>
                <w:szCs w:val="20"/>
              </w:rPr>
            </w:pPr>
            <w:r w:rsidRPr="00F51F43">
              <w:rPr>
                <w:noProof/>
                <w:sz w:val="20"/>
                <w:szCs w:val="20"/>
              </w:rPr>
              <w:t>30.4. Međunarodni dan odgoja bez batina</w:t>
            </w:r>
            <w:r w:rsidR="003D7468" w:rsidRPr="00F51F43">
              <w:rPr>
                <w:noProof/>
                <w:sz w:val="20"/>
                <w:szCs w:val="20"/>
              </w:rPr>
              <w:t xml:space="preserve"> </w:t>
            </w:r>
          </w:p>
          <w:p w14:paraId="06A634E4" w14:textId="77777777" w:rsidR="003D7468" w:rsidRPr="00F51F43" w:rsidRDefault="003D7468" w:rsidP="001A1F1A">
            <w:pPr>
              <w:tabs>
                <w:tab w:val="left" w:pos="3544"/>
              </w:tabs>
              <w:spacing w:after="0" w:line="240" w:lineRule="auto"/>
              <w:rPr>
                <w:noProof/>
                <w:sz w:val="20"/>
                <w:szCs w:val="20"/>
              </w:rPr>
            </w:pPr>
            <w:r w:rsidRPr="00F51F43">
              <w:rPr>
                <w:noProof/>
                <w:sz w:val="20"/>
                <w:szCs w:val="20"/>
                <w:u w:val="single"/>
              </w:rPr>
              <w:t>Svibanj</w:t>
            </w:r>
          </w:p>
          <w:p w14:paraId="3147B8A4" w14:textId="77777777" w:rsidR="003D7468" w:rsidRPr="00F51F43" w:rsidRDefault="00DD7778" w:rsidP="001A1F1A">
            <w:pPr>
              <w:tabs>
                <w:tab w:val="left" w:pos="3544"/>
              </w:tabs>
              <w:spacing w:after="0" w:line="240" w:lineRule="auto"/>
              <w:rPr>
                <w:noProof/>
                <w:sz w:val="20"/>
                <w:szCs w:val="20"/>
              </w:rPr>
            </w:pPr>
            <w:r w:rsidRPr="00F51F43">
              <w:rPr>
                <w:noProof/>
                <w:sz w:val="20"/>
                <w:szCs w:val="20"/>
              </w:rPr>
              <w:t>1.</w:t>
            </w:r>
            <w:r w:rsidR="003D7468" w:rsidRPr="00F51F43">
              <w:rPr>
                <w:noProof/>
                <w:sz w:val="20"/>
                <w:szCs w:val="20"/>
              </w:rPr>
              <w:t>5. Međunarodni praznik rada</w:t>
            </w:r>
          </w:p>
          <w:p w14:paraId="27832CB1"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3.5. Svjetski dan Sunca</w:t>
            </w:r>
          </w:p>
          <w:p w14:paraId="6E565638" w14:textId="77777777" w:rsidR="003D7468" w:rsidRPr="00F51F43" w:rsidRDefault="00DD7778" w:rsidP="001A1F1A">
            <w:pPr>
              <w:tabs>
                <w:tab w:val="left" w:pos="3544"/>
              </w:tabs>
              <w:spacing w:after="0" w:line="240" w:lineRule="auto"/>
              <w:rPr>
                <w:noProof/>
                <w:sz w:val="20"/>
                <w:szCs w:val="20"/>
              </w:rPr>
            </w:pPr>
            <w:r w:rsidRPr="00F51F43">
              <w:rPr>
                <w:noProof/>
                <w:sz w:val="20"/>
                <w:szCs w:val="20"/>
              </w:rPr>
              <w:t>4.</w:t>
            </w:r>
            <w:r w:rsidR="003D7468" w:rsidRPr="00F51F43">
              <w:rPr>
                <w:noProof/>
                <w:sz w:val="20"/>
                <w:szCs w:val="20"/>
              </w:rPr>
              <w:t>5. Dan hrvatskih vatrogasaca</w:t>
            </w:r>
          </w:p>
          <w:p w14:paraId="01368CF9" w14:textId="77777777" w:rsidR="00074E68" w:rsidRPr="00F51F43" w:rsidRDefault="00074E68" w:rsidP="001A1F1A">
            <w:pPr>
              <w:tabs>
                <w:tab w:val="left" w:pos="3544"/>
              </w:tabs>
              <w:spacing w:after="0" w:line="240" w:lineRule="auto"/>
              <w:rPr>
                <w:noProof/>
                <w:sz w:val="20"/>
                <w:szCs w:val="20"/>
              </w:rPr>
            </w:pPr>
            <w:r w:rsidRPr="00F51F43">
              <w:rPr>
                <w:noProof/>
                <w:sz w:val="20"/>
                <w:szCs w:val="20"/>
              </w:rPr>
              <w:t xml:space="preserve">Majčin dan </w:t>
            </w:r>
            <w:r w:rsidR="00B05486" w:rsidRPr="00F51F43">
              <w:rPr>
                <w:noProof/>
                <w:sz w:val="20"/>
                <w:szCs w:val="20"/>
              </w:rPr>
              <w:t>(druga nedjelja u svibnju)</w:t>
            </w:r>
          </w:p>
          <w:p w14:paraId="24CACBDB" w14:textId="77777777" w:rsidR="003D7468" w:rsidRPr="00F51F43" w:rsidRDefault="0009215F" w:rsidP="001A1F1A">
            <w:pPr>
              <w:tabs>
                <w:tab w:val="left" w:pos="3544"/>
              </w:tabs>
              <w:spacing w:after="0" w:line="240" w:lineRule="auto"/>
              <w:rPr>
                <w:noProof/>
                <w:sz w:val="20"/>
                <w:szCs w:val="20"/>
              </w:rPr>
            </w:pPr>
            <w:r w:rsidRPr="00F51F43">
              <w:rPr>
                <w:noProof/>
                <w:sz w:val="20"/>
                <w:szCs w:val="20"/>
              </w:rPr>
              <w:t>13</w:t>
            </w:r>
            <w:r w:rsidR="00DD7778" w:rsidRPr="00F51F43">
              <w:rPr>
                <w:noProof/>
                <w:sz w:val="20"/>
                <w:szCs w:val="20"/>
              </w:rPr>
              <w:t>.</w:t>
            </w:r>
            <w:r w:rsidR="003D7468" w:rsidRPr="00F51F43">
              <w:rPr>
                <w:noProof/>
                <w:sz w:val="20"/>
                <w:szCs w:val="20"/>
              </w:rPr>
              <w:t>5. Međunarodni dan obitelji</w:t>
            </w:r>
          </w:p>
          <w:p w14:paraId="12FB4829" w14:textId="77777777" w:rsidR="003D7468" w:rsidRPr="00F51F43" w:rsidRDefault="003D7468" w:rsidP="001A1F1A">
            <w:pPr>
              <w:tabs>
                <w:tab w:val="left" w:pos="3544"/>
              </w:tabs>
              <w:spacing w:after="0" w:line="240" w:lineRule="auto"/>
              <w:rPr>
                <w:noProof/>
                <w:sz w:val="20"/>
                <w:szCs w:val="20"/>
              </w:rPr>
            </w:pPr>
            <w:r w:rsidRPr="00F51F43">
              <w:rPr>
                <w:noProof/>
                <w:sz w:val="20"/>
                <w:szCs w:val="20"/>
              </w:rPr>
              <w:t>18.5. Međunarodni dan muzeja</w:t>
            </w:r>
          </w:p>
          <w:p w14:paraId="4D0C0354" w14:textId="77777777" w:rsidR="003D7468" w:rsidRPr="00F51F43" w:rsidRDefault="00DD7778" w:rsidP="001A1F1A">
            <w:pPr>
              <w:tabs>
                <w:tab w:val="left" w:pos="3544"/>
              </w:tabs>
              <w:spacing w:after="0" w:line="240" w:lineRule="auto"/>
              <w:rPr>
                <w:noProof/>
                <w:sz w:val="20"/>
                <w:szCs w:val="20"/>
              </w:rPr>
            </w:pPr>
            <w:r w:rsidRPr="00F51F43">
              <w:rPr>
                <w:noProof/>
                <w:sz w:val="20"/>
                <w:szCs w:val="20"/>
              </w:rPr>
              <w:t>29.</w:t>
            </w:r>
            <w:r w:rsidR="003D7468" w:rsidRPr="00F51F43">
              <w:rPr>
                <w:noProof/>
                <w:sz w:val="20"/>
                <w:szCs w:val="20"/>
              </w:rPr>
              <w:t>5. Svjetski dan sporta</w:t>
            </w:r>
          </w:p>
          <w:p w14:paraId="60E89913" w14:textId="77777777" w:rsidR="00DD7778" w:rsidRPr="00F51F43" w:rsidRDefault="00DD7778" w:rsidP="001A1F1A">
            <w:pPr>
              <w:tabs>
                <w:tab w:val="left" w:pos="3544"/>
              </w:tabs>
              <w:spacing w:after="0" w:line="240" w:lineRule="auto"/>
              <w:rPr>
                <w:noProof/>
                <w:sz w:val="20"/>
                <w:szCs w:val="20"/>
              </w:rPr>
            </w:pPr>
            <w:r w:rsidRPr="00F51F43">
              <w:rPr>
                <w:noProof/>
                <w:sz w:val="20"/>
                <w:szCs w:val="20"/>
              </w:rPr>
              <w:t>O</w:t>
            </w:r>
            <w:r w:rsidR="003D7468" w:rsidRPr="00F51F43">
              <w:rPr>
                <w:noProof/>
                <w:sz w:val="20"/>
                <w:szCs w:val="20"/>
              </w:rPr>
              <w:t>limpi</w:t>
            </w:r>
            <w:r w:rsidRPr="00F51F43">
              <w:rPr>
                <w:noProof/>
                <w:sz w:val="20"/>
                <w:szCs w:val="20"/>
              </w:rPr>
              <w:t>jski festival dječjih vrtića RH</w:t>
            </w:r>
            <w:r w:rsidR="003D7468" w:rsidRPr="00F51F43">
              <w:rPr>
                <w:noProof/>
                <w:sz w:val="20"/>
                <w:szCs w:val="20"/>
              </w:rPr>
              <w:t xml:space="preserve"> </w:t>
            </w:r>
            <w:r w:rsidRPr="00F51F43">
              <w:rPr>
                <w:noProof/>
                <w:sz w:val="20"/>
                <w:szCs w:val="20"/>
              </w:rPr>
              <w:t xml:space="preserve">   </w:t>
            </w:r>
          </w:p>
          <w:p w14:paraId="5645511B" w14:textId="77777777" w:rsidR="003D7468" w:rsidRPr="00F51F43" w:rsidRDefault="007443A6" w:rsidP="001A1F1A">
            <w:pPr>
              <w:tabs>
                <w:tab w:val="left" w:pos="3544"/>
              </w:tabs>
              <w:spacing w:after="0" w:line="240" w:lineRule="auto"/>
              <w:rPr>
                <w:noProof/>
                <w:sz w:val="20"/>
                <w:szCs w:val="20"/>
              </w:rPr>
            </w:pPr>
            <w:r w:rsidRPr="00F51F43">
              <w:rPr>
                <w:noProof/>
                <w:sz w:val="20"/>
                <w:szCs w:val="20"/>
              </w:rPr>
              <w:t>31.5.</w:t>
            </w:r>
            <w:r w:rsidR="00DD7778" w:rsidRPr="00F51F43">
              <w:rPr>
                <w:noProof/>
                <w:sz w:val="20"/>
                <w:szCs w:val="20"/>
              </w:rPr>
              <w:t xml:space="preserve"> </w:t>
            </w:r>
            <w:r w:rsidR="003D7468" w:rsidRPr="00F51F43">
              <w:rPr>
                <w:noProof/>
                <w:sz w:val="20"/>
                <w:szCs w:val="20"/>
              </w:rPr>
              <w:t>Svjetski dan nepušenja</w:t>
            </w:r>
          </w:p>
          <w:p w14:paraId="3C456588" w14:textId="77777777" w:rsidR="003D7468" w:rsidRPr="00F51F43" w:rsidRDefault="003D7468" w:rsidP="001A1F1A">
            <w:pPr>
              <w:tabs>
                <w:tab w:val="left" w:pos="3544"/>
              </w:tabs>
              <w:spacing w:after="0" w:line="240" w:lineRule="auto"/>
              <w:rPr>
                <w:noProof/>
                <w:sz w:val="20"/>
                <w:szCs w:val="20"/>
                <w:u w:val="single"/>
              </w:rPr>
            </w:pPr>
            <w:r w:rsidRPr="00F51F43">
              <w:rPr>
                <w:noProof/>
                <w:sz w:val="20"/>
                <w:szCs w:val="20"/>
                <w:u w:val="single"/>
              </w:rPr>
              <w:t>Lipanj</w:t>
            </w:r>
          </w:p>
          <w:p w14:paraId="4D54DB63" w14:textId="77777777" w:rsidR="003D7468" w:rsidRPr="00F51F43" w:rsidRDefault="007443A6" w:rsidP="001A1F1A">
            <w:pPr>
              <w:tabs>
                <w:tab w:val="left" w:pos="3544"/>
              </w:tabs>
              <w:spacing w:after="0" w:line="240" w:lineRule="auto"/>
              <w:rPr>
                <w:noProof/>
                <w:sz w:val="20"/>
                <w:szCs w:val="20"/>
              </w:rPr>
            </w:pPr>
            <w:r w:rsidRPr="00F51F43">
              <w:rPr>
                <w:noProof/>
                <w:sz w:val="20"/>
                <w:szCs w:val="20"/>
              </w:rPr>
              <w:t>5.</w:t>
            </w:r>
            <w:r w:rsidR="003D7468" w:rsidRPr="00F51F43">
              <w:rPr>
                <w:noProof/>
                <w:sz w:val="20"/>
                <w:szCs w:val="20"/>
              </w:rPr>
              <w:t xml:space="preserve">6. Svjetski dan zaštite </w:t>
            </w:r>
            <w:r w:rsidRPr="00F51F43">
              <w:rPr>
                <w:noProof/>
                <w:sz w:val="20"/>
                <w:szCs w:val="20"/>
              </w:rPr>
              <w:t>okoliša</w:t>
            </w:r>
          </w:p>
          <w:p w14:paraId="4B713BA8" w14:textId="77777777" w:rsidR="003B0FD1" w:rsidRPr="00F51F43" w:rsidRDefault="003B0FD1" w:rsidP="001A1F1A">
            <w:pPr>
              <w:tabs>
                <w:tab w:val="left" w:pos="3544"/>
              </w:tabs>
              <w:spacing w:after="0" w:line="240" w:lineRule="auto"/>
              <w:rPr>
                <w:noProof/>
                <w:sz w:val="20"/>
                <w:szCs w:val="20"/>
              </w:rPr>
            </w:pPr>
            <w:r w:rsidRPr="00F51F43">
              <w:rPr>
                <w:noProof/>
                <w:sz w:val="20"/>
                <w:szCs w:val="20"/>
              </w:rPr>
              <w:t>Tijelovo</w:t>
            </w:r>
          </w:p>
          <w:p w14:paraId="520A7BF0" w14:textId="77777777" w:rsidR="003D7468" w:rsidRPr="00F51F43" w:rsidRDefault="007443A6" w:rsidP="001A1F1A">
            <w:pPr>
              <w:tabs>
                <w:tab w:val="left" w:pos="3544"/>
              </w:tabs>
              <w:spacing w:after="0" w:line="240" w:lineRule="auto"/>
              <w:rPr>
                <w:noProof/>
                <w:sz w:val="20"/>
                <w:szCs w:val="20"/>
              </w:rPr>
            </w:pPr>
            <w:r w:rsidRPr="00F51F43">
              <w:rPr>
                <w:noProof/>
                <w:sz w:val="20"/>
                <w:szCs w:val="20"/>
              </w:rPr>
              <w:t>12.</w:t>
            </w:r>
            <w:r w:rsidR="003D7468" w:rsidRPr="00F51F43">
              <w:rPr>
                <w:noProof/>
                <w:sz w:val="20"/>
                <w:szCs w:val="20"/>
              </w:rPr>
              <w:t>6. Svjetski dan</w:t>
            </w:r>
            <w:r w:rsidRPr="00F51F43">
              <w:rPr>
                <w:noProof/>
                <w:sz w:val="20"/>
                <w:szCs w:val="20"/>
              </w:rPr>
              <w:t xml:space="preserve"> borbe</w:t>
            </w:r>
            <w:r w:rsidR="003D7468" w:rsidRPr="00F51F43">
              <w:rPr>
                <w:noProof/>
                <w:sz w:val="20"/>
                <w:szCs w:val="20"/>
              </w:rPr>
              <w:t xml:space="preserve"> protiv dječjeg rada </w:t>
            </w:r>
          </w:p>
          <w:p w14:paraId="77419335" w14:textId="77777777" w:rsidR="003D7468" w:rsidRPr="00F51F43" w:rsidRDefault="007443A6" w:rsidP="001A1F1A">
            <w:pPr>
              <w:tabs>
                <w:tab w:val="left" w:pos="3544"/>
              </w:tabs>
              <w:spacing w:after="0" w:line="240" w:lineRule="auto"/>
              <w:rPr>
                <w:noProof/>
                <w:sz w:val="20"/>
                <w:szCs w:val="20"/>
              </w:rPr>
            </w:pPr>
            <w:r w:rsidRPr="00F51F43">
              <w:rPr>
                <w:noProof/>
                <w:sz w:val="20"/>
                <w:szCs w:val="20"/>
              </w:rPr>
              <w:t>21.</w:t>
            </w:r>
            <w:r w:rsidR="003D7468" w:rsidRPr="00F51F43">
              <w:rPr>
                <w:noProof/>
                <w:sz w:val="20"/>
                <w:szCs w:val="20"/>
              </w:rPr>
              <w:t xml:space="preserve">6. Prvi dan ljeta </w:t>
            </w:r>
          </w:p>
          <w:p w14:paraId="29B93D1C" w14:textId="77777777" w:rsidR="007443A6" w:rsidRPr="00F51F43" w:rsidRDefault="007443A6" w:rsidP="001A1F1A">
            <w:pPr>
              <w:tabs>
                <w:tab w:val="left" w:pos="3544"/>
              </w:tabs>
              <w:spacing w:after="0" w:line="240" w:lineRule="auto"/>
              <w:rPr>
                <w:noProof/>
                <w:sz w:val="20"/>
                <w:szCs w:val="20"/>
              </w:rPr>
            </w:pPr>
            <w:r w:rsidRPr="00F51F43">
              <w:rPr>
                <w:noProof/>
                <w:sz w:val="20"/>
                <w:szCs w:val="20"/>
              </w:rPr>
              <w:t xml:space="preserve">         Svjetski dan glazbe</w:t>
            </w:r>
          </w:p>
          <w:p w14:paraId="426A2188" w14:textId="77777777" w:rsidR="007443A6" w:rsidRPr="00F51F43" w:rsidRDefault="007443A6" w:rsidP="001A1F1A">
            <w:pPr>
              <w:tabs>
                <w:tab w:val="left" w:pos="3544"/>
              </w:tabs>
              <w:spacing w:after="0" w:line="240" w:lineRule="auto"/>
              <w:rPr>
                <w:noProof/>
                <w:sz w:val="20"/>
                <w:szCs w:val="20"/>
              </w:rPr>
            </w:pPr>
            <w:r w:rsidRPr="00F51F43">
              <w:rPr>
                <w:noProof/>
                <w:sz w:val="20"/>
                <w:szCs w:val="20"/>
              </w:rPr>
              <w:t>22.6. Dan antifašističke borbe</w:t>
            </w:r>
          </w:p>
          <w:p w14:paraId="7C952762" w14:textId="77777777" w:rsidR="007443A6" w:rsidRPr="00F51F43" w:rsidRDefault="007443A6" w:rsidP="007443A6">
            <w:pPr>
              <w:tabs>
                <w:tab w:val="left" w:pos="3544"/>
              </w:tabs>
              <w:spacing w:after="0" w:line="240" w:lineRule="auto"/>
              <w:rPr>
                <w:noProof/>
                <w:sz w:val="20"/>
                <w:szCs w:val="20"/>
                <w:u w:val="single"/>
              </w:rPr>
            </w:pPr>
            <w:r w:rsidRPr="00F51F43">
              <w:rPr>
                <w:noProof/>
                <w:sz w:val="20"/>
                <w:szCs w:val="20"/>
                <w:u w:val="single"/>
              </w:rPr>
              <w:t>Srpanj</w:t>
            </w:r>
          </w:p>
          <w:p w14:paraId="0114D7A9" w14:textId="77777777" w:rsidR="007443A6" w:rsidRPr="00F51F43" w:rsidRDefault="007443A6" w:rsidP="007443A6">
            <w:pPr>
              <w:tabs>
                <w:tab w:val="left" w:pos="3544"/>
              </w:tabs>
              <w:spacing w:after="0" w:line="240" w:lineRule="auto"/>
              <w:rPr>
                <w:noProof/>
                <w:sz w:val="20"/>
                <w:szCs w:val="20"/>
              </w:rPr>
            </w:pPr>
            <w:r w:rsidRPr="00F51F43">
              <w:rPr>
                <w:noProof/>
                <w:sz w:val="20"/>
                <w:szCs w:val="20"/>
              </w:rPr>
              <w:t>16.7. Dan biciklista</w:t>
            </w:r>
          </w:p>
          <w:p w14:paraId="17A22804" w14:textId="77777777" w:rsidR="007443A6" w:rsidRPr="00F51F43" w:rsidRDefault="007443A6" w:rsidP="007443A6">
            <w:pPr>
              <w:tabs>
                <w:tab w:val="left" w:pos="3544"/>
              </w:tabs>
              <w:spacing w:after="0" w:line="240" w:lineRule="auto"/>
              <w:rPr>
                <w:noProof/>
                <w:sz w:val="20"/>
                <w:szCs w:val="20"/>
                <w:u w:val="single"/>
              </w:rPr>
            </w:pPr>
            <w:r w:rsidRPr="00F51F43">
              <w:rPr>
                <w:noProof/>
                <w:sz w:val="20"/>
                <w:szCs w:val="20"/>
                <w:u w:val="single"/>
              </w:rPr>
              <w:t>Kolovoz</w:t>
            </w:r>
          </w:p>
          <w:p w14:paraId="42E5EF15" w14:textId="77777777" w:rsidR="007443A6" w:rsidRPr="00F51F43" w:rsidRDefault="007443A6" w:rsidP="007443A6">
            <w:pPr>
              <w:tabs>
                <w:tab w:val="left" w:pos="3544"/>
              </w:tabs>
              <w:spacing w:after="0" w:line="240" w:lineRule="auto"/>
              <w:rPr>
                <w:noProof/>
                <w:sz w:val="20"/>
                <w:szCs w:val="20"/>
              </w:rPr>
            </w:pPr>
            <w:r w:rsidRPr="00F51F43">
              <w:rPr>
                <w:noProof/>
                <w:sz w:val="20"/>
                <w:szCs w:val="20"/>
              </w:rPr>
              <w:t>5.8. Dan pobjede i domovinske zahvalnosti</w:t>
            </w:r>
          </w:p>
          <w:p w14:paraId="0A11BE81" w14:textId="77777777" w:rsidR="007443A6" w:rsidRPr="00F51F43" w:rsidRDefault="007443A6" w:rsidP="007443A6">
            <w:pPr>
              <w:tabs>
                <w:tab w:val="left" w:pos="3544"/>
              </w:tabs>
              <w:spacing w:after="0" w:line="240" w:lineRule="auto"/>
              <w:rPr>
                <w:noProof/>
                <w:sz w:val="20"/>
                <w:szCs w:val="20"/>
              </w:rPr>
            </w:pPr>
            <w:r w:rsidRPr="00F51F43">
              <w:rPr>
                <w:noProof/>
                <w:sz w:val="20"/>
                <w:szCs w:val="20"/>
              </w:rPr>
              <w:t xml:space="preserve">       Dan dupina</w:t>
            </w:r>
          </w:p>
          <w:p w14:paraId="65C609C4" w14:textId="77777777" w:rsidR="007443A6" w:rsidRPr="00F51F43" w:rsidRDefault="007443A6" w:rsidP="007443A6">
            <w:pPr>
              <w:tabs>
                <w:tab w:val="left" w:pos="3544"/>
              </w:tabs>
              <w:spacing w:after="0" w:line="240" w:lineRule="auto"/>
              <w:rPr>
                <w:noProof/>
                <w:sz w:val="20"/>
                <w:szCs w:val="20"/>
              </w:rPr>
            </w:pPr>
            <w:r w:rsidRPr="00F51F43">
              <w:rPr>
                <w:noProof/>
                <w:sz w:val="20"/>
                <w:szCs w:val="20"/>
              </w:rPr>
              <w:t>12.8. Međunarodni dan mladih</w:t>
            </w:r>
          </w:p>
          <w:p w14:paraId="7971992A" w14:textId="77777777" w:rsidR="007443A6" w:rsidRPr="00F51F43" w:rsidRDefault="007443A6" w:rsidP="007443A6">
            <w:pPr>
              <w:tabs>
                <w:tab w:val="left" w:pos="3544"/>
              </w:tabs>
              <w:spacing w:after="0" w:line="240" w:lineRule="auto"/>
              <w:rPr>
                <w:noProof/>
                <w:sz w:val="20"/>
                <w:szCs w:val="20"/>
              </w:rPr>
            </w:pPr>
            <w:r w:rsidRPr="00F51F43">
              <w:rPr>
                <w:noProof/>
                <w:sz w:val="20"/>
                <w:szCs w:val="20"/>
              </w:rPr>
              <w:t>15.8. Velika Gospa</w:t>
            </w:r>
          </w:p>
        </w:tc>
      </w:tr>
    </w:tbl>
    <w:p w14:paraId="2AC55EEF" w14:textId="77777777" w:rsidR="003D7468" w:rsidRPr="00F51F43" w:rsidRDefault="003D7468" w:rsidP="0035237B">
      <w:pPr>
        <w:pStyle w:val="Tijeloteksta3"/>
        <w:tabs>
          <w:tab w:val="left" w:pos="3544"/>
        </w:tabs>
        <w:rPr>
          <w:noProof/>
        </w:rPr>
      </w:pPr>
    </w:p>
    <w:p w14:paraId="70D7B337" w14:textId="77777777" w:rsidR="009622AC" w:rsidRPr="00F51F43" w:rsidRDefault="006D71BC" w:rsidP="006D71BC">
      <w:pPr>
        <w:pStyle w:val="Tijeloteksta3"/>
        <w:tabs>
          <w:tab w:val="left" w:pos="993"/>
        </w:tabs>
        <w:rPr>
          <w:b w:val="0"/>
          <w:i w:val="0"/>
          <w:noProof/>
        </w:rPr>
      </w:pPr>
      <w:r w:rsidRPr="00F51F43">
        <w:rPr>
          <w:b w:val="0"/>
          <w:i w:val="0"/>
          <w:noProof/>
        </w:rPr>
        <w:tab/>
        <w:t xml:space="preserve">Detaljan plan i program obilježavanja važnijih datuma u svakoj skupini nalazi se </w:t>
      </w:r>
      <w:r w:rsidR="00FD7C55" w:rsidRPr="00F51F43">
        <w:rPr>
          <w:b w:val="0"/>
          <w:i w:val="0"/>
          <w:noProof/>
        </w:rPr>
        <w:t>u Kurikul</w:t>
      </w:r>
      <w:r w:rsidR="003B0FD1" w:rsidRPr="00F51F43">
        <w:rPr>
          <w:b w:val="0"/>
          <w:i w:val="0"/>
          <w:noProof/>
        </w:rPr>
        <w:t>u Dječjeg vrtića Vrapčić</w:t>
      </w:r>
      <w:r w:rsidRPr="00F51F43">
        <w:rPr>
          <w:b w:val="0"/>
          <w:i w:val="0"/>
          <w:noProof/>
        </w:rPr>
        <w:t>.</w:t>
      </w:r>
    </w:p>
    <w:p w14:paraId="1E032E42" w14:textId="77777777" w:rsidR="009A0975" w:rsidRPr="00F51F43" w:rsidRDefault="009A0975" w:rsidP="006D71BC">
      <w:pPr>
        <w:pStyle w:val="Tijeloteksta3"/>
        <w:tabs>
          <w:tab w:val="left" w:pos="993"/>
        </w:tabs>
        <w:rPr>
          <w:b w:val="0"/>
          <w:i w:val="0"/>
          <w:noProof/>
        </w:rPr>
      </w:pPr>
    </w:p>
    <w:p w14:paraId="7B125564" w14:textId="77777777" w:rsidR="008E44EA" w:rsidRPr="00AC789E" w:rsidRDefault="003D2D3E" w:rsidP="00AC789E">
      <w:pPr>
        <w:pStyle w:val="Naslov2"/>
        <w:rPr>
          <w:noProof/>
        </w:rPr>
      </w:pPr>
      <w:bookmarkStart w:id="29" w:name="_Toc241563345"/>
      <w:r w:rsidRPr="00F51F43">
        <w:rPr>
          <w:noProof/>
        </w:rPr>
        <w:lastRenderedPageBreak/>
        <w:t>5.</w:t>
      </w:r>
      <w:r w:rsidR="005E7763" w:rsidRPr="00F51F43">
        <w:rPr>
          <w:noProof/>
        </w:rPr>
        <w:t>6</w:t>
      </w:r>
      <w:r w:rsidR="00E7493F" w:rsidRPr="00F51F43">
        <w:rPr>
          <w:noProof/>
        </w:rPr>
        <w:t>.</w:t>
      </w:r>
      <w:r w:rsidR="008E44EA" w:rsidRPr="00F51F43">
        <w:rPr>
          <w:noProof/>
        </w:rPr>
        <w:t xml:space="preserve"> BRIGA O DJECI S TRAJNIM POSEBNIM ODGOJNO-OBRAZOVNIM POTREBAMA</w:t>
      </w:r>
      <w:bookmarkEnd w:id="29"/>
    </w:p>
    <w:p w14:paraId="0962DF1C" w14:textId="77777777" w:rsidR="008E44EA" w:rsidRPr="00F51F43" w:rsidRDefault="00725A19" w:rsidP="0035237B">
      <w:pPr>
        <w:pStyle w:val="Tijeloteksta3"/>
        <w:keepNext/>
        <w:tabs>
          <w:tab w:val="left" w:pos="3544"/>
        </w:tabs>
        <w:spacing w:before="120"/>
        <w:jc w:val="left"/>
        <w:rPr>
          <w:bCs/>
          <w:noProof/>
        </w:rPr>
      </w:pPr>
      <w:r w:rsidRPr="00F51F43">
        <w:rPr>
          <w:bCs/>
          <w:noProof/>
        </w:rPr>
        <w:t>Tablica 19</w:t>
      </w:r>
      <w:r w:rsidR="008E44EA" w:rsidRPr="00F51F43">
        <w:rPr>
          <w:bCs/>
          <w:noProof/>
        </w:rPr>
        <w:t xml:space="preserve">: Briga o djeci s </w:t>
      </w:r>
      <w:r w:rsidR="0009215F" w:rsidRPr="00F51F43">
        <w:rPr>
          <w:bCs/>
          <w:noProof/>
        </w:rPr>
        <w:t xml:space="preserve">trajnim </w:t>
      </w:r>
      <w:r w:rsidR="008E44EA" w:rsidRPr="00F51F43">
        <w:rPr>
          <w:bCs/>
          <w:noProof/>
        </w:rPr>
        <w:t>posebnim odgojno-obrazovnim potrebama</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93"/>
        <w:gridCol w:w="2814"/>
        <w:gridCol w:w="2225"/>
      </w:tblGrid>
      <w:tr w:rsidR="001A029B" w:rsidRPr="00F51F43" w14:paraId="515E8D7A" w14:textId="77777777" w:rsidTr="008E44EA">
        <w:trPr>
          <w:cantSplit/>
          <w:tblHeader/>
          <w:jc w:val="center"/>
        </w:trPr>
        <w:tc>
          <w:tcPr>
            <w:tcW w:w="4219" w:type="dxa"/>
            <w:shd w:val="clear" w:color="auto" w:fill="D9EAD3"/>
            <w:tcMar>
              <w:top w:w="80" w:type="dxa"/>
              <w:left w:w="80" w:type="dxa"/>
              <w:bottom w:w="80" w:type="dxa"/>
              <w:right w:w="80" w:type="dxa"/>
            </w:tcMar>
            <w:vAlign w:val="center"/>
          </w:tcPr>
          <w:p w14:paraId="3115D95D" w14:textId="77777777" w:rsidR="008E44EA" w:rsidRPr="00F51F43" w:rsidRDefault="008E44EA" w:rsidP="008E44EA">
            <w:pPr>
              <w:spacing w:after="0" w:line="240" w:lineRule="auto"/>
              <w:jc w:val="center"/>
              <w:rPr>
                <w:b/>
                <w:noProof/>
                <w:sz w:val="20"/>
                <w:szCs w:val="20"/>
              </w:rPr>
            </w:pPr>
            <w:r w:rsidRPr="00F51F43">
              <w:rPr>
                <w:b/>
                <w:noProof/>
                <w:sz w:val="20"/>
                <w:szCs w:val="20"/>
              </w:rPr>
              <w:t>SADRŽAJI/POSLOVI</w:t>
            </w:r>
          </w:p>
        </w:tc>
        <w:tc>
          <w:tcPr>
            <w:tcW w:w="2835" w:type="dxa"/>
            <w:shd w:val="clear" w:color="auto" w:fill="D9EAD3"/>
            <w:tcMar>
              <w:top w:w="80" w:type="dxa"/>
              <w:left w:w="80" w:type="dxa"/>
              <w:bottom w:w="80" w:type="dxa"/>
              <w:right w:w="80" w:type="dxa"/>
            </w:tcMar>
            <w:vAlign w:val="center"/>
          </w:tcPr>
          <w:p w14:paraId="2E40945C" w14:textId="77777777" w:rsidR="008E44EA" w:rsidRPr="00F51F43" w:rsidRDefault="008E44EA" w:rsidP="00FD7C55">
            <w:pPr>
              <w:spacing w:after="0" w:line="240" w:lineRule="auto"/>
              <w:jc w:val="center"/>
              <w:rPr>
                <w:b/>
                <w:noProof/>
                <w:sz w:val="20"/>
                <w:szCs w:val="20"/>
              </w:rPr>
            </w:pPr>
            <w:r w:rsidRPr="00F51F43">
              <w:rPr>
                <w:b/>
                <w:noProof/>
                <w:sz w:val="20"/>
                <w:szCs w:val="20"/>
              </w:rPr>
              <w:t>NOSITELJ ZADATKA</w:t>
            </w:r>
          </w:p>
        </w:tc>
        <w:tc>
          <w:tcPr>
            <w:tcW w:w="2234" w:type="dxa"/>
            <w:shd w:val="clear" w:color="auto" w:fill="D9EAD3"/>
            <w:tcMar>
              <w:top w:w="80" w:type="dxa"/>
              <w:left w:w="80" w:type="dxa"/>
              <w:bottom w:w="80" w:type="dxa"/>
              <w:right w:w="80" w:type="dxa"/>
            </w:tcMar>
            <w:vAlign w:val="center"/>
          </w:tcPr>
          <w:p w14:paraId="7E886383" w14:textId="77777777" w:rsidR="008E44EA" w:rsidRPr="00F51F43" w:rsidRDefault="008E44EA" w:rsidP="008E44EA">
            <w:pPr>
              <w:spacing w:after="0" w:line="240" w:lineRule="auto"/>
              <w:jc w:val="center"/>
              <w:rPr>
                <w:b/>
                <w:noProof/>
                <w:sz w:val="20"/>
                <w:szCs w:val="20"/>
              </w:rPr>
            </w:pPr>
            <w:r w:rsidRPr="00F51F43">
              <w:rPr>
                <w:b/>
                <w:noProof/>
                <w:sz w:val="20"/>
                <w:szCs w:val="20"/>
              </w:rPr>
              <w:t>VRIJEME REALIZACIJE</w:t>
            </w:r>
          </w:p>
        </w:tc>
      </w:tr>
      <w:tr w:rsidR="001A029B" w:rsidRPr="00F51F43" w14:paraId="3C09B0C9" w14:textId="77777777" w:rsidTr="008E44EA">
        <w:trPr>
          <w:cantSplit/>
          <w:jc w:val="center"/>
        </w:trPr>
        <w:tc>
          <w:tcPr>
            <w:tcW w:w="4219" w:type="dxa"/>
            <w:tcMar>
              <w:top w:w="80" w:type="dxa"/>
              <w:left w:w="80" w:type="dxa"/>
              <w:bottom w:w="80" w:type="dxa"/>
              <w:right w:w="80" w:type="dxa"/>
            </w:tcMar>
            <w:vAlign w:val="center"/>
          </w:tcPr>
          <w:p w14:paraId="336668F2" w14:textId="77777777" w:rsidR="008E44EA" w:rsidRPr="00F51F43" w:rsidRDefault="0055299D" w:rsidP="0055299D">
            <w:pPr>
              <w:spacing w:after="0" w:line="240" w:lineRule="auto"/>
              <w:rPr>
                <w:noProof/>
                <w:sz w:val="20"/>
                <w:szCs w:val="20"/>
              </w:rPr>
            </w:pPr>
            <w:r w:rsidRPr="00F51F43">
              <w:rPr>
                <w:noProof/>
                <w:sz w:val="20"/>
                <w:szCs w:val="20"/>
              </w:rPr>
              <w:t>P</w:t>
            </w:r>
            <w:r w:rsidR="008E44EA" w:rsidRPr="00F51F43">
              <w:rPr>
                <w:noProof/>
                <w:sz w:val="20"/>
                <w:szCs w:val="20"/>
              </w:rPr>
              <w:t xml:space="preserve">repoznavanje, praćenje i individualni rad </w:t>
            </w:r>
            <w:r w:rsidR="00B05486" w:rsidRPr="00F51F43">
              <w:rPr>
                <w:noProof/>
                <w:sz w:val="20"/>
                <w:szCs w:val="20"/>
              </w:rPr>
              <w:t>s djecom s posebnim odgojno-obrazovnim potrebama</w:t>
            </w:r>
          </w:p>
        </w:tc>
        <w:tc>
          <w:tcPr>
            <w:tcW w:w="2835" w:type="dxa"/>
            <w:tcMar>
              <w:top w:w="80" w:type="dxa"/>
              <w:left w:w="80" w:type="dxa"/>
              <w:bottom w:w="80" w:type="dxa"/>
              <w:right w:w="80" w:type="dxa"/>
            </w:tcMar>
            <w:vAlign w:val="center"/>
          </w:tcPr>
          <w:p w14:paraId="7AD4EDC4" w14:textId="77777777" w:rsidR="008E44EA" w:rsidRPr="00F51F43" w:rsidRDefault="00264378" w:rsidP="00FD7C55">
            <w:pPr>
              <w:spacing w:after="0" w:line="240" w:lineRule="auto"/>
              <w:rPr>
                <w:noProof/>
                <w:sz w:val="20"/>
                <w:szCs w:val="20"/>
              </w:rPr>
            </w:pPr>
            <w:r w:rsidRPr="00F51F43">
              <w:rPr>
                <w:noProof/>
                <w:sz w:val="20"/>
                <w:szCs w:val="20"/>
              </w:rPr>
              <w:t>odgoji</w:t>
            </w:r>
            <w:r w:rsidR="008E44EA" w:rsidRPr="00F51F43">
              <w:rPr>
                <w:noProof/>
                <w:sz w:val="20"/>
                <w:szCs w:val="20"/>
              </w:rPr>
              <w:t>teljice</w:t>
            </w:r>
            <w:r w:rsidR="007D25C4" w:rsidRPr="00F51F43">
              <w:rPr>
                <w:noProof/>
                <w:sz w:val="20"/>
                <w:szCs w:val="20"/>
              </w:rPr>
              <w:t>, pedagoginja</w:t>
            </w:r>
            <w:r w:rsidR="00FD7C55" w:rsidRPr="00F51F43">
              <w:rPr>
                <w:noProof/>
                <w:sz w:val="20"/>
                <w:szCs w:val="20"/>
              </w:rPr>
              <w:t>, psihologinja, zdravstvena voditeljica</w:t>
            </w:r>
          </w:p>
        </w:tc>
        <w:tc>
          <w:tcPr>
            <w:tcW w:w="2234" w:type="dxa"/>
            <w:tcMar>
              <w:top w:w="80" w:type="dxa"/>
              <w:left w:w="80" w:type="dxa"/>
              <w:bottom w:w="80" w:type="dxa"/>
              <w:right w:w="80" w:type="dxa"/>
            </w:tcMar>
            <w:vAlign w:val="center"/>
          </w:tcPr>
          <w:p w14:paraId="55B280F2" w14:textId="77777777" w:rsidR="008E44EA" w:rsidRPr="00F51F43" w:rsidRDefault="008E44EA" w:rsidP="0055299D">
            <w:pPr>
              <w:spacing w:after="0" w:line="240" w:lineRule="auto"/>
              <w:rPr>
                <w:noProof/>
                <w:sz w:val="20"/>
                <w:szCs w:val="20"/>
              </w:rPr>
            </w:pPr>
            <w:r w:rsidRPr="00F51F43">
              <w:rPr>
                <w:noProof/>
                <w:sz w:val="20"/>
                <w:szCs w:val="20"/>
              </w:rPr>
              <w:t>tijekom pedagoške godine</w:t>
            </w:r>
          </w:p>
        </w:tc>
      </w:tr>
      <w:tr w:rsidR="001A029B" w:rsidRPr="00F51F43" w14:paraId="46DC7024" w14:textId="77777777" w:rsidTr="008E44EA">
        <w:trPr>
          <w:cantSplit/>
          <w:jc w:val="center"/>
        </w:trPr>
        <w:tc>
          <w:tcPr>
            <w:tcW w:w="4219" w:type="dxa"/>
            <w:tcMar>
              <w:top w:w="80" w:type="dxa"/>
              <w:left w:w="80" w:type="dxa"/>
              <w:bottom w:w="80" w:type="dxa"/>
              <w:right w:w="80" w:type="dxa"/>
            </w:tcMar>
            <w:vAlign w:val="center"/>
          </w:tcPr>
          <w:p w14:paraId="5ACFE5EF" w14:textId="77777777" w:rsidR="008E44EA" w:rsidRPr="00F51F43" w:rsidRDefault="0055299D" w:rsidP="0055299D">
            <w:pPr>
              <w:spacing w:after="0" w:line="240" w:lineRule="auto"/>
              <w:rPr>
                <w:noProof/>
                <w:sz w:val="20"/>
                <w:szCs w:val="20"/>
              </w:rPr>
            </w:pPr>
            <w:r w:rsidRPr="00F51F43">
              <w:rPr>
                <w:noProof/>
                <w:sz w:val="20"/>
                <w:szCs w:val="20"/>
              </w:rPr>
              <w:t>I</w:t>
            </w:r>
            <w:r w:rsidR="00264378" w:rsidRPr="00F51F43">
              <w:rPr>
                <w:noProof/>
                <w:sz w:val="20"/>
                <w:szCs w:val="20"/>
              </w:rPr>
              <w:t>z</w:t>
            </w:r>
            <w:r w:rsidR="008E44EA" w:rsidRPr="00F51F43">
              <w:rPr>
                <w:noProof/>
                <w:sz w:val="20"/>
                <w:szCs w:val="20"/>
              </w:rPr>
              <w:t>rada individualiziranog odgojno-obrazovnog programa djeci s posebnim odgojno-obrazovnim potrebama</w:t>
            </w:r>
          </w:p>
        </w:tc>
        <w:tc>
          <w:tcPr>
            <w:tcW w:w="2835" w:type="dxa"/>
            <w:tcMar>
              <w:top w:w="80" w:type="dxa"/>
              <w:left w:w="80" w:type="dxa"/>
              <w:bottom w:w="80" w:type="dxa"/>
              <w:right w:w="80" w:type="dxa"/>
            </w:tcMar>
            <w:vAlign w:val="center"/>
          </w:tcPr>
          <w:p w14:paraId="74B4F6A2" w14:textId="77777777" w:rsidR="008E44EA" w:rsidRPr="00F51F43" w:rsidRDefault="00FD7C55" w:rsidP="00FD7C55">
            <w:pPr>
              <w:spacing w:after="0" w:line="240" w:lineRule="auto"/>
              <w:rPr>
                <w:noProof/>
                <w:sz w:val="20"/>
                <w:szCs w:val="20"/>
              </w:rPr>
            </w:pPr>
            <w:r w:rsidRPr="00F51F43">
              <w:rPr>
                <w:noProof/>
                <w:sz w:val="20"/>
                <w:szCs w:val="20"/>
              </w:rPr>
              <w:t xml:space="preserve">psihologinja, </w:t>
            </w:r>
            <w:r w:rsidR="008E44EA" w:rsidRPr="00F51F43">
              <w:rPr>
                <w:noProof/>
                <w:sz w:val="20"/>
                <w:szCs w:val="20"/>
              </w:rPr>
              <w:t>pedagoginja, odg</w:t>
            </w:r>
            <w:r w:rsidR="00264378" w:rsidRPr="00F51F43">
              <w:rPr>
                <w:noProof/>
                <w:sz w:val="20"/>
                <w:szCs w:val="20"/>
              </w:rPr>
              <w:t>oji</w:t>
            </w:r>
            <w:r w:rsidR="008E44EA" w:rsidRPr="00F51F43">
              <w:rPr>
                <w:noProof/>
                <w:sz w:val="20"/>
                <w:szCs w:val="20"/>
              </w:rPr>
              <w:t>teljice</w:t>
            </w:r>
          </w:p>
        </w:tc>
        <w:tc>
          <w:tcPr>
            <w:tcW w:w="2234" w:type="dxa"/>
            <w:tcMar>
              <w:top w:w="80" w:type="dxa"/>
              <w:left w:w="80" w:type="dxa"/>
              <w:bottom w:w="80" w:type="dxa"/>
              <w:right w:w="80" w:type="dxa"/>
            </w:tcMar>
            <w:vAlign w:val="center"/>
          </w:tcPr>
          <w:p w14:paraId="5D66ABDF" w14:textId="77777777" w:rsidR="008E44EA" w:rsidRPr="00F51F43" w:rsidRDefault="00B05486" w:rsidP="0055299D">
            <w:pPr>
              <w:spacing w:after="0" w:line="240" w:lineRule="auto"/>
              <w:rPr>
                <w:noProof/>
                <w:sz w:val="20"/>
                <w:szCs w:val="20"/>
              </w:rPr>
            </w:pPr>
            <w:r w:rsidRPr="00F51F43">
              <w:rPr>
                <w:noProof/>
                <w:sz w:val="20"/>
                <w:szCs w:val="20"/>
              </w:rPr>
              <w:t>tromjesečno- tijekom pedagoške godine</w:t>
            </w:r>
          </w:p>
        </w:tc>
      </w:tr>
      <w:tr w:rsidR="001A029B" w:rsidRPr="00F51F43" w14:paraId="3DB88231" w14:textId="77777777" w:rsidTr="008E44EA">
        <w:trPr>
          <w:cantSplit/>
          <w:jc w:val="center"/>
        </w:trPr>
        <w:tc>
          <w:tcPr>
            <w:tcW w:w="4219" w:type="dxa"/>
            <w:tcMar>
              <w:top w:w="80" w:type="dxa"/>
              <w:left w:w="80" w:type="dxa"/>
              <w:bottom w:w="80" w:type="dxa"/>
              <w:right w:w="80" w:type="dxa"/>
            </w:tcMar>
            <w:vAlign w:val="center"/>
          </w:tcPr>
          <w:p w14:paraId="11C6DEA9" w14:textId="77777777" w:rsidR="008E44EA" w:rsidRPr="00F51F43" w:rsidRDefault="0055299D" w:rsidP="0055299D">
            <w:pPr>
              <w:spacing w:after="0" w:line="240" w:lineRule="auto"/>
              <w:rPr>
                <w:noProof/>
                <w:sz w:val="20"/>
                <w:szCs w:val="20"/>
              </w:rPr>
            </w:pPr>
            <w:r w:rsidRPr="00F51F43">
              <w:rPr>
                <w:noProof/>
                <w:sz w:val="20"/>
                <w:szCs w:val="20"/>
              </w:rPr>
              <w:t>S</w:t>
            </w:r>
            <w:r w:rsidR="008E44EA" w:rsidRPr="00F51F43">
              <w:rPr>
                <w:noProof/>
                <w:sz w:val="20"/>
                <w:szCs w:val="20"/>
              </w:rPr>
              <w:t>tvaranje pozitivnog ozračja i tolerancije druge djece prema djeci s teškoćama u razvoju</w:t>
            </w:r>
          </w:p>
        </w:tc>
        <w:tc>
          <w:tcPr>
            <w:tcW w:w="2835" w:type="dxa"/>
            <w:tcMar>
              <w:top w:w="80" w:type="dxa"/>
              <w:left w:w="80" w:type="dxa"/>
              <w:bottom w:w="80" w:type="dxa"/>
              <w:right w:w="80" w:type="dxa"/>
            </w:tcMar>
            <w:vAlign w:val="center"/>
          </w:tcPr>
          <w:p w14:paraId="1558BB1C" w14:textId="77777777" w:rsidR="008E44EA" w:rsidRPr="00F51F43" w:rsidRDefault="00FD7C55" w:rsidP="00FD7C55">
            <w:pPr>
              <w:spacing w:after="0" w:line="240" w:lineRule="auto"/>
              <w:rPr>
                <w:noProof/>
                <w:sz w:val="20"/>
                <w:szCs w:val="20"/>
              </w:rPr>
            </w:pPr>
            <w:r w:rsidRPr="00F51F43">
              <w:rPr>
                <w:noProof/>
                <w:sz w:val="20"/>
                <w:szCs w:val="20"/>
              </w:rPr>
              <w:t>odgojiteljice, pedagoginja, psihologinja, zdravstvena voditeljica</w:t>
            </w:r>
          </w:p>
        </w:tc>
        <w:tc>
          <w:tcPr>
            <w:tcW w:w="2234" w:type="dxa"/>
            <w:tcMar>
              <w:top w:w="80" w:type="dxa"/>
              <w:left w:w="80" w:type="dxa"/>
              <w:bottom w:w="80" w:type="dxa"/>
              <w:right w:w="80" w:type="dxa"/>
            </w:tcMar>
            <w:vAlign w:val="center"/>
          </w:tcPr>
          <w:p w14:paraId="080EE01E" w14:textId="77777777" w:rsidR="008E44EA" w:rsidRPr="00F51F43" w:rsidRDefault="008E44EA" w:rsidP="0055299D">
            <w:pPr>
              <w:spacing w:after="0" w:line="240" w:lineRule="auto"/>
              <w:rPr>
                <w:noProof/>
                <w:sz w:val="20"/>
                <w:szCs w:val="20"/>
              </w:rPr>
            </w:pPr>
            <w:r w:rsidRPr="00F51F43">
              <w:rPr>
                <w:noProof/>
                <w:sz w:val="20"/>
                <w:szCs w:val="20"/>
              </w:rPr>
              <w:t>tijekom pedagoške godine</w:t>
            </w:r>
          </w:p>
        </w:tc>
      </w:tr>
      <w:tr w:rsidR="001A029B" w:rsidRPr="00F51F43" w14:paraId="2B32B75F" w14:textId="77777777" w:rsidTr="008E44EA">
        <w:trPr>
          <w:cantSplit/>
          <w:jc w:val="center"/>
        </w:trPr>
        <w:tc>
          <w:tcPr>
            <w:tcW w:w="4219" w:type="dxa"/>
            <w:tcMar>
              <w:top w:w="80" w:type="dxa"/>
              <w:left w:w="80" w:type="dxa"/>
              <w:bottom w:w="80" w:type="dxa"/>
              <w:right w:w="80" w:type="dxa"/>
            </w:tcMar>
            <w:vAlign w:val="center"/>
          </w:tcPr>
          <w:p w14:paraId="6A675A7B" w14:textId="77777777" w:rsidR="008E44EA" w:rsidRPr="00F51F43" w:rsidRDefault="0055299D" w:rsidP="0055299D">
            <w:pPr>
              <w:spacing w:after="0" w:line="240" w:lineRule="auto"/>
              <w:rPr>
                <w:noProof/>
                <w:sz w:val="20"/>
                <w:szCs w:val="20"/>
              </w:rPr>
            </w:pPr>
            <w:r w:rsidRPr="00F51F43">
              <w:rPr>
                <w:noProof/>
                <w:sz w:val="20"/>
                <w:szCs w:val="20"/>
              </w:rPr>
              <w:t>U</w:t>
            </w:r>
            <w:r w:rsidR="008E44EA" w:rsidRPr="00F51F43">
              <w:rPr>
                <w:noProof/>
                <w:sz w:val="20"/>
                <w:szCs w:val="20"/>
              </w:rPr>
              <w:t>očavanje mogućnosti i dobrih osobina djece s teškoćama u razvoju, poticanje pozitivnog odnosa okoline i stvaranja pozitivne slike o sebi</w:t>
            </w:r>
          </w:p>
        </w:tc>
        <w:tc>
          <w:tcPr>
            <w:tcW w:w="2835" w:type="dxa"/>
            <w:tcMar>
              <w:top w:w="80" w:type="dxa"/>
              <w:left w:w="80" w:type="dxa"/>
              <w:bottom w:w="80" w:type="dxa"/>
              <w:right w:w="80" w:type="dxa"/>
            </w:tcMar>
            <w:vAlign w:val="center"/>
          </w:tcPr>
          <w:p w14:paraId="1A0701DE" w14:textId="77777777" w:rsidR="008E44EA" w:rsidRPr="00F51F43" w:rsidRDefault="00FD7C55" w:rsidP="00FD7C55">
            <w:pPr>
              <w:spacing w:after="0" w:line="240" w:lineRule="auto"/>
              <w:rPr>
                <w:noProof/>
                <w:sz w:val="20"/>
                <w:szCs w:val="20"/>
              </w:rPr>
            </w:pPr>
            <w:r w:rsidRPr="00F51F43">
              <w:rPr>
                <w:noProof/>
                <w:sz w:val="20"/>
                <w:szCs w:val="20"/>
              </w:rPr>
              <w:t>odgojiteljice, pedagoginja, psihologinja, zdravstvena voditeljica</w:t>
            </w:r>
          </w:p>
        </w:tc>
        <w:tc>
          <w:tcPr>
            <w:tcW w:w="2234" w:type="dxa"/>
            <w:tcMar>
              <w:top w:w="80" w:type="dxa"/>
              <w:left w:w="80" w:type="dxa"/>
              <w:bottom w:w="80" w:type="dxa"/>
              <w:right w:w="80" w:type="dxa"/>
            </w:tcMar>
            <w:vAlign w:val="center"/>
          </w:tcPr>
          <w:p w14:paraId="19DF6BAE" w14:textId="77777777" w:rsidR="008E44EA" w:rsidRPr="00F51F43" w:rsidRDefault="008E44EA" w:rsidP="0055299D">
            <w:pPr>
              <w:spacing w:after="0" w:line="240" w:lineRule="auto"/>
              <w:rPr>
                <w:noProof/>
                <w:sz w:val="20"/>
                <w:szCs w:val="20"/>
              </w:rPr>
            </w:pPr>
            <w:r w:rsidRPr="00F51F43">
              <w:rPr>
                <w:noProof/>
                <w:sz w:val="20"/>
                <w:szCs w:val="20"/>
              </w:rPr>
              <w:t>tijekom pedagoške godine</w:t>
            </w:r>
          </w:p>
        </w:tc>
      </w:tr>
      <w:tr w:rsidR="001A029B" w:rsidRPr="00F51F43" w14:paraId="6F9DEE77" w14:textId="77777777" w:rsidTr="008E44EA">
        <w:trPr>
          <w:cantSplit/>
          <w:jc w:val="center"/>
        </w:trPr>
        <w:tc>
          <w:tcPr>
            <w:tcW w:w="4219" w:type="dxa"/>
            <w:tcMar>
              <w:top w:w="80" w:type="dxa"/>
              <w:left w:w="80" w:type="dxa"/>
              <w:bottom w:w="80" w:type="dxa"/>
              <w:right w:w="80" w:type="dxa"/>
            </w:tcMar>
            <w:vAlign w:val="center"/>
          </w:tcPr>
          <w:p w14:paraId="53B18416" w14:textId="77777777" w:rsidR="008E44EA" w:rsidRPr="00F51F43" w:rsidRDefault="0055299D" w:rsidP="0055299D">
            <w:pPr>
              <w:spacing w:after="0" w:line="240" w:lineRule="auto"/>
              <w:rPr>
                <w:noProof/>
                <w:sz w:val="20"/>
                <w:szCs w:val="20"/>
              </w:rPr>
            </w:pPr>
            <w:r w:rsidRPr="00F51F43">
              <w:rPr>
                <w:noProof/>
                <w:sz w:val="20"/>
                <w:szCs w:val="20"/>
              </w:rPr>
              <w:t>V</w:t>
            </w:r>
            <w:r w:rsidR="00264378" w:rsidRPr="00F51F43">
              <w:rPr>
                <w:noProof/>
                <w:sz w:val="20"/>
                <w:szCs w:val="20"/>
              </w:rPr>
              <w:t xml:space="preserve">ođenje </w:t>
            </w:r>
            <w:r w:rsidR="00B05486" w:rsidRPr="00F51F43">
              <w:rPr>
                <w:noProof/>
                <w:sz w:val="20"/>
                <w:szCs w:val="20"/>
              </w:rPr>
              <w:t xml:space="preserve">Dosjea </w:t>
            </w:r>
            <w:r w:rsidR="008E44EA" w:rsidRPr="00F51F43">
              <w:rPr>
                <w:noProof/>
                <w:sz w:val="20"/>
                <w:szCs w:val="20"/>
              </w:rPr>
              <w:t>djeteta s posebnim potrebama</w:t>
            </w:r>
          </w:p>
        </w:tc>
        <w:tc>
          <w:tcPr>
            <w:tcW w:w="2835" w:type="dxa"/>
            <w:tcMar>
              <w:top w:w="80" w:type="dxa"/>
              <w:left w:w="80" w:type="dxa"/>
              <w:bottom w:w="80" w:type="dxa"/>
              <w:right w:w="80" w:type="dxa"/>
            </w:tcMar>
            <w:vAlign w:val="center"/>
          </w:tcPr>
          <w:p w14:paraId="5C253242" w14:textId="77777777" w:rsidR="008E44EA" w:rsidRPr="00F51F43" w:rsidRDefault="00FD7C55" w:rsidP="00FD7C55">
            <w:pPr>
              <w:spacing w:after="0" w:line="240" w:lineRule="auto"/>
              <w:rPr>
                <w:noProof/>
                <w:sz w:val="20"/>
                <w:szCs w:val="20"/>
              </w:rPr>
            </w:pPr>
            <w:r w:rsidRPr="00F51F43">
              <w:rPr>
                <w:noProof/>
                <w:sz w:val="20"/>
                <w:szCs w:val="20"/>
              </w:rPr>
              <w:t>odgojiteljice, pedagoginja, psihologinja, zdravstvena voditeljica</w:t>
            </w:r>
          </w:p>
        </w:tc>
        <w:tc>
          <w:tcPr>
            <w:tcW w:w="2234" w:type="dxa"/>
            <w:tcMar>
              <w:top w:w="80" w:type="dxa"/>
              <w:left w:w="80" w:type="dxa"/>
              <w:bottom w:w="80" w:type="dxa"/>
              <w:right w:w="80" w:type="dxa"/>
            </w:tcMar>
            <w:vAlign w:val="center"/>
          </w:tcPr>
          <w:p w14:paraId="1A05E7E5" w14:textId="77777777" w:rsidR="008E44EA" w:rsidRPr="00F51F43" w:rsidRDefault="008E44EA" w:rsidP="0055299D">
            <w:pPr>
              <w:spacing w:after="0" w:line="240" w:lineRule="auto"/>
              <w:rPr>
                <w:noProof/>
                <w:sz w:val="20"/>
                <w:szCs w:val="20"/>
              </w:rPr>
            </w:pPr>
            <w:r w:rsidRPr="00F51F43">
              <w:rPr>
                <w:noProof/>
                <w:sz w:val="20"/>
                <w:szCs w:val="20"/>
              </w:rPr>
              <w:t>tijekom pedagoške godine</w:t>
            </w:r>
          </w:p>
        </w:tc>
      </w:tr>
      <w:tr w:rsidR="001A029B" w:rsidRPr="00F51F43" w14:paraId="1112242F" w14:textId="77777777" w:rsidTr="008E44EA">
        <w:trPr>
          <w:cantSplit/>
          <w:jc w:val="center"/>
        </w:trPr>
        <w:tc>
          <w:tcPr>
            <w:tcW w:w="4219" w:type="dxa"/>
            <w:tcMar>
              <w:top w:w="80" w:type="dxa"/>
              <w:left w:w="80" w:type="dxa"/>
              <w:bottom w:w="80" w:type="dxa"/>
              <w:right w:w="80" w:type="dxa"/>
            </w:tcMar>
            <w:vAlign w:val="center"/>
          </w:tcPr>
          <w:p w14:paraId="18D246DD" w14:textId="77777777" w:rsidR="00264378" w:rsidRPr="00F51F43" w:rsidRDefault="0055299D" w:rsidP="0055299D">
            <w:pPr>
              <w:spacing w:after="0" w:line="240" w:lineRule="auto"/>
              <w:rPr>
                <w:noProof/>
                <w:sz w:val="20"/>
                <w:szCs w:val="20"/>
              </w:rPr>
            </w:pPr>
            <w:r w:rsidRPr="00F51F43">
              <w:rPr>
                <w:noProof/>
                <w:sz w:val="20"/>
                <w:szCs w:val="20"/>
              </w:rPr>
              <w:t>I</w:t>
            </w:r>
            <w:r w:rsidR="00264378" w:rsidRPr="00F51F43">
              <w:rPr>
                <w:noProof/>
                <w:sz w:val="20"/>
                <w:szCs w:val="20"/>
              </w:rPr>
              <w:t xml:space="preserve">dentifikacija i rad s potencijalno darovitom djecom </w:t>
            </w:r>
          </w:p>
        </w:tc>
        <w:tc>
          <w:tcPr>
            <w:tcW w:w="2835" w:type="dxa"/>
            <w:tcMar>
              <w:top w:w="80" w:type="dxa"/>
              <w:left w:w="80" w:type="dxa"/>
              <w:bottom w:w="80" w:type="dxa"/>
              <w:right w:w="80" w:type="dxa"/>
            </w:tcMar>
            <w:vAlign w:val="center"/>
          </w:tcPr>
          <w:p w14:paraId="55F55B09" w14:textId="77777777" w:rsidR="003B0FD1" w:rsidRPr="00F51F43" w:rsidRDefault="00FD7C55" w:rsidP="00FD7C55">
            <w:pPr>
              <w:spacing w:after="0" w:line="240" w:lineRule="auto"/>
              <w:rPr>
                <w:noProof/>
                <w:sz w:val="20"/>
                <w:szCs w:val="20"/>
              </w:rPr>
            </w:pPr>
            <w:r w:rsidRPr="00F51F43">
              <w:rPr>
                <w:noProof/>
                <w:sz w:val="20"/>
                <w:szCs w:val="20"/>
              </w:rPr>
              <w:t>psihologinja, odgojiteljice</w:t>
            </w:r>
          </w:p>
        </w:tc>
        <w:tc>
          <w:tcPr>
            <w:tcW w:w="2234" w:type="dxa"/>
            <w:tcMar>
              <w:top w:w="80" w:type="dxa"/>
              <w:left w:w="80" w:type="dxa"/>
              <w:bottom w:w="80" w:type="dxa"/>
              <w:right w:w="80" w:type="dxa"/>
            </w:tcMar>
            <w:vAlign w:val="center"/>
          </w:tcPr>
          <w:p w14:paraId="40B23E70" w14:textId="77777777" w:rsidR="00264378" w:rsidRPr="00F51F43" w:rsidRDefault="00264378" w:rsidP="0055299D">
            <w:pPr>
              <w:spacing w:after="0" w:line="240" w:lineRule="auto"/>
              <w:rPr>
                <w:noProof/>
                <w:sz w:val="20"/>
                <w:szCs w:val="20"/>
              </w:rPr>
            </w:pPr>
            <w:r w:rsidRPr="00F51F43">
              <w:rPr>
                <w:noProof/>
                <w:sz w:val="20"/>
                <w:szCs w:val="20"/>
              </w:rPr>
              <w:t>tijekom pedagoške godine</w:t>
            </w:r>
          </w:p>
        </w:tc>
      </w:tr>
      <w:tr w:rsidR="001A029B" w:rsidRPr="00F51F43" w14:paraId="5A64F858" w14:textId="77777777" w:rsidTr="008E44EA">
        <w:trPr>
          <w:cantSplit/>
          <w:jc w:val="center"/>
        </w:trPr>
        <w:tc>
          <w:tcPr>
            <w:tcW w:w="4219" w:type="dxa"/>
            <w:tcMar>
              <w:top w:w="80" w:type="dxa"/>
              <w:left w:w="80" w:type="dxa"/>
              <w:bottom w:w="80" w:type="dxa"/>
              <w:right w:w="80" w:type="dxa"/>
            </w:tcMar>
            <w:vAlign w:val="center"/>
          </w:tcPr>
          <w:p w14:paraId="0002DC38" w14:textId="77777777" w:rsidR="00264378" w:rsidRPr="00F51F43" w:rsidRDefault="0055299D" w:rsidP="0055299D">
            <w:pPr>
              <w:spacing w:after="0" w:line="240" w:lineRule="auto"/>
              <w:rPr>
                <w:noProof/>
                <w:sz w:val="20"/>
                <w:szCs w:val="20"/>
              </w:rPr>
            </w:pPr>
            <w:r w:rsidRPr="00F51F43">
              <w:rPr>
                <w:noProof/>
                <w:sz w:val="20"/>
                <w:szCs w:val="20"/>
              </w:rPr>
              <w:t>O</w:t>
            </w:r>
            <w:r w:rsidR="00B05486" w:rsidRPr="00F51F43">
              <w:rPr>
                <w:noProof/>
                <w:sz w:val="20"/>
                <w:szCs w:val="20"/>
              </w:rPr>
              <w:t xml:space="preserve">bogaćivanje prostorno-materijalnog </w:t>
            </w:r>
            <w:r w:rsidR="00264378" w:rsidRPr="00F51F43">
              <w:rPr>
                <w:noProof/>
                <w:sz w:val="20"/>
                <w:szCs w:val="20"/>
              </w:rPr>
              <w:t>konteksta za rad s djecom s posebnim potrebama</w:t>
            </w:r>
          </w:p>
        </w:tc>
        <w:tc>
          <w:tcPr>
            <w:tcW w:w="2835" w:type="dxa"/>
            <w:tcMar>
              <w:top w:w="80" w:type="dxa"/>
              <w:left w:w="80" w:type="dxa"/>
              <w:bottom w:w="80" w:type="dxa"/>
              <w:right w:w="80" w:type="dxa"/>
            </w:tcMar>
            <w:vAlign w:val="center"/>
          </w:tcPr>
          <w:p w14:paraId="08C70C37" w14:textId="77777777" w:rsidR="00264378" w:rsidRPr="00F51F43" w:rsidRDefault="00264378" w:rsidP="00FD7C55">
            <w:pPr>
              <w:spacing w:after="0" w:line="240" w:lineRule="auto"/>
              <w:rPr>
                <w:noProof/>
                <w:sz w:val="20"/>
                <w:szCs w:val="20"/>
              </w:rPr>
            </w:pPr>
            <w:r w:rsidRPr="00F51F43">
              <w:rPr>
                <w:noProof/>
                <w:sz w:val="20"/>
                <w:szCs w:val="20"/>
              </w:rPr>
              <w:t>odgoji</w:t>
            </w:r>
            <w:r w:rsidR="007D25C4" w:rsidRPr="00F51F43">
              <w:rPr>
                <w:noProof/>
                <w:sz w:val="20"/>
                <w:szCs w:val="20"/>
              </w:rPr>
              <w:t>teljice,</w:t>
            </w:r>
            <w:r w:rsidRPr="00F51F43">
              <w:rPr>
                <w:noProof/>
                <w:sz w:val="20"/>
                <w:szCs w:val="20"/>
              </w:rPr>
              <w:t xml:space="preserve"> pedagoginja</w:t>
            </w:r>
            <w:r w:rsidR="007D25C4" w:rsidRPr="00F51F43">
              <w:rPr>
                <w:noProof/>
                <w:sz w:val="20"/>
                <w:szCs w:val="20"/>
              </w:rPr>
              <w:t>, ravnateljica</w:t>
            </w:r>
          </w:p>
        </w:tc>
        <w:tc>
          <w:tcPr>
            <w:tcW w:w="2234" w:type="dxa"/>
            <w:tcMar>
              <w:top w:w="80" w:type="dxa"/>
              <w:left w:w="80" w:type="dxa"/>
              <w:bottom w:w="80" w:type="dxa"/>
              <w:right w:w="80" w:type="dxa"/>
            </w:tcMar>
            <w:vAlign w:val="center"/>
          </w:tcPr>
          <w:p w14:paraId="572C527A" w14:textId="77777777" w:rsidR="00264378" w:rsidRPr="00F51F43" w:rsidRDefault="00264378" w:rsidP="0055299D">
            <w:pPr>
              <w:spacing w:after="0" w:line="240" w:lineRule="auto"/>
              <w:rPr>
                <w:bCs/>
                <w:noProof/>
                <w:sz w:val="20"/>
                <w:szCs w:val="20"/>
              </w:rPr>
            </w:pPr>
            <w:r w:rsidRPr="00F51F43">
              <w:rPr>
                <w:bCs/>
                <w:noProof/>
                <w:sz w:val="20"/>
                <w:szCs w:val="20"/>
              </w:rPr>
              <w:t>tijekom pedagoške godine</w:t>
            </w:r>
          </w:p>
        </w:tc>
      </w:tr>
      <w:tr w:rsidR="00804638" w:rsidRPr="00F51F43" w14:paraId="427F4297" w14:textId="77777777" w:rsidTr="008E44EA">
        <w:trPr>
          <w:cantSplit/>
          <w:jc w:val="center"/>
        </w:trPr>
        <w:tc>
          <w:tcPr>
            <w:tcW w:w="4219" w:type="dxa"/>
            <w:tcMar>
              <w:top w:w="80" w:type="dxa"/>
              <w:left w:w="80" w:type="dxa"/>
              <w:bottom w:w="80" w:type="dxa"/>
              <w:right w:w="80" w:type="dxa"/>
            </w:tcMar>
            <w:vAlign w:val="center"/>
          </w:tcPr>
          <w:p w14:paraId="6E982986" w14:textId="77777777" w:rsidR="00264378" w:rsidRPr="00F51F43" w:rsidRDefault="0055299D" w:rsidP="0055299D">
            <w:pPr>
              <w:spacing w:after="0" w:line="240" w:lineRule="auto"/>
              <w:rPr>
                <w:noProof/>
                <w:sz w:val="20"/>
                <w:szCs w:val="20"/>
              </w:rPr>
            </w:pPr>
            <w:r w:rsidRPr="00F51F43">
              <w:rPr>
                <w:noProof/>
                <w:sz w:val="20"/>
                <w:szCs w:val="20"/>
              </w:rPr>
              <w:t>S</w:t>
            </w:r>
            <w:r w:rsidR="00264378" w:rsidRPr="00F51F43">
              <w:rPr>
                <w:noProof/>
                <w:sz w:val="20"/>
                <w:szCs w:val="20"/>
              </w:rPr>
              <w:t>uradnja s roditeljima djece s posebnim potrebama – individualne konzultacije prema potrebi</w:t>
            </w:r>
            <w:r w:rsidR="00B05486" w:rsidRPr="00F51F43">
              <w:rPr>
                <w:noProof/>
                <w:sz w:val="20"/>
                <w:szCs w:val="20"/>
              </w:rPr>
              <w:t>, prezentacija IOOP-a</w:t>
            </w:r>
          </w:p>
        </w:tc>
        <w:tc>
          <w:tcPr>
            <w:tcW w:w="2835" w:type="dxa"/>
            <w:tcMar>
              <w:top w:w="80" w:type="dxa"/>
              <w:left w:w="80" w:type="dxa"/>
              <w:bottom w:w="80" w:type="dxa"/>
              <w:right w:w="80" w:type="dxa"/>
            </w:tcMar>
            <w:vAlign w:val="center"/>
          </w:tcPr>
          <w:p w14:paraId="5E7DE68D" w14:textId="77777777" w:rsidR="00264378" w:rsidRPr="00F51F43" w:rsidRDefault="00FD7C55" w:rsidP="00FD7C55">
            <w:pPr>
              <w:spacing w:after="0" w:line="240" w:lineRule="auto"/>
              <w:rPr>
                <w:noProof/>
                <w:sz w:val="20"/>
                <w:szCs w:val="20"/>
              </w:rPr>
            </w:pPr>
            <w:r w:rsidRPr="00F51F43">
              <w:rPr>
                <w:noProof/>
                <w:sz w:val="20"/>
                <w:szCs w:val="20"/>
              </w:rPr>
              <w:t>odgojiteljice, pedagoginja, psihologinja, zdravstvena voditeljica</w:t>
            </w:r>
          </w:p>
        </w:tc>
        <w:tc>
          <w:tcPr>
            <w:tcW w:w="2234" w:type="dxa"/>
            <w:tcMar>
              <w:top w:w="80" w:type="dxa"/>
              <w:left w:w="80" w:type="dxa"/>
              <w:bottom w:w="80" w:type="dxa"/>
              <w:right w:w="80" w:type="dxa"/>
            </w:tcMar>
            <w:vAlign w:val="center"/>
          </w:tcPr>
          <w:p w14:paraId="1F028637" w14:textId="77777777" w:rsidR="00264378" w:rsidRPr="00F51F43" w:rsidRDefault="00264378" w:rsidP="0055299D">
            <w:pPr>
              <w:spacing w:after="0" w:line="240" w:lineRule="auto"/>
              <w:rPr>
                <w:bCs/>
                <w:noProof/>
                <w:sz w:val="20"/>
                <w:szCs w:val="20"/>
              </w:rPr>
            </w:pPr>
            <w:r w:rsidRPr="00F51F43">
              <w:rPr>
                <w:bCs/>
                <w:noProof/>
                <w:sz w:val="20"/>
                <w:szCs w:val="20"/>
              </w:rPr>
              <w:t>tijekom pedagoške godine</w:t>
            </w:r>
          </w:p>
          <w:p w14:paraId="3EE3C166" w14:textId="77777777" w:rsidR="00264378" w:rsidRPr="00F51F43" w:rsidRDefault="00264378" w:rsidP="0055299D">
            <w:pPr>
              <w:spacing w:after="0" w:line="240" w:lineRule="auto"/>
              <w:rPr>
                <w:bCs/>
                <w:noProof/>
                <w:sz w:val="20"/>
                <w:szCs w:val="20"/>
              </w:rPr>
            </w:pPr>
          </w:p>
        </w:tc>
      </w:tr>
    </w:tbl>
    <w:p w14:paraId="272A8136" w14:textId="77777777" w:rsidR="00307ADD" w:rsidRPr="00F51F43" w:rsidRDefault="00307ADD" w:rsidP="00307ADD">
      <w:pPr>
        <w:rPr>
          <w:noProof/>
        </w:rPr>
      </w:pPr>
    </w:p>
    <w:p w14:paraId="24ABACBE" w14:textId="77777777" w:rsidR="00A35D84" w:rsidRPr="00F51F43" w:rsidRDefault="003D2D3E" w:rsidP="00307ADD">
      <w:pPr>
        <w:pStyle w:val="Naslov2"/>
        <w:rPr>
          <w:noProof/>
        </w:rPr>
      </w:pPr>
      <w:bookmarkStart w:id="30" w:name="_Toc241563346"/>
      <w:r w:rsidRPr="00F51F43">
        <w:rPr>
          <w:noProof/>
        </w:rPr>
        <w:t>5.</w:t>
      </w:r>
      <w:r w:rsidR="005E7763" w:rsidRPr="00F51F43">
        <w:rPr>
          <w:noProof/>
        </w:rPr>
        <w:t>7</w:t>
      </w:r>
      <w:r w:rsidR="00E7493F" w:rsidRPr="00F51F43">
        <w:rPr>
          <w:noProof/>
        </w:rPr>
        <w:t xml:space="preserve">. </w:t>
      </w:r>
      <w:r w:rsidR="00A35D84" w:rsidRPr="00F51F43">
        <w:rPr>
          <w:noProof/>
        </w:rPr>
        <w:t>VOĐENJE PEDAGOŠKE DOKUMENTACIJE</w:t>
      </w:r>
      <w:r w:rsidR="00D503FE" w:rsidRPr="00F51F43">
        <w:rPr>
          <w:noProof/>
        </w:rPr>
        <w:t xml:space="preserve"> TE PLANIRANJE I PRAĆENJE RAZVOJA I UČENJA DJECE</w:t>
      </w:r>
      <w:bookmarkEnd w:id="30"/>
    </w:p>
    <w:p w14:paraId="690EAA5F" w14:textId="77777777" w:rsidR="003B0FD1" w:rsidRPr="00F51F43" w:rsidRDefault="003B0FD1" w:rsidP="003B0FD1">
      <w:pPr>
        <w:ind w:firstLine="708"/>
        <w:rPr>
          <w:bCs/>
          <w:noProof/>
        </w:rPr>
      </w:pPr>
      <w:r w:rsidRPr="00F51F43">
        <w:rPr>
          <w:bCs/>
          <w:noProof/>
        </w:rPr>
        <w:t>Odgojno-</w:t>
      </w:r>
      <w:r w:rsidR="000A7C01" w:rsidRPr="00F51F43">
        <w:rPr>
          <w:bCs/>
          <w:noProof/>
        </w:rPr>
        <w:t>obrazovni rad, kao i svi ostali elementi programa, evidentirat će se i dokumentirati prema Pravilniku o obrascima i sadržaju pedagoške dokumentacije i evide</w:t>
      </w:r>
      <w:r w:rsidRPr="00F51F43">
        <w:rPr>
          <w:bCs/>
          <w:noProof/>
        </w:rPr>
        <w:t xml:space="preserve">ncije o djeci u dječjem vrtiću </w:t>
      </w:r>
      <w:r w:rsidR="000A7C01" w:rsidRPr="00F51F43">
        <w:rPr>
          <w:bCs/>
          <w:noProof/>
        </w:rPr>
        <w:t>(NN 83/01). Dokumentiranje procesa i aktivnosti</w:t>
      </w:r>
      <w:r w:rsidRPr="00F51F43">
        <w:rPr>
          <w:bCs/>
          <w:noProof/>
        </w:rPr>
        <w:t>,</w:t>
      </w:r>
      <w:r w:rsidR="000A7C01" w:rsidRPr="00F51F43">
        <w:rPr>
          <w:bCs/>
          <w:noProof/>
        </w:rPr>
        <w:t xml:space="preserve"> uz</w:t>
      </w:r>
      <w:r w:rsidRPr="00F51F43">
        <w:rPr>
          <w:bCs/>
          <w:noProof/>
        </w:rPr>
        <w:t xml:space="preserve"> pisane</w:t>
      </w:r>
      <w:r w:rsidR="000A7C01" w:rsidRPr="00F51F43">
        <w:rPr>
          <w:bCs/>
          <w:noProof/>
        </w:rPr>
        <w:t xml:space="preserve"> priv</w:t>
      </w:r>
      <w:r w:rsidRPr="00F51F43">
        <w:rPr>
          <w:bCs/>
          <w:noProof/>
        </w:rPr>
        <w:t>ole roditelja, provodi se prema Zakonu o provedbi Opće uredbe o zaštiti podataka (NN 42/18).</w:t>
      </w:r>
    </w:p>
    <w:p w14:paraId="72AAE4F0" w14:textId="77777777" w:rsidR="003B0FD1" w:rsidRPr="00F51F43" w:rsidRDefault="003B0FD1" w:rsidP="003B0FD1">
      <w:pPr>
        <w:ind w:firstLine="708"/>
        <w:rPr>
          <w:bCs/>
          <w:noProof/>
        </w:rPr>
      </w:pPr>
      <w:r w:rsidRPr="00F51F43">
        <w:rPr>
          <w:bCs/>
          <w:noProof/>
        </w:rPr>
        <w:t>Vodi se sljedeća dokumentacija:</w:t>
      </w:r>
    </w:p>
    <w:p w14:paraId="211DB0A5" w14:textId="77777777" w:rsidR="000A7C01" w:rsidRPr="00F51F43" w:rsidRDefault="000A7C01" w:rsidP="00E04358">
      <w:pPr>
        <w:numPr>
          <w:ilvl w:val="0"/>
          <w:numId w:val="10"/>
        </w:numPr>
        <w:spacing w:after="0"/>
        <w:rPr>
          <w:bCs/>
          <w:noProof/>
        </w:rPr>
      </w:pPr>
      <w:r w:rsidRPr="00F51F43">
        <w:rPr>
          <w:bCs/>
          <w:noProof/>
        </w:rPr>
        <w:t>Knjiga pedagoške dokumentacije odgojno-obrazovne skupine</w:t>
      </w:r>
    </w:p>
    <w:p w14:paraId="0B0E5B53" w14:textId="77777777" w:rsidR="000A7C01" w:rsidRPr="00F51F43" w:rsidRDefault="000A7C01" w:rsidP="00E04358">
      <w:pPr>
        <w:numPr>
          <w:ilvl w:val="0"/>
          <w:numId w:val="10"/>
        </w:numPr>
        <w:spacing w:after="0"/>
        <w:rPr>
          <w:bCs/>
          <w:noProof/>
        </w:rPr>
      </w:pPr>
      <w:r w:rsidRPr="00F51F43">
        <w:rPr>
          <w:bCs/>
          <w:noProof/>
        </w:rPr>
        <w:t>Imenik djece</w:t>
      </w:r>
    </w:p>
    <w:p w14:paraId="40D2272A" w14:textId="77777777" w:rsidR="000A7C01" w:rsidRPr="00F51F43" w:rsidRDefault="000A7C01" w:rsidP="00E04358">
      <w:pPr>
        <w:numPr>
          <w:ilvl w:val="0"/>
          <w:numId w:val="10"/>
        </w:numPr>
        <w:spacing w:after="0"/>
        <w:rPr>
          <w:bCs/>
          <w:noProof/>
        </w:rPr>
      </w:pPr>
      <w:r w:rsidRPr="00F51F43">
        <w:rPr>
          <w:bCs/>
          <w:noProof/>
        </w:rPr>
        <w:lastRenderedPageBreak/>
        <w:t>Ljetopis</w:t>
      </w:r>
    </w:p>
    <w:p w14:paraId="59354FF2" w14:textId="77777777" w:rsidR="000A7C01" w:rsidRPr="00F51F43" w:rsidRDefault="000A7C01" w:rsidP="00E04358">
      <w:pPr>
        <w:numPr>
          <w:ilvl w:val="0"/>
          <w:numId w:val="10"/>
        </w:numPr>
        <w:spacing w:after="0"/>
        <w:rPr>
          <w:bCs/>
          <w:noProof/>
        </w:rPr>
      </w:pPr>
      <w:r w:rsidRPr="00F51F43">
        <w:rPr>
          <w:bCs/>
          <w:noProof/>
        </w:rPr>
        <w:t>Evidencijska lista dolazaka djece</w:t>
      </w:r>
    </w:p>
    <w:p w14:paraId="6D48E103" w14:textId="77777777" w:rsidR="000A7C01" w:rsidRPr="00F51F43" w:rsidRDefault="000A7C01" w:rsidP="00E04358">
      <w:pPr>
        <w:numPr>
          <w:ilvl w:val="0"/>
          <w:numId w:val="10"/>
        </w:numPr>
        <w:spacing w:after="0"/>
        <w:rPr>
          <w:bCs/>
          <w:noProof/>
        </w:rPr>
      </w:pPr>
      <w:r w:rsidRPr="00F51F43">
        <w:rPr>
          <w:bCs/>
          <w:noProof/>
        </w:rPr>
        <w:t>Zdravstveni kartoni djece</w:t>
      </w:r>
    </w:p>
    <w:p w14:paraId="1FED11B9" w14:textId="77777777" w:rsidR="000A7C01" w:rsidRPr="00F51F43" w:rsidRDefault="000A7C01" w:rsidP="00E04358">
      <w:pPr>
        <w:numPr>
          <w:ilvl w:val="0"/>
          <w:numId w:val="10"/>
        </w:numPr>
        <w:spacing w:after="0"/>
        <w:rPr>
          <w:bCs/>
          <w:noProof/>
        </w:rPr>
      </w:pPr>
      <w:r w:rsidRPr="00F51F43">
        <w:rPr>
          <w:bCs/>
          <w:noProof/>
        </w:rPr>
        <w:t>Antropometrijska mjerenja</w:t>
      </w:r>
    </w:p>
    <w:p w14:paraId="64CDB3C2" w14:textId="77777777" w:rsidR="000A7C01" w:rsidRPr="00F51F43" w:rsidRDefault="00B05486" w:rsidP="00E04358">
      <w:pPr>
        <w:numPr>
          <w:ilvl w:val="0"/>
          <w:numId w:val="10"/>
        </w:numPr>
        <w:spacing w:after="0"/>
        <w:rPr>
          <w:bCs/>
          <w:noProof/>
        </w:rPr>
      </w:pPr>
      <w:r w:rsidRPr="00F51F43">
        <w:rPr>
          <w:bCs/>
          <w:noProof/>
        </w:rPr>
        <w:t>Dosje</w:t>
      </w:r>
      <w:r w:rsidR="003B0FD1" w:rsidRPr="00F51F43">
        <w:rPr>
          <w:bCs/>
          <w:noProof/>
        </w:rPr>
        <w:t xml:space="preserve"> djeteta</w:t>
      </w:r>
      <w:r w:rsidR="000A7C01" w:rsidRPr="00F51F43">
        <w:rPr>
          <w:bCs/>
          <w:noProof/>
        </w:rPr>
        <w:t xml:space="preserve"> s posebnim potrebama (s medicinskim i dijagnos</w:t>
      </w:r>
      <w:r w:rsidR="003B0FD1" w:rsidRPr="00F51F43">
        <w:rPr>
          <w:bCs/>
          <w:noProof/>
        </w:rPr>
        <w:t>t</w:t>
      </w:r>
      <w:r w:rsidR="000A7C01" w:rsidRPr="00F51F43">
        <w:rPr>
          <w:bCs/>
          <w:noProof/>
        </w:rPr>
        <w:t>ičkim nalazima i mišljenjima specijaliziranih ustanova)</w:t>
      </w:r>
    </w:p>
    <w:p w14:paraId="4275F33E" w14:textId="77777777" w:rsidR="000A7C01" w:rsidRPr="00F51F43" w:rsidRDefault="00B05486" w:rsidP="00E04358">
      <w:pPr>
        <w:numPr>
          <w:ilvl w:val="0"/>
          <w:numId w:val="10"/>
        </w:numPr>
        <w:spacing w:after="0"/>
        <w:rPr>
          <w:bCs/>
          <w:noProof/>
        </w:rPr>
      </w:pPr>
      <w:r w:rsidRPr="00F51F43">
        <w:rPr>
          <w:bCs/>
          <w:noProof/>
        </w:rPr>
        <w:t>Program</w:t>
      </w:r>
      <w:r w:rsidR="000A7C01" w:rsidRPr="00F51F43">
        <w:rPr>
          <w:bCs/>
          <w:noProof/>
        </w:rPr>
        <w:t xml:space="preserve"> stručnog usavršavanja odgojitelja</w:t>
      </w:r>
    </w:p>
    <w:p w14:paraId="42015C3A" w14:textId="77777777" w:rsidR="000A7C01" w:rsidRPr="00F51F43" w:rsidRDefault="003B0FD1" w:rsidP="00E04358">
      <w:pPr>
        <w:numPr>
          <w:ilvl w:val="0"/>
          <w:numId w:val="10"/>
        </w:numPr>
        <w:spacing w:after="0"/>
        <w:rPr>
          <w:bCs/>
          <w:noProof/>
        </w:rPr>
      </w:pPr>
      <w:r w:rsidRPr="00F51F43">
        <w:rPr>
          <w:bCs/>
          <w:noProof/>
        </w:rPr>
        <w:t>Ostali oblici dokumentiranja –</w:t>
      </w:r>
      <w:r w:rsidR="000A7C01" w:rsidRPr="00F51F43">
        <w:rPr>
          <w:bCs/>
          <w:noProof/>
        </w:rPr>
        <w:t xml:space="preserve"> uz primjenu </w:t>
      </w:r>
      <w:r w:rsidRPr="00F51F43">
        <w:rPr>
          <w:bCs/>
          <w:noProof/>
        </w:rPr>
        <w:t xml:space="preserve">pisanih </w:t>
      </w:r>
      <w:r w:rsidR="000A7C01" w:rsidRPr="00F51F43">
        <w:rPr>
          <w:bCs/>
          <w:noProof/>
        </w:rPr>
        <w:t xml:space="preserve">privola za objavljivanje i korištenje sukladno Zakonu o </w:t>
      </w:r>
      <w:r w:rsidRPr="00F51F43">
        <w:rPr>
          <w:bCs/>
          <w:noProof/>
        </w:rPr>
        <w:t>provedbi Opće uredbe o zaštiti</w:t>
      </w:r>
      <w:r w:rsidR="000A7C01" w:rsidRPr="00F51F43">
        <w:rPr>
          <w:bCs/>
          <w:noProof/>
        </w:rPr>
        <w:t xml:space="preserve"> osobnih podataka</w:t>
      </w:r>
    </w:p>
    <w:p w14:paraId="493BFA95" w14:textId="77777777" w:rsidR="000A7C01" w:rsidRPr="00F51F43" w:rsidRDefault="000A7C01" w:rsidP="00E04358">
      <w:pPr>
        <w:numPr>
          <w:ilvl w:val="1"/>
          <w:numId w:val="10"/>
        </w:numPr>
        <w:spacing w:after="0"/>
        <w:rPr>
          <w:bCs/>
          <w:noProof/>
        </w:rPr>
      </w:pPr>
      <w:r w:rsidRPr="00F51F43">
        <w:rPr>
          <w:bCs/>
          <w:noProof/>
        </w:rPr>
        <w:t>dokumentiranje aktivnosti djece izradom individualnih i grupnih portfoli</w:t>
      </w:r>
      <w:r w:rsidR="003B0FD1" w:rsidRPr="00F51F43">
        <w:rPr>
          <w:bCs/>
          <w:noProof/>
        </w:rPr>
        <w:t>j</w:t>
      </w:r>
      <w:r w:rsidRPr="00F51F43">
        <w:rPr>
          <w:bCs/>
          <w:noProof/>
        </w:rPr>
        <w:t>a i mapa</w:t>
      </w:r>
    </w:p>
    <w:p w14:paraId="1D08F3FB" w14:textId="77777777" w:rsidR="000A7C01" w:rsidRPr="00F51F43" w:rsidRDefault="000A7C01" w:rsidP="00E04358">
      <w:pPr>
        <w:numPr>
          <w:ilvl w:val="1"/>
          <w:numId w:val="10"/>
        </w:numPr>
        <w:spacing w:after="0"/>
        <w:rPr>
          <w:bCs/>
          <w:noProof/>
        </w:rPr>
      </w:pPr>
      <w:r w:rsidRPr="00F51F43">
        <w:rPr>
          <w:bCs/>
          <w:noProof/>
        </w:rPr>
        <w:t>dokumentacija o tijeku i provođenju projekata</w:t>
      </w:r>
    </w:p>
    <w:p w14:paraId="7B84B374" w14:textId="77777777" w:rsidR="000A7C01" w:rsidRPr="00F51F43" w:rsidRDefault="000A7C01" w:rsidP="00E04358">
      <w:pPr>
        <w:numPr>
          <w:ilvl w:val="1"/>
          <w:numId w:val="10"/>
        </w:numPr>
        <w:spacing w:after="0"/>
        <w:rPr>
          <w:bCs/>
          <w:noProof/>
        </w:rPr>
      </w:pPr>
      <w:r w:rsidRPr="00F51F43">
        <w:rPr>
          <w:bCs/>
          <w:noProof/>
        </w:rPr>
        <w:t>bilješke verbalnih iz</w:t>
      </w:r>
      <w:r w:rsidR="00725A19" w:rsidRPr="00F51F43">
        <w:rPr>
          <w:bCs/>
          <w:noProof/>
        </w:rPr>
        <w:t>java</w:t>
      </w:r>
      <w:r w:rsidRPr="00F51F43">
        <w:rPr>
          <w:bCs/>
          <w:noProof/>
        </w:rPr>
        <w:t xml:space="preserve"> djece</w:t>
      </w:r>
    </w:p>
    <w:p w14:paraId="2CE57017" w14:textId="77777777" w:rsidR="000A7C01" w:rsidRPr="00F51F43" w:rsidRDefault="000A7C01" w:rsidP="00E04358">
      <w:pPr>
        <w:numPr>
          <w:ilvl w:val="1"/>
          <w:numId w:val="10"/>
        </w:numPr>
        <w:spacing w:after="0"/>
        <w:rPr>
          <w:bCs/>
          <w:noProof/>
        </w:rPr>
      </w:pPr>
      <w:r w:rsidRPr="00F51F43">
        <w:rPr>
          <w:bCs/>
          <w:noProof/>
        </w:rPr>
        <w:t>uradci djece (likovni radovi, makete, grafički prikazi)</w:t>
      </w:r>
    </w:p>
    <w:p w14:paraId="7909DB13" w14:textId="77777777" w:rsidR="000A7C01" w:rsidRPr="00F51F43" w:rsidRDefault="003B0FD1" w:rsidP="00E04358">
      <w:pPr>
        <w:numPr>
          <w:ilvl w:val="1"/>
          <w:numId w:val="10"/>
        </w:numPr>
        <w:spacing w:after="0"/>
        <w:rPr>
          <w:bCs/>
          <w:noProof/>
        </w:rPr>
      </w:pPr>
      <w:r w:rsidRPr="00F51F43">
        <w:rPr>
          <w:bCs/>
          <w:noProof/>
        </w:rPr>
        <w:t>foto, audio i video</w:t>
      </w:r>
      <w:r w:rsidR="000A7C01" w:rsidRPr="00F51F43">
        <w:rPr>
          <w:bCs/>
          <w:noProof/>
        </w:rPr>
        <w:t>zapisi aktivnosti djece</w:t>
      </w:r>
    </w:p>
    <w:p w14:paraId="0A265500" w14:textId="77777777" w:rsidR="000A7C01" w:rsidRPr="00F51F43" w:rsidRDefault="000A7C01" w:rsidP="00E04358">
      <w:pPr>
        <w:numPr>
          <w:ilvl w:val="1"/>
          <w:numId w:val="10"/>
        </w:numPr>
        <w:spacing w:after="0"/>
        <w:rPr>
          <w:bCs/>
          <w:noProof/>
        </w:rPr>
      </w:pPr>
      <w:r w:rsidRPr="00F51F43">
        <w:rPr>
          <w:bCs/>
          <w:noProof/>
        </w:rPr>
        <w:t>plakati i panoi</w:t>
      </w:r>
    </w:p>
    <w:p w14:paraId="7B97A675" w14:textId="77777777" w:rsidR="000A7C01" w:rsidRPr="00F51F43" w:rsidRDefault="000A7C01" w:rsidP="00E04358">
      <w:pPr>
        <w:numPr>
          <w:ilvl w:val="1"/>
          <w:numId w:val="10"/>
        </w:numPr>
        <w:spacing w:after="0"/>
        <w:rPr>
          <w:bCs/>
          <w:noProof/>
        </w:rPr>
      </w:pPr>
      <w:r w:rsidRPr="00F51F43">
        <w:rPr>
          <w:bCs/>
          <w:noProof/>
        </w:rPr>
        <w:t>izložbe dječjeg stvaralaštva</w:t>
      </w:r>
    </w:p>
    <w:p w14:paraId="03D9BEF5" w14:textId="77777777" w:rsidR="000A7C01" w:rsidRPr="00F51F43" w:rsidRDefault="000A7C01" w:rsidP="00E04358">
      <w:pPr>
        <w:numPr>
          <w:ilvl w:val="1"/>
          <w:numId w:val="10"/>
        </w:numPr>
        <w:spacing w:after="0"/>
        <w:rPr>
          <w:bCs/>
          <w:noProof/>
        </w:rPr>
      </w:pPr>
      <w:r w:rsidRPr="00F51F43">
        <w:rPr>
          <w:bCs/>
          <w:noProof/>
        </w:rPr>
        <w:t>snimke i transkripti razgovora između svih sudionika procesa</w:t>
      </w:r>
    </w:p>
    <w:p w14:paraId="537F7892" w14:textId="77777777" w:rsidR="000A7C01" w:rsidRPr="00F51F43" w:rsidRDefault="000A7C01" w:rsidP="00E04358">
      <w:pPr>
        <w:numPr>
          <w:ilvl w:val="1"/>
          <w:numId w:val="10"/>
        </w:numPr>
        <w:spacing w:after="0"/>
        <w:rPr>
          <w:bCs/>
          <w:noProof/>
        </w:rPr>
      </w:pPr>
      <w:r w:rsidRPr="00F51F43">
        <w:rPr>
          <w:bCs/>
          <w:noProof/>
        </w:rPr>
        <w:t>samorefleksije i zajedničke refleksije odgojitelja i drugih stručnih djelatnika (bilješke, snimke)</w:t>
      </w:r>
    </w:p>
    <w:p w14:paraId="5C416263" w14:textId="77777777" w:rsidR="000A7C01" w:rsidRPr="00F51F43" w:rsidRDefault="000A7C01" w:rsidP="00E04358">
      <w:pPr>
        <w:numPr>
          <w:ilvl w:val="1"/>
          <w:numId w:val="10"/>
        </w:numPr>
        <w:spacing w:after="0"/>
        <w:rPr>
          <w:bCs/>
          <w:noProof/>
        </w:rPr>
      </w:pPr>
      <w:r w:rsidRPr="00F51F43">
        <w:rPr>
          <w:bCs/>
          <w:noProof/>
        </w:rPr>
        <w:t>bilješke o suradnji s roditeljima</w:t>
      </w:r>
    </w:p>
    <w:p w14:paraId="536858A4" w14:textId="77777777" w:rsidR="000A7C01" w:rsidRPr="00F51F43" w:rsidRDefault="000A7C01" w:rsidP="00E04358">
      <w:pPr>
        <w:numPr>
          <w:ilvl w:val="1"/>
          <w:numId w:val="10"/>
        </w:numPr>
        <w:spacing w:after="0"/>
        <w:rPr>
          <w:bCs/>
          <w:noProof/>
        </w:rPr>
      </w:pPr>
      <w:r w:rsidRPr="00F51F43">
        <w:rPr>
          <w:bCs/>
          <w:noProof/>
        </w:rPr>
        <w:t>liste praćenja</w:t>
      </w:r>
      <w:r w:rsidR="003B0FD1" w:rsidRPr="00F51F43">
        <w:rPr>
          <w:bCs/>
          <w:noProof/>
        </w:rPr>
        <w:t xml:space="preserve"> razvoja</w:t>
      </w:r>
      <w:r w:rsidRPr="00F51F43">
        <w:rPr>
          <w:bCs/>
          <w:noProof/>
        </w:rPr>
        <w:t xml:space="preserve"> djece</w:t>
      </w:r>
    </w:p>
    <w:p w14:paraId="651D5BE6" w14:textId="77777777" w:rsidR="000A7C01" w:rsidRPr="00F51F43" w:rsidRDefault="000A7C01" w:rsidP="00E04358">
      <w:pPr>
        <w:numPr>
          <w:ilvl w:val="1"/>
          <w:numId w:val="10"/>
        </w:numPr>
        <w:spacing w:after="0"/>
        <w:rPr>
          <w:bCs/>
          <w:noProof/>
        </w:rPr>
      </w:pPr>
      <w:r w:rsidRPr="00F51F43">
        <w:rPr>
          <w:bCs/>
          <w:noProof/>
        </w:rPr>
        <w:t>evaluacijski listići i interpretacije dobivenih rezultata</w:t>
      </w:r>
    </w:p>
    <w:p w14:paraId="325B7BF8" w14:textId="77777777" w:rsidR="00A55612" w:rsidRPr="00F51F43" w:rsidRDefault="00A55612" w:rsidP="00A35D84">
      <w:pPr>
        <w:ind w:firstLine="708"/>
        <w:rPr>
          <w:bCs/>
          <w:noProof/>
        </w:rPr>
      </w:pPr>
    </w:p>
    <w:p w14:paraId="7AAFA4C5" w14:textId="77777777" w:rsidR="00D521DA" w:rsidRPr="00F51F43" w:rsidRDefault="00A35D84" w:rsidP="00A35D84">
      <w:pPr>
        <w:ind w:firstLine="708"/>
        <w:rPr>
          <w:bCs/>
          <w:noProof/>
        </w:rPr>
      </w:pPr>
      <w:r w:rsidRPr="00F51F43">
        <w:rPr>
          <w:bCs/>
          <w:noProof/>
        </w:rPr>
        <w:t>Na razini ustanove, pedagošku dokumentaciju će voditi ravnateljica</w:t>
      </w:r>
      <w:r w:rsidR="00FD7C55" w:rsidRPr="00F51F43">
        <w:rPr>
          <w:bCs/>
          <w:noProof/>
        </w:rPr>
        <w:t>, pedagoginja i psihologinja</w:t>
      </w:r>
      <w:r w:rsidRPr="00F51F43">
        <w:rPr>
          <w:bCs/>
          <w:noProof/>
        </w:rPr>
        <w:t xml:space="preserve">, a </w:t>
      </w:r>
      <w:r w:rsidR="00D521DA" w:rsidRPr="00F51F43">
        <w:rPr>
          <w:bCs/>
          <w:noProof/>
        </w:rPr>
        <w:t>na razini odgojno-obrazovnih</w:t>
      </w:r>
      <w:r w:rsidRPr="00F51F43">
        <w:rPr>
          <w:bCs/>
          <w:noProof/>
        </w:rPr>
        <w:t xml:space="preserve"> skupi</w:t>
      </w:r>
      <w:r w:rsidR="00264378" w:rsidRPr="00F51F43">
        <w:rPr>
          <w:bCs/>
          <w:noProof/>
        </w:rPr>
        <w:t>na odgo</w:t>
      </w:r>
      <w:r w:rsidRPr="00F51F43">
        <w:rPr>
          <w:bCs/>
          <w:noProof/>
        </w:rPr>
        <w:t>j</w:t>
      </w:r>
      <w:r w:rsidR="00264378" w:rsidRPr="00F51F43">
        <w:rPr>
          <w:bCs/>
          <w:noProof/>
        </w:rPr>
        <w:t>i</w:t>
      </w:r>
      <w:r w:rsidRPr="00F51F43">
        <w:rPr>
          <w:bCs/>
          <w:noProof/>
        </w:rPr>
        <w:t xml:space="preserve">teljice. Svi su dužni voditi pedagošku dokumentaciju u skladu sa zakonskim propisima. Pripreme za neposredni odgojno-obrazovni rad pišu se istog dana ili dan prije planiranog neposrednog rada, a zapažanja o aktivnostima djece </w:t>
      </w:r>
      <w:r w:rsidR="00D521DA" w:rsidRPr="00F51F43">
        <w:rPr>
          <w:bCs/>
          <w:noProof/>
        </w:rPr>
        <w:t>istog dana nakon neposrednog rada</w:t>
      </w:r>
      <w:r w:rsidR="00FD7C55" w:rsidRPr="00F51F43">
        <w:rPr>
          <w:bCs/>
          <w:noProof/>
        </w:rPr>
        <w:t>. Imenik djece</w:t>
      </w:r>
      <w:r w:rsidR="00D521DA" w:rsidRPr="00F51F43">
        <w:rPr>
          <w:bCs/>
          <w:noProof/>
        </w:rPr>
        <w:t xml:space="preserve">, </w:t>
      </w:r>
      <w:r w:rsidR="00B86DD2" w:rsidRPr="00F51F43">
        <w:rPr>
          <w:bCs/>
          <w:noProof/>
        </w:rPr>
        <w:t xml:space="preserve">Dosjei </w:t>
      </w:r>
      <w:r w:rsidR="00D521DA" w:rsidRPr="00F51F43">
        <w:rPr>
          <w:bCs/>
          <w:noProof/>
        </w:rPr>
        <w:t>djece,</w:t>
      </w:r>
      <w:r w:rsidRPr="00F51F43">
        <w:rPr>
          <w:bCs/>
          <w:noProof/>
        </w:rPr>
        <w:t xml:space="preserve"> Program</w:t>
      </w:r>
      <w:r w:rsidR="00D521DA" w:rsidRPr="00F51F43">
        <w:rPr>
          <w:bCs/>
          <w:noProof/>
        </w:rPr>
        <w:t xml:space="preserve"> stručnog usavršavanja,</w:t>
      </w:r>
      <w:r w:rsidRPr="00F51F43">
        <w:rPr>
          <w:bCs/>
          <w:noProof/>
        </w:rPr>
        <w:t xml:space="preserve"> Knjiga</w:t>
      </w:r>
      <w:r w:rsidR="00A934DB" w:rsidRPr="00F51F43">
        <w:rPr>
          <w:bCs/>
          <w:noProof/>
        </w:rPr>
        <w:t xml:space="preserve"> pedagoške dokumentacije odgojn</w:t>
      </w:r>
      <w:r w:rsidR="00D521DA" w:rsidRPr="00F51F43">
        <w:rPr>
          <w:bCs/>
          <w:noProof/>
        </w:rPr>
        <w:t>o-obrazovne</w:t>
      </w:r>
      <w:r w:rsidRPr="00F51F43">
        <w:rPr>
          <w:bCs/>
          <w:noProof/>
        </w:rPr>
        <w:t xml:space="preserve"> skupine</w:t>
      </w:r>
      <w:r w:rsidR="00D521DA" w:rsidRPr="00F51F43">
        <w:rPr>
          <w:bCs/>
          <w:noProof/>
        </w:rPr>
        <w:t xml:space="preserve">, </w:t>
      </w:r>
      <w:r w:rsidRPr="00F51F43">
        <w:rPr>
          <w:bCs/>
          <w:noProof/>
        </w:rPr>
        <w:t xml:space="preserve">nalaze se u </w:t>
      </w:r>
      <w:r w:rsidR="00D521DA" w:rsidRPr="00F51F43">
        <w:rPr>
          <w:bCs/>
          <w:noProof/>
        </w:rPr>
        <w:t>prostoriji svake odgojno-obrazovne</w:t>
      </w:r>
      <w:r w:rsidRPr="00F51F43">
        <w:rPr>
          <w:bCs/>
          <w:noProof/>
        </w:rPr>
        <w:t xml:space="preserve"> skupine gdje se i ispunjavaju.</w:t>
      </w:r>
      <w:r w:rsidR="00FD7C55" w:rsidRPr="00F51F43">
        <w:rPr>
          <w:bCs/>
          <w:noProof/>
        </w:rPr>
        <w:t xml:space="preserve"> Zdravstveni kartoni i Antopometrijska mjerenja nalaze se kod zdravstvene voditeljice.</w:t>
      </w:r>
      <w:r w:rsidR="00D503FE" w:rsidRPr="00F51F43">
        <w:rPr>
          <w:bCs/>
          <w:noProof/>
        </w:rPr>
        <w:t xml:space="preserve"> </w:t>
      </w:r>
      <w:r w:rsidR="00D521DA" w:rsidRPr="00F51F43">
        <w:rPr>
          <w:bCs/>
          <w:noProof/>
        </w:rPr>
        <w:t xml:space="preserve">Knjiga pedagoške dokumentacije nakon ispunjavanja predaje se na pregled pedagoginji koja potom daje pisanu </w:t>
      </w:r>
      <w:r w:rsidR="00D521DA" w:rsidRPr="00F51F43">
        <w:rPr>
          <w:bCs/>
          <w:noProof/>
        </w:rPr>
        <w:lastRenderedPageBreak/>
        <w:t>povratnu informaciju</w:t>
      </w:r>
      <w:r w:rsidR="00D503FE" w:rsidRPr="00F51F43">
        <w:rPr>
          <w:bCs/>
          <w:noProof/>
        </w:rPr>
        <w:t>.</w:t>
      </w:r>
      <w:r w:rsidRPr="00F51F43">
        <w:rPr>
          <w:bCs/>
          <w:noProof/>
        </w:rPr>
        <w:t xml:space="preserve"> Podatci o brojevima telefona roditelja trebaju se nalaziti na</w:t>
      </w:r>
      <w:r w:rsidR="00D521DA" w:rsidRPr="00F51F43">
        <w:rPr>
          <w:bCs/>
          <w:noProof/>
        </w:rPr>
        <w:t xml:space="preserve"> vidljivom mjestu u sobi odgojno-obrazovne</w:t>
      </w:r>
      <w:r w:rsidRPr="00F51F43">
        <w:rPr>
          <w:bCs/>
          <w:noProof/>
        </w:rPr>
        <w:t xml:space="preserve"> skupine te se pravovremeno ažurirati. Pedagošku dokumentaciju treba</w:t>
      </w:r>
      <w:r w:rsidR="00BB65ED" w:rsidRPr="00F51F43">
        <w:rPr>
          <w:bCs/>
          <w:noProof/>
        </w:rPr>
        <w:t xml:space="preserve"> ispunjavati pravovremeno, isti</w:t>
      </w:r>
      <w:r w:rsidRPr="00F51F43">
        <w:rPr>
          <w:bCs/>
          <w:noProof/>
        </w:rPr>
        <w:t>nito, smisleno, svrsishodno, uredno. U Knjizi pedagošk</w:t>
      </w:r>
      <w:r w:rsidR="00A934DB" w:rsidRPr="00F51F43">
        <w:rPr>
          <w:bCs/>
          <w:noProof/>
        </w:rPr>
        <w:t>e dokumentacije odgojn</w:t>
      </w:r>
      <w:r w:rsidR="00D521DA" w:rsidRPr="00F51F43">
        <w:rPr>
          <w:bCs/>
          <w:noProof/>
        </w:rPr>
        <w:t>o-obrazovne</w:t>
      </w:r>
      <w:r w:rsidRPr="00F51F43">
        <w:rPr>
          <w:bCs/>
          <w:noProof/>
        </w:rPr>
        <w:t xml:space="preserve"> skupine ispunjavaju se sve predviđe</w:t>
      </w:r>
      <w:r w:rsidR="00A934DB" w:rsidRPr="00F51F43">
        <w:rPr>
          <w:bCs/>
          <w:noProof/>
        </w:rPr>
        <w:t>ne</w:t>
      </w:r>
      <w:r w:rsidRPr="00F51F43">
        <w:rPr>
          <w:bCs/>
          <w:noProof/>
        </w:rPr>
        <w:t xml:space="preserve"> rubrike. Za iznošenje pedagoške dokumen</w:t>
      </w:r>
      <w:r w:rsidR="00A934DB" w:rsidRPr="00F51F43">
        <w:rPr>
          <w:bCs/>
          <w:noProof/>
        </w:rPr>
        <w:t>tacije izvan prostorija Vrtića</w:t>
      </w:r>
      <w:r w:rsidR="00D521DA" w:rsidRPr="00F51F43">
        <w:rPr>
          <w:bCs/>
          <w:noProof/>
        </w:rPr>
        <w:t xml:space="preserve"> nužno je imati pisa</w:t>
      </w:r>
      <w:r w:rsidRPr="00F51F43">
        <w:rPr>
          <w:bCs/>
          <w:noProof/>
        </w:rPr>
        <w:t>no odobrenje ravnateljice. Pregled i vrednov</w:t>
      </w:r>
      <w:r w:rsidR="000A26A8" w:rsidRPr="00F51F43">
        <w:rPr>
          <w:bCs/>
          <w:noProof/>
        </w:rPr>
        <w:t>anje pedagoške dokumentacije vrš</w:t>
      </w:r>
      <w:r w:rsidRPr="00F51F43">
        <w:rPr>
          <w:bCs/>
          <w:noProof/>
        </w:rPr>
        <w:t xml:space="preserve">e pedagoginja i </w:t>
      </w:r>
      <w:r w:rsidR="00A934DB" w:rsidRPr="00F51F43">
        <w:rPr>
          <w:bCs/>
          <w:noProof/>
        </w:rPr>
        <w:t xml:space="preserve">ravnateljica. </w:t>
      </w:r>
    </w:p>
    <w:p w14:paraId="3F5104F0" w14:textId="77777777" w:rsidR="00A934DB" w:rsidRPr="00F51F43" w:rsidRDefault="00A934DB" w:rsidP="00A35D84">
      <w:pPr>
        <w:ind w:firstLine="708"/>
        <w:rPr>
          <w:bCs/>
          <w:noProof/>
        </w:rPr>
      </w:pPr>
      <w:r w:rsidRPr="00F51F43">
        <w:rPr>
          <w:bCs/>
          <w:noProof/>
        </w:rPr>
        <w:t xml:space="preserve">Matičnu knjigu </w:t>
      </w:r>
      <w:r w:rsidR="00297D26" w:rsidRPr="00F51F43">
        <w:rPr>
          <w:bCs/>
          <w:noProof/>
        </w:rPr>
        <w:t>ispunjava</w:t>
      </w:r>
      <w:r w:rsidRPr="00F51F43">
        <w:rPr>
          <w:bCs/>
          <w:noProof/>
        </w:rPr>
        <w:t xml:space="preserve"> pedagoginja</w:t>
      </w:r>
      <w:r w:rsidR="00297D26" w:rsidRPr="00F51F43">
        <w:rPr>
          <w:bCs/>
          <w:noProof/>
        </w:rPr>
        <w:t>, a Ljetopis ravnateljica. T</w:t>
      </w:r>
      <w:r w:rsidRPr="00F51F43">
        <w:rPr>
          <w:bCs/>
          <w:noProof/>
        </w:rPr>
        <w:t>i su dokumenti pohranjeni u ravnateljičinu uredu, kao i Knjiga zapisnika</w:t>
      </w:r>
      <w:r w:rsidR="00264378" w:rsidRPr="00F51F43">
        <w:rPr>
          <w:bCs/>
          <w:noProof/>
        </w:rPr>
        <w:t xml:space="preserve"> s odgojiteljskih vijeća</w:t>
      </w:r>
      <w:r w:rsidRPr="00F51F43">
        <w:rPr>
          <w:bCs/>
          <w:noProof/>
        </w:rPr>
        <w:t xml:space="preserve">. U izradi Godišnjeg plana i programa rada, kao i Godišnjeg izvješća o ostvarivanju plana i programa rada sudjeluju </w:t>
      </w:r>
      <w:r w:rsidR="00264378" w:rsidRPr="00F51F43">
        <w:rPr>
          <w:bCs/>
          <w:noProof/>
        </w:rPr>
        <w:t>ravnateljica, pedagoginja</w:t>
      </w:r>
      <w:r w:rsidR="00FD7C55" w:rsidRPr="00F51F43">
        <w:rPr>
          <w:bCs/>
          <w:noProof/>
        </w:rPr>
        <w:t>, psihologinja, zdravstvena voditeljica</w:t>
      </w:r>
      <w:r w:rsidR="00264378" w:rsidRPr="00F51F43">
        <w:rPr>
          <w:bCs/>
          <w:noProof/>
        </w:rPr>
        <w:t xml:space="preserve"> i odgoji</w:t>
      </w:r>
      <w:r w:rsidRPr="00F51F43">
        <w:rPr>
          <w:bCs/>
          <w:noProof/>
        </w:rPr>
        <w:t xml:space="preserve">teljice. Navedeni se dokumenti pohranjuju u pisanom i digitalnom obliku. Godišnje izvješće o ostvarivanju plana i programa </w:t>
      </w:r>
      <w:r w:rsidR="00B6125F" w:rsidRPr="00F51F43">
        <w:rPr>
          <w:bCs/>
          <w:noProof/>
        </w:rPr>
        <w:t xml:space="preserve">kao i Godišnji plan i program rada vrtić dostavlja </w:t>
      </w:r>
      <w:r w:rsidRPr="00F51F43">
        <w:rPr>
          <w:bCs/>
          <w:noProof/>
        </w:rPr>
        <w:t>Ministarst</w:t>
      </w:r>
      <w:r w:rsidR="004457F4" w:rsidRPr="00F51F43">
        <w:rPr>
          <w:bCs/>
          <w:noProof/>
        </w:rPr>
        <w:t xml:space="preserve">vu znanosti, </w:t>
      </w:r>
      <w:r w:rsidR="00725A19" w:rsidRPr="00F51F43">
        <w:rPr>
          <w:bCs/>
          <w:noProof/>
        </w:rPr>
        <w:t>obrazovanja</w:t>
      </w:r>
      <w:r w:rsidR="004457F4" w:rsidRPr="00F51F43">
        <w:rPr>
          <w:bCs/>
          <w:noProof/>
        </w:rPr>
        <w:t xml:space="preserve"> i mladih</w:t>
      </w:r>
      <w:r w:rsidRPr="00F51F43">
        <w:rPr>
          <w:bCs/>
          <w:noProof/>
        </w:rPr>
        <w:t xml:space="preserve"> </w:t>
      </w:r>
      <w:r w:rsidR="00B6125F" w:rsidRPr="00F51F43">
        <w:rPr>
          <w:bCs/>
          <w:noProof/>
        </w:rPr>
        <w:t xml:space="preserve">u rokovima propisanim Zakonom o predškolskom odgoju i obrazovanju. </w:t>
      </w:r>
      <w:r w:rsidRPr="00F51F43">
        <w:rPr>
          <w:bCs/>
          <w:noProof/>
        </w:rPr>
        <w:t xml:space="preserve"> </w:t>
      </w:r>
    </w:p>
    <w:p w14:paraId="22375045" w14:textId="77777777" w:rsidR="00D503FE" w:rsidRPr="00F51F43" w:rsidRDefault="00FD7C55" w:rsidP="00A35D84">
      <w:pPr>
        <w:ind w:firstLine="708"/>
        <w:rPr>
          <w:bCs/>
          <w:noProof/>
        </w:rPr>
      </w:pPr>
      <w:r w:rsidRPr="00F51F43">
        <w:rPr>
          <w:bCs/>
          <w:noProof/>
        </w:rPr>
        <w:t>Zdravstvena voditeljica dva puta godišnje provodi</w:t>
      </w:r>
      <w:r w:rsidR="00D503FE" w:rsidRPr="00F51F43">
        <w:rPr>
          <w:bCs/>
          <w:noProof/>
        </w:rPr>
        <w:t xml:space="preserve"> antropometrijska mjerenja</w:t>
      </w:r>
      <w:r w:rsidRPr="00F51F43">
        <w:rPr>
          <w:bCs/>
          <w:noProof/>
        </w:rPr>
        <w:t xml:space="preserve"> dok odgojiteljice</w:t>
      </w:r>
      <w:r w:rsidR="00D521DA" w:rsidRPr="00F51F43">
        <w:rPr>
          <w:bCs/>
          <w:noProof/>
        </w:rPr>
        <w:t xml:space="preserve"> dva</w:t>
      </w:r>
      <w:r w:rsidR="00D503FE" w:rsidRPr="00F51F43">
        <w:rPr>
          <w:bCs/>
          <w:noProof/>
        </w:rPr>
        <w:t xml:space="preserve"> puta godišnje prate</w:t>
      </w:r>
      <w:r w:rsidR="00D521DA" w:rsidRPr="00F51F43">
        <w:rPr>
          <w:bCs/>
          <w:noProof/>
        </w:rPr>
        <w:t xml:space="preserve"> i</w:t>
      </w:r>
      <w:r w:rsidR="00D503FE" w:rsidRPr="00F51F43">
        <w:rPr>
          <w:bCs/>
          <w:noProof/>
        </w:rPr>
        <w:t xml:space="preserve"> </w:t>
      </w:r>
      <w:r w:rsidR="00D521DA" w:rsidRPr="00F51F43">
        <w:rPr>
          <w:bCs/>
          <w:noProof/>
        </w:rPr>
        <w:t xml:space="preserve">psihofizički </w:t>
      </w:r>
      <w:r w:rsidR="00D503FE" w:rsidRPr="00F51F43">
        <w:rPr>
          <w:bCs/>
          <w:noProof/>
        </w:rPr>
        <w:t xml:space="preserve">razvoj djeteta pomoću </w:t>
      </w:r>
      <w:r w:rsidR="00297D26" w:rsidRPr="00F51F43">
        <w:rPr>
          <w:bCs/>
          <w:noProof/>
        </w:rPr>
        <w:t>Lista</w:t>
      </w:r>
      <w:r w:rsidR="00D503FE" w:rsidRPr="00F51F43">
        <w:rPr>
          <w:bCs/>
          <w:noProof/>
        </w:rPr>
        <w:t xml:space="preserve"> praćenja</w:t>
      </w:r>
      <w:r w:rsidR="00264378" w:rsidRPr="00F51F43">
        <w:rPr>
          <w:bCs/>
          <w:noProof/>
        </w:rPr>
        <w:t xml:space="preserve"> psihofizičkog</w:t>
      </w:r>
      <w:r w:rsidR="00D503FE" w:rsidRPr="00F51F43">
        <w:rPr>
          <w:bCs/>
          <w:noProof/>
        </w:rPr>
        <w:t xml:space="preserve"> razvoja djeteta. Rezultate praćenja i preporuke za daljnji rad i suradnju </w:t>
      </w:r>
      <w:r w:rsidR="00D521DA" w:rsidRPr="00F51F43">
        <w:rPr>
          <w:bCs/>
          <w:noProof/>
        </w:rPr>
        <w:t>daju na uvid roditeljima na roditeljskim sastancima i individualnim konzultacijama</w:t>
      </w:r>
      <w:r w:rsidR="00D503FE" w:rsidRPr="00F51F43">
        <w:rPr>
          <w:bCs/>
          <w:noProof/>
        </w:rPr>
        <w:t>.</w:t>
      </w:r>
    </w:p>
    <w:p w14:paraId="3F0F1BD1" w14:textId="77777777" w:rsidR="00D503FE" w:rsidRPr="00F51F43" w:rsidRDefault="00D503FE" w:rsidP="00A35D84">
      <w:pPr>
        <w:ind w:firstLine="708"/>
        <w:rPr>
          <w:bCs/>
          <w:noProof/>
        </w:rPr>
      </w:pPr>
      <w:r w:rsidRPr="00F51F43">
        <w:rPr>
          <w:bCs/>
          <w:noProof/>
        </w:rPr>
        <w:t xml:space="preserve">Za svako se dijete vodi individualna razvojna mapa u koju se prikupljaju dječji radovi, izjave, bilješke, anegdote, fotografije, liste praćenja i sl. Roditelji dobivaju uvid u mapu na individualnim konzultacijama.  </w:t>
      </w:r>
    </w:p>
    <w:p w14:paraId="41AAF5F8" w14:textId="77777777" w:rsidR="00A35D84" w:rsidRPr="00F51F43" w:rsidRDefault="00A35D84" w:rsidP="00A35D84">
      <w:pPr>
        <w:ind w:firstLine="708"/>
        <w:rPr>
          <w:noProof/>
        </w:rPr>
      </w:pPr>
      <w:r w:rsidRPr="00F51F43">
        <w:rPr>
          <w:noProof/>
        </w:rPr>
        <w:t>Za svako d</w:t>
      </w:r>
      <w:r w:rsidR="00A934DB" w:rsidRPr="00F51F43">
        <w:rPr>
          <w:noProof/>
        </w:rPr>
        <w:t xml:space="preserve">ijete s </w:t>
      </w:r>
      <w:r w:rsidR="00264378" w:rsidRPr="00F51F43">
        <w:rPr>
          <w:noProof/>
        </w:rPr>
        <w:t>posebnim potrebama odgoji</w:t>
      </w:r>
      <w:r w:rsidRPr="00F51F43">
        <w:rPr>
          <w:noProof/>
        </w:rPr>
        <w:t>teljice</w:t>
      </w:r>
      <w:r w:rsidR="000A26A8" w:rsidRPr="00F51F43">
        <w:rPr>
          <w:noProof/>
        </w:rPr>
        <w:t xml:space="preserve"> i stručna služba vod</w:t>
      </w:r>
      <w:r w:rsidR="00264378" w:rsidRPr="00F51F43">
        <w:rPr>
          <w:noProof/>
        </w:rPr>
        <w:t xml:space="preserve">e </w:t>
      </w:r>
      <w:r w:rsidR="00297D26" w:rsidRPr="00F51F43">
        <w:rPr>
          <w:noProof/>
        </w:rPr>
        <w:t>Dosje</w:t>
      </w:r>
      <w:r w:rsidR="000A26A8" w:rsidRPr="00F51F43">
        <w:rPr>
          <w:noProof/>
        </w:rPr>
        <w:t xml:space="preserve"> djeteta u kojem se prikuplja</w:t>
      </w:r>
      <w:r w:rsidRPr="00F51F43">
        <w:rPr>
          <w:noProof/>
        </w:rPr>
        <w:t xml:space="preserve"> dokumentacija o planu i realizaciji individualnog rada s djetetom, prepoznavanju potreba i praćenju napretka djeteta, suradnji s roditeljima i stručnom službom</w:t>
      </w:r>
      <w:r w:rsidR="000A26A8" w:rsidRPr="00F51F43">
        <w:rPr>
          <w:noProof/>
        </w:rPr>
        <w:t>, mišljenja i rješenja stručnjaka</w:t>
      </w:r>
      <w:r w:rsidR="00377FB8" w:rsidRPr="00F51F43">
        <w:rPr>
          <w:noProof/>
        </w:rPr>
        <w:t>, različiti zapisnici</w:t>
      </w:r>
      <w:r w:rsidRPr="00F51F43">
        <w:rPr>
          <w:noProof/>
        </w:rPr>
        <w:t>.</w:t>
      </w:r>
    </w:p>
    <w:p w14:paraId="56AB0B27" w14:textId="77777777" w:rsidR="00A35D84" w:rsidRPr="00F51F43" w:rsidRDefault="00A934DB" w:rsidP="00A35D84">
      <w:pPr>
        <w:ind w:firstLine="708"/>
        <w:rPr>
          <w:noProof/>
        </w:rPr>
      </w:pPr>
      <w:r w:rsidRPr="00F51F43">
        <w:rPr>
          <w:noProof/>
        </w:rPr>
        <w:t>Za djecu</w:t>
      </w:r>
      <w:r w:rsidR="00A35D84" w:rsidRPr="00F51F43">
        <w:rPr>
          <w:noProof/>
        </w:rPr>
        <w:t xml:space="preserve"> koja pokazuju potencijalne ili prolazne posebne potrebe treba voditi dodatnu pedagošku dokumentaciji koja se sastoji od individualne mape djeteta u kojoj će se pohraniti zapažanja o djetetu, aktivnosti</w:t>
      </w:r>
      <w:r w:rsidRPr="00F51F43">
        <w:rPr>
          <w:noProof/>
        </w:rPr>
        <w:t>ma</w:t>
      </w:r>
      <w:r w:rsidR="00A35D84" w:rsidRPr="00F51F43">
        <w:rPr>
          <w:noProof/>
        </w:rPr>
        <w:t xml:space="preserve"> koje su se poduzele te oblici</w:t>
      </w:r>
      <w:r w:rsidRPr="00F51F43">
        <w:rPr>
          <w:noProof/>
        </w:rPr>
        <w:t>ma</w:t>
      </w:r>
      <w:r w:rsidR="00A35D84" w:rsidRPr="00F51F43">
        <w:rPr>
          <w:noProof/>
        </w:rPr>
        <w:t xml:space="preserve"> suradnje s r</w:t>
      </w:r>
      <w:r w:rsidRPr="00F51F43">
        <w:rPr>
          <w:noProof/>
        </w:rPr>
        <w:t>oditeljima i stručnom službom. Takve i</w:t>
      </w:r>
      <w:r w:rsidR="00A35D84" w:rsidRPr="00F51F43">
        <w:rPr>
          <w:noProof/>
        </w:rPr>
        <w:t>ndividualne mape vode se samo za vrijeme manifestiranja nesvrsishodnog ponašanja djeteta. Individua</w:t>
      </w:r>
      <w:r w:rsidR="00264378" w:rsidRPr="00F51F43">
        <w:rPr>
          <w:noProof/>
        </w:rPr>
        <w:t>lne mape vode odgoji</w:t>
      </w:r>
      <w:r w:rsidR="00A35D84" w:rsidRPr="00F51F43">
        <w:rPr>
          <w:noProof/>
        </w:rPr>
        <w:t>telji</w:t>
      </w:r>
      <w:r w:rsidRPr="00F51F43">
        <w:rPr>
          <w:noProof/>
        </w:rPr>
        <w:t>ce</w:t>
      </w:r>
      <w:r w:rsidR="00A35D84" w:rsidRPr="00F51F43">
        <w:rPr>
          <w:noProof/>
        </w:rPr>
        <w:t xml:space="preserve"> i stručna služba. </w:t>
      </w:r>
    </w:p>
    <w:p w14:paraId="7AD7ABC2" w14:textId="77777777" w:rsidR="00A35D84" w:rsidRPr="00F51F43" w:rsidRDefault="00A35D84" w:rsidP="00A35D84">
      <w:pPr>
        <w:ind w:firstLine="708"/>
        <w:rPr>
          <w:bCs/>
          <w:noProof/>
        </w:rPr>
      </w:pPr>
    </w:p>
    <w:p w14:paraId="3EE53474" w14:textId="77777777" w:rsidR="00E91365" w:rsidRPr="00F51F43" w:rsidRDefault="00E91365" w:rsidP="0035237B">
      <w:pPr>
        <w:tabs>
          <w:tab w:val="left" w:pos="3544"/>
        </w:tabs>
        <w:rPr>
          <w:noProof/>
        </w:rPr>
        <w:sectPr w:rsidR="00E91365" w:rsidRPr="00F51F43" w:rsidSect="00C8599B">
          <w:footerReference w:type="default" r:id="rId12"/>
          <w:footerReference w:type="first" r:id="rId13"/>
          <w:pgSz w:w="11907" w:h="16840" w:code="9"/>
          <w:pgMar w:top="1440" w:right="1417" w:bottom="1440" w:left="1418" w:header="720" w:footer="720" w:gutter="0"/>
          <w:cols w:space="720"/>
          <w:titlePg/>
          <w:docGrid w:linePitch="326"/>
        </w:sectPr>
      </w:pPr>
    </w:p>
    <w:p w14:paraId="7A1A0D18" w14:textId="77777777" w:rsidR="003D7468" w:rsidRPr="00F51F43" w:rsidRDefault="003D2D3E" w:rsidP="00307ADD">
      <w:pPr>
        <w:pStyle w:val="Naslov2"/>
        <w:tabs>
          <w:tab w:val="left" w:pos="3544"/>
        </w:tabs>
        <w:rPr>
          <w:noProof/>
        </w:rPr>
      </w:pPr>
      <w:bookmarkStart w:id="31" w:name="_Toc241563347"/>
      <w:r w:rsidRPr="00F51F43">
        <w:rPr>
          <w:noProof/>
        </w:rPr>
        <w:lastRenderedPageBreak/>
        <w:t>5.</w:t>
      </w:r>
      <w:r w:rsidR="005E7763" w:rsidRPr="00F51F43">
        <w:rPr>
          <w:noProof/>
        </w:rPr>
        <w:t>8</w:t>
      </w:r>
      <w:r w:rsidR="00E7493F" w:rsidRPr="00F51F43">
        <w:rPr>
          <w:noProof/>
        </w:rPr>
        <w:t xml:space="preserve">. </w:t>
      </w:r>
      <w:r w:rsidR="003D7468" w:rsidRPr="00F51F43">
        <w:rPr>
          <w:noProof/>
        </w:rPr>
        <w:t>IZLETI</w:t>
      </w:r>
      <w:bookmarkEnd w:id="31"/>
    </w:p>
    <w:p w14:paraId="54755272" w14:textId="77777777" w:rsidR="003D7468" w:rsidRPr="00F51F43" w:rsidRDefault="00725A19" w:rsidP="0035237B">
      <w:pPr>
        <w:keepNext/>
        <w:tabs>
          <w:tab w:val="left" w:pos="3544"/>
        </w:tabs>
        <w:spacing w:before="120"/>
        <w:jc w:val="left"/>
        <w:rPr>
          <w:b/>
          <w:bCs/>
          <w:noProof/>
        </w:rPr>
      </w:pPr>
      <w:r w:rsidRPr="00F51F43">
        <w:rPr>
          <w:b/>
          <w:bCs/>
          <w:noProof/>
        </w:rPr>
        <w:t>Tablica 20</w:t>
      </w:r>
      <w:r w:rsidR="007443A6" w:rsidRPr="00F51F43">
        <w:rPr>
          <w:b/>
          <w:bCs/>
          <w:noProof/>
        </w:rPr>
        <w:t>:</w:t>
      </w:r>
      <w:r w:rsidR="002651BD" w:rsidRPr="00F51F43">
        <w:rPr>
          <w:b/>
          <w:bCs/>
          <w:noProof/>
        </w:rPr>
        <w:t xml:space="preserve"> Planiran</w:t>
      </w:r>
      <w:r w:rsidR="00E91365" w:rsidRPr="00F51F43">
        <w:rPr>
          <w:b/>
          <w:bCs/>
          <w:noProof/>
        </w:rPr>
        <w:t>i</w:t>
      </w:r>
      <w:r w:rsidR="00297D26" w:rsidRPr="00F51F43">
        <w:rPr>
          <w:b/>
          <w:bCs/>
          <w:noProof/>
        </w:rPr>
        <w:t xml:space="preserve"> izleti </w:t>
      </w:r>
      <w:r w:rsidR="00871FBD" w:rsidRPr="00F51F43">
        <w:rPr>
          <w:b/>
          <w:bCs/>
          <w:noProof/>
        </w:rPr>
        <w:t xml:space="preserve">i posjeti skupina </w:t>
      </w:r>
      <w:r w:rsidR="00297D26" w:rsidRPr="00F51F43">
        <w:rPr>
          <w:b/>
          <w:bCs/>
          <w:noProof/>
        </w:rPr>
        <w:t xml:space="preserve">za pedagošku godinu </w:t>
      </w:r>
      <w:r w:rsidR="00BA6A81" w:rsidRPr="00F51F43">
        <w:rPr>
          <w:b/>
          <w:bCs/>
          <w:noProof/>
        </w:rPr>
        <w:t>202</w:t>
      </w:r>
      <w:r w:rsidR="000555A3" w:rsidRPr="00F51F43">
        <w:rPr>
          <w:b/>
          <w:bCs/>
          <w:noProof/>
        </w:rPr>
        <w:t>6</w:t>
      </w:r>
      <w:r w:rsidR="00DE6677" w:rsidRPr="00F51F43">
        <w:rPr>
          <w:b/>
          <w:bCs/>
          <w:noProof/>
        </w:rPr>
        <w:t>.</w:t>
      </w:r>
      <w:r w:rsidR="000555A3" w:rsidRPr="00F51F43">
        <w:rPr>
          <w:b/>
          <w:bCs/>
          <w:noProof/>
        </w:rPr>
        <w:t>/2027</w:t>
      </w:r>
      <w:r w:rsidR="00DE6677" w:rsidRPr="00F51F43">
        <w:rPr>
          <w:b/>
          <w:bCs/>
          <w:noProof/>
        </w:rPr>
        <w:t>.</w:t>
      </w:r>
    </w:p>
    <w:p w14:paraId="33E8BBA7" w14:textId="77777777" w:rsidR="00871FBD" w:rsidRPr="00F51F43" w:rsidRDefault="00871FBD" w:rsidP="0035237B">
      <w:pPr>
        <w:tabs>
          <w:tab w:val="left" w:pos="3544"/>
        </w:tabs>
        <w:rPr>
          <w:b/>
          <w:noProof/>
        </w:rPr>
      </w:pPr>
    </w:p>
    <w:tbl>
      <w:tblPr>
        <w:tblStyle w:val="Reetkatablice"/>
        <w:tblW w:w="14471" w:type="dxa"/>
        <w:jc w:val="center"/>
        <w:tblLayout w:type="fixed"/>
        <w:tblLook w:val="04A0" w:firstRow="1" w:lastRow="0" w:firstColumn="1" w:lastColumn="0" w:noHBand="0" w:noVBand="1"/>
      </w:tblPr>
      <w:tblGrid>
        <w:gridCol w:w="507"/>
        <w:gridCol w:w="1395"/>
        <w:gridCol w:w="1903"/>
        <w:gridCol w:w="1015"/>
        <w:gridCol w:w="761"/>
        <w:gridCol w:w="1054"/>
        <w:gridCol w:w="1701"/>
        <w:gridCol w:w="3207"/>
        <w:gridCol w:w="2928"/>
      </w:tblGrid>
      <w:tr w:rsidR="00871FBD" w:rsidRPr="00F51F43" w14:paraId="731BF300" w14:textId="77777777" w:rsidTr="00871FBD">
        <w:trPr>
          <w:cantSplit/>
          <w:tblHeader/>
          <w:jc w:val="center"/>
        </w:trPr>
        <w:tc>
          <w:tcPr>
            <w:tcW w:w="507" w:type="dxa"/>
            <w:shd w:val="clear" w:color="auto" w:fill="D9EAD3"/>
            <w:tcMar>
              <w:top w:w="80" w:type="dxa"/>
              <w:left w:w="80" w:type="dxa"/>
              <w:bottom w:w="80" w:type="dxa"/>
              <w:right w:w="80" w:type="dxa"/>
            </w:tcMar>
            <w:vAlign w:val="center"/>
          </w:tcPr>
          <w:p w14:paraId="0273C027" w14:textId="77777777" w:rsidR="00871FBD" w:rsidRPr="00F51F43" w:rsidRDefault="00871FBD" w:rsidP="00871FBD">
            <w:pPr>
              <w:spacing w:after="0" w:line="240" w:lineRule="auto"/>
              <w:jc w:val="center"/>
              <w:rPr>
                <w:noProof/>
                <w:sz w:val="20"/>
                <w:szCs w:val="20"/>
              </w:rPr>
            </w:pPr>
            <w:r w:rsidRPr="00F51F43">
              <w:rPr>
                <w:b/>
                <w:noProof/>
                <w:sz w:val="20"/>
                <w:szCs w:val="20"/>
              </w:rPr>
              <w:t>R.BR.</w:t>
            </w:r>
          </w:p>
        </w:tc>
        <w:tc>
          <w:tcPr>
            <w:tcW w:w="1395" w:type="dxa"/>
            <w:shd w:val="clear" w:color="auto" w:fill="D9EAD3"/>
            <w:tcMar>
              <w:top w:w="80" w:type="dxa"/>
              <w:left w:w="80" w:type="dxa"/>
              <w:bottom w:w="80" w:type="dxa"/>
              <w:right w:w="80" w:type="dxa"/>
            </w:tcMar>
            <w:vAlign w:val="center"/>
          </w:tcPr>
          <w:p w14:paraId="2D9F3A69" w14:textId="77777777" w:rsidR="00871FBD" w:rsidRPr="00F51F43" w:rsidRDefault="00871FBD" w:rsidP="00871FBD">
            <w:pPr>
              <w:spacing w:after="0" w:line="240" w:lineRule="auto"/>
              <w:jc w:val="center"/>
              <w:rPr>
                <w:noProof/>
                <w:sz w:val="20"/>
                <w:szCs w:val="20"/>
              </w:rPr>
            </w:pPr>
            <w:r w:rsidRPr="00F51F43">
              <w:rPr>
                <w:b/>
                <w:noProof/>
                <w:sz w:val="20"/>
                <w:szCs w:val="20"/>
              </w:rPr>
              <w:t>OBJEKT</w:t>
            </w:r>
          </w:p>
        </w:tc>
        <w:tc>
          <w:tcPr>
            <w:tcW w:w="1903" w:type="dxa"/>
            <w:shd w:val="clear" w:color="auto" w:fill="D9EAD3"/>
            <w:tcMar>
              <w:top w:w="80" w:type="dxa"/>
              <w:left w:w="80" w:type="dxa"/>
              <w:bottom w:w="80" w:type="dxa"/>
              <w:right w:w="80" w:type="dxa"/>
            </w:tcMar>
            <w:vAlign w:val="center"/>
          </w:tcPr>
          <w:p w14:paraId="5090A85C" w14:textId="77777777" w:rsidR="00871FBD" w:rsidRPr="00F51F43" w:rsidRDefault="00871FBD" w:rsidP="00871FBD">
            <w:pPr>
              <w:spacing w:after="0" w:line="240" w:lineRule="auto"/>
              <w:jc w:val="center"/>
              <w:rPr>
                <w:noProof/>
                <w:sz w:val="20"/>
                <w:szCs w:val="20"/>
              </w:rPr>
            </w:pPr>
            <w:r w:rsidRPr="00F51F43">
              <w:rPr>
                <w:b/>
                <w:noProof/>
                <w:sz w:val="20"/>
                <w:szCs w:val="20"/>
              </w:rPr>
              <w:t>ODREDIŠTE</w:t>
            </w:r>
          </w:p>
        </w:tc>
        <w:tc>
          <w:tcPr>
            <w:tcW w:w="1015" w:type="dxa"/>
            <w:shd w:val="clear" w:color="auto" w:fill="D9EAD3"/>
            <w:tcMar>
              <w:top w:w="80" w:type="dxa"/>
              <w:left w:w="80" w:type="dxa"/>
              <w:bottom w:w="80" w:type="dxa"/>
              <w:right w:w="80" w:type="dxa"/>
            </w:tcMar>
            <w:vAlign w:val="center"/>
          </w:tcPr>
          <w:p w14:paraId="5897B693" w14:textId="77777777" w:rsidR="00871FBD" w:rsidRPr="00F51F43" w:rsidRDefault="00871FBD" w:rsidP="00871FBD">
            <w:pPr>
              <w:spacing w:after="0" w:line="240" w:lineRule="auto"/>
              <w:jc w:val="center"/>
              <w:rPr>
                <w:noProof/>
                <w:sz w:val="20"/>
                <w:szCs w:val="20"/>
              </w:rPr>
            </w:pPr>
            <w:r w:rsidRPr="00F51F43">
              <w:rPr>
                <w:b/>
                <w:noProof/>
                <w:sz w:val="20"/>
                <w:szCs w:val="20"/>
              </w:rPr>
              <w:t>VRIJEME</w:t>
            </w:r>
          </w:p>
        </w:tc>
        <w:tc>
          <w:tcPr>
            <w:tcW w:w="761" w:type="dxa"/>
            <w:shd w:val="clear" w:color="auto" w:fill="D9EAD3"/>
            <w:tcMar>
              <w:top w:w="80" w:type="dxa"/>
              <w:left w:w="80" w:type="dxa"/>
              <w:bottom w:w="80" w:type="dxa"/>
              <w:right w:w="80" w:type="dxa"/>
            </w:tcMar>
            <w:vAlign w:val="center"/>
          </w:tcPr>
          <w:p w14:paraId="4F44077C" w14:textId="77777777" w:rsidR="00871FBD" w:rsidRPr="00F51F43" w:rsidRDefault="00871FBD" w:rsidP="00871FBD">
            <w:pPr>
              <w:spacing w:after="0" w:line="240" w:lineRule="auto"/>
              <w:jc w:val="center"/>
              <w:rPr>
                <w:noProof/>
                <w:sz w:val="20"/>
                <w:szCs w:val="20"/>
              </w:rPr>
            </w:pPr>
            <w:r w:rsidRPr="00F51F43">
              <w:rPr>
                <w:b/>
                <w:noProof/>
                <w:sz w:val="20"/>
                <w:szCs w:val="20"/>
              </w:rPr>
              <w:t>BROJ DJECE</w:t>
            </w:r>
          </w:p>
        </w:tc>
        <w:tc>
          <w:tcPr>
            <w:tcW w:w="1054" w:type="dxa"/>
            <w:shd w:val="clear" w:color="auto" w:fill="D9EAD3"/>
            <w:tcMar>
              <w:top w:w="80" w:type="dxa"/>
              <w:left w:w="80" w:type="dxa"/>
              <w:bottom w:w="80" w:type="dxa"/>
              <w:right w:w="80" w:type="dxa"/>
            </w:tcMar>
            <w:vAlign w:val="center"/>
          </w:tcPr>
          <w:p w14:paraId="7FDFF0F7" w14:textId="77777777" w:rsidR="00871FBD" w:rsidRPr="00F51F43" w:rsidRDefault="00871FBD" w:rsidP="00871FBD">
            <w:pPr>
              <w:spacing w:after="0" w:line="240" w:lineRule="auto"/>
              <w:jc w:val="center"/>
              <w:rPr>
                <w:noProof/>
                <w:sz w:val="20"/>
                <w:szCs w:val="20"/>
              </w:rPr>
            </w:pPr>
            <w:r w:rsidRPr="00F51F43">
              <w:rPr>
                <w:b/>
                <w:noProof/>
                <w:sz w:val="20"/>
                <w:szCs w:val="20"/>
              </w:rPr>
              <w:t>NAZIV SKUPINE</w:t>
            </w:r>
          </w:p>
        </w:tc>
        <w:tc>
          <w:tcPr>
            <w:tcW w:w="1701" w:type="dxa"/>
            <w:shd w:val="clear" w:color="auto" w:fill="D9EAD3"/>
            <w:tcMar>
              <w:top w:w="80" w:type="dxa"/>
              <w:left w:w="80" w:type="dxa"/>
              <w:bottom w:w="80" w:type="dxa"/>
              <w:right w:w="80" w:type="dxa"/>
            </w:tcMar>
            <w:vAlign w:val="center"/>
          </w:tcPr>
          <w:p w14:paraId="4D2C3A87" w14:textId="77777777" w:rsidR="00871FBD" w:rsidRPr="00F51F43" w:rsidRDefault="00871FBD" w:rsidP="00871FBD">
            <w:pPr>
              <w:spacing w:after="0" w:line="240" w:lineRule="auto"/>
              <w:jc w:val="center"/>
              <w:rPr>
                <w:noProof/>
                <w:sz w:val="20"/>
                <w:szCs w:val="20"/>
              </w:rPr>
            </w:pPr>
            <w:r w:rsidRPr="00F51F43">
              <w:rPr>
                <w:b/>
                <w:noProof/>
                <w:sz w:val="20"/>
                <w:szCs w:val="20"/>
              </w:rPr>
              <w:t>SURADNICI (FIZIČKE OSOBE / USTANOVE)</w:t>
            </w:r>
          </w:p>
        </w:tc>
        <w:tc>
          <w:tcPr>
            <w:tcW w:w="3207" w:type="dxa"/>
            <w:shd w:val="clear" w:color="auto" w:fill="D9EAD3"/>
            <w:tcMar>
              <w:top w:w="80" w:type="dxa"/>
              <w:left w:w="80" w:type="dxa"/>
              <w:bottom w:w="80" w:type="dxa"/>
              <w:right w:w="80" w:type="dxa"/>
            </w:tcMar>
            <w:vAlign w:val="center"/>
          </w:tcPr>
          <w:p w14:paraId="34CE1E31" w14:textId="77777777" w:rsidR="00871FBD" w:rsidRPr="00F51F43" w:rsidRDefault="00871FBD" w:rsidP="00871FBD">
            <w:pPr>
              <w:spacing w:after="0" w:line="240" w:lineRule="auto"/>
              <w:jc w:val="center"/>
              <w:rPr>
                <w:noProof/>
                <w:sz w:val="20"/>
                <w:szCs w:val="20"/>
              </w:rPr>
            </w:pPr>
            <w:r w:rsidRPr="00F51F43">
              <w:rPr>
                <w:b/>
                <w:noProof/>
                <w:sz w:val="20"/>
                <w:szCs w:val="20"/>
              </w:rPr>
              <w:t>PLANIRANI SADRŽAJ / AKTIVNOSTI</w:t>
            </w:r>
          </w:p>
        </w:tc>
        <w:tc>
          <w:tcPr>
            <w:tcW w:w="2928" w:type="dxa"/>
            <w:shd w:val="clear" w:color="auto" w:fill="D9EAD3"/>
            <w:tcMar>
              <w:top w:w="80" w:type="dxa"/>
              <w:left w:w="80" w:type="dxa"/>
              <w:bottom w:w="80" w:type="dxa"/>
              <w:right w:w="80" w:type="dxa"/>
            </w:tcMar>
            <w:vAlign w:val="center"/>
          </w:tcPr>
          <w:p w14:paraId="62690CC6" w14:textId="77777777" w:rsidR="00871FBD" w:rsidRPr="00F51F43" w:rsidRDefault="00871FBD" w:rsidP="00871FBD">
            <w:pPr>
              <w:spacing w:after="0" w:line="240" w:lineRule="auto"/>
              <w:jc w:val="center"/>
              <w:rPr>
                <w:noProof/>
                <w:sz w:val="20"/>
                <w:szCs w:val="20"/>
              </w:rPr>
            </w:pPr>
            <w:r w:rsidRPr="00F51F43">
              <w:rPr>
                <w:b/>
                <w:noProof/>
                <w:sz w:val="20"/>
                <w:szCs w:val="20"/>
              </w:rPr>
              <w:t>NAČIN VREDNOVANJA</w:t>
            </w:r>
          </w:p>
        </w:tc>
      </w:tr>
      <w:tr w:rsidR="00871FBD" w:rsidRPr="00F51F43" w14:paraId="140D9525" w14:textId="77777777" w:rsidTr="00871FBD">
        <w:trPr>
          <w:cantSplit/>
          <w:jc w:val="center"/>
        </w:trPr>
        <w:tc>
          <w:tcPr>
            <w:tcW w:w="507" w:type="dxa"/>
            <w:tcMar>
              <w:top w:w="80" w:type="dxa"/>
              <w:left w:w="80" w:type="dxa"/>
              <w:bottom w:w="80" w:type="dxa"/>
              <w:right w:w="80" w:type="dxa"/>
            </w:tcMar>
            <w:vAlign w:val="center"/>
          </w:tcPr>
          <w:p w14:paraId="1246367F" w14:textId="77777777" w:rsidR="00871FBD" w:rsidRPr="00F51F43" w:rsidRDefault="00871FBD" w:rsidP="00871FBD">
            <w:pPr>
              <w:spacing w:after="0" w:line="240" w:lineRule="auto"/>
              <w:jc w:val="center"/>
              <w:rPr>
                <w:noProof/>
                <w:sz w:val="20"/>
                <w:szCs w:val="20"/>
              </w:rPr>
            </w:pPr>
            <w:r w:rsidRPr="00F51F43">
              <w:rPr>
                <w:noProof/>
                <w:sz w:val="20"/>
                <w:szCs w:val="20"/>
              </w:rPr>
              <w:t>1.</w:t>
            </w:r>
          </w:p>
        </w:tc>
        <w:tc>
          <w:tcPr>
            <w:tcW w:w="1395" w:type="dxa"/>
            <w:tcMar>
              <w:top w:w="80" w:type="dxa"/>
              <w:left w:w="80" w:type="dxa"/>
              <w:bottom w:w="80" w:type="dxa"/>
              <w:right w:w="80" w:type="dxa"/>
            </w:tcMar>
            <w:vAlign w:val="center"/>
          </w:tcPr>
          <w:p w14:paraId="2AA56467" w14:textId="77777777" w:rsidR="00871FBD" w:rsidRPr="00F51F43" w:rsidRDefault="00871FBD" w:rsidP="00871FBD">
            <w:pPr>
              <w:spacing w:after="0" w:line="240" w:lineRule="auto"/>
              <w:jc w:val="center"/>
              <w:rPr>
                <w:noProof/>
                <w:sz w:val="20"/>
                <w:szCs w:val="20"/>
              </w:rPr>
            </w:pPr>
            <w:r w:rsidRPr="00F51F43">
              <w:rPr>
                <w:noProof/>
                <w:sz w:val="20"/>
                <w:szCs w:val="20"/>
              </w:rPr>
              <w:t>„Iskrica“ Đelekovec</w:t>
            </w:r>
          </w:p>
        </w:tc>
        <w:tc>
          <w:tcPr>
            <w:tcW w:w="1903" w:type="dxa"/>
            <w:tcMar>
              <w:top w:w="80" w:type="dxa"/>
              <w:left w:w="80" w:type="dxa"/>
              <w:bottom w:w="80" w:type="dxa"/>
              <w:right w:w="80" w:type="dxa"/>
            </w:tcMar>
            <w:vAlign w:val="center"/>
          </w:tcPr>
          <w:p w14:paraId="26099B16" w14:textId="77777777" w:rsidR="00871FBD" w:rsidRPr="00F51F43" w:rsidRDefault="00871FBD" w:rsidP="00871FBD">
            <w:pPr>
              <w:spacing w:after="0" w:line="240" w:lineRule="auto"/>
              <w:jc w:val="center"/>
              <w:rPr>
                <w:noProof/>
                <w:sz w:val="20"/>
                <w:szCs w:val="20"/>
              </w:rPr>
            </w:pPr>
            <w:r w:rsidRPr="00F51F43">
              <w:rPr>
                <w:noProof/>
                <w:sz w:val="20"/>
                <w:szCs w:val="20"/>
              </w:rPr>
              <w:t>Zagreb</w:t>
            </w:r>
          </w:p>
        </w:tc>
        <w:tc>
          <w:tcPr>
            <w:tcW w:w="1015" w:type="dxa"/>
            <w:tcMar>
              <w:top w:w="80" w:type="dxa"/>
              <w:left w:w="80" w:type="dxa"/>
              <w:bottom w:w="80" w:type="dxa"/>
              <w:right w:w="80" w:type="dxa"/>
            </w:tcMar>
            <w:vAlign w:val="center"/>
          </w:tcPr>
          <w:p w14:paraId="598F6266"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6CBEC0DD" w14:textId="77777777" w:rsidR="00871FBD" w:rsidRPr="00F51F43" w:rsidRDefault="00871FBD" w:rsidP="00871FBD">
            <w:pPr>
              <w:spacing w:after="0" w:line="240" w:lineRule="auto"/>
              <w:jc w:val="center"/>
              <w:rPr>
                <w:noProof/>
                <w:sz w:val="20"/>
                <w:szCs w:val="20"/>
              </w:rPr>
            </w:pPr>
            <w:r w:rsidRPr="00F51F43">
              <w:rPr>
                <w:noProof/>
                <w:sz w:val="20"/>
                <w:szCs w:val="20"/>
              </w:rPr>
              <w:t>16</w:t>
            </w:r>
          </w:p>
        </w:tc>
        <w:tc>
          <w:tcPr>
            <w:tcW w:w="1054" w:type="dxa"/>
            <w:tcMar>
              <w:top w:w="80" w:type="dxa"/>
              <w:left w:w="80" w:type="dxa"/>
              <w:bottom w:w="80" w:type="dxa"/>
              <w:right w:w="80" w:type="dxa"/>
            </w:tcMar>
            <w:vAlign w:val="center"/>
          </w:tcPr>
          <w:p w14:paraId="6CF9C802" w14:textId="77777777" w:rsidR="00871FBD" w:rsidRPr="00F51F43" w:rsidRDefault="00871FBD" w:rsidP="00871FBD">
            <w:pPr>
              <w:spacing w:after="0" w:line="240" w:lineRule="auto"/>
              <w:jc w:val="center"/>
              <w:rPr>
                <w:noProof/>
                <w:sz w:val="20"/>
                <w:szCs w:val="20"/>
              </w:rPr>
            </w:pPr>
            <w:r w:rsidRPr="00F51F43">
              <w:rPr>
                <w:noProof/>
                <w:sz w:val="20"/>
                <w:szCs w:val="20"/>
              </w:rPr>
              <w:t>Iskrica</w:t>
            </w:r>
          </w:p>
        </w:tc>
        <w:tc>
          <w:tcPr>
            <w:tcW w:w="1701" w:type="dxa"/>
            <w:tcMar>
              <w:top w:w="80" w:type="dxa"/>
              <w:left w:w="80" w:type="dxa"/>
              <w:bottom w:w="80" w:type="dxa"/>
              <w:right w:w="80" w:type="dxa"/>
            </w:tcMar>
            <w:vAlign w:val="center"/>
          </w:tcPr>
          <w:p w14:paraId="457AD9F4" w14:textId="77777777" w:rsidR="00871FBD" w:rsidRPr="00F51F43" w:rsidRDefault="00871FBD" w:rsidP="00871FBD">
            <w:pPr>
              <w:spacing w:after="0" w:line="240" w:lineRule="auto"/>
              <w:jc w:val="center"/>
              <w:rPr>
                <w:noProof/>
                <w:sz w:val="20"/>
                <w:szCs w:val="20"/>
              </w:rPr>
            </w:pPr>
            <w:r w:rsidRPr="00F51F43">
              <w:rPr>
                <w:noProof/>
                <w:sz w:val="20"/>
                <w:szCs w:val="20"/>
              </w:rPr>
              <w:t>Turistička agencija</w:t>
            </w:r>
          </w:p>
        </w:tc>
        <w:tc>
          <w:tcPr>
            <w:tcW w:w="3207" w:type="dxa"/>
            <w:tcMar>
              <w:top w:w="80" w:type="dxa"/>
              <w:left w:w="80" w:type="dxa"/>
              <w:bottom w:w="80" w:type="dxa"/>
              <w:right w:w="80" w:type="dxa"/>
            </w:tcMar>
            <w:vAlign w:val="center"/>
          </w:tcPr>
          <w:p w14:paraId="15084EC5" w14:textId="77777777" w:rsidR="00871FBD" w:rsidRPr="00F51F43" w:rsidRDefault="00871FBD" w:rsidP="00871FBD">
            <w:pPr>
              <w:spacing w:after="0" w:line="240" w:lineRule="auto"/>
              <w:jc w:val="center"/>
              <w:rPr>
                <w:noProof/>
                <w:sz w:val="20"/>
                <w:szCs w:val="20"/>
              </w:rPr>
            </w:pPr>
            <w:r w:rsidRPr="00F51F43">
              <w:rPr>
                <w:noProof/>
                <w:sz w:val="20"/>
                <w:szCs w:val="20"/>
              </w:rPr>
              <w:t>Upoznavanje znamenitosti glavnoga grada</w:t>
            </w:r>
          </w:p>
        </w:tc>
        <w:tc>
          <w:tcPr>
            <w:tcW w:w="2928" w:type="dxa"/>
            <w:tcMar>
              <w:top w:w="80" w:type="dxa"/>
              <w:left w:w="80" w:type="dxa"/>
              <w:bottom w:w="80" w:type="dxa"/>
              <w:right w:w="80" w:type="dxa"/>
            </w:tcMar>
            <w:vAlign w:val="center"/>
          </w:tcPr>
          <w:p w14:paraId="7AC288F8"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povratne informacije roditelja, fotodokumentacija</w:t>
            </w:r>
          </w:p>
        </w:tc>
      </w:tr>
      <w:tr w:rsidR="00871FBD" w:rsidRPr="00F51F43" w14:paraId="1EAD72CB" w14:textId="77777777" w:rsidTr="00871FBD">
        <w:trPr>
          <w:cantSplit/>
          <w:jc w:val="center"/>
        </w:trPr>
        <w:tc>
          <w:tcPr>
            <w:tcW w:w="507" w:type="dxa"/>
            <w:tcMar>
              <w:top w:w="80" w:type="dxa"/>
              <w:left w:w="80" w:type="dxa"/>
              <w:bottom w:w="80" w:type="dxa"/>
              <w:right w:w="80" w:type="dxa"/>
            </w:tcMar>
            <w:vAlign w:val="center"/>
          </w:tcPr>
          <w:p w14:paraId="681F7A71" w14:textId="77777777" w:rsidR="00871FBD" w:rsidRPr="00F51F43" w:rsidRDefault="00871FBD" w:rsidP="00871FBD">
            <w:pPr>
              <w:spacing w:after="0" w:line="240" w:lineRule="auto"/>
              <w:jc w:val="center"/>
              <w:rPr>
                <w:noProof/>
                <w:sz w:val="20"/>
                <w:szCs w:val="20"/>
              </w:rPr>
            </w:pPr>
            <w:r w:rsidRPr="00F51F43">
              <w:rPr>
                <w:noProof/>
                <w:sz w:val="20"/>
                <w:szCs w:val="20"/>
              </w:rPr>
              <w:t>2.</w:t>
            </w:r>
          </w:p>
        </w:tc>
        <w:tc>
          <w:tcPr>
            <w:tcW w:w="1395" w:type="dxa"/>
            <w:tcMar>
              <w:top w:w="80" w:type="dxa"/>
              <w:left w:w="80" w:type="dxa"/>
              <w:bottom w:w="80" w:type="dxa"/>
              <w:right w:w="80" w:type="dxa"/>
            </w:tcMar>
            <w:vAlign w:val="center"/>
          </w:tcPr>
          <w:p w14:paraId="1AA91E44" w14:textId="77777777" w:rsidR="00871FBD" w:rsidRPr="00F51F43" w:rsidRDefault="00871FBD" w:rsidP="00871FBD">
            <w:pPr>
              <w:spacing w:after="0" w:line="240" w:lineRule="auto"/>
              <w:jc w:val="center"/>
              <w:rPr>
                <w:noProof/>
                <w:sz w:val="20"/>
                <w:szCs w:val="20"/>
              </w:rPr>
            </w:pPr>
            <w:r w:rsidRPr="00F51F43">
              <w:rPr>
                <w:noProof/>
                <w:sz w:val="20"/>
                <w:szCs w:val="20"/>
              </w:rPr>
              <w:t>„Iskrica“ Đelekovec</w:t>
            </w:r>
          </w:p>
        </w:tc>
        <w:tc>
          <w:tcPr>
            <w:tcW w:w="1903" w:type="dxa"/>
            <w:tcMar>
              <w:top w:w="80" w:type="dxa"/>
              <w:left w:w="80" w:type="dxa"/>
              <w:bottom w:w="80" w:type="dxa"/>
              <w:right w:w="80" w:type="dxa"/>
            </w:tcMar>
            <w:vAlign w:val="center"/>
          </w:tcPr>
          <w:p w14:paraId="64FAC8AE" w14:textId="77777777" w:rsidR="00871FBD" w:rsidRPr="00F51F43" w:rsidRDefault="00871FBD" w:rsidP="00871FBD">
            <w:pPr>
              <w:spacing w:after="0" w:line="240" w:lineRule="auto"/>
              <w:jc w:val="center"/>
              <w:rPr>
                <w:noProof/>
                <w:sz w:val="20"/>
                <w:szCs w:val="20"/>
              </w:rPr>
            </w:pPr>
            <w:r w:rsidRPr="00F51F43">
              <w:rPr>
                <w:noProof/>
                <w:sz w:val="20"/>
                <w:szCs w:val="20"/>
              </w:rPr>
              <w:t>Slavica i Mladen M.</w:t>
            </w:r>
          </w:p>
        </w:tc>
        <w:tc>
          <w:tcPr>
            <w:tcW w:w="1015" w:type="dxa"/>
            <w:tcMar>
              <w:top w:w="80" w:type="dxa"/>
              <w:left w:w="80" w:type="dxa"/>
              <w:bottom w:w="80" w:type="dxa"/>
              <w:right w:w="80" w:type="dxa"/>
            </w:tcMar>
            <w:vAlign w:val="center"/>
          </w:tcPr>
          <w:p w14:paraId="03F19AF9" w14:textId="77777777" w:rsidR="00871FBD" w:rsidRPr="00F51F43" w:rsidRDefault="00871FBD" w:rsidP="00871FBD">
            <w:pPr>
              <w:spacing w:after="0" w:line="240" w:lineRule="auto"/>
              <w:jc w:val="center"/>
              <w:rPr>
                <w:noProof/>
                <w:sz w:val="20"/>
                <w:szCs w:val="20"/>
              </w:rPr>
            </w:pPr>
            <w:r w:rsidRPr="00F51F43">
              <w:rPr>
                <w:noProof/>
                <w:sz w:val="20"/>
                <w:szCs w:val="20"/>
              </w:rPr>
              <w:t>rujan</w:t>
            </w:r>
          </w:p>
        </w:tc>
        <w:tc>
          <w:tcPr>
            <w:tcW w:w="761" w:type="dxa"/>
            <w:tcMar>
              <w:top w:w="80" w:type="dxa"/>
              <w:left w:w="80" w:type="dxa"/>
              <w:bottom w:w="80" w:type="dxa"/>
              <w:right w:w="80" w:type="dxa"/>
            </w:tcMar>
            <w:vAlign w:val="center"/>
          </w:tcPr>
          <w:p w14:paraId="66D2FB2D" w14:textId="77777777" w:rsidR="00871FBD" w:rsidRPr="00F51F43" w:rsidRDefault="00871FBD" w:rsidP="00871FBD">
            <w:pPr>
              <w:spacing w:after="0" w:line="240" w:lineRule="auto"/>
              <w:jc w:val="center"/>
              <w:rPr>
                <w:noProof/>
                <w:sz w:val="20"/>
                <w:szCs w:val="20"/>
              </w:rPr>
            </w:pPr>
            <w:r w:rsidRPr="00F51F43">
              <w:rPr>
                <w:noProof/>
                <w:sz w:val="20"/>
                <w:szCs w:val="20"/>
              </w:rPr>
              <w:t>16</w:t>
            </w:r>
          </w:p>
        </w:tc>
        <w:tc>
          <w:tcPr>
            <w:tcW w:w="1054" w:type="dxa"/>
            <w:tcMar>
              <w:top w:w="80" w:type="dxa"/>
              <w:left w:w="80" w:type="dxa"/>
              <w:bottom w:w="80" w:type="dxa"/>
              <w:right w:w="80" w:type="dxa"/>
            </w:tcMar>
            <w:vAlign w:val="center"/>
          </w:tcPr>
          <w:p w14:paraId="46FADA71" w14:textId="77777777" w:rsidR="00871FBD" w:rsidRPr="00F51F43" w:rsidRDefault="00871FBD" w:rsidP="00871FBD">
            <w:pPr>
              <w:spacing w:after="0" w:line="240" w:lineRule="auto"/>
              <w:jc w:val="center"/>
              <w:rPr>
                <w:noProof/>
                <w:sz w:val="20"/>
                <w:szCs w:val="20"/>
              </w:rPr>
            </w:pPr>
            <w:r w:rsidRPr="00F51F43">
              <w:rPr>
                <w:noProof/>
                <w:sz w:val="20"/>
                <w:szCs w:val="20"/>
              </w:rPr>
              <w:t>Iskrica</w:t>
            </w:r>
          </w:p>
        </w:tc>
        <w:tc>
          <w:tcPr>
            <w:tcW w:w="1701" w:type="dxa"/>
            <w:tcMar>
              <w:top w:w="80" w:type="dxa"/>
              <w:left w:w="80" w:type="dxa"/>
              <w:bottom w:w="80" w:type="dxa"/>
              <w:right w:w="80" w:type="dxa"/>
            </w:tcMar>
            <w:vAlign w:val="center"/>
          </w:tcPr>
          <w:p w14:paraId="209B0CE0" w14:textId="77777777" w:rsidR="00871FBD" w:rsidRPr="00F51F43" w:rsidRDefault="00871FBD" w:rsidP="00871FBD">
            <w:pPr>
              <w:spacing w:after="0" w:line="240" w:lineRule="auto"/>
              <w:jc w:val="center"/>
              <w:rPr>
                <w:noProof/>
                <w:sz w:val="20"/>
                <w:szCs w:val="20"/>
              </w:rPr>
            </w:pPr>
            <w:r w:rsidRPr="00F51F43">
              <w:rPr>
                <w:noProof/>
                <w:sz w:val="20"/>
                <w:szCs w:val="20"/>
              </w:rPr>
              <w:t>Bračni par Mihalec</w:t>
            </w:r>
          </w:p>
        </w:tc>
        <w:tc>
          <w:tcPr>
            <w:tcW w:w="3207" w:type="dxa"/>
            <w:tcMar>
              <w:top w:w="80" w:type="dxa"/>
              <w:left w:w="80" w:type="dxa"/>
              <w:bottom w:w="80" w:type="dxa"/>
              <w:right w:w="80" w:type="dxa"/>
            </w:tcMar>
            <w:vAlign w:val="center"/>
          </w:tcPr>
          <w:p w14:paraId="7749AF75" w14:textId="77777777" w:rsidR="00871FBD" w:rsidRPr="00F51F43" w:rsidRDefault="00871FBD" w:rsidP="00871FBD">
            <w:pPr>
              <w:spacing w:after="0" w:line="240" w:lineRule="auto"/>
              <w:jc w:val="center"/>
              <w:rPr>
                <w:noProof/>
                <w:sz w:val="20"/>
                <w:szCs w:val="20"/>
              </w:rPr>
            </w:pPr>
            <w:r w:rsidRPr="00F51F43">
              <w:rPr>
                <w:noProof/>
                <w:sz w:val="20"/>
                <w:szCs w:val="20"/>
              </w:rPr>
              <w:t>Spoj starinskih igara u modernom prostoru, prikaz i demonstracija igara.</w:t>
            </w:r>
          </w:p>
        </w:tc>
        <w:tc>
          <w:tcPr>
            <w:tcW w:w="2928" w:type="dxa"/>
            <w:tcMar>
              <w:top w:w="80" w:type="dxa"/>
              <w:left w:w="80" w:type="dxa"/>
              <w:bottom w:w="80" w:type="dxa"/>
              <w:right w:w="80" w:type="dxa"/>
            </w:tcMar>
            <w:vAlign w:val="center"/>
          </w:tcPr>
          <w:p w14:paraId="60DD23A6" w14:textId="77777777" w:rsidR="00871FBD" w:rsidRPr="00F51F43" w:rsidRDefault="00871FBD" w:rsidP="00871FBD">
            <w:pPr>
              <w:spacing w:after="0" w:line="240" w:lineRule="auto"/>
              <w:jc w:val="center"/>
              <w:rPr>
                <w:noProof/>
                <w:sz w:val="20"/>
                <w:szCs w:val="20"/>
              </w:rPr>
            </w:pPr>
            <w:r w:rsidRPr="00F51F43">
              <w:rPr>
                <w:noProof/>
                <w:sz w:val="20"/>
                <w:szCs w:val="20"/>
              </w:rPr>
              <w:t>reakcije suradnika, fotodokumentacija, praćenje dječjeg interesa za uključivanjem u aktivnosti</w:t>
            </w:r>
          </w:p>
        </w:tc>
      </w:tr>
      <w:tr w:rsidR="00871FBD" w:rsidRPr="00F51F43" w14:paraId="4CE48EF6" w14:textId="77777777" w:rsidTr="00871FBD">
        <w:trPr>
          <w:cantSplit/>
          <w:jc w:val="center"/>
        </w:trPr>
        <w:tc>
          <w:tcPr>
            <w:tcW w:w="507" w:type="dxa"/>
            <w:tcMar>
              <w:top w:w="80" w:type="dxa"/>
              <w:left w:w="80" w:type="dxa"/>
              <w:bottom w:w="80" w:type="dxa"/>
              <w:right w:w="80" w:type="dxa"/>
            </w:tcMar>
            <w:vAlign w:val="center"/>
          </w:tcPr>
          <w:p w14:paraId="7F19A744" w14:textId="77777777" w:rsidR="00871FBD" w:rsidRPr="00F51F43" w:rsidRDefault="00871FBD" w:rsidP="00871FBD">
            <w:pPr>
              <w:spacing w:after="0" w:line="240" w:lineRule="auto"/>
              <w:jc w:val="center"/>
              <w:rPr>
                <w:noProof/>
                <w:sz w:val="20"/>
                <w:szCs w:val="20"/>
              </w:rPr>
            </w:pPr>
            <w:r w:rsidRPr="00F51F43">
              <w:rPr>
                <w:noProof/>
                <w:sz w:val="20"/>
                <w:szCs w:val="20"/>
              </w:rPr>
              <w:t>3.</w:t>
            </w:r>
          </w:p>
        </w:tc>
        <w:tc>
          <w:tcPr>
            <w:tcW w:w="1395" w:type="dxa"/>
            <w:tcMar>
              <w:top w:w="80" w:type="dxa"/>
              <w:left w:w="80" w:type="dxa"/>
              <w:bottom w:w="80" w:type="dxa"/>
              <w:right w:w="80" w:type="dxa"/>
            </w:tcMar>
            <w:vAlign w:val="center"/>
          </w:tcPr>
          <w:p w14:paraId="1632CD86" w14:textId="77777777" w:rsidR="00871FBD" w:rsidRPr="00F51F43" w:rsidRDefault="00871FBD" w:rsidP="00871FBD">
            <w:pPr>
              <w:spacing w:after="0" w:line="240" w:lineRule="auto"/>
              <w:jc w:val="center"/>
              <w:rPr>
                <w:noProof/>
                <w:sz w:val="20"/>
                <w:szCs w:val="20"/>
              </w:rPr>
            </w:pPr>
            <w:r w:rsidRPr="00F51F43">
              <w:rPr>
                <w:noProof/>
                <w:sz w:val="20"/>
                <w:szCs w:val="20"/>
              </w:rPr>
              <w:t>„Iskrica“ Đelekovec</w:t>
            </w:r>
          </w:p>
        </w:tc>
        <w:tc>
          <w:tcPr>
            <w:tcW w:w="1903" w:type="dxa"/>
            <w:tcMar>
              <w:top w:w="80" w:type="dxa"/>
              <w:left w:w="80" w:type="dxa"/>
              <w:bottom w:w="80" w:type="dxa"/>
              <w:right w:w="80" w:type="dxa"/>
            </w:tcMar>
            <w:vAlign w:val="center"/>
          </w:tcPr>
          <w:p w14:paraId="36033DDC" w14:textId="77777777" w:rsidR="00871FBD" w:rsidRPr="00F51F43" w:rsidRDefault="00871FBD" w:rsidP="00871FBD">
            <w:pPr>
              <w:spacing w:after="0" w:line="240" w:lineRule="auto"/>
              <w:jc w:val="center"/>
              <w:rPr>
                <w:noProof/>
                <w:sz w:val="20"/>
                <w:szCs w:val="20"/>
              </w:rPr>
            </w:pPr>
            <w:r w:rsidRPr="00F51F43">
              <w:rPr>
                <w:noProof/>
                <w:sz w:val="20"/>
                <w:szCs w:val="20"/>
              </w:rPr>
              <w:t>Dvorana Domoljub</w:t>
            </w:r>
          </w:p>
        </w:tc>
        <w:tc>
          <w:tcPr>
            <w:tcW w:w="1015" w:type="dxa"/>
            <w:tcMar>
              <w:top w:w="80" w:type="dxa"/>
              <w:left w:w="80" w:type="dxa"/>
              <w:bottom w:w="80" w:type="dxa"/>
              <w:right w:w="80" w:type="dxa"/>
            </w:tcMar>
            <w:vAlign w:val="center"/>
          </w:tcPr>
          <w:p w14:paraId="3568F2E5"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163B0A18" w14:textId="77777777" w:rsidR="00871FBD" w:rsidRPr="00F51F43" w:rsidRDefault="00871FBD" w:rsidP="00871FBD">
            <w:pPr>
              <w:spacing w:after="0" w:line="240" w:lineRule="auto"/>
              <w:jc w:val="center"/>
              <w:rPr>
                <w:noProof/>
                <w:sz w:val="20"/>
                <w:szCs w:val="20"/>
              </w:rPr>
            </w:pPr>
            <w:r w:rsidRPr="00F51F43">
              <w:rPr>
                <w:noProof/>
                <w:sz w:val="20"/>
                <w:szCs w:val="20"/>
              </w:rPr>
              <w:t>16</w:t>
            </w:r>
          </w:p>
        </w:tc>
        <w:tc>
          <w:tcPr>
            <w:tcW w:w="1054" w:type="dxa"/>
            <w:tcMar>
              <w:top w:w="80" w:type="dxa"/>
              <w:left w:w="80" w:type="dxa"/>
              <w:bottom w:w="80" w:type="dxa"/>
              <w:right w:w="80" w:type="dxa"/>
            </w:tcMar>
            <w:vAlign w:val="center"/>
          </w:tcPr>
          <w:p w14:paraId="71FEF875" w14:textId="77777777" w:rsidR="00871FBD" w:rsidRPr="00F51F43" w:rsidRDefault="00871FBD" w:rsidP="00871FBD">
            <w:pPr>
              <w:spacing w:after="0" w:line="240" w:lineRule="auto"/>
              <w:jc w:val="center"/>
              <w:rPr>
                <w:noProof/>
                <w:sz w:val="20"/>
                <w:szCs w:val="20"/>
              </w:rPr>
            </w:pPr>
            <w:r w:rsidRPr="00F51F43">
              <w:rPr>
                <w:noProof/>
                <w:sz w:val="20"/>
                <w:szCs w:val="20"/>
              </w:rPr>
              <w:t>Iskrica</w:t>
            </w:r>
          </w:p>
        </w:tc>
        <w:tc>
          <w:tcPr>
            <w:tcW w:w="1701" w:type="dxa"/>
            <w:tcMar>
              <w:top w:w="80" w:type="dxa"/>
              <w:left w:w="80" w:type="dxa"/>
              <w:bottom w:w="80" w:type="dxa"/>
              <w:right w:w="80" w:type="dxa"/>
            </w:tcMar>
            <w:vAlign w:val="center"/>
          </w:tcPr>
          <w:p w14:paraId="5D8E941E" w14:textId="77777777" w:rsidR="00871FBD" w:rsidRPr="00F51F43" w:rsidRDefault="00871FBD" w:rsidP="00871FBD">
            <w:pPr>
              <w:spacing w:after="0" w:line="240" w:lineRule="auto"/>
              <w:jc w:val="center"/>
              <w:rPr>
                <w:noProof/>
                <w:sz w:val="20"/>
                <w:szCs w:val="20"/>
              </w:rPr>
            </w:pPr>
            <w:r w:rsidRPr="00F51F43">
              <w:rPr>
                <w:noProof/>
                <w:sz w:val="20"/>
                <w:szCs w:val="20"/>
              </w:rPr>
              <w:t>Dvorana Domoljub</w:t>
            </w:r>
          </w:p>
        </w:tc>
        <w:tc>
          <w:tcPr>
            <w:tcW w:w="3207" w:type="dxa"/>
            <w:tcMar>
              <w:top w:w="80" w:type="dxa"/>
              <w:left w:w="80" w:type="dxa"/>
              <w:bottom w:w="80" w:type="dxa"/>
              <w:right w:w="80" w:type="dxa"/>
            </w:tcMar>
            <w:vAlign w:val="center"/>
          </w:tcPr>
          <w:p w14:paraId="41D5273A" w14:textId="77777777" w:rsidR="00871FBD" w:rsidRPr="00F51F43" w:rsidRDefault="00871FBD" w:rsidP="00871FBD">
            <w:pPr>
              <w:spacing w:after="0" w:line="240" w:lineRule="auto"/>
              <w:jc w:val="center"/>
              <w:rPr>
                <w:noProof/>
                <w:sz w:val="20"/>
                <w:szCs w:val="20"/>
              </w:rPr>
            </w:pPr>
            <w:r w:rsidRPr="00F51F43">
              <w:rPr>
                <w:noProof/>
                <w:sz w:val="20"/>
                <w:szCs w:val="20"/>
              </w:rPr>
              <w:t>Kazališna predstava.</w:t>
            </w:r>
          </w:p>
        </w:tc>
        <w:tc>
          <w:tcPr>
            <w:tcW w:w="2928" w:type="dxa"/>
            <w:tcMar>
              <w:top w:w="80" w:type="dxa"/>
              <w:left w:w="80" w:type="dxa"/>
              <w:bottom w:w="80" w:type="dxa"/>
              <w:right w:w="80" w:type="dxa"/>
            </w:tcMar>
            <w:vAlign w:val="center"/>
          </w:tcPr>
          <w:p w14:paraId="294EBE3A" w14:textId="77777777" w:rsidR="00871FBD" w:rsidRPr="00F51F43" w:rsidRDefault="00871FBD" w:rsidP="00871FBD">
            <w:pPr>
              <w:spacing w:after="0" w:line="240" w:lineRule="auto"/>
              <w:jc w:val="center"/>
              <w:rPr>
                <w:noProof/>
                <w:sz w:val="20"/>
                <w:szCs w:val="20"/>
              </w:rPr>
            </w:pPr>
            <w:r w:rsidRPr="00F51F43">
              <w:rPr>
                <w:noProof/>
                <w:sz w:val="20"/>
                <w:szCs w:val="20"/>
              </w:rPr>
              <w:t>fotodokumentacija, praćenje dječjeg interesa i reakcija na umjetnički sadržaj</w:t>
            </w:r>
          </w:p>
        </w:tc>
      </w:tr>
      <w:tr w:rsidR="00871FBD" w:rsidRPr="00F51F43" w14:paraId="089B8B3B" w14:textId="77777777" w:rsidTr="00871FBD">
        <w:trPr>
          <w:cantSplit/>
          <w:jc w:val="center"/>
        </w:trPr>
        <w:tc>
          <w:tcPr>
            <w:tcW w:w="507" w:type="dxa"/>
            <w:tcMar>
              <w:top w:w="80" w:type="dxa"/>
              <w:left w:w="80" w:type="dxa"/>
              <w:bottom w:w="80" w:type="dxa"/>
              <w:right w:w="80" w:type="dxa"/>
            </w:tcMar>
            <w:vAlign w:val="center"/>
          </w:tcPr>
          <w:p w14:paraId="774D4FAD" w14:textId="77777777" w:rsidR="00871FBD" w:rsidRPr="00F51F43" w:rsidRDefault="00871FBD" w:rsidP="00871FBD">
            <w:pPr>
              <w:spacing w:after="0" w:line="240" w:lineRule="auto"/>
              <w:jc w:val="center"/>
              <w:rPr>
                <w:noProof/>
                <w:sz w:val="20"/>
                <w:szCs w:val="20"/>
              </w:rPr>
            </w:pPr>
            <w:r w:rsidRPr="00F51F43">
              <w:rPr>
                <w:noProof/>
                <w:sz w:val="20"/>
                <w:szCs w:val="20"/>
              </w:rPr>
              <w:t>4.</w:t>
            </w:r>
          </w:p>
        </w:tc>
        <w:tc>
          <w:tcPr>
            <w:tcW w:w="1395" w:type="dxa"/>
            <w:tcMar>
              <w:top w:w="80" w:type="dxa"/>
              <w:left w:w="80" w:type="dxa"/>
              <w:bottom w:w="80" w:type="dxa"/>
              <w:right w:w="80" w:type="dxa"/>
            </w:tcMar>
            <w:vAlign w:val="center"/>
          </w:tcPr>
          <w:p w14:paraId="6BF697A8" w14:textId="77777777" w:rsidR="00871FBD" w:rsidRPr="00F51F43" w:rsidRDefault="00871FBD" w:rsidP="00871FBD">
            <w:pPr>
              <w:spacing w:after="0" w:line="240" w:lineRule="auto"/>
              <w:jc w:val="center"/>
              <w:rPr>
                <w:noProof/>
                <w:sz w:val="20"/>
                <w:szCs w:val="20"/>
              </w:rPr>
            </w:pPr>
            <w:r w:rsidRPr="00F51F43">
              <w:rPr>
                <w:noProof/>
                <w:sz w:val="20"/>
                <w:szCs w:val="20"/>
              </w:rPr>
              <w:t>„Iskrica“ Đelekovec</w:t>
            </w:r>
          </w:p>
        </w:tc>
        <w:tc>
          <w:tcPr>
            <w:tcW w:w="1903" w:type="dxa"/>
            <w:tcMar>
              <w:top w:w="80" w:type="dxa"/>
              <w:left w:w="80" w:type="dxa"/>
              <w:bottom w:w="80" w:type="dxa"/>
              <w:right w:w="80" w:type="dxa"/>
            </w:tcMar>
            <w:vAlign w:val="center"/>
          </w:tcPr>
          <w:p w14:paraId="6E24F2F4" w14:textId="77777777" w:rsidR="00871FBD" w:rsidRPr="00F51F43" w:rsidRDefault="00871FBD" w:rsidP="00871FBD">
            <w:pPr>
              <w:spacing w:after="0" w:line="240" w:lineRule="auto"/>
              <w:jc w:val="center"/>
              <w:rPr>
                <w:noProof/>
                <w:sz w:val="20"/>
                <w:szCs w:val="20"/>
              </w:rPr>
            </w:pPr>
            <w:r w:rsidRPr="00F51F43">
              <w:rPr>
                <w:noProof/>
                <w:sz w:val="20"/>
                <w:szCs w:val="20"/>
              </w:rPr>
              <w:t>Podravka d.d.</w:t>
            </w:r>
          </w:p>
        </w:tc>
        <w:tc>
          <w:tcPr>
            <w:tcW w:w="1015" w:type="dxa"/>
            <w:tcMar>
              <w:top w:w="80" w:type="dxa"/>
              <w:left w:w="80" w:type="dxa"/>
              <w:bottom w:w="80" w:type="dxa"/>
              <w:right w:w="80" w:type="dxa"/>
            </w:tcMar>
            <w:vAlign w:val="center"/>
          </w:tcPr>
          <w:p w14:paraId="1A895C46"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22A5B6FC" w14:textId="77777777" w:rsidR="00871FBD" w:rsidRPr="00F51F43" w:rsidRDefault="00871FBD" w:rsidP="00871FBD">
            <w:pPr>
              <w:spacing w:after="0" w:line="240" w:lineRule="auto"/>
              <w:jc w:val="center"/>
              <w:rPr>
                <w:noProof/>
                <w:sz w:val="20"/>
                <w:szCs w:val="20"/>
              </w:rPr>
            </w:pPr>
            <w:r w:rsidRPr="00F51F43">
              <w:rPr>
                <w:noProof/>
                <w:sz w:val="20"/>
                <w:szCs w:val="20"/>
              </w:rPr>
              <w:t>16</w:t>
            </w:r>
          </w:p>
        </w:tc>
        <w:tc>
          <w:tcPr>
            <w:tcW w:w="1054" w:type="dxa"/>
            <w:tcMar>
              <w:top w:w="80" w:type="dxa"/>
              <w:left w:w="80" w:type="dxa"/>
              <w:bottom w:w="80" w:type="dxa"/>
              <w:right w:w="80" w:type="dxa"/>
            </w:tcMar>
            <w:vAlign w:val="center"/>
          </w:tcPr>
          <w:p w14:paraId="4A6994F3" w14:textId="77777777" w:rsidR="00871FBD" w:rsidRPr="00F51F43" w:rsidRDefault="00871FBD" w:rsidP="00871FBD">
            <w:pPr>
              <w:spacing w:after="0" w:line="240" w:lineRule="auto"/>
              <w:jc w:val="center"/>
              <w:rPr>
                <w:noProof/>
                <w:sz w:val="20"/>
                <w:szCs w:val="20"/>
              </w:rPr>
            </w:pPr>
            <w:r w:rsidRPr="00F51F43">
              <w:rPr>
                <w:noProof/>
                <w:sz w:val="20"/>
                <w:szCs w:val="20"/>
              </w:rPr>
              <w:t>Iskrica</w:t>
            </w:r>
          </w:p>
        </w:tc>
        <w:tc>
          <w:tcPr>
            <w:tcW w:w="1701" w:type="dxa"/>
            <w:tcMar>
              <w:top w:w="80" w:type="dxa"/>
              <w:left w:w="80" w:type="dxa"/>
              <w:bottom w:w="80" w:type="dxa"/>
              <w:right w:w="80" w:type="dxa"/>
            </w:tcMar>
            <w:vAlign w:val="center"/>
          </w:tcPr>
          <w:p w14:paraId="4F83F8FB" w14:textId="77777777" w:rsidR="00871FBD" w:rsidRPr="00F51F43" w:rsidRDefault="00871FBD" w:rsidP="00871FBD">
            <w:pPr>
              <w:spacing w:after="0" w:line="240" w:lineRule="auto"/>
              <w:jc w:val="center"/>
              <w:rPr>
                <w:noProof/>
                <w:sz w:val="20"/>
                <w:szCs w:val="20"/>
              </w:rPr>
            </w:pPr>
            <w:r w:rsidRPr="00F51F43">
              <w:rPr>
                <w:noProof/>
                <w:sz w:val="20"/>
                <w:szCs w:val="20"/>
              </w:rPr>
              <w:t>Podravka d.d.</w:t>
            </w:r>
          </w:p>
        </w:tc>
        <w:tc>
          <w:tcPr>
            <w:tcW w:w="3207" w:type="dxa"/>
            <w:tcMar>
              <w:top w:w="80" w:type="dxa"/>
              <w:left w:w="80" w:type="dxa"/>
              <w:bottom w:w="80" w:type="dxa"/>
              <w:right w:w="80" w:type="dxa"/>
            </w:tcMar>
            <w:vAlign w:val="center"/>
          </w:tcPr>
          <w:p w14:paraId="14F392B2" w14:textId="77777777" w:rsidR="00871FBD" w:rsidRPr="00F51F43" w:rsidRDefault="00871FBD" w:rsidP="00871FBD">
            <w:pPr>
              <w:spacing w:after="0" w:line="240" w:lineRule="auto"/>
              <w:jc w:val="center"/>
              <w:rPr>
                <w:noProof/>
                <w:sz w:val="20"/>
                <w:szCs w:val="20"/>
              </w:rPr>
            </w:pPr>
            <w:r w:rsidRPr="00F51F43">
              <w:rPr>
                <w:noProof/>
                <w:sz w:val="20"/>
                <w:szCs w:val="20"/>
              </w:rPr>
              <w:t>Upoznavanje sa proizvodnim procesom prehrambenih namirnica i proizvoda.</w:t>
            </w:r>
          </w:p>
        </w:tc>
        <w:tc>
          <w:tcPr>
            <w:tcW w:w="2928" w:type="dxa"/>
            <w:tcMar>
              <w:top w:w="80" w:type="dxa"/>
              <w:left w:w="80" w:type="dxa"/>
              <w:bottom w:w="80" w:type="dxa"/>
              <w:right w:w="80" w:type="dxa"/>
            </w:tcMar>
            <w:vAlign w:val="center"/>
          </w:tcPr>
          <w:p w14:paraId="5F4F8483" w14:textId="77777777" w:rsidR="00871FBD" w:rsidRPr="00F51F43" w:rsidRDefault="00871FBD" w:rsidP="00871FBD">
            <w:pPr>
              <w:spacing w:after="0" w:line="240" w:lineRule="auto"/>
              <w:jc w:val="center"/>
              <w:rPr>
                <w:noProof/>
                <w:sz w:val="20"/>
                <w:szCs w:val="20"/>
              </w:rPr>
            </w:pPr>
            <w:r w:rsidRPr="00F51F43">
              <w:rPr>
                <w:noProof/>
                <w:sz w:val="20"/>
                <w:szCs w:val="20"/>
              </w:rPr>
              <w:t>reakcije djece, reakcije suradnika, fotodokumentacija</w:t>
            </w:r>
          </w:p>
        </w:tc>
      </w:tr>
      <w:tr w:rsidR="00871FBD" w:rsidRPr="00F51F43" w14:paraId="04F82664" w14:textId="77777777" w:rsidTr="00871FBD">
        <w:trPr>
          <w:cantSplit/>
          <w:jc w:val="center"/>
        </w:trPr>
        <w:tc>
          <w:tcPr>
            <w:tcW w:w="507" w:type="dxa"/>
            <w:tcMar>
              <w:top w:w="80" w:type="dxa"/>
              <w:left w:w="80" w:type="dxa"/>
              <w:bottom w:w="80" w:type="dxa"/>
              <w:right w:w="80" w:type="dxa"/>
            </w:tcMar>
            <w:vAlign w:val="center"/>
          </w:tcPr>
          <w:p w14:paraId="523910A7" w14:textId="77777777" w:rsidR="00871FBD" w:rsidRPr="00F51F43" w:rsidRDefault="00871FBD" w:rsidP="00871FBD">
            <w:pPr>
              <w:spacing w:after="0" w:line="240" w:lineRule="auto"/>
              <w:jc w:val="center"/>
              <w:rPr>
                <w:noProof/>
                <w:sz w:val="20"/>
                <w:szCs w:val="20"/>
              </w:rPr>
            </w:pPr>
            <w:r w:rsidRPr="00F51F43">
              <w:rPr>
                <w:noProof/>
                <w:sz w:val="20"/>
                <w:szCs w:val="20"/>
              </w:rPr>
              <w:t>5.</w:t>
            </w:r>
          </w:p>
        </w:tc>
        <w:tc>
          <w:tcPr>
            <w:tcW w:w="1395" w:type="dxa"/>
            <w:tcMar>
              <w:top w:w="80" w:type="dxa"/>
              <w:left w:w="80" w:type="dxa"/>
              <w:bottom w:w="80" w:type="dxa"/>
              <w:right w:w="80" w:type="dxa"/>
            </w:tcMar>
            <w:vAlign w:val="center"/>
          </w:tcPr>
          <w:p w14:paraId="7240B5AD"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378693FA" w14:textId="77777777" w:rsidR="00871FBD" w:rsidRPr="00F51F43" w:rsidRDefault="00871FBD" w:rsidP="00871FBD">
            <w:pPr>
              <w:spacing w:after="0" w:line="240" w:lineRule="auto"/>
              <w:jc w:val="center"/>
              <w:rPr>
                <w:noProof/>
                <w:sz w:val="20"/>
                <w:szCs w:val="20"/>
              </w:rPr>
            </w:pPr>
            <w:r w:rsidRPr="00F51F43">
              <w:rPr>
                <w:noProof/>
                <w:sz w:val="20"/>
                <w:szCs w:val="20"/>
              </w:rPr>
              <w:t>Čambina</w:t>
            </w:r>
          </w:p>
        </w:tc>
        <w:tc>
          <w:tcPr>
            <w:tcW w:w="1015" w:type="dxa"/>
            <w:tcMar>
              <w:top w:w="80" w:type="dxa"/>
              <w:left w:w="80" w:type="dxa"/>
              <w:bottom w:w="80" w:type="dxa"/>
              <w:right w:w="80" w:type="dxa"/>
            </w:tcMar>
            <w:vAlign w:val="center"/>
          </w:tcPr>
          <w:p w14:paraId="40E7A77A" w14:textId="77777777" w:rsidR="00871FBD" w:rsidRPr="00F51F43" w:rsidRDefault="00871FBD" w:rsidP="00871FBD">
            <w:pPr>
              <w:spacing w:after="0" w:line="240" w:lineRule="auto"/>
              <w:jc w:val="center"/>
              <w:rPr>
                <w:noProof/>
                <w:sz w:val="20"/>
                <w:szCs w:val="20"/>
              </w:rPr>
            </w:pPr>
            <w:r w:rsidRPr="00F51F43">
              <w:rPr>
                <w:noProof/>
                <w:sz w:val="20"/>
                <w:szCs w:val="20"/>
              </w:rPr>
              <w:t>rujan</w:t>
            </w:r>
          </w:p>
        </w:tc>
        <w:tc>
          <w:tcPr>
            <w:tcW w:w="761" w:type="dxa"/>
            <w:tcMar>
              <w:top w:w="80" w:type="dxa"/>
              <w:left w:w="80" w:type="dxa"/>
              <w:bottom w:w="80" w:type="dxa"/>
              <w:right w:w="80" w:type="dxa"/>
            </w:tcMar>
            <w:vAlign w:val="center"/>
          </w:tcPr>
          <w:p w14:paraId="1210BC01"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27092D2F" w14:textId="77777777" w:rsidR="00871FBD" w:rsidRPr="00F51F43" w:rsidRDefault="00871FBD" w:rsidP="00871FBD">
            <w:pPr>
              <w:spacing w:after="0" w:line="240" w:lineRule="auto"/>
              <w:jc w:val="center"/>
              <w:rPr>
                <w:noProof/>
                <w:sz w:val="20"/>
                <w:szCs w:val="20"/>
              </w:rPr>
            </w:pPr>
            <w:r w:rsidRPr="00F51F43">
              <w:rPr>
                <w:noProof/>
                <w:sz w:val="20"/>
                <w:szCs w:val="20"/>
              </w:rPr>
              <w:t>Mali zeko</w:t>
            </w:r>
          </w:p>
        </w:tc>
        <w:tc>
          <w:tcPr>
            <w:tcW w:w="1701" w:type="dxa"/>
            <w:tcMar>
              <w:top w:w="80" w:type="dxa"/>
              <w:left w:w="80" w:type="dxa"/>
              <w:bottom w:w="80" w:type="dxa"/>
              <w:right w:w="80" w:type="dxa"/>
            </w:tcMar>
            <w:vAlign w:val="center"/>
          </w:tcPr>
          <w:p w14:paraId="26172E1B" w14:textId="77777777" w:rsidR="00871FBD" w:rsidRPr="00F51F43" w:rsidRDefault="00871FBD" w:rsidP="00871FBD">
            <w:pPr>
              <w:spacing w:after="0" w:line="240" w:lineRule="auto"/>
              <w:jc w:val="center"/>
              <w:rPr>
                <w:noProof/>
                <w:sz w:val="20"/>
                <w:szCs w:val="20"/>
              </w:rPr>
            </w:pPr>
            <w:r w:rsidRPr="00F51F43">
              <w:rPr>
                <w:noProof/>
                <w:sz w:val="20"/>
                <w:szCs w:val="20"/>
              </w:rPr>
              <w:t>Djeca i odgojiteljice skupina Zvjezdice i Zvončić</w:t>
            </w:r>
          </w:p>
        </w:tc>
        <w:tc>
          <w:tcPr>
            <w:tcW w:w="3207" w:type="dxa"/>
            <w:tcMar>
              <w:top w:w="80" w:type="dxa"/>
              <w:left w:w="80" w:type="dxa"/>
              <w:bottom w:w="80" w:type="dxa"/>
              <w:right w:w="80" w:type="dxa"/>
            </w:tcMar>
            <w:vAlign w:val="center"/>
          </w:tcPr>
          <w:p w14:paraId="625086F7" w14:textId="77777777" w:rsidR="00871FBD" w:rsidRPr="00F51F43" w:rsidRDefault="00871FBD" w:rsidP="00871FBD">
            <w:pPr>
              <w:spacing w:after="0" w:line="240" w:lineRule="auto"/>
              <w:jc w:val="center"/>
              <w:rPr>
                <w:noProof/>
                <w:sz w:val="20"/>
                <w:szCs w:val="20"/>
              </w:rPr>
            </w:pPr>
            <w:r w:rsidRPr="00F51F43">
              <w:rPr>
                <w:noProof/>
                <w:sz w:val="20"/>
                <w:szCs w:val="20"/>
              </w:rPr>
              <w:t>Obilježavanje prvog dana jeseni</w:t>
            </w:r>
          </w:p>
        </w:tc>
        <w:tc>
          <w:tcPr>
            <w:tcW w:w="2928" w:type="dxa"/>
            <w:tcMar>
              <w:top w:w="80" w:type="dxa"/>
              <w:left w:w="80" w:type="dxa"/>
              <w:bottom w:w="80" w:type="dxa"/>
              <w:right w:w="80" w:type="dxa"/>
            </w:tcMar>
            <w:vAlign w:val="center"/>
          </w:tcPr>
          <w:p w14:paraId="4656A4AC"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337B21A5" w14:textId="77777777" w:rsidTr="00871FBD">
        <w:trPr>
          <w:cantSplit/>
          <w:jc w:val="center"/>
        </w:trPr>
        <w:tc>
          <w:tcPr>
            <w:tcW w:w="507" w:type="dxa"/>
            <w:tcMar>
              <w:top w:w="80" w:type="dxa"/>
              <w:left w:w="80" w:type="dxa"/>
              <w:bottom w:w="80" w:type="dxa"/>
              <w:right w:w="80" w:type="dxa"/>
            </w:tcMar>
            <w:vAlign w:val="center"/>
          </w:tcPr>
          <w:p w14:paraId="3EE57DE1" w14:textId="77777777" w:rsidR="00871FBD" w:rsidRPr="00F51F43" w:rsidRDefault="00871FBD" w:rsidP="00871FBD">
            <w:pPr>
              <w:spacing w:after="0" w:line="240" w:lineRule="auto"/>
              <w:jc w:val="center"/>
              <w:rPr>
                <w:noProof/>
                <w:sz w:val="20"/>
                <w:szCs w:val="20"/>
              </w:rPr>
            </w:pPr>
            <w:r w:rsidRPr="00F51F43">
              <w:rPr>
                <w:noProof/>
                <w:sz w:val="20"/>
                <w:szCs w:val="20"/>
              </w:rPr>
              <w:t>6.</w:t>
            </w:r>
          </w:p>
        </w:tc>
        <w:tc>
          <w:tcPr>
            <w:tcW w:w="1395" w:type="dxa"/>
            <w:tcMar>
              <w:top w:w="80" w:type="dxa"/>
              <w:left w:w="80" w:type="dxa"/>
              <w:bottom w:w="80" w:type="dxa"/>
              <w:right w:w="80" w:type="dxa"/>
            </w:tcMar>
            <w:vAlign w:val="center"/>
          </w:tcPr>
          <w:p w14:paraId="051AF962"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76DDD381" w14:textId="77777777" w:rsidR="00871FBD" w:rsidRPr="00F51F43" w:rsidRDefault="00871FBD" w:rsidP="00871FBD">
            <w:pPr>
              <w:spacing w:after="0" w:line="240" w:lineRule="auto"/>
              <w:jc w:val="center"/>
              <w:rPr>
                <w:noProof/>
                <w:sz w:val="20"/>
                <w:szCs w:val="20"/>
              </w:rPr>
            </w:pPr>
            <w:r w:rsidRPr="00F51F43">
              <w:rPr>
                <w:noProof/>
                <w:sz w:val="20"/>
                <w:szCs w:val="20"/>
              </w:rPr>
              <w:t>Kino Velebit</w:t>
            </w:r>
          </w:p>
        </w:tc>
        <w:tc>
          <w:tcPr>
            <w:tcW w:w="1015" w:type="dxa"/>
            <w:tcMar>
              <w:top w:w="80" w:type="dxa"/>
              <w:left w:w="80" w:type="dxa"/>
              <w:bottom w:w="80" w:type="dxa"/>
              <w:right w:w="80" w:type="dxa"/>
            </w:tcMar>
            <w:vAlign w:val="center"/>
          </w:tcPr>
          <w:p w14:paraId="3707F0D4"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46AEBD52"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38A1D77E" w14:textId="77777777" w:rsidR="00871FBD" w:rsidRPr="00F51F43" w:rsidRDefault="00871FBD" w:rsidP="00871FBD">
            <w:pPr>
              <w:spacing w:after="0" w:line="240" w:lineRule="auto"/>
              <w:jc w:val="center"/>
              <w:rPr>
                <w:noProof/>
                <w:sz w:val="20"/>
                <w:szCs w:val="20"/>
              </w:rPr>
            </w:pPr>
            <w:r w:rsidRPr="00F51F43">
              <w:rPr>
                <w:noProof/>
                <w:sz w:val="20"/>
                <w:szCs w:val="20"/>
              </w:rPr>
              <w:t>Mali zeko</w:t>
            </w:r>
          </w:p>
        </w:tc>
        <w:tc>
          <w:tcPr>
            <w:tcW w:w="1701" w:type="dxa"/>
            <w:tcMar>
              <w:top w:w="80" w:type="dxa"/>
              <w:left w:w="80" w:type="dxa"/>
              <w:bottom w:w="80" w:type="dxa"/>
              <w:right w:w="80" w:type="dxa"/>
            </w:tcMar>
            <w:vAlign w:val="center"/>
          </w:tcPr>
          <w:p w14:paraId="33D4DB69" w14:textId="77777777" w:rsidR="00871FBD" w:rsidRPr="00F51F43" w:rsidRDefault="00871FBD" w:rsidP="00871FBD">
            <w:pPr>
              <w:spacing w:after="0" w:line="240" w:lineRule="auto"/>
              <w:jc w:val="center"/>
              <w:rPr>
                <w:noProof/>
                <w:sz w:val="20"/>
                <w:szCs w:val="20"/>
              </w:rPr>
            </w:pPr>
            <w:r w:rsidRPr="00F51F43">
              <w:rPr>
                <w:noProof/>
                <w:sz w:val="20"/>
                <w:szCs w:val="20"/>
              </w:rPr>
              <w:t>Djeca i odgojiteljice skupina Zvjezdice i Zvončić</w:t>
            </w:r>
          </w:p>
        </w:tc>
        <w:tc>
          <w:tcPr>
            <w:tcW w:w="3207" w:type="dxa"/>
            <w:tcMar>
              <w:top w:w="80" w:type="dxa"/>
              <w:left w:w="80" w:type="dxa"/>
              <w:bottom w:w="80" w:type="dxa"/>
              <w:right w:w="80" w:type="dxa"/>
            </w:tcMar>
            <w:vAlign w:val="center"/>
          </w:tcPr>
          <w:p w14:paraId="07F20E6F" w14:textId="77777777" w:rsidR="00871FBD" w:rsidRPr="00F51F43" w:rsidRDefault="00871FBD" w:rsidP="00871FBD">
            <w:pPr>
              <w:spacing w:after="0" w:line="240" w:lineRule="auto"/>
              <w:jc w:val="center"/>
              <w:rPr>
                <w:noProof/>
                <w:sz w:val="20"/>
                <w:szCs w:val="20"/>
              </w:rPr>
            </w:pPr>
            <w:r w:rsidRPr="00F51F43">
              <w:rPr>
                <w:noProof/>
                <w:sz w:val="20"/>
                <w:szCs w:val="20"/>
              </w:rPr>
              <w:t>Kino-projekcija animiranog filma</w:t>
            </w:r>
          </w:p>
        </w:tc>
        <w:tc>
          <w:tcPr>
            <w:tcW w:w="2928" w:type="dxa"/>
            <w:tcMar>
              <w:top w:w="80" w:type="dxa"/>
              <w:left w:w="80" w:type="dxa"/>
              <w:bottom w:w="80" w:type="dxa"/>
              <w:right w:w="80" w:type="dxa"/>
            </w:tcMar>
            <w:vAlign w:val="center"/>
          </w:tcPr>
          <w:p w14:paraId="6C207025"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01808072" w14:textId="77777777" w:rsidTr="00871FBD">
        <w:trPr>
          <w:cantSplit/>
          <w:jc w:val="center"/>
        </w:trPr>
        <w:tc>
          <w:tcPr>
            <w:tcW w:w="507" w:type="dxa"/>
            <w:tcMar>
              <w:top w:w="80" w:type="dxa"/>
              <w:left w:w="80" w:type="dxa"/>
              <w:bottom w:w="80" w:type="dxa"/>
              <w:right w:w="80" w:type="dxa"/>
            </w:tcMar>
            <w:vAlign w:val="center"/>
          </w:tcPr>
          <w:p w14:paraId="15C6877E"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7.</w:t>
            </w:r>
          </w:p>
        </w:tc>
        <w:tc>
          <w:tcPr>
            <w:tcW w:w="1395" w:type="dxa"/>
            <w:tcMar>
              <w:top w:w="80" w:type="dxa"/>
              <w:left w:w="80" w:type="dxa"/>
              <w:bottom w:w="80" w:type="dxa"/>
              <w:right w:w="80" w:type="dxa"/>
            </w:tcMar>
            <w:vAlign w:val="center"/>
          </w:tcPr>
          <w:p w14:paraId="7C48AA5C"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0ABC9777" w14:textId="77777777" w:rsidR="00871FBD" w:rsidRPr="00F51F43" w:rsidRDefault="00871FBD" w:rsidP="00871FBD">
            <w:pPr>
              <w:spacing w:after="0" w:line="240" w:lineRule="auto"/>
              <w:jc w:val="center"/>
              <w:rPr>
                <w:noProof/>
                <w:sz w:val="20"/>
                <w:szCs w:val="20"/>
              </w:rPr>
            </w:pPr>
            <w:r w:rsidRPr="00F51F43">
              <w:rPr>
                <w:noProof/>
                <w:sz w:val="20"/>
                <w:szCs w:val="20"/>
              </w:rPr>
              <w:t>Božićna bajka obitelji Salaj</w:t>
            </w:r>
          </w:p>
        </w:tc>
        <w:tc>
          <w:tcPr>
            <w:tcW w:w="1015" w:type="dxa"/>
            <w:tcMar>
              <w:top w:w="80" w:type="dxa"/>
              <w:left w:w="80" w:type="dxa"/>
              <w:bottom w:w="80" w:type="dxa"/>
              <w:right w:w="80" w:type="dxa"/>
            </w:tcMar>
            <w:vAlign w:val="center"/>
          </w:tcPr>
          <w:p w14:paraId="000B7671"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52CB8818"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6530DFA7" w14:textId="77777777" w:rsidR="00871FBD" w:rsidRPr="00F51F43" w:rsidRDefault="00871FBD" w:rsidP="00871FBD">
            <w:pPr>
              <w:spacing w:after="0" w:line="240" w:lineRule="auto"/>
              <w:jc w:val="center"/>
              <w:rPr>
                <w:noProof/>
                <w:sz w:val="20"/>
                <w:szCs w:val="20"/>
              </w:rPr>
            </w:pPr>
            <w:r w:rsidRPr="00F51F43">
              <w:rPr>
                <w:noProof/>
                <w:sz w:val="20"/>
                <w:szCs w:val="20"/>
              </w:rPr>
              <w:t>Mali zeko</w:t>
            </w:r>
          </w:p>
        </w:tc>
        <w:tc>
          <w:tcPr>
            <w:tcW w:w="1701" w:type="dxa"/>
            <w:tcMar>
              <w:top w:w="80" w:type="dxa"/>
              <w:left w:w="80" w:type="dxa"/>
              <w:bottom w:w="80" w:type="dxa"/>
              <w:right w:w="80" w:type="dxa"/>
            </w:tcMar>
            <w:vAlign w:val="center"/>
          </w:tcPr>
          <w:p w14:paraId="1F00F677" w14:textId="77777777" w:rsidR="00871FBD" w:rsidRPr="00F51F43" w:rsidRDefault="00871FBD" w:rsidP="00871FBD">
            <w:pPr>
              <w:spacing w:after="0" w:line="240" w:lineRule="auto"/>
              <w:jc w:val="center"/>
              <w:rPr>
                <w:noProof/>
                <w:sz w:val="20"/>
                <w:szCs w:val="20"/>
              </w:rPr>
            </w:pPr>
            <w:r w:rsidRPr="00F51F43">
              <w:rPr>
                <w:noProof/>
                <w:sz w:val="20"/>
                <w:szCs w:val="20"/>
              </w:rPr>
              <w:t>Djeca i odgojiteljice skupina Zvjezdice i Zvončić, roditelji</w:t>
            </w:r>
          </w:p>
        </w:tc>
        <w:tc>
          <w:tcPr>
            <w:tcW w:w="3207" w:type="dxa"/>
            <w:tcMar>
              <w:top w:w="80" w:type="dxa"/>
              <w:left w:w="80" w:type="dxa"/>
              <w:bottom w:w="80" w:type="dxa"/>
              <w:right w:w="80" w:type="dxa"/>
            </w:tcMar>
            <w:vAlign w:val="center"/>
          </w:tcPr>
          <w:p w14:paraId="02FC032F" w14:textId="77777777" w:rsidR="00871FBD" w:rsidRPr="00F51F43" w:rsidRDefault="00871FBD" w:rsidP="00871FBD">
            <w:pPr>
              <w:spacing w:after="0" w:line="240" w:lineRule="auto"/>
              <w:jc w:val="center"/>
              <w:rPr>
                <w:noProof/>
                <w:sz w:val="20"/>
                <w:szCs w:val="20"/>
              </w:rPr>
            </w:pPr>
            <w:r w:rsidRPr="00F51F43">
              <w:rPr>
                <w:noProof/>
                <w:sz w:val="20"/>
                <w:szCs w:val="20"/>
              </w:rPr>
              <w:t>Razgledavanje imanja obitelji Salaj</w:t>
            </w:r>
          </w:p>
        </w:tc>
        <w:tc>
          <w:tcPr>
            <w:tcW w:w="2928" w:type="dxa"/>
            <w:tcMar>
              <w:top w:w="80" w:type="dxa"/>
              <w:left w:w="80" w:type="dxa"/>
              <w:bottom w:w="80" w:type="dxa"/>
              <w:right w:w="80" w:type="dxa"/>
            </w:tcMar>
            <w:vAlign w:val="center"/>
          </w:tcPr>
          <w:p w14:paraId="1912CE49"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 reakcije roditelja</w:t>
            </w:r>
          </w:p>
        </w:tc>
      </w:tr>
      <w:tr w:rsidR="00871FBD" w:rsidRPr="00F51F43" w14:paraId="2834A7A7" w14:textId="77777777" w:rsidTr="00871FBD">
        <w:trPr>
          <w:cantSplit/>
          <w:jc w:val="center"/>
        </w:trPr>
        <w:tc>
          <w:tcPr>
            <w:tcW w:w="507" w:type="dxa"/>
            <w:tcMar>
              <w:top w:w="80" w:type="dxa"/>
              <w:left w:w="80" w:type="dxa"/>
              <w:bottom w:w="80" w:type="dxa"/>
              <w:right w:w="80" w:type="dxa"/>
            </w:tcMar>
            <w:vAlign w:val="center"/>
          </w:tcPr>
          <w:p w14:paraId="39CC4931" w14:textId="77777777" w:rsidR="00871FBD" w:rsidRPr="00F51F43" w:rsidRDefault="00871FBD" w:rsidP="00871FBD">
            <w:pPr>
              <w:spacing w:after="0" w:line="240" w:lineRule="auto"/>
              <w:jc w:val="center"/>
              <w:rPr>
                <w:noProof/>
                <w:sz w:val="20"/>
                <w:szCs w:val="20"/>
              </w:rPr>
            </w:pPr>
            <w:r w:rsidRPr="00F51F43">
              <w:rPr>
                <w:noProof/>
                <w:sz w:val="20"/>
                <w:szCs w:val="20"/>
              </w:rPr>
              <w:t>8.</w:t>
            </w:r>
          </w:p>
        </w:tc>
        <w:tc>
          <w:tcPr>
            <w:tcW w:w="1395" w:type="dxa"/>
            <w:tcMar>
              <w:top w:w="80" w:type="dxa"/>
              <w:left w:w="80" w:type="dxa"/>
              <w:bottom w:w="80" w:type="dxa"/>
              <w:right w:w="80" w:type="dxa"/>
            </w:tcMar>
            <w:vAlign w:val="center"/>
          </w:tcPr>
          <w:p w14:paraId="6D20A3FB"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183FCEEB" w14:textId="77777777" w:rsidR="00871FBD" w:rsidRPr="00F51F43" w:rsidRDefault="00871FBD" w:rsidP="00871FBD">
            <w:pPr>
              <w:spacing w:after="0" w:line="240" w:lineRule="auto"/>
              <w:jc w:val="center"/>
              <w:rPr>
                <w:noProof/>
                <w:sz w:val="20"/>
                <w:szCs w:val="20"/>
              </w:rPr>
            </w:pPr>
            <w:r w:rsidRPr="00F51F43">
              <w:rPr>
                <w:noProof/>
                <w:sz w:val="20"/>
                <w:szCs w:val="20"/>
              </w:rPr>
              <w:t>Knjižnica i čitaonica Fran Galović, gradski park</w:t>
            </w:r>
          </w:p>
        </w:tc>
        <w:tc>
          <w:tcPr>
            <w:tcW w:w="1015" w:type="dxa"/>
            <w:tcMar>
              <w:top w:w="80" w:type="dxa"/>
              <w:left w:w="80" w:type="dxa"/>
              <w:bottom w:w="80" w:type="dxa"/>
              <w:right w:w="80" w:type="dxa"/>
            </w:tcMar>
            <w:vAlign w:val="center"/>
          </w:tcPr>
          <w:p w14:paraId="62F1D53A"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728DF353"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4ABCAE83" w14:textId="77777777" w:rsidR="00871FBD" w:rsidRPr="00F51F43" w:rsidRDefault="00871FBD" w:rsidP="00871FBD">
            <w:pPr>
              <w:spacing w:after="0" w:line="240" w:lineRule="auto"/>
              <w:jc w:val="center"/>
              <w:rPr>
                <w:noProof/>
                <w:sz w:val="20"/>
                <w:szCs w:val="20"/>
              </w:rPr>
            </w:pPr>
            <w:r w:rsidRPr="00F51F43">
              <w:rPr>
                <w:noProof/>
                <w:sz w:val="20"/>
                <w:szCs w:val="20"/>
              </w:rPr>
              <w:t>Mali zeko</w:t>
            </w:r>
          </w:p>
        </w:tc>
        <w:tc>
          <w:tcPr>
            <w:tcW w:w="1701" w:type="dxa"/>
            <w:tcMar>
              <w:top w:w="80" w:type="dxa"/>
              <w:left w:w="80" w:type="dxa"/>
              <w:bottom w:w="80" w:type="dxa"/>
              <w:right w:w="80" w:type="dxa"/>
            </w:tcMar>
            <w:vAlign w:val="center"/>
          </w:tcPr>
          <w:p w14:paraId="437FBF11" w14:textId="77777777" w:rsidR="00871FBD" w:rsidRPr="00F51F43" w:rsidRDefault="00871FBD" w:rsidP="00871FBD">
            <w:pPr>
              <w:spacing w:after="0" w:line="240" w:lineRule="auto"/>
              <w:jc w:val="center"/>
              <w:rPr>
                <w:noProof/>
                <w:sz w:val="20"/>
                <w:szCs w:val="20"/>
              </w:rPr>
            </w:pPr>
            <w:r w:rsidRPr="00F51F43">
              <w:rPr>
                <w:noProof/>
                <w:sz w:val="20"/>
                <w:szCs w:val="20"/>
              </w:rPr>
              <w:t>Djeca i odgojiteljice skupine Sovice</w:t>
            </w:r>
          </w:p>
        </w:tc>
        <w:tc>
          <w:tcPr>
            <w:tcW w:w="3207" w:type="dxa"/>
            <w:tcMar>
              <w:top w:w="80" w:type="dxa"/>
              <w:left w:w="80" w:type="dxa"/>
              <w:bottom w:w="80" w:type="dxa"/>
              <w:right w:w="80" w:type="dxa"/>
            </w:tcMar>
            <w:vAlign w:val="center"/>
          </w:tcPr>
          <w:p w14:paraId="16D1C319" w14:textId="77777777" w:rsidR="00871FBD" w:rsidRPr="00F51F43" w:rsidRDefault="00871FBD" w:rsidP="00871FBD">
            <w:pPr>
              <w:spacing w:after="0" w:line="240" w:lineRule="auto"/>
              <w:jc w:val="center"/>
              <w:rPr>
                <w:noProof/>
                <w:sz w:val="20"/>
                <w:szCs w:val="20"/>
              </w:rPr>
            </w:pPr>
            <w:r w:rsidRPr="00F51F43">
              <w:rPr>
                <w:noProof/>
                <w:sz w:val="20"/>
                <w:szCs w:val="20"/>
              </w:rPr>
              <w:t>Posjeta knjižnici i dječjem odjelu te šetnja gradskim parkom</w:t>
            </w:r>
          </w:p>
        </w:tc>
        <w:tc>
          <w:tcPr>
            <w:tcW w:w="2928" w:type="dxa"/>
            <w:tcMar>
              <w:top w:w="80" w:type="dxa"/>
              <w:left w:w="80" w:type="dxa"/>
              <w:bottom w:w="80" w:type="dxa"/>
              <w:right w:w="80" w:type="dxa"/>
            </w:tcMar>
            <w:vAlign w:val="center"/>
          </w:tcPr>
          <w:p w14:paraId="08365A58"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w:t>
            </w:r>
          </w:p>
        </w:tc>
      </w:tr>
      <w:tr w:rsidR="00871FBD" w:rsidRPr="00F51F43" w14:paraId="3D6A70A9" w14:textId="77777777" w:rsidTr="00871FBD">
        <w:trPr>
          <w:cantSplit/>
          <w:jc w:val="center"/>
        </w:trPr>
        <w:tc>
          <w:tcPr>
            <w:tcW w:w="507" w:type="dxa"/>
            <w:tcMar>
              <w:top w:w="80" w:type="dxa"/>
              <w:left w:w="80" w:type="dxa"/>
              <w:bottom w:w="80" w:type="dxa"/>
              <w:right w:w="80" w:type="dxa"/>
            </w:tcMar>
            <w:vAlign w:val="center"/>
          </w:tcPr>
          <w:p w14:paraId="071088AA" w14:textId="77777777" w:rsidR="00871FBD" w:rsidRPr="00F51F43" w:rsidRDefault="00871FBD" w:rsidP="00871FBD">
            <w:pPr>
              <w:spacing w:after="0" w:line="240" w:lineRule="auto"/>
              <w:jc w:val="center"/>
              <w:rPr>
                <w:noProof/>
                <w:sz w:val="20"/>
                <w:szCs w:val="20"/>
              </w:rPr>
            </w:pPr>
            <w:r w:rsidRPr="00F51F43">
              <w:rPr>
                <w:noProof/>
                <w:sz w:val="20"/>
                <w:szCs w:val="20"/>
              </w:rPr>
              <w:t>9.</w:t>
            </w:r>
          </w:p>
        </w:tc>
        <w:tc>
          <w:tcPr>
            <w:tcW w:w="1395" w:type="dxa"/>
            <w:tcMar>
              <w:top w:w="80" w:type="dxa"/>
              <w:left w:w="80" w:type="dxa"/>
              <w:bottom w:w="80" w:type="dxa"/>
              <w:right w:w="80" w:type="dxa"/>
            </w:tcMar>
            <w:vAlign w:val="center"/>
          </w:tcPr>
          <w:p w14:paraId="205790D1"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5A5B5819" w14:textId="77777777" w:rsidR="00871FBD" w:rsidRPr="00F51F43" w:rsidRDefault="00871FBD" w:rsidP="00871FBD">
            <w:pPr>
              <w:spacing w:after="0" w:line="240" w:lineRule="auto"/>
              <w:jc w:val="center"/>
              <w:rPr>
                <w:noProof/>
                <w:sz w:val="20"/>
                <w:szCs w:val="20"/>
              </w:rPr>
            </w:pPr>
            <w:r w:rsidRPr="00F51F43">
              <w:rPr>
                <w:noProof/>
                <w:sz w:val="20"/>
                <w:szCs w:val="20"/>
              </w:rPr>
              <w:t>Poštanski ured</w:t>
            </w:r>
          </w:p>
        </w:tc>
        <w:tc>
          <w:tcPr>
            <w:tcW w:w="1015" w:type="dxa"/>
            <w:tcMar>
              <w:top w:w="80" w:type="dxa"/>
              <w:left w:w="80" w:type="dxa"/>
              <w:bottom w:w="80" w:type="dxa"/>
              <w:right w:w="80" w:type="dxa"/>
            </w:tcMar>
            <w:vAlign w:val="center"/>
          </w:tcPr>
          <w:p w14:paraId="7D4F9D6E"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725789CE"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234EA5FD" w14:textId="77777777" w:rsidR="00871FBD" w:rsidRPr="00F51F43" w:rsidRDefault="00871FBD" w:rsidP="00871FBD">
            <w:pPr>
              <w:spacing w:after="0" w:line="240" w:lineRule="auto"/>
              <w:jc w:val="center"/>
              <w:rPr>
                <w:noProof/>
                <w:sz w:val="20"/>
                <w:szCs w:val="20"/>
              </w:rPr>
            </w:pPr>
            <w:r w:rsidRPr="00F51F43">
              <w:rPr>
                <w:noProof/>
                <w:sz w:val="20"/>
                <w:szCs w:val="20"/>
              </w:rPr>
              <w:t>Mali zeko</w:t>
            </w:r>
          </w:p>
        </w:tc>
        <w:tc>
          <w:tcPr>
            <w:tcW w:w="1701" w:type="dxa"/>
            <w:tcMar>
              <w:top w:w="80" w:type="dxa"/>
              <w:left w:w="80" w:type="dxa"/>
              <w:bottom w:w="80" w:type="dxa"/>
              <w:right w:w="80" w:type="dxa"/>
            </w:tcMar>
            <w:vAlign w:val="center"/>
          </w:tcPr>
          <w:p w14:paraId="1B42A205" w14:textId="77777777" w:rsidR="00871FBD" w:rsidRPr="00F51F43" w:rsidRDefault="00871FBD" w:rsidP="00871FBD">
            <w:pPr>
              <w:spacing w:after="0" w:line="240" w:lineRule="auto"/>
              <w:jc w:val="center"/>
              <w:rPr>
                <w:noProof/>
                <w:sz w:val="20"/>
                <w:szCs w:val="20"/>
              </w:rPr>
            </w:pPr>
            <w:r w:rsidRPr="00F51F43">
              <w:rPr>
                <w:noProof/>
                <w:sz w:val="20"/>
                <w:szCs w:val="20"/>
              </w:rPr>
              <w:t>Poštanska službenica</w:t>
            </w:r>
          </w:p>
        </w:tc>
        <w:tc>
          <w:tcPr>
            <w:tcW w:w="3207" w:type="dxa"/>
            <w:tcMar>
              <w:top w:w="80" w:type="dxa"/>
              <w:left w:w="80" w:type="dxa"/>
              <w:bottom w:w="80" w:type="dxa"/>
              <w:right w:w="80" w:type="dxa"/>
            </w:tcMar>
            <w:vAlign w:val="center"/>
          </w:tcPr>
          <w:p w14:paraId="664E5BC0" w14:textId="77777777" w:rsidR="00871FBD" w:rsidRPr="00F51F43" w:rsidRDefault="00871FBD" w:rsidP="00871FBD">
            <w:pPr>
              <w:spacing w:after="0" w:line="240" w:lineRule="auto"/>
              <w:jc w:val="center"/>
              <w:rPr>
                <w:noProof/>
                <w:sz w:val="20"/>
                <w:szCs w:val="20"/>
              </w:rPr>
            </w:pPr>
            <w:r w:rsidRPr="00F51F43">
              <w:rPr>
                <w:noProof/>
                <w:sz w:val="20"/>
                <w:szCs w:val="20"/>
              </w:rPr>
              <w:t>Odlazak u poštanski ured, upoznavanje s funkcijom poštanskog ureda, slanje pisma, simboličk igra poštara</w:t>
            </w:r>
          </w:p>
        </w:tc>
        <w:tc>
          <w:tcPr>
            <w:tcW w:w="2928" w:type="dxa"/>
            <w:tcMar>
              <w:top w:w="80" w:type="dxa"/>
              <w:left w:w="80" w:type="dxa"/>
              <w:bottom w:w="80" w:type="dxa"/>
              <w:right w:w="80" w:type="dxa"/>
            </w:tcMar>
            <w:vAlign w:val="center"/>
          </w:tcPr>
          <w:p w14:paraId="6722CEF5"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871FBD" w:rsidRPr="00F51F43" w14:paraId="1CC37C21" w14:textId="77777777" w:rsidTr="00871FBD">
        <w:trPr>
          <w:cantSplit/>
          <w:jc w:val="center"/>
        </w:trPr>
        <w:tc>
          <w:tcPr>
            <w:tcW w:w="507" w:type="dxa"/>
            <w:tcMar>
              <w:top w:w="80" w:type="dxa"/>
              <w:left w:w="80" w:type="dxa"/>
              <w:bottom w:w="80" w:type="dxa"/>
              <w:right w:w="80" w:type="dxa"/>
            </w:tcMar>
            <w:vAlign w:val="center"/>
          </w:tcPr>
          <w:p w14:paraId="3770CD33" w14:textId="77777777" w:rsidR="00871FBD" w:rsidRPr="00F51F43" w:rsidRDefault="00871FBD" w:rsidP="00871FBD">
            <w:pPr>
              <w:spacing w:after="0" w:line="240" w:lineRule="auto"/>
              <w:jc w:val="center"/>
              <w:rPr>
                <w:noProof/>
                <w:sz w:val="20"/>
                <w:szCs w:val="20"/>
              </w:rPr>
            </w:pPr>
            <w:r w:rsidRPr="00F51F43">
              <w:rPr>
                <w:noProof/>
                <w:sz w:val="20"/>
                <w:szCs w:val="20"/>
              </w:rPr>
              <w:t>10.</w:t>
            </w:r>
          </w:p>
        </w:tc>
        <w:tc>
          <w:tcPr>
            <w:tcW w:w="1395" w:type="dxa"/>
            <w:tcMar>
              <w:top w:w="80" w:type="dxa"/>
              <w:left w:w="80" w:type="dxa"/>
              <w:bottom w:w="80" w:type="dxa"/>
              <w:right w:w="80" w:type="dxa"/>
            </w:tcMar>
            <w:vAlign w:val="center"/>
          </w:tcPr>
          <w:p w14:paraId="7D7CF424"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3DAF0862" w14:textId="77777777" w:rsidR="00871FBD" w:rsidRPr="00F51F43" w:rsidRDefault="00871FBD" w:rsidP="00871FBD">
            <w:pPr>
              <w:spacing w:after="0" w:line="240" w:lineRule="auto"/>
              <w:jc w:val="center"/>
              <w:rPr>
                <w:noProof/>
                <w:sz w:val="20"/>
                <w:szCs w:val="20"/>
              </w:rPr>
            </w:pPr>
            <w:r w:rsidRPr="00F51F43">
              <w:rPr>
                <w:noProof/>
                <w:sz w:val="20"/>
                <w:szCs w:val="20"/>
              </w:rPr>
              <w:t>Stomatološka ordinacija</w:t>
            </w:r>
          </w:p>
        </w:tc>
        <w:tc>
          <w:tcPr>
            <w:tcW w:w="1015" w:type="dxa"/>
            <w:tcMar>
              <w:top w:w="80" w:type="dxa"/>
              <w:left w:w="80" w:type="dxa"/>
              <w:bottom w:w="80" w:type="dxa"/>
              <w:right w:w="80" w:type="dxa"/>
            </w:tcMar>
            <w:vAlign w:val="center"/>
          </w:tcPr>
          <w:p w14:paraId="7EE16274"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278AE797"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16E3519E" w14:textId="77777777" w:rsidR="00871FBD" w:rsidRPr="00F51F43" w:rsidRDefault="00871FBD" w:rsidP="00871FBD">
            <w:pPr>
              <w:spacing w:after="0" w:line="240" w:lineRule="auto"/>
              <w:jc w:val="center"/>
              <w:rPr>
                <w:noProof/>
                <w:sz w:val="20"/>
                <w:szCs w:val="20"/>
              </w:rPr>
            </w:pPr>
            <w:r w:rsidRPr="00F51F43">
              <w:rPr>
                <w:noProof/>
                <w:sz w:val="20"/>
                <w:szCs w:val="20"/>
              </w:rPr>
              <w:t>Mali zeko</w:t>
            </w:r>
          </w:p>
        </w:tc>
        <w:tc>
          <w:tcPr>
            <w:tcW w:w="1701" w:type="dxa"/>
            <w:tcMar>
              <w:top w:w="80" w:type="dxa"/>
              <w:left w:w="80" w:type="dxa"/>
              <w:bottom w:w="80" w:type="dxa"/>
              <w:right w:w="80" w:type="dxa"/>
            </w:tcMar>
            <w:vAlign w:val="center"/>
          </w:tcPr>
          <w:p w14:paraId="29BED1FF" w14:textId="77777777" w:rsidR="00871FBD" w:rsidRPr="00F51F43" w:rsidRDefault="00871FBD" w:rsidP="00871FBD">
            <w:pPr>
              <w:spacing w:after="0" w:line="240" w:lineRule="auto"/>
              <w:jc w:val="center"/>
              <w:rPr>
                <w:noProof/>
                <w:sz w:val="20"/>
                <w:szCs w:val="20"/>
              </w:rPr>
            </w:pPr>
            <w:r w:rsidRPr="00F51F43">
              <w:rPr>
                <w:noProof/>
                <w:sz w:val="20"/>
                <w:szCs w:val="20"/>
              </w:rPr>
              <w:t>Stomatologinja</w:t>
            </w:r>
          </w:p>
        </w:tc>
        <w:tc>
          <w:tcPr>
            <w:tcW w:w="3207" w:type="dxa"/>
            <w:tcMar>
              <w:top w:w="80" w:type="dxa"/>
              <w:left w:w="80" w:type="dxa"/>
              <w:bottom w:w="80" w:type="dxa"/>
              <w:right w:w="80" w:type="dxa"/>
            </w:tcMar>
            <w:vAlign w:val="center"/>
          </w:tcPr>
          <w:p w14:paraId="188AF4F0" w14:textId="77777777" w:rsidR="00871FBD" w:rsidRPr="00F51F43" w:rsidRDefault="00871FBD" w:rsidP="00871FBD">
            <w:pPr>
              <w:spacing w:after="0" w:line="240" w:lineRule="auto"/>
              <w:jc w:val="center"/>
              <w:rPr>
                <w:noProof/>
                <w:sz w:val="20"/>
                <w:szCs w:val="20"/>
              </w:rPr>
            </w:pPr>
            <w:r w:rsidRPr="00F51F43">
              <w:rPr>
                <w:noProof/>
                <w:sz w:val="20"/>
                <w:szCs w:val="20"/>
              </w:rPr>
              <w:t>Odlazak u obližnju stomatološku ordinaciju, aktivnosti za usvajanje pravilne oralne higijene, slikovnica Gric i Grec, likovne aktivnosti</w:t>
            </w:r>
          </w:p>
        </w:tc>
        <w:tc>
          <w:tcPr>
            <w:tcW w:w="2928" w:type="dxa"/>
            <w:tcMar>
              <w:top w:w="80" w:type="dxa"/>
              <w:left w:w="80" w:type="dxa"/>
              <w:bottom w:w="80" w:type="dxa"/>
              <w:right w:w="80" w:type="dxa"/>
            </w:tcMar>
            <w:vAlign w:val="center"/>
          </w:tcPr>
          <w:p w14:paraId="25E351BD"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871FBD" w:rsidRPr="00F51F43" w14:paraId="70F175ED" w14:textId="77777777" w:rsidTr="00871FBD">
        <w:trPr>
          <w:cantSplit/>
          <w:jc w:val="center"/>
        </w:trPr>
        <w:tc>
          <w:tcPr>
            <w:tcW w:w="507" w:type="dxa"/>
            <w:tcMar>
              <w:top w:w="80" w:type="dxa"/>
              <w:left w:w="80" w:type="dxa"/>
              <w:bottom w:w="80" w:type="dxa"/>
              <w:right w:w="80" w:type="dxa"/>
            </w:tcMar>
            <w:vAlign w:val="center"/>
          </w:tcPr>
          <w:p w14:paraId="127DC7DF" w14:textId="77777777" w:rsidR="00871FBD" w:rsidRPr="00F51F43" w:rsidRDefault="00871FBD" w:rsidP="00871FBD">
            <w:pPr>
              <w:spacing w:after="0" w:line="240" w:lineRule="auto"/>
              <w:jc w:val="center"/>
              <w:rPr>
                <w:noProof/>
                <w:sz w:val="20"/>
                <w:szCs w:val="20"/>
              </w:rPr>
            </w:pPr>
            <w:r w:rsidRPr="00F51F43">
              <w:rPr>
                <w:noProof/>
                <w:sz w:val="20"/>
                <w:szCs w:val="20"/>
              </w:rPr>
              <w:t>11.</w:t>
            </w:r>
          </w:p>
        </w:tc>
        <w:tc>
          <w:tcPr>
            <w:tcW w:w="1395" w:type="dxa"/>
            <w:tcMar>
              <w:top w:w="80" w:type="dxa"/>
              <w:left w:w="80" w:type="dxa"/>
              <w:bottom w:w="80" w:type="dxa"/>
              <w:right w:w="80" w:type="dxa"/>
            </w:tcMar>
            <w:vAlign w:val="center"/>
          </w:tcPr>
          <w:p w14:paraId="7E696D3B"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2D906B9E" w14:textId="77777777" w:rsidR="00871FBD" w:rsidRPr="00F51F43" w:rsidRDefault="00871FBD" w:rsidP="00871FBD">
            <w:pPr>
              <w:spacing w:after="0" w:line="240" w:lineRule="auto"/>
              <w:jc w:val="center"/>
              <w:rPr>
                <w:noProof/>
                <w:sz w:val="20"/>
                <w:szCs w:val="20"/>
              </w:rPr>
            </w:pPr>
            <w:r w:rsidRPr="00F51F43">
              <w:rPr>
                <w:noProof/>
                <w:sz w:val="20"/>
                <w:szCs w:val="20"/>
              </w:rPr>
              <w:t>Ordinacija liječnika obiteljske medicine</w:t>
            </w:r>
          </w:p>
        </w:tc>
        <w:tc>
          <w:tcPr>
            <w:tcW w:w="1015" w:type="dxa"/>
            <w:tcMar>
              <w:top w:w="80" w:type="dxa"/>
              <w:left w:w="80" w:type="dxa"/>
              <w:bottom w:w="80" w:type="dxa"/>
              <w:right w:w="80" w:type="dxa"/>
            </w:tcMar>
            <w:vAlign w:val="center"/>
          </w:tcPr>
          <w:p w14:paraId="187D578E"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1B949D2F"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2F5EC933" w14:textId="77777777" w:rsidR="00871FBD" w:rsidRPr="00F51F43" w:rsidRDefault="00871FBD" w:rsidP="00871FBD">
            <w:pPr>
              <w:spacing w:after="0" w:line="240" w:lineRule="auto"/>
              <w:jc w:val="center"/>
              <w:rPr>
                <w:noProof/>
                <w:sz w:val="20"/>
                <w:szCs w:val="20"/>
              </w:rPr>
            </w:pPr>
            <w:r w:rsidRPr="00F51F43">
              <w:rPr>
                <w:noProof/>
                <w:sz w:val="20"/>
                <w:szCs w:val="20"/>
              </w:rPr>
              <w:t>Mali zeko</w:t>
            </w:r>
          </w:p>
        </w:tc>
        <w:tc>
          <w:tcPr>
            <w:tcW w:w="1701" w:type="dxa"/>
            <w:tcMar>
              <w:top w:w="80" w:type="dxa"/>
              <w:left w:w="80" w:type="dxa"/>
              <w:bottom w:w="80" w:type="dxa"/>
              <w:right w:w="80" w:type="dxa"/>
            </w:tcMar>
            <w:vAlign w:val="center"/>
          </w:tcPr>
          <w:p w14:paraId="62597B0C" w14:textId="77777777" w:rsidR="00871FBD" w:rsidRPr="00F51F43" w:rsidRDefault="00871FBD" w:rsidP="00871FBD">
            <w:pPr>
              <w:spacing w:after="0" w:line="240" w:lineRule="auto"/>
              <w:jc w:val="center"/>
              <w:rPr>
                <w:noProof/>
                <w:sz w:val="20"/>
                <w:szCs w:val="20"/>
              </w:rPr>
            </w:pPr>
            <w:r w:rsidRPr="00F51F43">
              <w:rPr>
                <w:noProof/>
                <w:sz w:val="20"/>
                <w:szCs w:val="20"/>
              </w:rPr>
              <w:t>Liječnica obiteljske medicine</w:t>
            </w:r>
          </w:p>
        </w:tc>
        <w:tc>
          <w:tcPr>
            <w:tcW w:w="3207" w:type="dxa"/>
            <w:tcMar>
              <w:top w:w="80" w:type="dxa"/>
              <w:left w:w="80" w:type="dxa"/>
              <w:bottom w:w="80" w:type="dxa"/>
              <w:right w:w="80" w:type="dxa"/>
            </w:tcMar>
            <w:vAlign w:val="center"/>
          </w:tcPr>
          <w:p w14:paraId="1DD26D2E" w14:textId="77777777" w:rsidR="00871FBD" w:rsidRPr="00F51F43" w:rsidRDefault="00871FBD" w:rsidP="00871FBD">
            <w:pPr>
              <w:spacing w:after="0" w:line="240" w:lineRule="auto"/>
              <w:jc w:val="center"/>
              <w:rPr>
                <w:noProof/>
                <w:sz w:val="20"/>
                <w:szCs w:val="20"/>
              </w:rPr>
            </w:pPr>
            <w:r w:rsidRPr="00F51F43">
              <w:rPr>
                <w:noProof/>
                <w:sz w:val="20"/>
                <w:szCs w:val="20"/>
              </w:rPr>
              <w:t>Odlazak u obližnju stomatološku ordinaciju, aktivnosti za usvajanje pravilne oralne higijene, slikovnica Mrljek i Prljek, likovne aktivnosti</w:t>
            </w:r>
          </w:p>
        </w:tc>
        <w:tc>
          <w:tcPr>
            <w:tcW w:w="2928" w:type="dxa"/>
            <w:tcMar>
              <w:top w:w="80" w:type="dxa"/>
              <w:left w:w="80" w:type="dxa"/>
              <w:bottom w:w="80" w:type="dxa"/>
              <w:right w:w="80" w:type="dxa"/>
            </w:tcMar>
            <w:vAlign w:val="center"/>
          </w:tcPr>
          <w:p w14:paraId="2CB32DD1"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871FBD" w:rsidRPr="00F51F43" w14:paraId="5A71A0EF" w14:textId="77777777" w:rsidTr="00871FBD">
        <w:trPr>
          <w:cantSplit/>
          <w:jc w:val="center"/>
        </w:trPr>
        <w:tc>
          <w:tcPr>
            <w:tcW w:w="507" w:type="dxa"/>
            <w:tcMar>
              <w:top w:w="80" w:type="dxa"/>
              <w:left w:w="80" w:type="dxa"/>
              <w:bottom w:w="80" w:type="dxa"/>
              <w:right w:w="80" w:type="dxa"/>
            </w:tcMar>
            <w:vAlign w:val="center"/>
          </w:tcPr>
          <w:p w14:paraId="7A45FE7A"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395" w:type="dxa"/>
            <w:tcMar>
              <w:top w:w="80" w:type="dxa"/>
              <w:left w:w="80" w:type="dxa"/>
              <w:bottom w:w="80" w:type="dxa"/>
              <w:right w:w="80" w:type="dxa"/>
            </w:tcMar>
            <w:vAlign w:val="center"/>
          </w:tcPr>
          <w:p w14:paraId="6A409869"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4B23EB5B" w14:textId="77777777" w:rsidR="00871FBD" w:rsidRPr="00F51F43" w:rsidRDefault="00871FBD" w:rsidP="00871FBD">
            <w:pPr>
              <w:spacing w:after="0" w:line="240" w:lineRule="auto"/>
              <w:jc w:val="center"/>
              <w:rPr>
                <w:noProof/>
                <w:sz w:val="20"/>
                <w:szCs w:val="20"/>
              </w:rPr>
            </w:pPr>
            <w:r w:rsidRPr="00F51F43">
              <w:rPr>
                <w:noProof/>
                <w:sz w:val="20"/>
                <w:szCs w:val="20"/>
              </w:rPr>
              <w:t>Park, priroda u blizini vrtića, Ješkovo</w:t>
            </w:r>
          </w:p>
        </w:tc>
        <w:tc>
          <w:tcPr>
            <w:tcW w:w="1015" w:type="dxa"/>
            <w:tcMar>
              <w:top w:w="80" w:type="dxa"/>
              <w:left w:w="80" w:type="dxa"/>
              <w:bottom w:w="80" w:type="dxa"/>
              <w:right w:w="80" w:type="dxa"/>
            </w:tcMar>
            <w:vAlign w:val="center"/>
          </w:tcPr>
          <w:p w14:paraId="3C08DB86" w14:textId="77777777" w:rsidR="00871FBD" w:rsidRPr="00F51F43" w:rsidRDefault="00871FBD" w:rsidP="00871FBD">
            <w:pPr>
              <w:spacing w:after="0" w:line="240" w:lineRule="auto"/>
              <w:jc w:val="center"/>
              <w:rPr>
                <w:noProof/>
                <w:sz w:val="20"/>
                <w:szCs w:val="20"/>
              </w:rPr>
            </w:pPr>
            <w:r w:rsidRPr="00F51F43">
              <w:rPr>
                <w:noProof/>
                <w:sz w:val="20"/>
                <w:szCs w:val="20"/>
              </w:rPr>
              <w:t>jesen, proljeće</w:t>
            </w:r>
          </w:p>
        </w:tc>
        <w:tc>
          <w:tcPr>
            <w:tcW w:w="761" w:type="dxa"/>
            <w:tcMar>
              <w:top w:w="80" w:type="dxa"/>
              <w:left w:w="80" w:type="dxa"/>
              <w:bottom w:w="80" w:type="dxa"/>
              <w:right w:w="80" w:type="dxa"/>
            </w:tcMar>
            <w:vAlign w:val="center"/>
          </w:tcPr>
          <w:p w14:paraId="3ADA78E0"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6A5BF101"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6439A614" w14:textId="77777777" w:rsidR="00871FBD" w:rsidRPr="00F51F43" w:rsidRDefault="00871FBD" w:rsidP="00871FBD">
            <w:pPr>
              <w:spacing w:after="0" w:line="240" w:lineRule="auto"/>
              <w:jc w:val="center"/>
              <w:rPr>
                <w:noProof/>
                <w:sz w:val="20"/>
                <w:szCs w:val="20"/>
              </w:rPr>
            </w:pPr>
            <w:r w:rsidRPr="00F51F43">
              <w:rPr>
                <w:noProof/>
                <w:sz w:val="20"/>
                <w:szCs w:val="20"/>
              </w:rPr>
              <w:t>Odgojiteljice</w:t>
            </w:r>
          </w:p>
        </w:tc>
        <w:tc>
          <w:tcPr>
            <w:tcW w:w="3207" w:type="dxa"/>
            <w:tcMar>
              <w:top w:w="80" w:type="dxa"/>
              <w:left w:w="80" w:type="dxa"/>
              <w:bottom w:w="80" w:type="dxa"/>
              <w:right w:w="80" w:type="dxa"/>
            </w:tcMar>
            <w:vAlign w:val="center"/>
          </w:tcPr>
          <w:p w14:paraId="12A52AA1" w14:textId="77777777" w:rsidR="00871FBD" w:rsidRPr="00F51F43" w:rsidRDefault="00871FBD" w:rsidP="00871FBD">
            <w:pPr>
              <w:spacing w:after="0" w:line="240" w:lineRule="auto"/>
              <w:jc w:val="center"/>
              <w:rPr>
                <w:noProof/>
                <w:sz w:val="20"/>
                <w:szCs w:val="20"/>
              </w:rPr>
            </w:pPr>
            <w:r w:rsidRPr="00F51F43">
              <w:rPr>
                <w:noProof/>
                <w:sz w:val="20"/>
                <w:szCs w:val="20"/>
              </w:rPr>
              <w:t>Vožnja u minibusevima, promatranje prirode, igra na otvorenom, istraživanje prirodnih materijala</w:t>
            </w:r>
          </w:p>
        </w:tc>
        <w:tc>
          <w:tcPr>
            <w:tcW w:w="2928" w:type="dxa"/>
            <w:tcMar>
              <w:top w:w="80" w:type="dxa"/>
              <w:left w:w="80" w:type="dxa"/>
              <w:bottom w:w="80" w:type="dxa"/>
              <w:right w:w="80" w:type="dxa"/>
            </w:tcMar>
            <w:vAlign w:val="center"/>
          </w:tcPr>
          <w:p w14:paraId="65612266" w14:textId="77777777" w:rsidR="00871FBD" w:rsidRPr="00F51F43" w:rsidRDefault="00871FBD" w:rsidP="00871FBD">
            <w:pPr>
              <w:spacing w:after="0" w:line="240" w:lineRule="auto"/>
              <w:jc w:val="center"/>
              <w:rPr>
                <w:noProof/>
                <w:sz w:val="20"/>
                <w:szCs w:val="20"/>
              </w:rPr>
            </w:pPr>
            <w:r w:rsidRPr="00F51F43">
              <w:rPr>
                <w:noProof/>
                <w:sz w:val="20"/>
                <w:szCs w:val="20"/>
              </w:rPr>
              <w:t>reakcije djece, fotodokumentacija, bilješke odgojitelja, praćenje interesa</w:t>
            </w:r>
          </w:p>
        </w:tc>
      </w:tr>
      <w:tr w:rsidR="00871FBD" w:rsidRPr="00F51F43" w14:paraId="145EE8E3" w14:textId="77777777" w:rsidTr="00871FBD">
        <w:trPr>
          <w:cantSplit/>
          <w:jc w:val="center"/>
        </w:trPr>
        <w:tc>
          <w:tcPr>
            <w:tcW w:w="507" w:type="dxa"/>
            <w:tcMar>
              <w:top w:w="80" w:type="dxa"/>
              <w:left w:w="80" w:type="dxa"/>
              <w:bottom w:w="80" w:type="dxa"/>
              <w:right w:w="80" w:type="dxa"/>
            </w:tcMar>
            <w:vAlign w:val="center"/>
          </w:tcPr>
          <w:p w14:paraId="5437D0A8"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395" w:type="dxa"/>
            <w:tcMar>
              <w:top w:w="80" w:type="dxa"/>
              <w:left w:w="80" w:type="dxa"/>
              <w:bottom w:w="80" w:type="dxa"/>
              <w:right w:w="80" w:type="dxa"/>
            </w:tcMar>
            <w:vAlign w:val="center"/>
          </w:tcPr>
          <w:p w14:paraId="7C4CA315"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2319459B" w14:textId="77777777" w:rsidR="00871FBD" w:rsidRPr="00F51F43" w:rsidRDefault="00871FBD" w:rsidP="00871FBD">
            <w:pPr>
              <w:spacing w:after="0" w:line="240" w:lineRule="auto"/>
              <w:jc w:val="center"/>
              <w:rPr>
                <w:noProof/>
                <w:sz w:val="20"/>
                <w:szCs w:val="20"/>
              </w:rPr>
            </w:pPr>
            <w:r w:rsidRPr="00F51F43">
              <w:rPr>
                <w:noProof/>
                <w:sz w:val="20"/>
                <w:szCs w:val="20"/>
              </w:rPr>
              <w:t>po dogovoru</w:t>
            </w:r>
          </w:p>
        </w:tc>
        <w:tc>
          <w:tcPr>
            <w:tcW w:w="1015" w:type="dxa"/>
            <w:tcMar>
              <w:top w:w="80" w:type="dxa"/>
              <w:left w:w="80" w:type="dxa"/>
              <w:bottom w:w="80" w:type="dxa"/>
              <w:right w:w="80" w:type="dxa"/>
            </w:tcMar>
            <w:vAlign w:val="center"/>
          </w:tcPr>
          <w:p w14:paraId="1B901138" w14:textId="77777777" w:rsidR="00871FBD" w:rsidRPr="00F51F43" w:rsidRDefault="00871FBD" w:rsidP="00871FBD">
            <w:pPr>
              <w:spacing w:after="0" w:line="240" w:lineRule="auto"/>
              <w:jc w:val="center"/>
              <w:rPr>
                <w:noProof/>
                <w:sz w:val="20"/>
                <w:szCs w:val="20"/>
              </w:rPr>
            </w:pPr>
            <w:r w:rsidRPr="00F51F43">
              <w:rPr>
                <w:noProof/>
                <w:sz w:val="20"/>
                <w:szCs w:val="20"/>
              </w:rPr>
              <w:t>lipanj</w:t>
            </w:r>
          </w:p>
        </w:tc>
        <w:tc>
          <w:tcPr>
            <w:tcW w:w="761" w:type="dxa"/>
            <w:tcMar>
              <w:top w:w="80" w:type="dxa"/>
              <w:left w:w="80" w:type="dxa"/>
              <w:bottom w:w="80" w:type="dxa"/>
              <w:right w:w="80" w:type="dxa"/>
            </w:tcMar>
            <w:vAlign w:val="center"/>
          </w:tcPr>
          <w:p w14:paraId="00F156E2" w14:textId="77777777" w:rsidR="00871FBD" w:rsidRPr="00F51F43" w:rsidRDefault="00871FBD" w:rsidP="00871FBD">
            <w:pPr>
              <w:spacing w:after="0" w:line="240" w:lineRule="auto"/>
              <w:jc w:val="center"/>
              <w:rPr>
                <w:noProof/>
                <w:sz w:val="20"/>
                <w:szCs w:val="20"/>
              </w:rPr>
            </w:pPr>
            <w:r w:rsidRPr="00F51F43">
              <w:rPr>
                <w:noProof/>
                <w:sz w:val="20"/>
                <w:szCs w:val="20"/>
              </w:rPr>
              <w:t>14</w:t>
            </w:r>
          </w:p>
        </w:tc>
        <w:tc>
          <w:tcPr>
            <w:tcW w:w="1054" w:type="dxa"/>
            <w:tcMar>
              <w:top w:w="80" w:type="dxa"/>
              <w:left w:w="80" w:type="dxa"/>
              <w:bottom w:w="80" w:type="dxa"/>
              <w:right w:w="80" w:type="dxa"/>
            </w:tcMar>
            <w:vAlign w:val="center"/>
          </w:tcPr>
          <w:p w14:paraId="459EBECB" w14:textId="77777777" w:rsidR="00871FBD" w:rsidRPr="00F51F43" w:rsidRDefault="00871FBD" w:rsidP="00871FBD">
            <w:pPr>
              <w:spacing w:after="0" w:line="240" w:lineRule="auto"/>
              <w:jc w:val="center"/>
              <w:rPr>
                <w:noProof/>
                <w:sz w:val="20"/>
                <w:szCs w:val="20"/>
              </w:rPr>
            </w:pPr>
            <w:r w:rsidRPr="00F51F43">
              <w:rPr>
                <w:noProof/>
                <w:sz w:val="20"/>
                <w:szCs w:val="20"/>
              </w:rPr>
              <w:t>Sovice, Mali zeko</w:t>
            </w:r>
          </w:p>
        </w:tc>
        <w:tc>
          <w:tcPr>
            <w:tcW w:w="1701" w:type="dxa"/>
            <w:tcMar>
              <w:top w:w="80" w:type="dxa"/>
              <w:left w:w="80" w:type="dxa"/>
              <w:bottom w:w="80" w:type="dxa"/>
              <w:right w:w="80" w:type="dxa"/>
            </w:tcMar>
            <w:vAlign w:val="center"/>
          </w:tcPr>
          <w:p w14:paraId="760A4F68" w14:textId="77777777" w:rsidR="00871FBD" w:rsidRPr="00F51F43" w:rsidRDefault="00871FBD" w:rsidP="00871FBD">
            <w:pPr>
              <w:spacing w:after="0" w:line="240" w:lineRule="auto"/>
              <w:jc w:val="center"/>
              <w:rPr>
                <w:noProof/>
                <w:sz w:val="20"/>
                <w:szCs w:val="20"/>
              </w:rPr>
            </w:pPr>
            <w:r w:rsidRPr="00F51F43">
              <w:rPr>
                <w:noProof/>
                <w:sz w:val="20"/>
                <w:szCs w:val="20"/>
              </w:rPr>
              <w:t>Turistička agencija Turistički vodič</w:t>
            </w:r>
          </w:p>
        </w:tc>
        <w:tc>
          <w:tcPr>
            <w:tcW w:w="3207" w:type="dxa"/>
            <w:tcMar>
              <w:top w:w="80" w:type="dxa"/>
              <w:left w:w="80" w:type="dxa"/>
              <w:bottom w:w="80" w:type="dxa"/>
              <w:right w:w="80" w:type="dxa"/>
            </w:tcMar>
            <w:vAlign w:val="center"/>
          </w:tcPr>
          <w:p w14:paraId="04953009" w14:textId="77777777" w:rsidR="00871FBD" w:rsidRPr="00F51F43" w:rsidRDefault="00871FBD" w:rsidP="00871FBD">
            <w:pPr>
              <w:spacing w:after="0" w:line="240" w:lineRule="auto"/>
              <w:jc w:val="center"/>
              <w:rPr>
                <w:noProof/>
                <w:sz w:val="20"/>
                <w:szCs w:val="20"/>
              </w:rPr>
            </w:pPr>
            <w:r w:rsidRPr="00F51F43">
              <w:rPr>
                <w:noProof/>
                <w:sz w:val="20"/>
                <w:szCs w:val="20"/>
              </w:rPr>
              <w:t>posjet odabranoj destinaciji, razgledavanje odabranog/sudjelovanje u aktivnostima uključenim u aranžman, ručak, druženje/aktivnost prema ponudi agencije i dogovoru roditelja</w:t>
            </w:r>
          </w:p>
        </w:tc>
        <w:tc>
          <w:tcPr>
            <w:tcW w:w="2928" w:type="dxa"/>
            <w:tcMar>
              <w:top w:w="80" w:type="dxa"/>
              <w:left w:w="80" w:type="dxa"/>
              <w:bottom w:w="80" w:type="dxa"/>
              <w:right w:w="80" w:type="dxa"/>
            </w:tcMar>
            <w:vAlign w:val="center"/>
          </w:tcPr>
          <w:p w14:paraId="6A60886F"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w:t>
            </w:r>
          </w:p>
        </w:tc>
      </w:tr>
      <w:tr w:rsidR="00871FBD" w:rsidRPr="00F51F43" w14:paraId="6EB5A573" w14:textId="77777777" w:rsidTr="00871FBD">
        <w:trPr>
          <w:cantSplit/>
          <w:jc w:val="center"/>
        </w:trPr>
        <w:tc>
          <w:tcPr>
            <w:tcW w:w="507" w:type="dxa"/>
            <w:tcMar>
              <w:top w:w="80" w:type="dxa"/>
              <w:left w:w="80" w:type="dxa"/>
              <w:bottom w:w="80" w:type="dxa"/>
              <w:right w:w="80" w:type="dxa"/>
            </w:tcMar>
            <w:vAlign w:val="center"/>
          </w:tcPr>
          <w:p w14:paraId="181908C9"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14.</w:t>
            </w:r>
          </w:p>
        </w:tc>
        <w:tc>
          <w:tcPr>
            <w:tcW w:w="1395" w:type="dxa"/>
            <w:tcMar>
              <w:top w:w="80" w:type="dxa"/>
              <w:left w:w="80" w:type="dxa"/>
              <w:bottom w:w="80" w:type="dxa"/>
              <w:right w:w="80" w:type="dxa"/>
            </w:tcMar>
            <w:vAlign w:val="center"/>
          </w:tcPr>
          <w:p w14:paraId="1372C2F7"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34AE3D32" w14:textId="77777777" w:rsidR="00871FBD" w:rsidRPr="00F51F43" w:rsidRDefault="00871FBD" w:rsidP="00871FBD">
            <w:pPr>
              <w:spacing w:after="0" w:line="240" w:lineRule="auto"/>
              <w:jc w:val="center"/>
              <w:rPr>
                <w:noProof/>
                <w:sz w:val="20"/>
                <w:szCs w:val="20"/>
              </w:rPr>
            </w:pPr>
            <w:r w:rsidRPr="00F51F43">
              <w:rPr>
                <w:noProof/>
                <w:sz w:val="20"/>
                <w:szCs w:val="20"/>
              </w:rPr>
              <w:t>općina Gola</w:t>
            </w:r>
          </w:p>
        </w:tc>
        <w:tc>
          <w:tcPr>
            <w:tcW w:w="1015" w:type="dxa"/>
            <w:tcMar>
              <w:top w:w="80" w:type="dxa"/>
              <w:left w:w="80" w:type="dxa"/>
              <w:bottom w:w="80" w:type="dxa"/>
              <w:right w:w="80" w:type="dxa"/>
            </w:tcMar>
            <w:vAlign w:val="center"/>
          </w:tcPr>
          <w:p w14:paraId="1B6E7B3C"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787A7EFD" w14:textId="77777777" w:rsidR="00871FBD" w:rsidRPr="00F51F43" w:rsidRDefault="00871FBD" w:rsidP="00871FBD">
            <w:pPr>
              <w:spacing w:after="0" w:line="240" w:lineRule="auto"/>
              <w:jc w:val="center"/>
              <w:rPr>
                <w:noProof/>
                <w:sz w:val="20"/>
                <w:szCs w:val="20"/>
              </w:rPr>
            </w:pPr>
            <w:r w:rsidRPr="00F51F43">
              <w:rPr>
                <w:noProof/>
                <w:sz w:val="20"/>
                <w:szCs w:val="20"/>
              </w:rPr>
              <w:t>14</w:t>
            </w:r>
          </w:p>
        </w:tc>
        <w:tc>
          <w:tcPr>
            <w:tcW w:w="1054" w:type="dxa"/>
            <w:tcMar>
              <w:top w:w="80" w:type="dxa"/>
              <w:left w:w="80" w:type="dxa"/>
              <w:bottom w:w="80" w:type="dxa"/>
              <w:right w:w="80" w:type="dxa"/>
            </w:tcMar>
            <w:vAlign w:val="center"/>
          </w:tcPr>
          <w:p w14:paraId="0E66BA15" w14:textId="77777777" w:rsidR="00871FBD" w:rsidRPr="00F51F43" w:rsidRDefault="00871FBD" w:rsidP="00871FBD">
            <w:pPr>
              <w:spacing w:after="0" w:line="240" w:lineRule="auto"/>
              <w:jc w:val="center"/>
              <w:rPr>
                <w:noProof/>
                <w:sz w:val="20"/>
                <w:szCs w:val="20"/>
              </w:rPr>
            </w:pPr>
            <w:r w:rsidRPr="00F51F43">
              <w:rPr>
                <w:noProof/>
                <w:sz w:val="20"/>
                <w:szCs w:val="20"/>
              </w:rPr>
              <w:t>Sovice</w:t>
            </w:r>
          </w:p>
        </w:tc>
        <w:tc>
          <w:tcPr>
            <w:tcW w:w="1701" w:type="dxa"/>
            <w:tcMar>
              <w:top w:w="80" w:type="dxa"/>
              <w:left w:w="80" w:type="dxa"/>
              <w:bottom w:w="80" w:type="dxa"/>
              <w:right w:w="80" w:type="dxa"/>
            </w:tcMar>
            <w:vAlign w:val="center"/>
          </w:tcPr>
          <w:p w14:paraId="15FD6902" w14:textId="77777777" w:rsidR="00871FBD" w:rsidRPr="00F51F43" w:rsidRDefault="00871FBD" w:rsidP="00871FBD">
            <w:pPr>
              <w:spacing w:after="0" w:line="240" w:lineRule="auto"/>
              <w:jc w:val="center"/>
              <w:rPr>
                <w:noProof/>
                <w:sz w:val="20"/>
                <w:szCs w:val="20"/>
              </w:rPr>
            </w:pPr>
            <w:r w:rsidRPr="00F51F43">
              <w:rPr>
                <w:noProof/>
                <w:sz w:val="20"/>
                <w:szCs w:val="20"/>
              </w:rPr>
              <w:t>Djelatnici općine Gola</w:t>
            </w:r>
          </w:p>
        </w:tc>
        <w:tc>
          <w:tcPr>
            <w:tcW w:w="3207" w:type="dxa"/>
            <w:tcMar>
              <w:top w:w="80" w:type="dxa"/>
              <w:left w:w="80" w:type="dxa"/>
              <w:bottom w:w="80" w:type="dxa"/>
              <w:right w:w="80" w:type="dxa"/>
            </w:tcMar>
            <w:vAlign w:val="center"/>
          </w:tcPr>
          <w:p w14:paraId="35B2401A" w14:textId="77777777" w:rsidR="00871FBD" w:rsidRPr="00F51F43" w:rsidRDefault="00871FBD" w:rsidP="00871FBD">
            <w:pPr>
              <w:spacing w:after="0" w:line="240" w:lineRule="auto"/>
              <w:jc w:val="center"/>
              <w:rPr>
                <w:noProof/>
                <w:sz w:val="20"/>
                <w:szCs w:val="20"/>
              </w:rPr>
            </w:pPr>
            <w:r w:rsidRPr="00F51F43">
              <w:rPr>
                <w:noProof/>
                <w:sz w:val="20"/>
                <w:szCs w:val="20"/>
              </w:rPr>
              <w:t>posjet općini uoči fašničke povorke</w:t>
            </w:r>
          </w:p>
        </w:tc>
        <w:tc>
          <w:tcPr>
            <w:tcW w:w="2928" w:type="dxa"/>
            <w:tcMar>
              <w:top w:w="80" w:type="dxa"/>
              <w:left w:w="80" w:type="dxa"/>
              <w:bottom w:w="80" w:type="dxa"/>
              <w:right w:w="80" w:type="dxa"/>
            </w:tcMar>
            <w:vAlign w:val="center"/>
          </w:tcPr>
          <w:p w14:paraId="1251FF23"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w:t>
            </w:r>
          </w:p>
        </w:tc>
      </w:tr>
      <w:tr w:rsidR="00871FBD" w:rsidRPr="00F51F43" w14:paraId="51502B6F" w14:textId="77777777" w:rsidTr="00871FBD">
        <w:trPr>
          <w:cantSplit/>
          <w:jc w:val="center"/>
        </w:trPr>
        <w:tc>
          <w:tcPr>
            <w:tcW w:w="507" w:type="dxa"/>
            <w:tcMar>
              <w:top w:w="80" w:type="dxa"/>
              <w:left w:w="80" w:type="dxa"/>
              <w:bottom w:w="80" w:type="dxa"/>
              <w:right w:w="80" w:type="dxa"/>
            </w:tcMar>
            <w:vAlign w:val="center"/>
          </w:tcPr>
          <w:p w14:paraId="49990E69"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395" w:type="dxa"/>
            <w:tcMar>
              <w:top w:w="80" w:type="dxa"/>
              <w:left w:w="80" w:type="dxa"/>
              <w:bottom w:w="80" w:type="dxa"/>
              <w:right w:w="80" w:type="dxa"/>
            </w:tcMar>
            <w:vAlign w:val="center"/>
          </w:tcPr>
          <w:p w14:paraId="0FCA9FB3"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6B5D496D" w14:textId="77777777" w:rsidR="00871FBD" w:rsidRPr="00F51F43" w:rsidRDefault="00871FBD" w:rsidP="00871FBD">
            <w:pPr>
              <w:spacing w:after="0" w:line="240" w:lineRule="auto"/>
              <w:jc w:val="center"/>
              <w:rPr>
                <w:noProof/>
                <w:sz w:val="20"/>
                <w:szCs w:val="20"/>
              </w:rPr>
            </w:pPr>
            <w:r w:rsidRPr="00F51F43">
              <w:rPr>
                <w:noProof/>
                <w:sz w:val="20"/>
                <w:szCs w:val="20"/>
              </w:rPr>
              <w:t>Fugaplast d.o.o</w:t>
            </w:r>
          </w:p>
        </w:tc>
        <w:tc>
          <w:tcPr>
            <w:tcW w:w="1015" w:type="dxa"/>
            <w:tcMar>
              <w:top w:w="80" w:type="dxa"/>
              <w:left w:w="80" w:type="dxa"/>
              <w:bottom w:w="80" w:type="dxa"/>
              <w:right w:w="80" w:type="dxa"/>
            </w:tcMar>
            <w:vAlign w:val="center"/>
          </w:tcPr>
          <w:p w14:paraId="74D6CBA9"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6F501657" w14:textId="77777777" w:rsidR="00871FBD" w:rsidRPr="00F51F43" w:rsidRDefault="00871FBD" w:rsidP="00871FBD">
            <w:pPr>
              <w:spacing w:after="0" w:line="240" w:lineRule="auto"/>
              <w:jc w:val="center"/>
              <w:rPr>
                <w:noProof/>
                <w:sz w:val="20"/>
                <w:szCs w:val="20"/>
              </w:rPr>
            </w:pPr>
            <w:r w:rsidRPr="00F51F43">
              <w:rPr>
                <w:noProof/>
                <w:sz w:val="20"/>
                <w:szCs w:val="20"/>
              </w:rPr>
              <w:t>14</w:t>
            </w:r>
          </w:p>
        </w:tc>
        <w:tc>
          <w:tcPr>
            <w:tcW w:w="1054" w:type="dxa"/>
            <w:tcMar>
              <w:top w:w="80" w:type="dxa"/>
              <w:left w:w="80" w:type="dxa"/>
              <w:bottom w:w="80" w:type="dxa"/>
              <w:right w:w="80" w:type="dxa"/>
            </w:tcMar>
            <w:vAlign w:val="center"/>
          </w:tcPr>
          <w:p w14:paraId="6E7602DC" w14:textId="77777777" w:rsidR="00871FBD" w:rsidRPr="00F51F43" w:rsidRDefault="00871FBD" w:rsidP="00871FBD">
            <w:pPr>
              <w:spacing w:after="0" w:line="240" w:lineRule="auto"/>
              <w:jc w:val="center"/>
              <w:rPr>
                <w:noProof/>
                <w:sz w:val="20"/>
                <w:szCs w:val="20"/>
              </w:rPr>
            </w:pPr>
            <w:r w:rsidRPr="00F51F43">
              <w:rPr>
                <w:noProof/>
                <w:sz w:val="20"/>
                <w:szCs w:val="20"/>
              </w:rPr>
              <w:t>Sovice</w:t>
            </w:r>
          </w:p>
        </w:tc>
        <w:tc>
          <w:tcPr>
            <w:tcW w:w="1701" w:type="dxa"/>
            <w:tcMar>
              <w:top w:w="80" w:type="dxa"/>
              <w:left w:w="80" w:type="dxa"/>
              <w:bottom w:w="80" w:type="dxa"/>
              <w:right w:w="80" w:type="dxa"/>
            </w:tcMar>
            <w:vAlign w:val="center"/>
          </w:tcPr>
          <w:p w14:paraId="4058AA7B" w14:textId="77777777" w:rsidR="00871FBD" w:rsidRPr="00F51F43" w:rsidRDefault="00871FBD" w:rsidP="00871FBD">
            <w:pPr>
              <w:spacing w:after="0" w:line="240" w:lineRule="auto"/>
              <w:jc w:val="center"/>
              <w:rPr>
                <w:noProof/>
                <w:sz w:val="20"/>
                <w:szCs w:val="20"/>
              </w:rPr>
            </w:pPr>
            <w:r w:rsidRPr="00F51F43">
              <w:rPr>
                <w:noProof/>
                <w:sz w:val="20"/>
                <w:szCs w:val="20"/>
              </w:rPr>
              <w:t>Djelatnici Fugaplasta</w:t>
            </w:r>
          </w:p>
        </w:tc>
        <w:tc>
          <w:tcPr>
            <w:tcW w:w="3207" w:type="dxa"/>
            <w:tcMar>
              <w:top w:w="80" w:type="dxa"/>
              <w:left w:w="80" w:type="dxa"/>
              <w:bottom w:w="80" w:type="dxa"/>
              <w:right w:w="80" w:type="dxa"/>
            </w:tcMar>
            <w:vAlign w:val="center"/>
          </w:tcPr>
          <w:p w14:paraId="24911491" w14:textId="77777777" w:rsidR="00871FBD" w:rsidRPr="00F51F43" w:rsidRDefault="00871FBD" w:rsidP="00871FBD">
            <w:pPr>
              <w:spacing w:after="0" w:line="240" w:lineRule="auto"/>
              <w:jc w:val="center"/>
              <w:rPr>
                <w:noProof/>
                <w:sz w:val="20"/>
                <w:szCs w:val="20"/>
              </w:rPr>
            </w:pPr>
            <w:r w:rsidRPr="00F51F43">
              <w:rPr>
                <w:noProof/>
                <w:sz w:val="20"/>
                <w:szCs w:val="20"/>
              </w:rPr>
              <w:t>posjet općini uoči fašničke povorke</w:t>
            </w:r>
          </w:p>
        </w:tc>
        <w:tc>
          <w:tcPr>
            <w:tcW w:w="2928" w:type="dxa"/>
            <w:tcMar>
              <w:top w:w="80" w:type="dxa"/>
              <w:left w:w="80" w:type="dxa"/>
              <w:bottom w:w="80" w:type="dxa"/>
              <w:right w:w="80" w:type="dxa"/>
            </w:tcMar>
            <w:vAlign w:val="center"/>
          </w:tcPr>
          <w:p w14:paraId="6CCEB705"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w:t>
            </w:r>
          </w:p>
        </w:tc>
      </w:tr>
      <w:tr w:rsidR="00871FBD" w:rsidRPr="00F51F43" w14:paraId="41C17A3D" w14:textId="77777777" w:rsidTr="00871FBD">
        <w:trPr>
          <w:cantSplit/>
          <w:jc w:val="center"/>
        </w:trPr>
        <w:tc>
          <w:tcPr>
            <w:tcW w:w="507" w:type="dxa"/>
            <w:tcMar>
              <w:top w:w="80" w:type="dxa"/>
              <w:left w:w="80" w:type="dxa"/>
              <w:bottom w:w="80" w:type="dxa"/>
              <w:right w:w="80" w:type="dxa"/>
            </w:tcMar>
            <w:vAlign w:val="center"/>
          </w:tcPr>
          <w:p w14:paraId="0B9F1B77" w14:textId="77777777" w:rsidR="00871FBD" w:rsidRPr="00F51F43" w:rsidRDefault="00871FBD" w:rsidP="00871FBD">
            <w:pPr>
              <w:spacing w:after="0" w:line="240" w:lineRule="auto"/>
              <w:jc w:val="center"/>
              <w:rPr>
                <w:noProof/>
                <w:sz w:val="20"/>
                <w:szCs w:val="20"/>
              </w:rPr>
            </w:pPr>
            <w:r w:rsidRPr="00F51F43">
              <w:rPr>
                <w:noProof/>
                <w:sz w:val="20"/>
                <w:szCs w:val="20"/>
              </w:rPr>
              <w:t>16.</w:t>
            </w:r>
          </w:p>
        </w:tc>
        <w:tc>
          <w:tcPr>
            <w:tcW w:w="1395" w:type="dxa"/>
            <w:tcMar>
              <w:top w:w="80" w:type="dxa"/>
              <w:left w:w="80" w:type="dxa"/>
              <w:bottom w:w="80" w:type="dxa"/>
              <w:right w:w="80" w:type="dxa"/>
            </w:tcMar>
            <w:vAlign w:val="center"/>
          </w:tcPr>
          <w:p w14:paraId="71ED6B69"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3C3E8A6A" w14:textId="77777777" w:rsidR="00871FBD" w:rsidRPr="00F51F43" w:rsidRDefault="00871FBD" w:rsidP="00871FBD">
            <w:pPr>
              <w:spacing w:after="0" w:line="240" w:lineRule="auto"/>
              <w:jc w:val="center"/>
              <w:rPr>
                <w:noProof/>
                <w:sz w:val="20"/>
                <w:szCs w:val="20"/>
              </w:rPr>
            </w:pPr>
            <w:r w:rsidRPr="00F51F43">
              <w:rPr>
                <w:noProof/>
                <w:sz w:val="20"/>
                <w:szCs w:val="20"/>
              </w:rPr>
              <w:t>DVD Gola</w:t>
            </w:r>
          </w:p>
        </w:tc>
        <w:tc>
          <w:tcPr>
            <w:tcW w:w="1015" w:type="dxa"/>
            <w:tcMar>
              <w:top w:w="80" w:type="dxa"/>
              <w:left w:w="80" w:type="dxa"/>
              <w:bottom w:w="80" w:type="dxa"/>
              <w:right w:w="80" w:type="dxa"/>
            </w:tcMar>
            <w:vAlign w:val="center"/>
          </w:tcPr>
          <w:p w14:paraId="4650D44E"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25ED9F56" w14:textId="77777777" w:rsidR="00871FBD" w:rsidRPr="00F51F43" w:rsidRDefault="00871FBD" w:rsidP="00871FBD">
            <w:pPr>
              <w:spacing w:after="0" w:line="240" w:lineRule="auto"/>
              <w:jc w:val="center"/>
              <w:rPr>
                <w:noProof/>
                <w:sz w:val="20"/>
                <w:szCs w:val="20"/>
              </w:rPr>
            </w:pPr>
            <w:r w:rsidRPr="00F51F43">
              <w:rPr>
                <w:noProof/>
                <w:sz w:val="20"/>
                <w:szCs w:val="20"/>
              </w:rPr>
              <w:t>14</w:t>
            </w:r>
          </w:p>
        </w:tc>
        <w:tc>
          <w:tcPr>
            <w:tcW w:w="1054" w:type="dxa"/>
            <w:tcMar>
              <w:top w:w="80" w:type="dxa"/>
              <w:left w:w="80" w:type="dxa"/>
              <w:bottom w:w="80" w:type="dxa"/>
              <w:right w:w="80" w:type="dxa"/>
            </w:tcMar>
            <w:vAlign w:val="center"/>
          </w:tcPr>
          <w:p w14:paraId="28066868" w14:textId="77777777" w:rsidR="00871FBD" w:rsidRPr="00F51F43" w:rsidRDefault="00871FBD" w:rsidP="00871FBD">
            <w:pPr>
              <w:spacing w:after="0" w:line="240" w:lineRule="auto"/>
              <w:jc w:val="center"/>
              <w:rPr>
                <w:noProof/>
                <w:sz w:val="20"/>
                <w:szCs w:val="20"/>
              </w:rPr>
            </w:pPr>
            <w:r w:rsidRPr="00F51F43">
              <w:rPr>
                <w:noProof/>
                <w:sz w:val="20"/>
                <w:szCs w:val="20"/>
              </w:rPr>
              <w:t>Sovice</w:t>
            </w:r>
          </w:p>
        </w:tc>
        <w:tc>
          <w:tcPr>
            <w:tcW w:w="1701" w:type="dxa"/>
            <w:tcMar>
              <w:top w:w="80" w:type="dxa"/>
              <w:left w:w="80" w:type="dxa"/>
              <w:bottom w:w="80" w:type="dxa"/>
              <w:right w:w="80" w:type="dxa"/>
            </w:tcMar>
            <w:vAlign w:val="center"/>
          </w:tcPr>
          <w:p w14:paraId="18E0202C" w14:textId="77777777" w:rsidR="00871FBD" w:rsidRPr="00F51F43" w:rsidRDefault="00871FBD" w:rsidP="00871FBD">
            <w:pPr>
              <w:spacing w:after="0" w:line="240" w:lineRule="auto"/>
              <w:jc w:val="center"/>
              <w:rPr>
                <w:noProof/>
                <w:sz w:val="20"/>
                <w:szCs w:val="20"/>
              </w:rPr>
            </w:pPr>
            <w:r w:rsidRPr="00F51F43">
              <w:rPr>
                <w:noProof/>
                <w:sz w:val="20"/>
                <w:szCs w:val="20"/>
              </w:rPr>
              <w:t>DVD Gola</w:t>
            </w:r>
          </w:p>
        </w:tc>
        <w:tc>
          <w:tcPr>
            <w:tcW w:w="3207" w:type="dxa"/>
            <w:tcMar>
              <w:top w:w="80" w:type="dxa"/>
              <w:left w:w="80" w:type="dxa"/>
              <w:bottom w:w="80" w:type="dxa"/>
              <w:right w:w="80" w:type="dxa"/>
            </w:tcMar>
            <w:vAlign w:val="center"/>
          </w:tcPr>
          <w:p w14:paraId="693EE8E9" w14:textId="77777777" w:rsidR="00871FBD" w:rsidRPr="00F51F43" w:rsidRDefault="00871FBD" w:rsidP="00871FBD">
            <w:pPr>
              <w:spacing w:after="0" w:line="240" w:lineRule="auto"/>
              <w:jc w:val="center"/>
              <w:rPr>
                <w:noProof/>
                <w:sz w:val="20"/>
                <w:szCs w:val="20"/>
              </w:rPr>
            </w:pPr>
            <w:r w:rsidRPr="00F51F43">
              <w:rPr>
                <w:noProof/>
                <w:sz w:val="20"/>
                <w:szCs w:val="20"/>
              </w:rPr>
              <w:t>razgledavanje vatrogasne opreme, vožnja vatrogasnim kolima, isprobavanje dijela vatrogasne opreme (kacige, brentače...)</w:t>
            </w:r>
          </w:p>
        </w:tc>
        <w:tc>
          <w:tcPr>
            <w:tcW w:w="2928" w:type="dxa"/>
            <w:tcMar>
              <w:top w:w="80" w:type="dxa"/>
              <w:left w:w="80" w:type="dxa"/>
              <w:bottom w:w="80" w:type="dxa"/>
              <w:right w:w="80" w:type="dxa"/>
            </w:tcMar>
            <w:vAlign w:val="center"/>
          </w:tcPr>
          <w:p w14:paraId="2D7A23F0"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w:t>
            </w:r>
          </w:p>
        </w:tc>
      </w:tr>
      <w:tr w:rsidR="00871FBD" w:rsidRPr="00F51F43" w14:paraId="2162C194" w14:textId="77777777" w:rsidTr="00871FBD">
        <w:trPr>
          <w:cantSplit/>
          <w:jc w:val="center"/>
        </w:trPr>
        <w:tc>
          <w:tcPr>
            <w:tcW w:w="507" w:type="dxa"/>
            <w:tcMar>
              <w:top w:w="80" w:type="dxa"/>
              <w:left w:w="80" w:type="dxa"/>
              <w:bottom w:w="80" w:type="dxa"/>
              <w:right w:w="80" w:type="dxa"/>
            </w:tcMar>
            <w:vAlign w:val="center"/>
          </w:tcPr>
          <w:p w14:paraId="367B5E03"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395" w:type="dxa"/>
            <w:tcMar>
              <w:top w:w="80" w:type="dxa"/>
              <w:left w:w="80" w:type="dxa"/>
              <w:bottom w:w="80" w:type="dxa"/>
              <w:right w:w="80" w:type="dxa"/>
            </w:tcMar>
            <w:vAlign w:val="center"/>
          </w:tcPr>
          <w:p w14:paraId="35D2697D"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6425B66D" w14:textId="77777777" w:rsidR="00871FBD" w:rsidRPr="00F51F43" w:rsidRDefault="00871FBD" w:rsidP="00871FBD">
            <w:pPr>
              <w:spacing w:after="0" w:line="240" w:lineRule="auto"/>
              <w:jc w:val="center"/>
              <w:rPr>
                <w:noProof/>
                <w:sz w:val="20"/>
                <w:szCs w:val="20"/>
              </w:rPr>
            </w:pPr>
            <w:r w:rsidRPr="00F51F43">
              <w:rPr>
                <w:noProof/>
                <w:sz w:val="20"/>
                <w:szCs w:val="20"/>
              </w:rPr>
              <w:t>Galerija Ivan Večenaj</w:t>
            </w:r>
          </w:p>
        </w:tc>
        <w:tc>
          <w:tcPr>
            <w:tcW w:w="1015" w:type="dxa"/>
            <w:tcMar>
              <w:top w:w="80" w:type="dxa"/>
              <w:left w:w="80" w:type="dxa"/>
              <w:bottom w:w="80" w:type="dxa"/>
              <w:right w:w="80" w:type="dxa"/>
            </w:tcMar>
            <w:vAlign w:val="center"/>
          </w:tcPr>
          <w:p w14:paraId="15D46185"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0FADF0B4" w14:textId="77777777" w:rsidR="00871FBD" w:rsidRPr="00F51F43" w:rsidRDefault="00871FBD" w:rsidP="00871FBD">
            <w:pPr>
              <w:spacing w:after="0" w:line="240" w:lineRule="auto"/>
              <w:jc w:val="center"/>
              <w:rPr>
                <w:noProof/>
                <w:sz w:val="20"/>
                <w:szCs w:val="20"/>
              </w:rPr>
            </w:pPr>
            <w:r w:rsidRPr="00F51F43">
              <w:rPr>
                <w:noProof/>
                <w:sz w:val="20"/>
                <w:szCs w:val="20"/>
              </w:rPr>
              <w:t>14</w:t>
            </w:r>
          </w:p>
        </w:tc>
        <w:tc>
          <w:tcPr>
            <w:tcW w:w="1054" w:type="dxa"/>
            <w:tcMar>
              <w:top w:w="80" w:type="dxa"/>
              <w:left w:w="80" w:type="dxa"/>
              <w:bottom w:w="80" w:type="dxa"/>
              <w:right w:w="80" w:type="dxa"/>
            </w:tcMar>
            <w:vAlign w:val="center"/>
          </w:tcPr>
          <w:p w14:paraId="1EF7E483" w14:textId="77777777" w:rsidR="00871FBD" w:rsidRPr="00F51F43" w:rsidRDefault="00871FBD" w:rsidP="00871FBD">
            <w:pPr>
              <w:spacing w:after="0" w:line="240" w:lineRule="auto"/>
              <w:jc w:val="center"/>
              <w:rPr>
                <w:noProof/>
                <w:sz w:val="20"/>
                <w:szCs w:val="20"/>
              </w:rPr>
            </w:pPr>
            <w:r w:rsidRPr="00F51F43">
              <w:rPr>
                <w:noProof/>
                <w:sz w:val="20"/>
                <w:szCs w:val="20"/>
              </w:rPr>
              <w:t>Sovice</w:t>
            </w:r>
          </w:p>
        </w:tc>
        <w:tc>
          <w:tcPr>
            <w:tcW w:w="1701" w:type="dxa"/>
            <w:tcMar>
              <w:top w:w="80" w:type="dxa"/>
              <w:left w:w="80" w:type="dxa"/>
              <w:bottom w:w="80" w:type="dxa"/>
              <w:right w:w="80" w:type="dxa"/>
            </w:tcMar>
            <w:vAlign w:val="center"/>
          </w:tcPr>
          <w:p w14:paraId="27063522" w14:textId="77777777" w:rsidR="00871FBD" w:rsidRPr="00F51F43" w:rsidRDefault="00871FBD" w:rsidP="00871FBD">
            <w:pPr>
              <w:spacing w:after="0" w:line="240" w:lineRule="auto"/>
              <w:jc w:val="center"/>
              <w:rPr>
                <w:noProof/>
                <w:sz w:val="20"/>
                <w:szCs w:val="20"/>
              </w:rPr>
            </w:pPr>
            <w:r w:rsidRPr="00F51F43">
              <w:rPr>
                <w:noProof/>
                <w:sz w:val="20"/>
                <w:szCs w:val="20"/>
              </w:rPr>
              <w:t>Mladen Večenaj</w:t>
            </w:r>
          </w:p>
        </w:tc>
        <w:tc>
          <w:tcPr>
            <w:tcW w:w="3207" w:type="dxa"/>
            <w:tcMar>
              <w:top w:w="80" w:type="dxa"/>
              <w:left w:w="80" w:type="dxa"/>
              <w:bottom w:w="80" w:type="dxa"/>
              <w:right w:w="80" w:type="dxa"/>
            </w:tcMar>
            <w:vAlign w:val="center"/>
          </w:tcPr>
          <w:p w14:paraId="34310E07" w14:textId="77777777" w:rsidR="00871FBD" w:rsidRPr="00F51F43" w:rsidRDefault="00871FBD" w:rsidP="00871FBD">
            <w:pPr>
              <w:spacing w:after="0" w:line="240" w:lineRule="auto"/>
              <w:jc w:val="center"/>
              <w:rPr>
                <w:noProof/>
                <w:sz w:val="20"/>
                <w:szCs w:val="20"/>
              </w:rPr>
            </w:pPr>
            <w:r w:rsidRPr="00F51F43">
              <w:rPr>
                <w:noProof/>
                <w:sz w:val="20"/>
                <w:szCs w:val="20"/>
              </w:rPr>
              <w:t>šetnja prostorom galerije uz ., promatranje slika, likovna aktivnost u galeriji (bojenje prstima, slobodno crtanje bojama</w:t>
            </w:r>
          </w:p>
        </w:tc>
        <w:tc>
          <w:tcPr>
            <w:tcW w:w="2928" w:type="dxa"/>
            <w:tcMar>
              <w:top w:w="80" w:type="dxa"/>
              <w:left w:w="80" w:type="dxa"/>
              <w:bottom w:w="80" w:type="dxa"/>
              <w:right w:w="80" w:type="dxa"/>
            </w:tcMar>
            <w:vAlign w:val="center"/>
          </w:tcPr>
          <w:p w14:paraId="58F3F09E"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w:t>
            </w:r>
          </w:p>
        </w:tc>
      </w:tr>
      <w:tr w:rsidR="00871FBD" w:rsidRPr="00F51F43" w14:paraId="4AF554B4" w14:textId="77777777" w:rsidTr="00871FBD">
        <w:trPr>
          <w:cantSplit/>
          <w:jc w:val="center"/>
        </w:trPr>
        <w:tc>
          <w:tcPr>
            <w:tcW w:w="507" w:type="dxa"/>
            <w:tcMar>
              <w:top w:w="80" w:type="dxa"/>
              <w:left w:w="80" w:type="dxa"/>
              <w:bottom w:w="80" w:type="dxa"/>
              <w:right w:w="80" w:type="dxa"/>
            </w:tcMar>
            <w:vAlign w:val="center"/>
          </w:tcPr>
          <w:p w14:paraId="64A91EFC" w14:textId="77777777" w:rsidR="00871FBD" w:rsidRPr="00F51F43" w:rsidRDefault="00871FBD" w:rsidP="00871FBD">
            <w:pPr>
              <w:spacing w:after="0" w:line="240" w:lineRule="auto"/>
              <w:jc w:val="center"/>
              <w:rPr>
                <w:noProof/>
                <w:sz w:val="20"/>
                <w:szCs w:val="20"/>
              </w:rPr>
            </w:pPr>
            <w:r w:rsidRPr="00F51F43">
              <w:rPr>
                <w:noProof/>
                <w:sz w:val="20"/>
                <w:szCs w:val="20"/>
              </w:rPr>
              <w:t>18.</w:t>
            </w:r>
          </w:p>
        </w:tc>
        <w:tc>
          <w:tcPr>
            <w:tcW w:w="1395" w:type="dxa"/>
            <w:tcMar>
              <w:top w:w="80" w:type="dxa"/>
              <w:left w:w="80" w:type="dxa"/>
              <w:bottom w:w="80" w:type="dxa"/>
              <w:right w:w="80" w:type="dxa"/>
            </w:tcMar>
            <w:vAlign w:val="center"/>
          </w:tcPr>
          <w:p w14:paraId="471689AE"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46ACB3C6" w14:textId="77777777" w:rsidR="00871FBD" w:rsidRPr="00F51F43" w:rsidRDefault="00871FBD" w:rsidP="00871FBD">
            <w:pPr>
              <w:spacing w:after="0" w:line="240" w:lineRule="auto"/>
              <w:jc w:val="center"/>
              <w:rPr>
                <w:noProof/>
                <w:sz w:val="20"/>
                <w:szCs w:val="20"/>
              </w:rPr>
            </w:pPr>
            <w:r w:rsidRPr="00F51F43">
              <w:rPr>
                <w:noProof/>
                <w:sz w:val="20"/>
                <w:szCs w:val="20"/>
              </w:rPr>
              <w:t>prema dogovoru</w:t>
            </w:r>
          </w:p>
        </w:tc>
        <w:tc>
          <w:tcPr>
            <w:tcW w:w="1015" w:type="dxa"/>
            <w:tcMar>
              <w:top w:w="80" w:type="dxa"/>
              <w:left w:w="80" w:type="dxa"/>
              <w:bottom w:w="80" w:type="dxa"/>
              <w:right w:w="80" w:type="dxa"/>
            </w:tcMar>
            <w:vAlign w:val="center"/>
          </w:tcPr>
          <w:p w14:paraId="6A798B6B" w14:textId="77777777" w:rsidR="00871FBD" w:rsidRPr="00F51F43" w:rsidRDefault="00871FBD" w:rsidP="00871FBD">
            <w:pPr>
              <w:spacing w:after="0" w:line="240" w:lineRule="auto"/>
              <w:jc w:val="center"/>
              <w:rPr>
                <w:noProof/>
                <w:sz w:val="20"/>
                <w:szCs w:val="20"/>
              </w:rPr>
            </w:pPr>
            <w:r w:rsidRPr="00F51F43">
              <w:rPr>
                <w:noProof/>
                <w:sz w:val="20"/>
                <w:szCs w:val="20"/>
              </w:rPr>
              <w:t>lipanj</w:t>
            </w:r>
          </w:p>
        </w:tc>
        <w:tc>
          <w:tcPr>
            <w:tcW w:w="761" w:type="dxa"/>
            <w:tcMar>
              <w:top w:w="80" w:type="dxa"/>
              <w:left w:w="80" w:type="dxa"/>
              <w:bottom w:w="80" w:type="dxa"/>
              <w:right w:w="80" w:type="dxa"/>
            </w:tcMar>
            <w:vAlign w:val="center"/>
          </w:tcPr>
          <w:p w14:paraId="53E67591"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4B391284" w14:textId="77777777" w:rsidR="00871FBD" w:rsidRPr="00F51F43" w:rsidRDefault="00871FBD" w:rsidP="00871FBD">
            <w:pPr>
              <w:spacing w:after="0" w:line="240" w:lineRule="auto"/>
              <w:jc w:val="center"/>
              <w:rPr>
                <w:noProof/>
                <w:sz w:val="20"/>
                <w:szCs w:val="20"/>
              </w:rPr>
            </w:pPr>
            <w:r w:rsidRPr="00F51F43">
              <w:rPr>
                <w:noProof/>
                <w:sz w:val="20"/>
                <w:szCs w:val="20"/>
              </w:rPr>
              <w:t>Pčelice, Vesele rode</w:t>
            </w:r>
          </w:p>
        </w:tc>
        <w:tc>
          <w:tcPr>
            <w:tcW w:w="1701" w:type="dxa"/>
            <w:tcMar>
              <w:top w:w="80" w:type="dxa"/>
              <w:left w:w="80" w:type="dxa"/>
              <w:bottom w:w="80" w:type="dxa"/>
              <w:right w:w="80" w:type="dxa"/>
            </w:tcMar>
            <w:vAlign w:val="center"/>
          </w:tcPr>
          <w:p w14:paraId="67883FCC" w14:textId="77777777" w:rsidR="00871FBD" w:rsidRPr="00F51F43" w:rsidRDefault="00871FBD" w:rsidP="00871FBD">
            <w:pPr>
              <w:spacing w:after="0" w:line="240" w:lineRule="auto"/>
              <w:jc w:val="center"/>
              <w:rPr>
                <w:noProof/>
                <w:sz w:val="20"/>
                <w:szCs w:val="20"/>
              </w:rPr>
            </w:pPr>
            <w:r w:rsidRPr="00F51F43">
              <w:rPr>
                <w:noProof/>
                <w:sz w:val="20"/>
                <w:szCs w:val="20"/>
              </w:rPr>
              <w:t>Turistička agencija Turistički vodič</w:t>
            </w:r>
          </w:p>
        </w:tc>
        <w:tc>
          <w:tcPr>
            <w:tcW w:w="3207" w:type="dxa"/>
            <w:tcMar>
              <w:top w:w="80" w:type="dxa"/>
              <w:left w:w="80" w:type="dxa"/>
              <w:bottom w:w="80" w:type="dxa"/>
              <w:right w:w="80" w:type="dxa"/>
            </w:tcMar>
            <w:vAlign w:val="center"/>
          </w:tcPr>
          <w:p w14:paraId="710459E3" w14:textId="77777777" w:rsidR="00871FBD" w:rsidRPr="00F51F43" w:rsidRDefault="00871FBD" w:rsidP="00871FBD">
            <w:pPr>
              <w:spacing w:after="0" w:line="240" w:lineRule="auto"/>
              <w:jc w:val="center"/>
              <w:rPr>
                <w:noProof/>
                <w:sz w:val="20"/>
                <w:szCs w:val="20"/>
              </w:rPr>
            </w:pPr>
            <w:r w:rsidRPr="00F51F43">
              <w:rPr>
                <w:noProof/>
                <w:sz w:val="20"/>
                <w:szCs w:val="20"/>
              </w:rPr>
              <w:t>posjet odabranoj destinaciji, razgledavanje odabranog/sudjelovanje u aktivnostima uključenim u aranžman, ručak, druženje/aktivnost prema ponudi agencije i dogovoru roditelja</w:t>
            </w:r>
          </w:p>
        </w:tc>
        <w:tc>
          <w:tcPr>
            <w:tcW w:w="2928" w:type="dxa"/>
            <w:tcMar>
              <w:top w:w="80" w:type="dxa"/>
              <w:left w:w="80" w:type="dxa"/>
              <w:bottom w:w="80" w:type="dxa"/>
              <w:right w:w="80" w:type="dxa"/>
            </w:tcMar>
            <w:vAlign w:val="center"/>
          </w:tcPr>
          <w:p w14:paraId="4EF93F11"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w:t>
            </w:r>
          </w:p>
        </w:tc>
      </w:tr>
      <w:tr w:rsidR="00871FBD" w:rsidRPr="00F51F43" w14:paraId="09374670" w14:textId="77777777" w:rsidTr="00871FBD">
        <w:trPr>
          <w:cantSplit/>
          <w:jc w:val="center"/>
        </w:trPr>
        <w:tc>
          <w:tcPr>
            <w:tcW w:w="507" w:type="dxa"/>
            <w:tcMar>
              <w:top w:w="80" w:type="dxa"/>
              <w:left w:w="80" w:type="dxa"/>
              <w:bottom w:w="80" w:type="dxa"/>
              <w:right w:w="80" w:type="dxa"/>
            </w:tcMar>
            <w:vAlign w:val="center"/>
          </w:tcPr>
          <w:p w14:paraId="40BF5BF3" w14:textId="77777777" w:rsidR="00871FBD" w:rsidRPr="00F51F43" w:rsidRDefault="00871FBD" w:rsidP="00871FBD">
            <w:pPr>
              <w:spacing w:after="0" w:line="240" w:lineRule="auto"/>
              <w:jc w:val="center"/>
              <w:rPr>
                <w:noProof/>
                <w:sz w:val="20"/>
                <w:szCs w:val="20"/>
              </w:rPr>
            </w:pPr>
            <w:r w:rsidRPr="00F51F43">
              <w:rPr>
                <w:noProof/>
                <w:sz w:val="20"/>
                <w:szCs w:val="20"/>
              </w:rPr>
              <w:t>19.</w:t>
            </w:r>
          </w:p>
        </w:tc>
        <w:tc>
          <w:tcPr>
            <w:tcW w:w="1395" w:type="dxa"/>
            <w:tcMar>
              <w:top w:w="80" w:type="dxa"/>
              <w:left w:w="80" w:type="dxa"/>
              <w:bottom w:w="80" w:type="dxa"/>
              <w:right w:w="80" w:type="dxa"/>
            </w:tcMar>
            <w:vAlign w:val="center"/>
          </w:tcPr>
          <w:p w14:paraId="08375BF6"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4ECFA84F" w14:textId="77777777" w:rsidR="00871FBD" w:rsidRPr="00F51F43" w:rsidRDefault="00871FBD" w:rsidP="00871FBD">
            <w:pPr>
              <w:spacing w:after="0" w:line="240" w:lineRule="auto"/>
              <w:jc w:val="center"/>
              <w:rPr>
                <w:noProof/>
                <w:sz w:val="20"/>
                <w:szCs w:val="20"/>
              </w:rPr>
            </w:pPr>
            <w:r w:rsidRPr="00F51F43">
              <w:rPr>
                <w:noProof/>
                <w:sz w:val="20"/>
                <w:szCs w:val="20"/>
              </w:rPr>
              <w:t>općina Gola</w:t>
            </w:r>
          </w:p>
        </w:tc>
        <w:tc>
          <w:tcPr>
            <w:tcW w:w="1015" w:type="dxa"/>
            <w:tcMar>
              <w:top w:w="80" w:type="dxa"/>
              <w:left w:w="80" w:type="dxa"/>
              <w:bottom w:w="80" w:type="dxa"/>
              <w:right w:w="80" w:type="dxa"/>
            </w:tcMar>
            <w:vAlign w:val="center"/>
          </w:tcPr>
          <w:p w14:paraId="0F78C488"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2718431D"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68D381BB" w14:textId="77777777" w:rsidR="00871FBD" w:rsidRPr="00F51F43" w:rsidRDefault="00871FBD" w:rsidP="00871FBD">
            <w:pPr>
              <w:spacing w:after="0" w:line="240" w:lineRule="auto"/>
              <w:jc w:val="center"/>
              <w:rPr>
                <w:noProof/>
                <w:sz w:val="20"/>
                <w:szCs w:val="20"/>
              </w:rPr>
            </w:pPr>
            <w:r w:rsidRPr="00F51F43">
              <w:rPr>
                <w:noProof/>
                <w:sz w:val="20"/>
                <w:szCs w:val="20"/>
              </w:rPr>
              <w:t>Vesele rode</w:t>
            </w:r>
          </w:p>
        </w:tc>
        <w:tc>
          <w:tcPr>
            <w:tcW w:w="1701" w:type="dxa"/>
            <w:tcMar>
              <w:top w:w="80" w:type="dxa"/>
              <w:left w:w="80" w:type="dxa"/>
              <w:bottom w:w="80" w:type="dxa"/>
              <w:right w:w="80" w:type="dxa"/>
            </w:tcMar>
            <w:vAlign w:val="center"/>
          </w:tcPr>
          <w:p w14:paraId="1524C6BE" w14:textId="77777777" w:rsidR="00871FBD" w:rsidRPr="00F51F43" w:rsidRDefault="00871FBD" w:rsidP="00871FBD">
            <w:pPr>
              <w:spacing w:after="0" w:line="240" w:lineRule="auto"/>
              <w:jc w:val="center"/>
              <w:rPr>
                <w:noProof/>
                <w:sz w:val="20"/>
                <w:szCs w:val="20"/>
              </w:rPr>
            </w:pPr>
            <w:r w:rsidRPr="00F51F43">
              <w:rPr>
                <w:noProof/>
                <w:sz w:val="20"/>
                <w:szCs w:val="20"/>
              </w:rPr>
              <w:t>Djelatnici općine Gola</w:t>
            </w:r>
          </w:p>
        </w:tc>
        <w:tc>
          <w:tcPr>
            <w:tcW w:w="3207" w:type="dxa"/>
            <w:tcMar>
              <w:top w:w="80" w:type="dxa"/>
              <w:left w:w="80" w:type="dxa"/>
              <w:bottom w:w="80" w:type="dxa"/>
              <w:right w:w="80" w:type="dxa"/>
            </w:tcMar>
            <w:vAlign w:val="center"/>
          </w:tcPr>
          <w:p w14:paraId="3EE91867" w14:textId="77777777" w:rsidR="00871FBD" w:rsidRPr="00F51F43" w:rsidRDefault="00871FBD" w:rsidP="00871FBD">
            <w:pPr>
              <w:spacing w:after="0" w:line="240" w:lineRule="auto"/>
              <w:jc w:val="center"/>
              <w:rPr>
                <w:noProof/>
                <w:sz w:val="20"/>
                <w:szCs w:val="20"/>
              </w:rPr>
            </w:pPr>
            <w:r w:rsidRPr="00F51F43">
              <w:rPr>
                <w:noProof/>
                <w:sz w:val="20"/>
                <w:szCs w:val="20"/>
              </w:rPr>
              <w:t>posjet općini uoči fašničke povorke</w:t>
            </w:r>
          </w:p>
        </w:tc>
        <w:tc>
          <w:tcPr>
            <w:tcW w:w="2928" w:type="dxa"/>
            <w:tcMar>
              <w:top w:w="80" w:type="dxa"/>
              <w:left w:w="80" w:type="dxa"/>
              <w:bottom w:w="80" w:type="dxa"/>
              <w:right w:w="80" w:type="dxa"/>
            </w:tcMar>
            <w:vAlign w:val="center"/>
          </w:tcPr>
          <w:p w14:paraId="0F59F5CC"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w:t>
            </w:r>
          </w:p>
        </w:tc>
      </w:tr>
      <w:tr w:rsidR="00871FBD" w:rsidRPr="00F51F43" w14:paraId="74453E8C" w14:textId="77777777" w:rsidTr="00871FBD">
        <w:trPr>
          <w:cantSplit/>
          <w:jc w:val="center"/>
        </w:trPr>
        <w:tc>
          <w:tcPr>
            <w:tcW w:w="507" w:type="dxa"/>
            <w:tcMar>
              <w:top w:w="80" w:type="dxa"/>
              <w:left w:w="80" w:type="dxa"/>
              <w:bottom w:w="80" w:type="dxa"/>
              <w:right w:w="80" w:type="dxa"/>
            </w:tcMar>
            <w:vAlign w:val="center"/>
          </w:tcPr>
          <w:p w14:paraId="2895FA6D"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395" w:type="dxa"/>
            <w:tcMar>
              <w:top w:w="80" w:type="dxa"/>
              <w:left w:w="80" w:type="dxa"/>
              <w:bottom w:w="80" w:type="dxa"/>
              <w:right w:w="80" w:type="dxa"/>
            </w:tcMar>
            <w:vAlign w:val="center"/>
          </w:tcPr>
          <w:p w14:paraId="1CB4E2DE"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62702C1F" w14:textId="77777777" w:rsidR="00871FBD" w:rsidRPr="00F51F43" w:rsidRDefault="00871FBD" w:rsidP="00871FBD">
            <w:pPr>
              <w:spacing w:after="0" w:line="240" w:lineRule="auto"/>
              <w:jc w:val="center"/>
              <w:rPr>
                <w:noProof/>
                <w:sz w:val="20"/>
                <w:szCs w:val="20"/>
              </w:rPr>
            </w:pPr>
            <w:r w:rsidRPr="00F51F43">
              <w:rPr>
                <w:noProof/>
                <w:sz w:val="20"/>
                <w:szCs w:val="20"/>
              </w:rPr>
              <w:t>Fugaplast d.o.o</w:t>
            </w:r>
          </w:p>
        </w:tc>
        <w:tc>
          <w:tcPr>
            <w:tcW w:w="1015" w:type="dxa"/>
            <w:tcMar>
              <w:top w:w="80" w:type="dxa"/>
              <w:left w:w="80" w:type="dxa"/>
              <w:bottom w:w="80" w:type="dxa"/>
              <w:right w:w="80" w:type="dxa"/>
            </w:tcMar>
            <w:vAlign w:val="center"/>
          </w:tcPr>
          <w:p w14:paraId="04599A6D"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7C85F00E"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39574C96" w14:textId="77777777" w:rsidR="00871FBD" w:rsidRPr="00F51F43" w:rsidRDefault="00871FBD" w:rsidP="00871FBD">
            <w:pPr>
              <w:spacing w:after="0" w:line="240" w:lineRule="auto"/>
              <w:jc w:val="center"/>
              <w:rPr>
                <w:noProof/>
                <w:sz w:val="20"/>
                <w:szCs w:val="20"/>
              </w:rPr>
            </w:pPr>
            <w:r w:rsidRPr="00F51F43">
              <w:rPr>
                <w:noProof/>
                <w:sz w:val="20"/>
                <w:szCs w:val="20"/>
              </w:rPr>
              <w:t>Vesele rode</w:t>
            </w:r>
          </w:p>
        </w:tc>
        <w:tc>
          <w:tcPr>
            <w:tcW w:w="1701" w:type="dxa"/>
            <w:tcMar>
              <w:top w:w="80" w:type="dxa"/>
              <w:left w:w="80" w:type="dxa"/>
              <w:bottom w:w="80" w:type="dxa"/>
              <w:right w:w="80" w:type="dxa"/>
            </w:tcMar>
            <w:vAlign w:val="center"/>
          </w:tcPr>
          <w:p w14:paraId="6521E7F0" w14:textId="77777777" w:rsidR="00871FBD" w:rsidRPr="00F51F43" w:rsidRDefault="00871FBD" w:rsidP="00871FBD">
            <w:pPr>
              <w:spacing w:after="0" w:line="240" w:lineRule="auto"/>
              <w:jc w:val="center"/>
              <w:rPr>
                <w:noProof/>
                <w:sz w:val="20"/>
                <w:szCs w:val="20"/>
              </w:rPr>
            </w:pPr>
            <w:r w:rsidRPr="00F51F43">
              <w:rPr>
                <w:noProof/>
                <w:sz w:val="20"/>
                <w:szCs w:val="20"/>
              </w:rPr>
              <w:t>Djelatnici Fugaplasta</w:t>
            </w:r>
          </w:p>
        </w:tc>
        <w:tc>
          <w:tcPr>
            <w:tcW w:w="3207" w:type="dxa"/>
            <w:tcMar>
              <w:top w:w="80" w:type="dxa"/>
              <w:left w:w="80" w:type="dxa"/>
              <w:bottom w:w="80" w:type="dxa"/>
              <w:right w:w="80" w:type="dxa"/>
            </w:tcMar>
            <w:vAlign w:val="center"/>
          </w:tcPr>
          <w:p w14:paraId="60CBCD09" w14:textId="77777777" w:rsidR="00871FBD" w:rsidRPr="00F51F43" w:rsidRDefault="00871FBD" w:rsidP="00871FBD">
            <w:pPr>
              <w:spacing w:after="0" w:line="240" w:lineRule="auto"/>
              <w:jc w:val="center"/>
              <w:rPr>
                <w:noProof/>
                <w:sz w:val="20"/>
                <w:szCs w:val="20"/>
              </w:rPr>
            </w:pPr>
            <w:r w:rsidRPr="00F51F43">
              <w:rPr>
                <w:noProof/>
                <w:sz w:val="20"/>
                <w:szCs w:val="20"/>
              </w:rPr>
              <w:t>posjet općini uoči fašničke povorke</w:t>
            </w:r>
          </w:p>
        </w:tc>
        <w:tc>
          <w:tcPr>
            <w:tcW w:w="2928" w:type="dxa"/>
            <w:tcMar>
              <w:top w:w="80" w:type="dxa"/>
              <w:left w:w="80" w:type="dxa"/>
              <w:bottom w:w="80" w:type="dxa"/>
              <w:right w:w="80" w:type="dxa"/>
            </w:tcMar>
            <w:vAlign w:val="center"/>
          </w:tcPr>
          <w:p w14:paraId="0585ACDD"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w:t>
            </w:r>
          </w:p>
        </w:tc>
      </w:tr>
      <w:tr w:rsidR="00871FBD" w:rsidRPr="00F51F43" w14:paraId="694D9A5E" w14:textId="77777777" w:rsidTr="00871FBD">
        <w:trPr>
          <w:cantSplit/>
          <w:jc w:val="center"/>
        </w:trPr>
        <w:tc>
          <w:tcPr>
            <w:tcW w:w="507" w:type="dxa"/>
            <w:tcMar>
              <w:top w:w="80" w:type="dxa"/>
              <w:left w:w="80" w:type="dxa"/>
              <w:bottom w:w="80" w:type="dxa"/>
              <w:right w:w="80" w:type="dxa"/>
            </w:tcMar>
            <w:vAlign w:val="center"/>
          </w:tcPr>
          <w:p w14:paraId="1F7D7DC4" w14:textId="77777777" w:rsidR="00871FBD" w:rsidRPr="00F51F43" w:rsidRDefault="00871FBD" w:rsidP="00871FBD">
            <w:pPr>
              <w:spacing w:after="0" w:line="240" w:lineRule="auto"/>
              <w:jc w:val="center"/>
              <w:rPr>
                <w:noProof/>
                <w:sz w:val="20"/>
                <w:szCs w:val="20"/>
              </w:rPr>
            </w:pPr>
            <w:r w:rsidRPr="00F51F43">
              <w:rPr>
                <w:noProof/>
                <w:sz w:val="20"/>
                <w:szCs w:val="20"/>
              </w:rPr>
              <w:t>21.</w:t>
            </w:r>
          </w:p>
        </w:tc>
        <w:tc>
          <w:tcPr>
            <w:tcW w:w="1395" w:type="dxa"/>
            <w:tcMar>
              <w:top w:w="80" w:type="dxa"/>
              <w:left w:w="80" w:type="dxa"/>
              <w:bottom w:w="80" w:type="dxa"/>
              <w:right w:w="80" w:type="dxa"/>
            </w:tcMar>
            <w:vAlign w:val="center"/>
          </w:tcPr>
          <w:p w14:paraId="2C4E9A40"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5E805F1E" w14:textId="77777777" w:rsidR="00871FBD" w:rsidRPr="00F51F43" w:rsidRDefault="00871FBD" w:rsidP="00871FBD">
            <w:pPr>
              <w:spacing w:after="0" w:line="240" w:lineRule="auto"/>
              <w:jc w:val="center"/>
              <w:rPr>
                <w:noProof/>
                <w:sz w:val="20"/>
                <w:szCs w:val="20"/>
              </w:rPr>
            </w:pPr>
            <w:r w:rsidRPr="00F51F43">
              <w:rPr>
                <w:noProof/>
                <w:sz w:val="20"/>
                <w:szCs w:val="20"/>
              </w:rPr>
              <w:t>DVD Gola</w:t>
            </w:r>
          </w:p>
        </w:tc>
        <w:tc>
          <w:tcPr>
            <w:tcW w:w="1015" w:type="dxa"/>
            <w:tcMar>
              <w:top w:w="80" w:type="dxa"/>
              <w:left w:w="80" w:type="dxa"/>
              <w:bottom w:w="80" w:type="dxa"/>
              <w:right w:w="80" w:type="dxa"/>
            </w:tcMar>
            <w:vAlign w:val="center"/>
          </w:tcPr>
          <w:p w14:paraId="7DCDE1E1"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5E5F68BA"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0D41884E" w14:textId="77777777" w:rsidR="00871FBD" w:rsidRPr="00F51F43" w:rsidRDefault="00871FBD" w:rsidP="00871FBD">
            <w:pPr>
              <w:spacing w:after="0" w:line="240" w:lineRule="auto"/>
              <w:jc w:val="center"/>
              <w:rPr>
                <w:noProof/>
                <w:sz w:val="20"/>
                <w:szCs w:val="20"/>
              </w:rPr>
            </w:pPr>
            <w:r w:rsidRPr="00F51F43">
              <w:rPr>
                <w:noProof/>
                <w:sz w:val="20"/>
                <w:szCs w:val="20"/>
              </w:rPr>
              <w:t>Vesele rode</w:t>
            </w:r>
          </w:p>
        </w:tc>
        <w:tc>
          <w:tcPr>
            <w:tcW w:w="1701" w:type="dxa"/>
            <w:tcMar>
              <w:top w:w="80" w:type="dxa"/>
              <w:left w:w="80" w:type="dxa"/>
              <w:bottom w:w="80" w:type="dxa"/>
              <w:right w:w="80" w:type="dxa"/>
            </w:tcMar>
            <w:vAlign w:val="center"/>
          </w:tcPr>
          <w:p w14:paraId="2616DEEC" w14:textId="77777777" w:rsidR="00871FBD" w:rsidRPr="00F51F43" w:rsidRDefault="00871FBD" w:rsidP="00871FBD">
            <w:pPr>
              <w:spacing w:after="0" w:line="240" w:lineRule="auto"/>
              <w:jc w:val="center"/>
              <w:rPr>
                <w:noProof/>
                <w:sz w:val="20"/>
                <w:szCs w:val="20"/>
              </w:rPr>
            </w:pPr>
            <w:r w:rsidRPr="00F51F43">
              <w:rPr>
                <w:noProof/>
                <w:sz w:val="20"/>
                <w:szCs w:val="20"/>
              </w:rPr>
              <w:t>DVD Gola</w:t>
            </w:r>
          </w:p>
        </w:tc>
        <w:tc>
          <w:tcPr>
            <w:tcW w:w="3207" w:type="dxa"/>
            <w:tcMar>
              <w:top w:w="80" w:type="dxa"/>
              <w:left w:w="80" w:type="dxa"/>
              <w:bottom w:w="80" w:type="dxa"/>
              <w:right w:w="80" w:type="dxa"/>
            </w:tcMar>
            <w:vAlign w:val="center"/>
          </w:tcPr>
          <w:p w14:paraId="5672BB41" w14:textId="77777777" w:rsidR="00871FBD" w:rsidRPr="00F51F43" w:rsidRDefault="00871FBD" w:rsidP="00871FBD">
            <w:pPr>
              <w:spacing w:after="0" w:line="240" w:lineRule="auto"/>
              <w:jc w:val="center"/>
              <w:rPr>
                <w:noProof/>
                <w:sz w:val="20"/>
                <w:szCs w:val="20"/>
              </w:rPr>
            </w:pPr>
            <w:r w:rsidRPr="00F51F43">
              <w:rPr>
                <w:noProof/>
                <w:sz w:val="20"/>
                <w:szCs w:val="20"/>
              </w:rPr>
              <w:t>razgledavanje vatrogasne opreme, vožnja vatrogasnim kolima, isprobavanje dijela vatrogasne opreme (kacige, brentače...)</w:t>
            </w:r>
          </w:p>
        </w:tc>
        <w:tc>
          <w:tcPr>
            <w:tcW w:w="2928" w:type="dxa"/>
            <w:tcMar>
              <w:top w:w="80" w:type="dxa"/>
              <w:left w:w="80" w:type="dxa"/>
              <w:bottom w:w="80" w:type="dxa"/>
              <w:right w:w="80" w:type="dxa"/>
            </w:tcMar>
            <w:vAlign w:val="center"/>
          </w:tcPr>
          <w:p w14:paraId="0A869D4F"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w:t>
            </w:r>
          </w:p>
        </w:tc>
      </w:tr>
      <w:tr w:rsidR="00871FBD" w:rsidRPr="00F51F43" w14:paraId="6FF628B6" w14:textId="77777777" w:rsidTr="00871FBD">
        <w:trPr>
          <w:cantSplit/>
          <w:jc w:val="center"/>
        </w:trPr>
        <w:tc>
          <w:tcPr>
            <w:tcW w:w="507" w:type="dxa"/>
            <w:tcMar>
              <w:top w:w="80" w:type="dxa"/>
              <w:left w:w="80" w:type="dxa"/>
              <w:bottom w:w="80" w:type="dxa"/>
              <w:right w:w="80" w:type="dxa"/>
            </w:tcMar>
            <w:vAlign w:val="center"/>
          </w:tcPr>
          <w:p w14:paraId="6127EA9A"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22.</w:t>
            </w:r>
          </w:p>
        </w:tc>
        <w:tc>
          <w:tcPr>
            <w:tcW w:w="1395" w:type="dxa"/>
            <w:tcMar>
              <w:top w:w="80" w:type="dxa"/>
              <w:left w:w="80" w:type="dxa"/>
              <w:bottom w:w="80" w:type="dxa"/>
              <w:right w:w="80" w:type="dxa"/>
            </w:tcMar>
            <w:vAlign w:val="center"/>
          </w:tcPr>
          <w:p w14:paraId="536009B5"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266156F2" w14:textId="77777777" w:rsidR="00871FBD" w:rsidRPr="00F51F43" w:rsidRDefault="00871FBD" w:rsidP="00871FBD">
            <w:pPr>
              <w:spacing w:after="0" w:line="240" w:lineRule="auto"/>
              <w:jc w:val="center"/>
              <w:rPr>
                <w:noProof/>
                <w:sz w:val="20"/>
                <w:szCs w:val="20"/>
              </w:rPr>
            </w:pPr>
            <w:r w:rsidRPr="00F51F43">
              <w:rPr>
                <w:noProof/>
                <w:sz w:val="20"/>
                <w:szCs w:val="20"/>
              </w:rPr>
              <w:t>Galerija Ivan Večenaj</w:t>
            </w:r>
          </w:p>
        </w:tc>
        <w:tc>
          <w:tcPr>
            <w:tcW w:w="1015" w:type="dxa"/>
            <w:tcMar>
              <w:top w:w="80" w:type="dxa"/>
              <w:left w:w="80" w:type="dxa"/>
              <w:bottom w:w="80" w:type="dxa"/>
              <w:right w:w="80" w:type="dxa"/>
            </w:tcMar>
            <w:vAlign w:val="center"/>
          </w:tcPr>
          <w:p w14:paraId="7F5154DB"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6E3158AE"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7624069D" w14:textId="77777777" w:rsidR="00871FBD" w:rsidRPr="00F51F43" w:rsidRDefault="00871FBD" w:rsidP="00871FBD">
            <w:pPr>
              <w:spacing w:after="0" w:line="240" w:lineRule="auto"/>
              <w:jc w:val="center"/>
              <w:rPr>
                <w:noProof/>
                <w:sz w:val="20"/>
                <w:szCs w:val="20"/>
              </w:rPr>
            </w:pPr>
            <w:r w:rsidRPr="00F51F43">
              <w:rPr>
                <w:noProof/>
                <w:sz w:val="20"/>
                <w:szCs w:val="20"/>
              </w:rPr>
              <w:t>Vesele rode</w:t>
            </w:r>
          </w:p>
        </w:tc>
        <w:tc>
          <w:tcPr>
            <w:tcW w:w="1701" w:type="dxa"/>
            <w:tcMar>
              <w:top w:w="80" w:type="dxa"/>
              <w:left w:w="80" w:type="dxa"/>
              <w:bottom w:w="80" w:type="dxa"/>
              <w:right w:w="80" w:type="dxa"/>
            </w:tcMar>
            <w:vAlign w:val="center"/>
          </w:tcPr>
          <w:p w14:paraId="5F1EBB88" w14:textId="77777777" w:rsidR="00871FBD" w:rsidRPr="00F51F43" w:rsidRDefault="00871FBD" w:rsidP="00871FBD">
            <w:pPr>
              <w:spacing w:after="0" w:line="240" w:lineRule="auto"/>
              <w:jc w:val="center"/>
              <w:rPr>
                <w:noProof/>
                <w:sz w:val="20"/>
                <w:szCs w:val="20"/>
              </w:rPr>
            </w:pPr>
            <w:r w:rsidRPr="00F51F43">
              <w:rPr>
                <w:noProof/>
                <w:sz w:val="20"/>
                <w:szCs w:val="20"/>
              </w:rPr>
              <w:t>Mladen Večenaj</w:t>
            </w:r>
          </w:p>
        </w:tc>
        <w:tc>
          <w:tcPr>
            <w:tcW w:w="3207" w:type="dxa"/>
            <w:tcMar>
              <w:top w:w="80" w:type="dxa"/>
              <w:left w:w="80" w:type="dxa"/>
              <w:bottom w:w="80" w:type="dxa"/>
              <w:right w:w="80" w:type="dxa"/>
            </w:tcMar>
            <w:vAlign w:val="center"/>
          </w:tcPr>
          <w:p w14:paraId="390D2C0B" w14:textId="77777777" w:rsidR="00871FBD" w:rsidRPr="00F51F43" w:rsidRDefault="00871FBD" w:rsidP="00871FBD">
            <w:pPr>
              <w:spacing w:after="0" w:line="240" w:lineRule="auto"/>
              <w:jc w:val="center"/>
              <w:rPr>
                <w:noProof/>
                <w:sz w:val="20"/>
                <w:szCs w:val="20"/>
              </w:rPr>
            </w:pPr>
            <w:r w:rsidRPr="00F51F43">
              <w:rPr>
                <w:noProof/>
                <w:sz w:val="20"/>
                <w:szCs w:val="20"/>
              </w:rPr>
              <w:t>šetnja prostorom galerije, promatranje slika, likovna aktivnost u galeriji (bojenje prstima, slobodno crtanje bojama)</w:t>
            </w:r>
          </w:p>
        </w:tc>
        <w:tc>
          <w:tcPr>
            <w:tcW w:w="2928" w:type="dxa"/>
            <w:tcMar>
              <w:top w:w="80" w:type="dxa"/>
              <w:left w:w="80" w:type="dxa"/>
              <w:bottom w:w="80" w:type="dxa"/>
              <w:right w:w="80" w:type="dxa"/>
            </w:tcMar>
            <w:vAlign w:val="center"/>
          </w:tcPr>
          <w:p w14:paraId="495F8174"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w:t>
            </w:r>
          </w:p>
        </w:tc>
      </w:tr>
      <w:tr w:rsidR="00871FBD" w:rsidRPr="00F51F43" w14:paraId="429A4E62" w14:textId="77777777" w:rsidTr="00871FBD">
        <w:trPr>
          <w:cantSplit/>
          <w:jc w:val="center"/>
        </w:trPr>
        <w:tc>
          <w:tcPr>
            <w:tcW w:w="507" w:type="dxa"/>
            <w:tcMar>
              <w:top w:w="80" w:type="dxa"/>
              <w:left w:w="80" w:type="dxa"/>
              <w:bottom w:w="80" w:type="dxa"/>
              <w:right w:w="80" w:type="dxa"/>
            </w:tcMar>
            <w:vAlign w:val="center"/>
          </w:tcPr>
          <w:p w14:paraId="5184CBB2" w14:textId="77777777" w:rsidR="00871FBD" w:rsidRPr="00F51F43" w:rsidRDefault="00871FBD" w:rsidP="00871FBD">
            <w:pPr>
              <w:spacing w:after="0" w:line="240" w:lineRule="auto"/>
              <w:jc w:val="center"/>
              <w:rPr>
                <w:noProof/>
                <w:sz w:val="20"/>
                <w:szCs w:val="20"/>
              </w:rPr>
            </w:pPr>
            <w:r w:rsidRPr="00F51F43">
              <w:rPr>
                <w:noProof/>
                <w:sz w:val="20"/>
                <w:szCs w:val="20"/>
              </w:rPr>
              <w:t>23.</w:t>
            </w:r>
          </w:p>
        </w:tc>
        <w:tc>
          <w:tcPr>
            <w:tcW w:w="1395" w:type="dxa"/>
            <w:tcMar>
              <w:top w:w="80" w:type="dxa"/>
              <w:left w:w="80" w:type="dxa"/>
              <w:bottom w:w="80" w:type="dxa"/>
              <w:right w:w="80" w:type="dxa"/>
            </w:tcMar>
            <w:vAlign w:val="center"/>
          </w:tcPr>
          <w:p w14:paraId="6E8755FC"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58FA9B15"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211C5C42"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580C0B78"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6120DCF9" w14:textId="77777777" w:rsidR="00871FBD" w:rsidRPr="00F51F43" w:rsidRDefault="00871FBD" w:rsidP="00871FBD">
            <w:pPr>
              <w:spacing w:after="0" w:line="240" w:lineRule="auto"/>
              <w:jc w:val="center"/>
              <w:rPr>
                <w:noProof/>
                <w:sz w:val="20"/>
                <w:szCs w:val="20"/>
              </w:rPr>
            </w:pPr>
            <w:r w:rsidRPr="00F51F43">
              <w:rPr>
                <w:noProof/>
                <w:sz w:val="20"/>
                <w:szCs w:val="20"/>
              </w:rPr>
              <w:t>Zvjezdice</w:t>
            </w:r>
          </w:p>
        </w:tc>
        <w:tc>
          <w:tcPr>
            <w:tcW w:w="1701" w:type="dxa"/>
            <w:tcMar>
              <w:top w:w="80" w:type="dxa"/>
              <w:left w:w="80" w:type="dxa"/>
              <w:bottom w:w="80" w:type="dxa"/>
              <w:right w:w="80" w:type="dxa"/>
            </w:tcMar>
            <w:vAlign w:val="center"/>
          </w:tcPr>
          <w:p w14:paraId="44CA2941" w14:textId="77777777" w:rsidR="00871FBD" w:rsidRPr="00F51F43" w:rsidRDefault="00871FBD" w:rsidP="00871FBD">
            <w:pPr>
              <w:spacing w:after="0" w:line="240" w:lineRule="auto"/>
              <w:jc w:val="center"/>
              <w:rPr>
                <w:noProof/>
                <w:sz w:val="20"/>
                <w:szCs w:val="20"/>
              </w:rPr>
            </w:pPr>
            <w:r w:rsidRPr="00F51F43">
              <w:rPr>
                <w:noProof/>
                <w:sz w:val="20"/>
                <w:szCs w:val="20"/>
              </w:rPr>
              <w:t>Kino Velebit</w:t>
            </w:r>
          </w:p>
        </w:tc>
        <w:tc>
          <w:tcPr>
            <w:tcW w:w="3207" w:type="dxa"/>
            <w:tcMar>
              <w:top w:w="80" w:type="dxa"/>
              <w:left w:w="80" w:type="dxa"/>
              <w:bottom w:w="80" w:type="dxa"/>
              <w:right w:w="80" w:type="dxa"/>
            </w:tcMar>
            <w:vAlign w:val="center"/>
          </w:tcPr>
          <w:p w14:paraId="1A9D7290" w14:textId="77777777" w:rsidR="00871FBD" w:rsidRPr="00F51F43" w:rsidRDefault="00871FBD" w:rsidP="00871FBD">
            <w:pPr>
              <w:spacing w:after="0" w:line="240" w:lineRule="auto"/>
              <w:jc w:val="center"/>
              <w:rPr>
                <w:noProof/>
                <w:sz w:val="20"/>
                <w:szCs w:val="20"/>
              </w:rPr>
            </w:pPr>
            <w:r w:rsidRPr="00F51F43">
              <w:rPr>
                <w:noProof/>
                <w:sz w:val="20"/>
                <w:szCs w:val="20"/>
              </w:rPr>
              <w:t>Animirani film</w:t>
            </w:r>
          </w:p>
        </w:tc>
        <w:tc>
          <w:tcPr>
            <w:tcW w:w="2928" w:type="dxa"/>
            <w:tcMar>
              <w:top w:w="80" w:type="dxa"/>
              <w:left w:w="80" w:type="dxa"/>
              <w:bottom w:w="80" w:type="dxa"/>
              <w:right w:w="80" w:type="dxa"/>
            </w:tcMar>
            <w:vAlign w:val="center"/>
          </w:tcPr>
          <w:p w14:paraId="2540D0E3"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w:t>
            </w:r>
          </w:p>
        </w:tc>
      </w:tr>
      <w:tr w:rsidR="00871FBD" w:rsidRPr="00F51F43" w14:paraId="3FB5F6AC" w14:textId="77777777" w:rsidTr="00871FBD">
        <w:trPr>
          <w:cantSplit/>
          <w:jc w:val="center"/>
        </w:trPr>
        <w:tc>
          <w:tcPr>
            <w:tcW w:w="507" w:type="dxa"/>
            <w:tcMar>
              <w:top w:w="80" w:type="dxa"/>
              <w:left w:w="80" w:type="dxa"/>
              <w:bottom w:w="80" w:type="dxa"/>
              <w:right w:w="80" w:type="dxa"/>
            </w:tcMar>
            <w:vAlign w:val="center"/>
          </w:tcPr>
          <w:p w14:paraId="34BDEF1A"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395" w:type="dxa"/>
            <w:tcMar>
              <w:top w:w="80" w:type="dxa"/>
              <w:left w:w="80" w:type="dxa"/>
              <w:bottom w:w="80" w:type="dxa"/>
              <w:right w:w="80" w:type="dxa"/>
            </w:tcMar>
            <w:vAlign w:val="center"/>
          </w:tcPr>
          <w:p w14:paraId="758A88B1"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5EAADCBE"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5BE35B55"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3C33C4D0"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29123FD9" w14:textId="77777777" w:rsidR="00871FBD" w:rsidRPr="00F51F43" w:rsidRDefault="00871FBD" w:rsidP="00871FBD">
            <w:pPr>
              <w:spacing w:after="0" w:line="240" w:lineRule="auto"/>
              <w:jc w:val="center"/>
              <w:rPr>
                <w:noProof/>
                <w:sz w:val="20"/>
                <w:szCs w:val="20"/>
              </w:rPr>
            </w:pPr>
            <w:r w:rsidRPr="00F51F43">
              <w:rPr>
                <w:noProof/>
                <w:sz w:val="20"/>
                <w:szCs w:val="20"/>
              </w:rPr>
              <w:t>Zvjezdice</w:t>
            </w:r>
          </w:p>
        </w:tc>
        <w:tc>
          <w:tcPr>
            <w:tcW w:w="1701" w:type="dxa"/>
            <w:tcMar>
              <w:top w:w="80" w:type="dxa"/>
              <w:left w:w="80" w:type="dxa"/>
              <w:bottom w:w="80" w:type="dxa"/>
              <w:right w:w="80" w:type="dxa"/>
            </w:tcMar>
            <w:vAlign w:val="center"/>
          </w:tcPr>
          <w:p w14:paraId="3C282AF8" w14:textId="77777777" w:rsidR="00871FBD" w:rsidRPr="00F51F43" w:rsidRDefault="00871FBD" w:rsidP="00871FBD">
            <w:pPr>
              <w:spacing w:after="0" w:line="240" w:lineRule="auto"/>
              <w:jc w:val="center"/>
              <w:rPr>
                <w:noProof/>
                <w:sz w:val="20"/>
                <w:szCs w:val="20"/>
              </w:rPr>
            </w:pPr>
            <w:r w:rsidRPr="00F51F43">
              <w:rPr>
                <w:noProof/>
                <w:sz w:val="20"/>
                <w:szCs w:val="20"/>
              </w:rPr>
              <w:t>Domoljub</w:t>
            </w:r>
          </w:p>
        </w:tc>
        <w:tc>
          <w:tcPr>
            <w:tcW w:w="3207" w:type="dxa"/>
            <w:tcMar>
              <w:top w:w="80" w:type="dxa"/>
              <w:left w:w="80" w:type="dxa"/>
              <w:bottom w:w="80" w:type="dxa"/>
              <w:right w:w="80" w:type="dxa"/>
            </w:tcMar>
            <w:vAlign w:val="center"/>
          </w:tcPr>
          <w:p w14:paraId="6C053C57" w14:textId="77777777" w:rsidR="00871FBD" w:rsidRPr="00F51F43" w:rsidRDefault="00871FBD" w:rsidP="00871FBD">
            <w:pPr>
              <w:spacing w:after="0" w:line="240" w:lineRule="auto"/>
              <w:jc w:val="center"/>
              <w:rPr>
                <w:noProof/>
                <w:sz w:val="20"/>
                <w:szCs w:val="20"/>
              </w:rPr>
            </w:pPr>
            <w:r w:rsidRPr="00F51F43">
              <w:rPr>
                <w:noProof/>
                <w:sz w:val="20"/>
                <w:szCs w:val="20"/>
              </w:rPr>
              <w:t>kazališna predstava</w:t>
            </w:r>
          </w:p>
        </w:tc>
        <w:tc>
          <w:tcPr>
            <w:tcW w:w="2928" w:type="dxa"/>
            <w:tcMar>
              <w:top w:w="80" w:type="dxa"/>
              <w:left w:w="80" w:type="dxa"/>
              <w:bottom w:w="80" w:type="dxa"/>
              <w:right w:w="80" w:type="dxa"/>
            </w:tcMar>
            <w:vAlign w:val="center"/>
          </w:tcPr>
          <w:p w14:paraId="1FE8C40D"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w:t>
            </w:r>
          </w:p>
        </w:tc>
      </w:tr>
      <w:tr w:rsidR="00871FBD" w:rsidRPr="00F51F43" w14:paraId="4FD85116" w14:textId="77777777" w:rsidTr="00871FBD">
        <w:trPr>
          <w:cantSplit/>
          <w:jc w:val="center"/>
        </w:trPr>
        <w:tc>
          <w:tcPr>
            <w:tcW w:w="507" w:type="dxa"/>
            <w:tcMar>
              <w:top w:w="80" w:type="dxa"/>
              <w:left w:w="80" w:type="dxa"/>
              <w:bottom w:w="80" w:type="dxa"/>
              <w:right w:w="80" w:type="dxa"/>
            </w:tcMar>
            <w:vAlign w:val="center"/>
          </w:tcPr>
          <w:p w14:paraId="42C4F70E" w14:textId="77777777" w:rsidR="00871FBD" w:rsidRPr="00F51F43" w:rsidRDefault="00871FBD" w:rsidP="00871FBD">
            <w:pPr>
              <w:spacing w:after="0" w:line="240" w:lineRule="auto"/>
              <w:jc w:val="center"/>
              <w:rPr>
                <w:noProof/>
                <w:sz w:val="20"/>
                <w:szCs w:val="20"/>
              </w:rPr>
            </w:pPr>
            <w:r w:rsidRPr="00F51F43">
              <w:rPr>
                <w:noProof/>
                <w:sz w:val="20"/>
                <w:szCs w:val="20"/>
              </w:rPr>
              <w:t>25.</w:t>
            </w:r>
          </w:p>
        </w:tc>
        <w:tc>
          <w:tcPr>
            <w:tcW w:w="1395" w:type="dxa"/>
            <w:tcMar>
              <w:top w:w="80" w:type="dxa"/>
              <w:left w:w="80" w:type="dxa"/>
              <w:bottom w:w="80" w:type="dxa"/>
              <w:right w:w="80" w:type="dxa"/>
            </w:tcMar>
            <w:vAlign w:val="center"/>
          </w:tcPr>
          <w:p w14:paraId="1946B45F"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488263A6" w14:textId="77777777" w:rsidR="00871FBD" w:rsidRPr="00F51F43" w:rsidRDefault="00871FBD" w:rsidP="00871FBD">
            <w:pPr>
              <w:spacing w:after="0" w:line="240" w:lineRule="auto"/>
              <w:jc w:val="center"/>
              <w:rPr>
                <w:noProof/>
                <w:sz w:val="20"/>
                <w:szCs w:val="20"/>
              </w:rPr>
            </w:pPr>
            <w:r w:rsidRPr="00F51F43">
              <w:rPr>
                <w:noProof/>
                <w:sz w:val="20"/>
                <w:szCs w:val="20"/>
              </w:rPr>
              <w:t>Zagreb</w:t>
            </w:r>
          </w:p>
        </w:tc>
        <w:tc>
          <w:tcPr>
            <w:tcW w:w="1015" w:type="dxa"/>
            <w:tcMar>
              <w:top w:w="80" w:type="dxa"/>
              <w:left w:w="80" w:type="dxa"/>
              <w:bottom w:w="80" w:type="dxa"/>
              <w:right w:w="80" w:type="dxa"/>
            </w:tcMar>
            <w:vAlign w:val="center"/>
          </w:tcPr>
          <w:p w14:paraId="4D35A78D"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1E69BAAB"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592B01EB" w14:textId="77777777" w:rsidR="00871FBD" w:rsidRPr="00F51F43" w:rsidRDefault="00871FBD" w:rsidP="00871FBD">
            <w:pPr>
              <w:spacing w:after="0" w:line="240" w:lineRule="auto"/>
              <w:jc w:val="center"/>
              <w:rPr>
                <w:noProof/>
                <w:sz w:val="20"/>
                <w:szCs w:val="20"/>
              </w:rPr>
            </w:pPr>
            <w:r w:rsidRPr="00F51F43">
              <w:rPr>
                <w:noProof/>
                <w:sz w:val="20"/>
                <w:szCs w:val="20"/>
              </w:rPr>
              <w:t>Zvjezdice</w:t>
            </w:r>
          </w:p>
        </w:tc>
        <w:tc>
          <w:tcPr>
            <w:tcW w:w="1701" w:type="dxa"/>
            <w:tcMar>
              <w:top w:w="80" w:type="dxa"/>
              <w:left w:w="80" w:type="dxa"/>
              <w:bottom w:w="80" w:type="dxa"/>
              <w:right w:w="80" w:type="dxa"/>
            </w:tcMar>
            <w:vAlign w:val="center"/>
          </w:tcPr>
          <w:p w14:paraId="61F57F5E" w14:textId="77777777" w:rsidR="00871FBD" w:rsidRPr="00F51F43" w:rsidRDefault="00871FBD" w:rsidP="00871FBD">
            <w:pPr>
              <w:spacing w:after="0" w:line="240" w:lineRule="auto"/>
              <w:jc w:val="center"/>
              <w:rPr>
                <w:noProof/>
                <w:sz w:val="20"/>
                <w:szCs w:val="20"/>
              </w:rPr>
            </w:pPr>
          </w:p>
        </w:tc>
        <w:tc>
          <w:tcPr>
            <w:tcW w:w="3207" w:type="dxa"/>
            <w:tcMar>
              <w:top w:w="80" w:type="dxa"/>
              <w:left w:w="80" w:type="dxa"/>
              <w:bottom w:w="80" w:type="dxa"/>
              <w:right w:w="80" w:type="dxa"/>
            </w:tcMar>
            <w:vAlign w:val="center"/>
          </w:tcPr>
          <w:p w14:paraId="222421AD" w14:textId="77777777" w:rsidR="00871FBD" w:rsidRPr="00F51F43" w:rsidRDefault="00871FBD" w:rsidP="00871FBD">
            <w:pPr>
              <w:spacing w:after="0" w:line="240" w:lineRule="auto"/>
              <w:jc w:val="center"/>
              <w:rPr>
                <w:noProof/>
                <w:sz w:val="20"/>
                <w:szCs w:val="20"/>
              </w:rPr>
            </w:pPr>
          </w:p>
        </w:tc>
        <w:tc>
          <w:tcPr>
            <w:tcW w:w="2928" w:type="dxa"/>
            <w:tcMar>
              <w:top w:w="80" w:type="dxa"/>
              <w:left w:w="80" w:type="dxa"/>
              <w:bottom w:w="80" w:type="dxa"/>
              <w:right w:w="80" w:type="dxa"/>
            </w:tcMar>
            <w:vAlign w:val="center"/>
          </w:tcPr>
          <w:p w14:paraId="5F2CAC3C" w14:textId="77777777" w:rsidR="00871FBD" w:rsidRPr="00F51F43" w:rsidRDefault="00871FBD" w:rsidP="00871FBD">
            <w:pPr>
              <w:spacing w:after="0" w:line="240" w:lineRule="auto"/>
              <w:jc w:val="center"/>
              <w:rPr>
                <w:noProof/>
                <w:sz w:val="20"/>
                <w:szCs w:val="20"/>
              </w:rPr>
            </w:pPr>
          </w:p>
        </w:tc>
      </w:tr>
      <w:tr w:rsidR="00871FBD" w:rsidRPr="00F51F43" w14:paraId="6CB77F7B" w14:textId="77777777" w:rsidTr="00871FBD">
        <w:trPr>
          <w:cantSplit/>
          <w:jc w:val="center"/>
        </w:trPr>
        <w:tc>
          <w:tcPr>
            <w:tcW w:w="507" w:type="dxa"/>
            <w:tcMar>
              <w:top w:w="80" w:type="dxa"/>
              <w:left w:w="80" w:type="dxa"/>
              <w:bottom w:w="80" w:type="dxa"/>
              <w:right w:w="80" w:type="dxa"/>
            </w:tcMar>
            <w:vAlign w:val="center"/>
          </w:tcPr>
          <w:p w14:paraId="38ABAA49" w14:textId="77777777" w:rsidR="00871FBD" w:rsidRPr="00F51F43" w:rsidRDefault="00871FBD" w:rsidP="00871FBD">
            <w:pPr>
              <w:spacing w:after="0" w:line="240" w:lineRule="auto"/>
              <w:jc w:val="center"/>
              <w:rPr>
                <w:noProof/>
                <w:sz w:val="20"/>
                <w:szCs w:val="20"/>
              </w:rPr>
            </w:pPr>
            <w:r w:rsidRPr="00F51F43">
              <w:rPr>
                <w:noProof/>
                <w:sz w:val="20"/>
                <w:szCs w:val="20"/>
              </w:rPr>
              <w:t>26.</w:t>
            </w:r>
          </w:p>
        </w:tc>
        <w:tc>
          <w:tcPr>
            <w:tcW w:w="1395" w:type="dxa"/>
            <w:tcMar>
              <w:top w:w="80" w:type="dxa"/>
              <w:left w:w="80" w:type="dxa"/>
              <w:bottom w:w="80" w:type="dxa"/>
              <w:right w:w="80" w:type="dxa"/>
            </w:tcMar>
            <w:vAlign w:val="center"/>
          </w:tcPr>
          <w:p w14:paraId="2CB07E93"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09F48EE5" w14:textId="77777777" w:rsidR="00871FBD" w:rsidRPr="00F51F43" w:rsidRDefault="00871FBD" w:rsidP="00871FBD">
            <w:pPr>
              <w:spacing w:after="0" w:line="240" w:lineRule="auto"/>
              <w:jc w:val="center"/>
              <w:rPr>
                <w:noProof/>
                <w:sz w:val="20"/>
                <w:szCs w:val="20"/>
              </w:rPr>
            </w:pPr>
            <w:r w:rsidRPr="00F51F43">
              <w:rPr>
                <w:noProof/>
                <w:sz w:val="20"/>
                <w:szCs w:val="20"/>
              </w:rPr>
              <w:t>Stomatološka ordinacija</w:t>
            </w:r>
          </w:p>
        </w:tc>
        <w:tc>
          <w:tcPr>
            <w:tcW w:w="1015" w:type="dxa"/>
            <w:tcMar>
              <w:top w:w="80" w:type="dxa"/>
              <w:left w:w="80" w:type="dxa"/>
              <w:bottom w:w="80" w:type="dxa"/>
              <w:right w:w="80" w:type="dxa"/>
            </w:tcMar>
            <w:vAlign w:val="center"/>
          </w:tcPr>
          <w:p w14:paraId="061A913B" w14:textId="77777777" w:rsidR="00871FBD" w:rsidRPr="00F51F43" w:rsidRDefault="00871FBD" w:rsidP="00871FBD">
            <w:pPr>
              <w:spacing w:after="0" w:line="240" w:lineRule="auto"/>
              <w:jc w:val="center"/>
              <w:rPr>
                <w:noProof/>
                <w:sz w:val="20"/>
                <w:szCs w:val="20"/>
              </w:rPr>
            </w:pPr>
            <w:r w:rsidRPr="00F51F43">
              <w:rPr>
                <w:noProof/>
                <w:sz w:val="20"/>
                <w:szCs w:val="20"/>
              </w:rPr>
              <w:t>studeni</w:t>
            </w:r>
          </w:p>
        </w:tc>
        <w:tc>
          <w:tcPr>
            <w:tcW w:w="761" w:type="dxa"/>
            <w:tcMar>
              <w:top w:w="80" w:type="dxa"/>
              <w:left w:w="80" w:type="dxa"/>
              <w:bottom w:w="80" w:type="dxa"/>
              <w:right w:w="80" w:type="dxa"/>
            </w:tcMar>
            <w:vAlign w:val="center"/>
          </w:tcPr>
          <w:p w14:paraId="44423417"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3AD51DEA" w14:textId="77777777" w:rsidR="00871FBD" w:rsidRPr="00F51F43" w:rsidRDefault="00871FBD" w:rsidP="00871FBD">
            <w:pPr>
              <w:spacing w:after="0" w:line="240" w:lineRule="auto"/>
              <w:jc w:val="center"/>
              <w:rPr>
                <w:noProof/>
                <w:sz w:val="20"/>
                <w:szCs w:val="20"/>
              </w:rPr>
            </w:pPr>
            <w:r w:rsidRPr="00F51F43">
              <w:rPr>
                <w:noProof/>
                <w:sz w:val="20"/>
                <w:szCs w:val="20"/>
              </w:rPr>
              <w:t>Zvjezdice</w:t>
            </w:r>
          </w:p>
        </w:tc>
        <w:tc>
          <w:tcPr>
            <w:tcW w:w="1701" w:type="dxa"/>
            <w:tcMar>
              <w:top w:w="80" w:type="dxa"/>
              <w:left w:w="80" w:type="dxa"/>
              <w:bottom w:w="80" w:type="dxa"/>
              <w:right w:w="80" w:type="dxa"/>
            </w:tcMar>
            <w:vAlign w:val="center"/>
          </w:tcPr>
          <w:p w14:paraId="1CE95F65" w14:textId="77777777" w:rsidR="00871FBD" w:rsidRPr="00F51F43" w:rsidRDefault="00871FBD" w:rsidP="00871FBD">
            <w:pPr>
              <w:spacing w:after="0" w:line="240" w:lineRule="auto"/>
              <w:jc w:val="center"/>
              <w:rPr>
                <w:noProof/>
                <w:sz w:val="20"/>
                <w:szCs w:val="20"/>
              </w:rPr>
            </w:pPr>
            <w:r w:rsidRPr="00F51F43">
              <w:rPr>
                <w:noProof/>
                <w:sz w:val="20"/>
                <w:szCs w:val="20"/>
              </w:rPr>
              <w:t>dr.stomatologije Ana Zrna</w:t>
            </w:r>
          </w:p>
        </w:tc>
        <w:tc>
          <w:tcPr>
            <w:tcW w:w="3207" w:type="dxa"/>
            <w:tcMar>
              <w:top w:w="80" w:type="dxa"/>
              <w:left w:w="80" w:type="dxa"/>
              <w:bottom w:w="80" w:type="dxa"/>
              <w:right w:w="80" w:type="dxa"/>
            </w:tcMar>
            <w:vAlign w:val="center"/>
          </w:tcPr>
          <w:p w14:paraId="3FFD60CF" w14:textId="77777777" w:rsidR="00871FBD" w:rsidRPr="00F51F43" w:rsidRDefault="00871FBD" w:rsidP="00871FBD">
            <w:pPr>
              <w:spacing w:after="0" w:line="240" w:lineRule="auto"/>
              <w:jc w:val="center"/>
              <w:rPr>
                <w:noProof/>
                <w:sz w:val="20"/>
                <w:szCs w:val="20"/>
              </w:rPr>
            </w:pPr>
            <w:r w:rsidRPr="00F51F43">
              <w:rPr>
                <w:noProof/>
                <w:sz w:val="20"/>
                <w:szCs w:val="20"/>
              </w:rPr>
              <w:t>Odlazak u obližnju stomatološku ordinaciju, aktivnosti za usvajanje pravilne oralne higijene, slikovnica Gric i Grec, likovne aktivnosti...</w:t>
            </w:r>
          </w:p>
        </w:tc>
        <w:tc>
          <w:tcPr>
            <w:tcW w:w="2928" w:type="dxa"/>
            <w:tcMar>
              <w:top w:w="80" w:type="dxa"/>
              <w:left w:w="80" w:type="dxa"/>
              <w:bottom w:w="80" w:type="dxa"/>
              <w:right w:w="80" w:type="dxa"/>
            </w:tcMar>
            <w:vAlign w:val="center"/>
          </w:tcPr>
          <w:p w14:paraId="7677CB19"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42F1E70E" w14:textId="77777777" w:rsidTr="00871FBD">
        <w:trPr>
          <w:cantSplit/>
          <w:jc w:val="center"/>
        </w:trPr>
        <w:tc>
          <w:tcPr>
            <w:tcW w:w="507" w:type="dxa"/>
            <w:tcMar>
              <w:top w:w="80" w:type="dxa"/>
              <w:left w:w="80" w:type="dxa"/>
              <w:bottom w:w="80" w:type="dxa"/>
              <w:right w:w="80" w:type="dxa"/>
            </w:tcMar>
            <w:vAlign w:val="center"/>
          </w:tcPr>
          <w:p w14:paraId="56A28632" w14:textId="77777777" w:rsidR="00871FBD" w:rsidRPr="00F51F43" w:rsidRDefault="00871FBD" w:rsidP="00871FBD">
            <w:pPr>
              <w:spacing w:after="0" w:line="240" w:lineRule="auto"/>
              <w:jc w:val="center"/>
              <w:rPr>
                <w:noProof/>
                <w:sz w:val="20"/>
                <w:szCs w:val="20"/>
              </w:rPr>
            </w:pPr>
            <w:r w:rsidRPr="00F51F43">
              <w:rPr>
                <w:noProof/>
                <w:sz w:val="20"/>
                <w:szCs w:val="20"/>
              </w:rPr>
              <w:t>27.</w:t>
            </w:r>
          </w:p>
        </w:tc>
        <w:tc>
          <w:tcPr>
            <w:tcW w:w="1395" w:type="dxa"/>
            <w:tcMar>
              <w:top w:w="80" w:type="dxa"/>
              <w:left w:w="80" w:type="dxa"/>
              <w:bottom w:w="80" w:type="dxa"/>
              <w:right w:w="80" w:type="dxa"/>
            </w:tcMar>
            <w:vAlign w:val="center"/>
          </w:tcPr>
          <w:p w14:paraId="34031763"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75A50807" w14:textId="77777777" w:rsidR="00871FBD" w:rsidRPr="00F51F43" w:rsidRDefault="00871FBD" w:rsidP="00871FBD">
            <w:pPr>
              <w:spacing w:after="0" w:line="240" w:lineRule="auto"/>
              <w:jc w:val="center"/>
              <w:rPr>
                <w:noProof/>
                <w:sz w:val="20"/>
                <w:szCs w:val="20"/>
              </w:rPr>
            </w:pPr>
            <w:r w:rsidRPr="00F51F43">
              <w:rPr>
                <w:noProof/>
                <w:sz w:val="20"/>
                <w:szCs w:val="20"/>
              </w:rPr>
              <w:t>Poštanski ured Gola</w:t>
            </w:r>
          </w:p>
        </w:tc>
        <w:tc>
          <w:tcPr>
            <w:tcW w:w="1015" w:type="dxa"/>
            <w:tcMar>
              <w:top w:w="80" w:type="dxa"/>
              <w:left w:w="80" w:type="dxa"/>
              <w:bottom w:w="80" w:type="dxa"/>
              <w:right w:w="80" w:type="dxa"/>
            </w:tcMar>
            <w:vAlign w:val="center"/>
          </w:tcPr>
          <w:p w14:paraId="5731F74B"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32E8D0BD"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289CA9FE" w14:textId="77777777" w:rsidR="00871FBD" w:rsidRPr="00F51F43" w:rsidRDefault="00871FBD" w:rsidP="00871FBD">
            <w:pPr>
              <w:spacing w:after="0" w:line="240" w:lineRule="auto"/>
              <w:jc w:val="center"/>
              <w:rPr>
                <w:noProof/>
                <w:sz w:val="20"/>
                <w:szCs w:val="20"/>
              </w:rPr>
            </w:pPr>
            <w:r w:rsidRPr="00F51F43">
              <w:rPr>
                <w:noProof/>
                <w:sz w:val="20"/>
                <w:szCs w:val="20"/>
              </w:rPr>
              <w:t>Zvjezdice</w:t>
            </w:r>
          </w:p>
        </w:tc>
        <w:tc>
          <w:tcPr>
            <w:tcW w:w="1701" w:type="dxa"/>
            <w:tcMar>
              <w:top w:w="80" w:type="dxa"/>
              <w:left w:w="80" w:type="dxa"/>
              <w:bottom w:w="80" w:type="dxa"/>
              <w:right w:w="80" w:type="dxa"/>
            </w:tcMar>
            <w:vAlign w:val="center"/>
          </w:tcPr>
          <w:p w14:paraId="1D324C1E" w14:textId="77777777" w:rsidR="00871FBD" w:rsidRPr="00F51F43" w:rsidRDefault="00871FBD" w:rsidP="00871FBD">
            <w:pPr>
              <w:spacing w:after="0" w:line="240" w:lineRule="auto"/>
              <w:jc w:val="center"/>
              <w:rPr>
                <w:noProof/>
                <w:sz w:val="20"/>
                <w:szCs w:val="20"/>
              </w:rPr>
            </w:pPr>
            <w:r w:rsidRPr="00F51F43">
              <w:rPr>
                <w:noProof/>
                <w:sz w:val="20"/>
                <w:szCs w:val="20"/>
              </w:rPr>
              <w:t>djelatnica poštanskog ureda Gola</w:t>
            </w:r>
          </w:p>
        </w:tc>
        <w:tc>
          <w:tcPr>
            <w:tcW w:w="3207" w:type="dxa"/>
            <w:tcMar>
              <w:top w:w="80" w:type="dxa"/>
              <w:left w:w="80" w:type="dxa"/>
              <w:bottom w:w="80" w:type="dxa"/>
              <w:right w:w="80" w:type="dxa"/>
            </w:tcMar>
            <w:vAlign w:val="center"/>
          </w:tcPr>
          <w:p w14:paraId="2D9EE262" w14:textId="77777777" w:rsidR="00871FBD" w:rsidRPr="00F51F43" w:rsidRDefault="00871FBD" w:rsidP="00871FBD">
            <w:pPr>
              <w:spacing w:after="0" w:line="240" w:lineRule="auto"/>
              <w:jc w:val="center"/>
              <w:rPr>
                <w:noProof/>
                <w:sz w:val="20"/>
                <w:szCs w:val="20"/>
              </w:rPr>
            </w:pPr>
            <w:r w:rsidRPr="00F51F43">
              <w:rPr>
                <w:noProof/>
                <w:sz w:val="20"/>
                <w:szCs w:val="20"/>
              </w:rPr>
              <w:t>djeca će promatrati kako se pismo predaje, razvrstava i šalje upoznavanje djece s priborom kojim se koristi poštanski djelatnik slanje pisma za naš vrtić</w:t>
            </w:r>
          </w:p>
        </w:tc>
        <w:tc>
          <w:tcPr>
            <w:tcW w:w="2928" w:type="dxa"/>
            <w:tcMar>
              <w:top w:w="80" w:type="dxa"/>
              <w:left w:w="80" w:type="dxa"/>
              <w:bottom w:w="80" w:type="dxa"/>
              <w:right w:w="80" w:type="dxa"/>
            </w:tcMar>
            <w:vAlign w:val="center"/>
          </w:tcPr>
          <w:p w14:paraId="435F8804"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w:t>
            </w:r>
          </w:p>
        </w:tc>
      </w:tr>
      <w:tr w:rsidR="00871FBD" w:rsidRPr="00F51F43" w14:paraId="479CA3F8" w14:textId="77777777" w:rsidTr="00871FBD">
        <w:trPr>
          <w:cantSplit/>
          <w:jc w:val="center"/>
        </w:trPr>
        <w:tc>
          <w:tcPr>
            <w:tcW w:w="507" w:type="dxa"/>
            <w:tcMar>
              <w:top w:w="80" w:type="dxa"/>
              <w:left w:w="80" w:type="dxa"/>
              <w:bottom w:w="80" w:type="dxa"/>
              <w:right w:w="80" w:type="dxa"/>
            </w:tcMar>
            <w:vAlign w:val="center"/>
          </w:tcPr>
          <w:p w14:paraId="5539E99D" w14:textId="77777777" w:rsidR="00871FBD" w:rsidRPr="00F51F43" w:rsidRDefault="00871FBD" w:rsidP="00871FBD">
            <w:pPr>
              <w:spacing w:after="0" w:line="240" w:lineRule="auto"/>
              <w:jc w:val="center"/>
              <w:rPr>
                <w:noProof/>
                <w:sz w:val="20"/>
                <w:szCs w:val="20"/>
              </w:rPr>
            </w:pPr>
            <w:r w:rsidRPr="00F51F43">
              <w:rPr>
                <w:noProof/>
                <w:sz w:val="20"/>
                <w:szCs w:val="20"/>
              </w:rPr>
              <w:t>28.</w:t>
            </w:r>
          </w:p>
        </w:tc>
        <w:tc>
          <w:tcPr>
            <w:tcW w:w="1395" w:type="dxa"/>
            <w:tcMar>
              <w:top w:w="80" w:type="dxa"/>
              <w:left w:w="80" w:type="dxa"/>
              <w:bottom w:w="80" w:type="dxa"/>
              <w:right w:w="80" w:type="dxa"/>
            </w:tcMar>
            <w:vAlign w:val="center"/>
          </w:tcPr>
          <w:p w14:paraId="29C40A99"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60D74BE6" w14:textId="77777777" w:rsidR="00871FBD" w:rsidRPr="00F51F43" w:rsidRDefault="00871FBD" w:rsidP="00871FBD">
            <w:pPr>
              <w:spacing w:after="0" w:line="240" w:lineRule="auto"/>
              <w:jc w:val="center"/>
              <w:rPr>
                <w:noProof/>
                <w:sz w:val="20"/>
                <w:szCs w:val="20"/>
              </w:rPr>
            </w:pPr>
            <w:r w:rsidRPr="00F51F43">
              <w:rPr>
                <w:noProof/>
                <w:sz w:val="20"/>
                <w:szCs w:val="20"/>
              </w:rPr>
              <w:t>Ješkovo</w:t>
            </w:r>
          </w:p>
        </w:tc>
        <w:tc>
          <w:tcPr>
            <w:tcW w:w="1015" w:type="dxa"/>
            <w:tcMar>
              <w:top w:w="80" w:type="dxa"/>
              <w:left w:w="80" w:type="dxa"/>
              <w:bottom w:w="80" w:type="dxa"/>
              <w:right w:w="80" w:type="dxa"/>
            </w:tcMar>
            <w:vAlign w:val="center"/>
          </w:tcPr>
          <w:p w14:paraId="3E8798DC"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730015BF"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654F3AD1" w14:textId="77777777" w:rsidR="00871FBD" w:rsidRPr="00F51F43" w:rsidRDefault="00871FBD" w:rsidP="00871FBD">
            <w:pPr>
              <w:spacing w:after="0" w:line="240" w:lineRule="auto"/>
              <w:jc w:val="center"/>
              <w:rPr>
                <w:noProof/>
                <w:sz w:val="20"/>
                <w:szCs w:val="20"/>
              </w:rPr>
            </w:pPr>
            <w:r w:rsidRPr="00F51F43">
              <w:rPr>
                <w:noProof/>
                <w:sz w:val="20"/>
                <w:szCs w:val="20"/>
              </w:rPr>
              <w:t>Zvjezdice</w:t>
            </w:r>
          </w:p>
        </w:tc>
        <w:tc>
          <w:tcPr>
            <w:tcW w:w="1701" w:type="dxa"/>
            <w:tcMar>
              <w:top w:w="80" w:type="dxa"/>
              <w:left w:w="80" w:type="dxa"/>
              <w:bottom w:w="80" w:type="dxa"/>
              <w:right w:w="80" w:type="dxa"/>
            </w:tcMar>
            <w:vAlign w:val="center"/>
          </w:tcPr>
          <w:p w14:paraId="2B905CA3" w14:textId="77777777" w:rsidR="00871FBD" w:rsidRPr="00F51F43" w:rsidRDefault="00871FBD" w:rsidP="00871FBD">
            <w:pPr>
              <w:spacing w:after="0" w:line="240" w:lineRule="auto"/>
              <w:jc w:val="center"/>
              <w:rPr>
                <w:noProof/>
                <w:sz w:val="20"/>
                <w:szCs w:val="20"/>
              </w:rPr>
            </w:pPr>
            <w:r w:rsidRPr="00F51F43">
              <w:rPr>
                <w:noProof/>
                <w:sz w:val="20"/>
                <w:szCs w:val="20"/>
              </w:rPr>
              <w:t>kipar Dragutin Ciglar</w:t>
            </w:r>
          </w:p>
        </w:tc>
        <w:tc>
          <w:tcPr>
            <w:tcW w:w="3207" w:type="dxa"/>
            <w:tcMar>
              <w:top w:w="80" w:type="dxa"/>
              <w:left w:w="80" w:type="dxa"/>
              <w:bottom w:w="80" w:type="dxa"/>
              <w:right w:w="80" w:type="dxa"/>
            </w:tcMar>
            <w:vAlign w:val="center"/>
          </w:tcPr>
          <w:p w14:paraId="5C3EA497" w14:textId="77777777" w:rsidR="00871FBD" w:rsidRPr="00F51F43" w:rsidRDefault="00871FBD" w:rsidP="00871FBD">
            <w:pPr>
              <w:spacing w:after="0" w:line="240" w:lineRule="auto"/>
              <w:jc w:val="center"/>
              <w:rPr>
                <w:noProof/>
                <w:sz w:val="20"/>
                <w:szCs w:val="20"/>
              </w:rPr>
            </w:pPr>
            <w:r w:rsidRPr="00F51F43">
              <w:rPr>
                <w:noProof/>
                <w:sz w:val="20"/>
                <w:szCs w:val="20"/>
              </w:rPr>
              <w:t>istraživanje teksture i svojstva gline, izrada jednostavnih oblika i figura</w:t>
            </w:r>
          </w:p>
        </w:tc>
        <w:tc>
          <w:tcPr>
            <w:tcW w:w="2928" w:type="dxa"/>
            <w:tcMar>
              <w:top w:w="80" w:type="dxa"/>
              <w:left w:w="80" w:type="dxa"/>
              <w:bottom w:w="80" w:type="dxa"/>
              <w:right w:w="80" w:type="dxa"/>
            </w:tcMar>
            <w:vAlign w:val="center"/>
          </w:tcPr>
          <w:p w14:paraId="6A3D2AB7"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 izložbe</w:t>
            </w:r>
          </w:p>
        </w:tc>
      </w:tr>
      <w:tr w:rsidR="00871FBD" w:rsidRPr="00F51F43" w14:paraId="47073E14" w14:textId="77777777" w:rsidTr="00871FBD">
        <w:trPr>
          <w:cantSplit/>
          <w:jc w:val="center"/>
        </w:trPr>
        <w:tc>
          <w:tcPr>
            <w:tcW w:w="507" w:type="dxa"/>
            <w:tcMar>
              <w:top w:w="80" w:type="dxa"/>
              <w:left w:w="80" w:type="dxa"/>
              <w:bottom w:w="80" w:type="dxa"/>
              <w:right w:w="80" w:type="dxa"/>
            </w:tcMar>
            <w:vAlign w:val="center"/>
          </w:tcPr>
          <w:p w14:paraId="5F4B33BD" w14:textId="77777777" w:rsidR="00871FBD" w:rsidRPr="00F51F43" w:rsidRDefault="00871FBD" w:rsidP="00871FBD">
            <w:pPr>
              <w:spacing w:after="0" w:line="240" w:lineRule="auto"/>
              <w:jc w:val="center"/>
              <w:rPr>
                <w:noProof/>
                <w:sz w:val="20"/>
                <w:szCs w:val="20"/>
              </w:rPr>
            </w:pPr>
            <w:r w:rsidRPr="00F51F43">
              <w:rPr>
                <w:noProof/>
                <w:sz w:val="20"/>
                <w:szCs w:val="20"/>
              </w:rPr>
              <w:t>29.</w:t>
            </w:r>
          </w:p>
        </w:tc>
        <w:tc>
          <w:tcPr>
            <w:tcW w:w="1395" w:type="dxa"/>
            <w:tcMar>
              <w:top w:w="80" w:type="dxa"/>
              <w:left w:w="80" w:type="dxa"/>
              <w:bottom w:w="80" w:type="dxa"/>
              <w:right w:w="80" w:type="dxa"/>
            </w:tcMar>
            <w:vAlign w:val="center"/>
          </w:tcPr>
          <w:p w14:paraId="630CC0E9"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7B519005" w14:textId="77777777" w:rsidR="00871FBD" w:rsidRPr="00F51F43" w:rsidRDefault="00871FBD" w:rsidP="00871FBD">
            <w:pPr>
              <w:spacing w:after="0" w:line="240" w:lineRule="auto"/>
              <w:jc w:val="center"/>
              <w:rPr>
                <w:noProof/>
                <w:sz w:val="20"/>
                <w:szCs w:val="20"/>
              </w:rPr>
            </w:pPr>
            <w:r w:rsidRPr="00F51F43">
              <w:rPr>
                <w:noProof/>
                <w:sz w:val="20"/>
                <w:szCs w:val="20"/>
              </w:rPr>
              <w:t>Podravska banka</w:t>
            </w:r>
          </w:p>
        </w:tc>
        <w:tc>
          <w:tcPr>
            <w:tcW w:w="1015" w:type="dxa"/>
            <w:tcMar>
              <w:top w:w="80" w:type="dxa"/>
              <w:left w:w="80" w:type="dxa"/>
              <w:bottom w:w="80" w:type="dxa"/>
              <w:right w:w="80" w:type="dxa"/>
            </w:tcMar>
            <w:vAlign w:val="center"/>
          </w:tcPr>
          <w:p w14:paraId="030F06CE"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7284D164"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6C61F13F" w14:textId="77777777" w:rsidR="00871FBD" w:rsidRPr="00F51F43" w:rsidRDefault="00871FBD" w:rsidP="00871FBD">
            <w:pPr>
              <w:spacing w:after="0" w:line="240" w:lineRule="auto"/>
              <w:jc w:val="center"/>
              <w:rPr>
                <w:noProof/>
                <w:sz w:val="20"/>
                <w:szCs w:val="20"/>
              </w:rPr>
            </w:pPr>
            <w:r w:rsidRPr="00F51F43">
              <w:rPr>
                <w:noProof/>
                <w:sz w:val="20"/>
                <w:szCs w:val="20"/>
              </w:rPr>
              <w:t>Zvjezdice</w:t>
            </w:r>
          </w:p>
        </w:tc>
        <w:tc>
          <w:tcPr>
            <w:tcW w:w="1701" w:type="dxa"/>
            <w:tcMar>
              <w:top w:w="80" w:type="dxa"/>
              <w:left w:w="80" w:type="dxa"/>
              <w:bottom w:w="80" w:type="dxa"/>
              <w:right w:w="80" w:type="dxa"/>
            </w:tcMar>
            <w:vAlign w:val="center"/>
          </w:tcPr>
          <w:p w14:paraId="047101D7" w14:textId="77777777" w:rsidR="00871FBD" w:rsidRPr="00F51F43" w:rsidRDefault="00871FBD" w:rsidP="00871FBD">
            <w:pPr>
              <w:spacing w:after="0" w:line="240" w:lineRule="auto"/>
              <w:jc w:val="center"/>
              <w:rPr>
                <w:noProof/>
                <w:sz w:val="20"/>
                <w:szCs w:val="20"/>
              </w:rPr>
            </w:pPr>
            <w:r w:rsidRPr="00F51F43">
              <w:rPr>
                <w:noProof/>
                <w:sz w:val="20"/>
                <w:szCs w:val="20"/>
              </w:rPr>
              <w:t>djelatnica poslovnice u Goli</w:t>
            </w:r>
          </w:p>
        </w:tc>
        <w:tc>
          <w:tcPr>
            <w:tcW w:w="3207" w:type="dxa"/>
            <w:tcMar>
              <w:top w:w="80" w:type="dxa"/>
              <w:left w:w="80" w:type="dxa"/>
              <w:bottom w:w="80" w:type="dxa"/>
              <w:right w:w="80" w:type="dxa"/>
            </w:tcMar>
            <w:vAlign w:val="center"/>
          </w:tcPr>
          <w:p w14:paraId="7E6043A2" w14:textId="77777777" w:rsidR="00871FBD" w:rsidRPr="00F51F43" w:rsidRDefault="00871FBD" w:rsidP="00871FBD">
            <w:pPr>
              <w:spacing w:after="0" w:line="240" w:lineRule="auto"/>
              <w:jc w:val="center"/>
              <w:rPr>
                <w:noProof/>
                <w:sz w:val="20"/>
                <w:szCs w:val="20"/>
              </w:rPr>
            </w:pPr>
            <w:r w:rsidRPr="00F51F43">
              <w:rPr>
                <w:noProof/>
                <w:sz w:val="20"/>
                <w:szCs w:val="20"/>
              </w:rPr>
              <w:t>razgovor o tome čemu služi banka, promatranje prostora, upoznavanje djelatnika, promatranje kovanica i novčanica, razgovor o štednji</w:t>
            </w:r>
          </w:p>
        </w:tc>
        <w:tc>
          <w:tcPr>
            <w:tcW w:w="2928" w:type="dxa"/>
            <w:tcMar>
              <w:top w:w="80" w:type="dxa"/>
              <w:left w:w="80" w:type="dxa"/>
              <w:bottom w:w="80" w:type="dxa"/>
              <w:right w:w="80" w:type="dxa"/>
            </w:tcMar>
            <w:vAlign w:val="center"/>
          </w:tcPr>
          <w:p w14:paraId="4E0F9656"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64DDE1FC" w14:textId="77777777" w:rsidTr="00871FBD">
        <w:trPr>
          <w:cantSplit/>
          <w:jc w:val="center"/>
        </w:trPr>
        <w:tc>
          <w:tcPr>
            <w:tcW w:w="507" w:type="dxa"/>
            <w:tcMar>
              <w:top w:w="80" w:type="dxa"/>
              <w:left w:w="80" w:type="dxa"/>
              <w:bottom w:w="80" w:type="dxa"/>
              <w:right w:w="80" w:type="dxa"/>
            </w:tcMar>
            <w:vAlign w:val="center"/>
          </w:tcPr>
          <w:p w14:paraId="7BE56120" w14:textId="77777777" w:rsidR="00871FBD" w:rsidRPr="00F51F43" w:rsidRDefault="00871FBD" w:rsidP="00871FBD">
            <w:pPr>
              <w:spacing w:after="0" w:line="240" w:lineRule="auto"/>
              <w:jc w:val="center"/>
              <w:rPr>
                <w:noProof/>
                <w:sz w:val="20"/>
                <w:szCs w:val="20"/>
              </w:rPr>
            </w:pPr>
            <w:r w:rsidRPr="00F51F43">
              <w:rPr>
                <w:noProof/>
                <w:sz w:val="20"/>
                <w:szCs w:val="20"/>
              </w:rPr>
              <w:t>30.</w:t>
            </w:r>
          </w:p>
        </w:tc>
        <w:tc>
          <w:tcPr>
            <w:tcW w:w="1395" w:type="dxa"/>
            <w:tcMar>
              <w:top w:w="80" w:type="dxa"/>
              <w:left w:w="80" w:type="dxa"/>
              <w:bottom w:w="80" w:type="dxa"/>
              <w:right w:w="80" w:type="dxa"/>
            </w:tcMar>
            <w:vAlign w:val="center"/>
          </w:tcPr>
          <w:p w14:paraId="29CBFCFE"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11B55333" w14:textId="77777777" w:rsidR="00871FBD" w:rsidRPr="00F51F43" w:rsidRDefault="00871FBD" w:rsidP="00871FBD">
            <w:pPr>
              <w:spacing w:after="0" w:line="240" w:lineRule="auto"/>
              <w:jc w:val="center"/>
              <w:rPr>
                <w:noProof/>
                <w:sz w:val="20"/>
                <w:szCs w:val="20"/>
              </w:rPr>
            </w:pPr>
            <w:r w:rsidRPr="00F51F43">
              <w:rPr>
                <w:noProof/>
                <w:sz w:val="20"/>
                <w:szCs w:val="20"/>
              </w:rPr>
              <w:t>Vatrogasni dom DVD Gola</w:t>
            </w:r>
          </w:p>
        </w:tc>
        <w:tc>
          <w:tcPr>
            <w:tcW w:w="1015" w:type="dxa"/>
            <w:tcMar>
              <w:top w:w="80" w:type="dxa"/>
              <w:left w:w="80" w:type="dxa"/>
              <w:bottom w:w="80" w:type="dxa"/>
              <w:right w:w="80" w:type="dxa"/>
            </w:tcMar>
            <w:vAlign w:val="center"/>
          </w:tcPr>
          <w:p w14:paraId="74458478"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29F7F199"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27FC33C1" w14:textId="77777777" w:rsidR="00871FBD" w:rsidRPr="00F51F43" w:rsidRDefault="00871FBD" w:rsidP="00871FBD">
            <w:pPr>
              <w:spacing w:after="0" w:line="240" w:lineRule="auto"/>
              <w:jc w:val="center"/>
              <w:rPr>
                <w:noProof/>
                <w:sz w:val="20"/>
                <w:szCs w:val="20"/>
              </w:rPr>
            </w:pPr>
            <w:r w:rsidRPr="00F51F43">
              <w:rPr>
                <w:noProof/>
                <w:sz w:val="20"/>
                <w:szCs w:val="20"/>
              </w:rPr>
              <w:t>Zvjezdice</w:t>
            </w:r>
          </w:p>
        </w:tc>
        <w:tc>
          <w:tcPr>
            <w:tcW w:w="1701" w:type="dxa"/>
            <w:tcMar>
              <w:top w:w="80" w:type="dxa"/>
              <w:left w:w="80" w:type="dxa"/>
              <w:bottom w:w="80" w:type="dxa"/>
              <w:right w:w="80" w:type="dxa"/>
            </w:tcMar>
            <w:vAlign w:val="center"/>
          </w:tcPr>
          <w:p w14:paraId="115A3D4C" w14:textId="77777777" w:rsidR="00871FBD" w:rsidRPr="00F51F43" w:rsidRDefault="00871FBD" w:rsidP="00871FBD">
            <w:pPr>
              <w:spacing w:after="0" w:line="240" w:lineRule="auto"/>
              <w:jc w:val="center"/>
              <w:rPr>
                <w:noProof/>
                <w:sz w:val="20"/>
                <w:szCs w:val="20"/>
              </w:rPr>
            </w:pPr>
            <w:r w:rsidRPr="00F51F43">
              <w:rPr>
                <w:noProof/>
                <w:sz w:val="20"/>
                <w:szCs w:val="20"/>
              </w:rPr>
              <w:t>članovi DVD Gola</w:t>
            </w:r>
          </w:p>
        </w:tc>
        <w:tc>
          <w:tcPr>
            <w:tcW w:w="3207" w:type="dxa"/>
            <w:tcMar>
              <w:top w:w="80" w:type="dxa"/>
              <w:left w:w="80" w:type="dxa"/>
              <w:bottom w:w="80" w:type="dxa"/>
              <w:right w:w="80" w:type="dxa"/>
            </w:tcMar>
            <w:vAlign w:val="center"/>
          </w:tcPr>
          <w:p w14:paraId="4DEE3957" w14:textId="77777777" w:rsidR="00871FBD" w:rsidRPr="00F51F43" w:rsidRDefault="00871FBD" w:rsidP="00871FBD">
            <w:pPr>
              <w:spacing w:after="0" w:line="240" w:lineRule="auto"/>
              <w:jc w:val="center"/>
              <w:rPr>
                <w:noProof/>
                <w:sz w:val="20"/>
                <w:szCs w:val="20"/>
              </w:rPr>
            </w:pPr>
            <w:r w:rsidRPr="00F51F43">
              <w:rPr>
                <w:noProof/>
                <w:sz w:val="20"/>
                <w:szCs w:val="20"/>
              </w:rPr>
              <w:t>razgovor o radu vatrogasaca,upoznavanje vatrogasne postaje, opreme, vozila</w:t>
            </w:r>
          </w:p>
        </w:tc>
        <w:tc>
          <w:tcPr>
            <w:tcW w:w="2928" w:type="dxa"/>
            <w:tcMar>
              <w:top w:w="80" w:type="dxa"/>
              <w:left w:w="80" w:type="dxa"/>
              <w:bottom w:w="80" w:type="dxa"/>
              <w:right w:w="80" w:type="dxa"/>
            </w:tcMar>
            <w:vAlign w:val="center"/>
          </w:tcPr>
          <w:p w14:paraId="471AA94E" w14:textId="77777777" w:rsidR="00871FBD" w:rsidRPr="00F51F43" w:rsidRDefault="00871FBD" w:rsidP="00871FBD">
            <w:pPr>
              <w:spacing w:after="0" w:line="240" w:lineRule="auto"/>
              <w:jc w:val="center"/>
              <w:rPr>
                <w:noProof/>
                <w:sz w:val="20"/>
                <w:szCs w:val="20"/>
              </w:rPr>
            </w:pPr>
          </w:p>
        </w:tc>
      </w:tr>
      <w:tr w:rsidR="00871FBD" w:rsidRPr="00F51F43" w14:paraId="23693A7E" w14:textId="77777777" w:rsidTr="00871FBD">
        <w:trPr>
          <w:cantSplit/>
          <w:jc w:val="center"/>
        </w:trPr>
        <w:tc>
          <w:tcPr>
            <w:tcW w:w="507" w:type="dxa"/>
            <w:tcMar>
              <w:top w:w="80" w:type="dxa"/>
              <w:left w:w="80" w:type="dxa"/>
              <w:bottom w:w="80" w:type="dxa"/>
              <w:right w:w="80" w:type="dxa"/>
            </w:tcMar>
            <w:vAlign w:val="center"/>
          </w:tcPr>
          <w:p w14:paraId="2F3379C8"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31.</w:t>
            </w:r>
          </w:p>
        </w:tc>
        <w:tc>
          <w:tcPr>
            <w:tcW w:w="1395" w:type="dxa"/>
            <w:tcMar>
              <w:top w:w="80" w:type="dxa"/>
              <w:left w:w="80" w:type="dxa"/>
              <w:bottom w:w="80" w:type="dxa"/>
              <w:right w:w="80" w:type="dxa"/>
            </w:tcMar>
            <w:vAlign w:val="center"/>
          </w:tcPr>
          <w:p w14:paraId="64D3C372"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2AFDEBCB"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6A4B9C7E"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71BF6E21"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57F0D874"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4DACCCB5" w14:textId="77777777" w:rsidR="00871FBD" w:rsidRPr="00F51F43" w:rsidRDefault="00871FBD" w:rsidP="00871FBD">
            <w:pPr>
              <w:spacing w:after="0" w:line="240" w:lineRule="auto"/>
              <w:jc w:val="center"/>
              <w:rPr>
                <w:noProof/>
                <w:sz w:val="20"/>
                <w:szCs w:val="20"/>
              </w:rPr>
            </w:pPr>
            <w:r w:rsidRPr="00F51F43">
              <w:rPr>
                <w:noProof/>
                <w:sz w:val="20"/>
                <w:szCs w:val="20"/>
              </w:rPr>
              <w:t>Kino Velebit</w:t>
            </w:r>
          </w:p>
        </w:tc>
        <w:tc>
          <w:tcPr>
            <w:tcW w:w="3207" w:type="dxa"/>
            <w:tcMar>
              <w:top w:w="80" w:type="dxa"/>
              <w:left w:w="80" w:type="dxa"/>
              <w:bottom w:w="80" w:type="dxa"/>
              <w:right w:w="80" w:type="dxa"/>
            </w:tcMar>
            <w:vAlign w:val="center"/>
          </w:tcPr>
          <w:p w14:paraId="79360B2D" w14:textId="77777777" w:rsidR="00871FBD" w:rsidRPr="00F51F43" w:rsidRDefault="00871FBD" w:rsidP="00871FBD">
            <w:pPr>
              <w:spacing w:after="0" w:line="240" w:lineRule="auto"/>
              <w:jc w:val="center"/>
              <w:rPr>
                <w:noProof/>
                <w:sz w:val="20"/>
                <w:szCs w:val="20"/>
              </w:rPr>
            </w:pPr>
            <w:r w:rsidRPr="00F51F43">
              <w:rPr>
                <w:noProof/>
                <w:sz w:val="20"/>
                <w:szCs w:val="20"/>
              </w:rPr>
              <w:t>Projekcija animiranog filma</w:t>
            </w:r>
          </w:p>
        </w:tc>
        <w:tc>
          <w:tcPr>
            <w:tcW w:w="2928" w:type="dxa"/>
            <w:tcMar>
              <w:top w:w="80" w:type="dxa"/>
              <w:left w:w="80" w:type="dxa"/>
              <w:bottom w:w="80" w:type="dxa"/>
              <w:right w:w="80" w:type="dxa"/>
            </w:tcMar>
            <w:vAlign w:val="center"/>
          </w:tcPr>
          <w:p w14:paraId="2957ABDE"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reakcije suradnika</w:t>
            </w:r>
          </w:p>
        </w:tc>
      </w:tr>
      <w:tr w:rsidR="00871FBD" w:rsidRPr="00F51F43" w14:paraId="6F2BC461" w14:textId="77777777" w:rsidTr="00871FBD">
        <w:trPr>
          <w:cantSplit/>
          <w:jc w:val="center"/>
        </w:trPr>
        <w:tc>
          <w:tcPr>
            <w:tcW w:w="507" w:type="dxa"/>
            <w:tcMar>
              <w:top w:w="80" w:type="dxa"/>
              <w:left w:w="80" w:type="dxa"/>
              <w:bottom w:w="80" w:type="dxa"/>
              <w:right w:w="80" w:type="dxa"/>
            </w:tcMar>
            <w:vAlign w:val="center"/>
          </w:tcPr>
          <w:p w14:paraId="16F5BB42" w14:textId="77777777" w:rsidR="00871FBD" w:rsidRPr="00F51F43" w:rsidRDefault="00871FBD" w:rsidP="00871FBD">
            <w:pPr>
              <w:spacing w:after="0" w:line="240" w:lineRule="auto"/>
              <w:jc w:val="center"/>
              <w:rPr>
                <w:noProof/>
                <w:sz w:val="20"/>
                <w:szCs w:val="20"/>
              </w:rPr>
            </w:pPr>
            <w:r w:rsidRPr="00F51F43">
              <w:rPr>
                <w:noProof/>
                <w:sz w:val="20"/>
                <w:szCs w:val="20"/>
              </w:rPr>
              <w:t>32.</w:t>
            </w:r>
          </w:p>
        </w:tc>
        <w:tc>
          <w:tcPr>
            <w:tcW w:w="1395" w:type="dxa"/>
            <w:tcMar>
              <w:top w:w="80" w:type="dxa"/>
              <w:left w:w="80" w:type="dxa"/>
              <w:bottom w:w="80" w:type="dxa"/>
              <w:right w:w="80" w:type="dxa"/>
            </w:tcMar>
            <w:vAlign w:val="center"/>
          </w:tcPr>
          <w:p w14:paraId="6C1D9164"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455F8EEE"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7DFB25FC" w14:textId="77777777" w:rsidR="00871FBD" w:rsidRPr="00F51F43" w:rsidRDefault="00871FBD" w:rsidP="00871FBD">
            <w:pPr>
              <w:spacing w:after="0" w:line="240" w:lineRule="auto"/>
              <w:jc w:val="center"/>
              <w:rPr>
                <w:noProof/>
                <w:sz w:val="20"/>
                <w:szCs w:val="20"/>
              </w:rPr>
            </w:pPr>
            <w:r w:rsidRPr="00F51F43">
              <w:rPr>
                <w:noProof/>
                <w:sz w:val="20"/>
                <w:szCs w:val="20"/>
              </w:rPr>
              <w:t>studeni</w:t>
            </w:r>
          </w:p>
        </w:tc>
        <w:tc>
          <w:tcPr>
            <w:tcW w:w="761" w:type="dxa"/>
            <w:tcMar>
              <w:top w:w="80" w:type="dxa"/>
              <w:left w:w="80" w:type="dxa"/>
              <w:bottom w:w="80" w:type="dxa"/>
              <w:right w:w="80" w:type="dxa"/>
            </w:tcMar>
            <w:vAlign w:val="center"/>
          </w:tcPr>
          <w:p w14:paraId="26ED3979"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75C2936C"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449E867A" w14:textId="77777777" w:rsidR="00871FBD" w:rsidRPr="00F51F43" w:rsidRDefault="00871FBD" w:rsidP="00871FBD">
            <w:pPr>
              <w:spacing w:after="0" w:line="240" w:lineRule="auto"/>
              <w:jc w:val="center"/>
              <w:rPr>
                <w:noProof/>
                <w:sz w:val="20"/>
                <w:szCs w:val="20"/>
              </w:rPr>
            </w:pPr>
            <w:r w:rsidRPr="00F51F43">
              <w:rPr>
                <w:noProof/>
                <w:sz w:val="20"/>
                <w:szCs w:val="20"/>
              </w:rPr>
              <w:t>Vlasnici igraonice</w:t>
            </w:r>
          </w:p>
        </w:tc>
        <w:tc>
          <w:tcPr>
            <w:tcW w:w="3207" w:type="dxa"/>
            <w:tcMar>
              <w:top w:w="80" w:type="dxa"/>
              <w:left w:w="80" w:type="dxa"/>
              <w:bottom w:w="80" w:type="dxa"/>
              <w:right w:w="80" w:type="dxa"/>
            </w:tcMar>
            <w:vAlign w:val="center"/>
          </w:tcPr>
          <w:p w14:paraId="1099D40F" w14:textId="77777777" w:rsidR="00871FBD" w:rsidRPr="00F51F43" w:rsidRDefault="00871FBD" w:rsidP="00871FBD">
            <w:pPr>
              <w:spacing w:after="0" w:line="240" w:lineRule="auto"/>
              <w:jc w:val="center"/>
              <w:rPr>
                <w:noProof/>
                <w:sz w:val="20"/>
                <w:szCs w:val="20"/>
              </w:rPr>
            </w:pPr>
            <w:r w:rsidRPr="00F51F43">
              <w:rPr>
                <w:noProof/>
                <w:sz w:val="20"/>
                <w:szCs w:val="20"/>
              </w:rPr>
              <w:t>Posjet igraonici</w:t>
            </w:r>
          </w:p>
        </w:tc>
        <w:tc>
          <w:tcPr>
            <w:tcW w:w="2928" w:type="dxa"/>
            <w:tcMar>
              <w:top w:w="80" w:type="dxa"/>
              <w:left w:w="80" w:type="dxa"/>
              <w:bottom w:w="80" w:type="dxa"/>
              <w:right w:w="80" w:type="dxa"/>
            </w:tcMar>
            <w:vAlign w:val="center"/>
          </w:tcPr>
          <w:p w14:paraId="7868FFD7"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reakcije suradnika</w:t>
            </w:r>
          </w:p>
        </w:tc>
      </w:tr>
      <w:tr w:rsidR="00871FBD" w:rsidRPr="00F51F43" w14:paraId="729C368E" w14:textId="77777777" w:rsidTr="00871FBD">
        <w:trPr>
          <w:cantSplit/>
          <w:jc w:val="center"/>
        </w:trPr>
        <w:tc>
          <w:tcPr>
            <w:tcW w:w="507" w:type="dxa"/>
            <w:tcMar>
              <w:top w:w="80" w:type="dxa"/>
              <w:left w:w="80" w:type="dxa"/>
              <w:bottom w:w="80" w:type="dxa"/>
              <w:right w:w="80" w:type="dxa"/>
            </w:tcMar>
            <w:vAlign w:val="center"/>
          </w:tcPr>
          <w:p w14:paraId="7D199F04" w14:textId="77777777" w:rsidR="00871FBD" w:rsidRPr="00F51F43" w:rsidRDefault="00871FBD" w:rsidP="00871FBD">
            <w:pPr>
              <w:spacing w:after="0" w:line="240" w:lineRule="auto"/>
              <w:jc w:val="center"/>
              <w:rPr>
                <w:noProof/>
                <w:sz w:val="20"/>
                <w:szCs w:val="20"/>
              </w:rPr>
            </w:pPr>
            <w:r w:rsidRPr="00F51F43">
              <w:rPr>
                <w:noProof/>
                <w:sz w:val="20"/>
                <w:szCs w:val="20"/>
              </w:rPr>
              <w:t>33.</w:t>
            </w:r>
          </w:p>
        </w:tc>
        <w:tc>
          <w:tcPr>
            <w:tcW w:w="1395" w:type="dxa"/>
            <w:tcMar>
              <w:top w:w="80" w:type="dxa"/>
              <w:left w:w="80" w:type="dxa"/>
              <w:bottom w:w="80" w:type="dxa"/>
              <w:right w:w="80" w:type="dxa"/>
            </w:tcMar>
            <w:vAlign w:val="center"/>
          </w:tcPr>
          <w:p w14:paraId="5AF65E4D"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388CA7EF"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07134E40"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0AAD993D"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40DC5E2D"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6115B3D8" w14:textId="77777777" w:rsidR="00871FBD" w:rsidRPr="00F51F43" w:rsidRDefault="00871FBD" w:rsidP="00871FBD">
            <w:pPr>
              <w:spacing w:after="0" w:line="240" w:lineRule="auto"/>
              <w:jc w:val="center"/>
              <w:rPr>
                <w:noProof/>
                <w:sz w:val="20"/>
                <w:szCs w:val="20"/>
              </w:rPr>
            </w:pPr>
            <w:r w:rsidRPr="00F51F43">
              <w:rPr>
                <w:noProof/>
                <w:sz w:val="20"/>
                <w:szCs w:val="20"/>
              </w:rPr>
              <w:t>Turistička zajednica Koprivnice</w:t>
            </w:r>
          </w:p>
        </w:tc>
        <w:tc>
          <w:tcPr>
            <w:tcW w:w="3207" w:type="dxa"/>
            <w:tcMar>
              <w:top w:w="80" w:type="dxa"/>
              <w:left w:w="80" w:type="dxa"/>
              <w:bottom w:w="80" w:type="dxa"/>
              <w:right w:w="80" w:type="dxa"/>
            </w:tcMar>
            <w:vAlign w:val="center"/>
          </w:tcPr>
          <w:p w14:paraId="18A15AF6" w14:textId="77777777" w:rsidR="00871FBD" w:rsidRPr="00F51F43" w:rsidRDefault="00871FBD" w:rsidP="00871FBD">
            <w:pPr>
              <w:spacing w:after="0" w:line="240" w:lineRule="auto"/>
              <w:jc w:val="center"/>
              <w:rPr>
                <w:noProof/>
                <w:sz w:val="20"/>
                <w:szCs w:val="20"/>
              </w:rPr>
            </w:pPr>
            <w:r w:rsidRPr="00F51F43">
              <w:rPr>
                <w:noProof/>
                <w:sz w:val="20"/>
                <w:szCs w:val="20"/>
              </w:rPr>
              <w:t>Klizanje, predstava</w:t>
            </w:r>
          </w:p>
        </w:tc>
        <w:tc>
          <w:tcPr>
            <w:tcW w:w="2928" w:type="dxa"/>
            <w:tcMar>
              <w:top w:w="80" w:type="dxa"/>
              <w:left w:w="80" w:type="dxa"/>
              <w:bottom w:w="80" w:type="dxa"/>
              <w:right w:w="80" w:type="dxa"/>
            </w:tcMar>
            <w:vAlign w:val="center"/>
          </w:tcPr>
          <w:p w14:paraId="012B3BA7"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reakcije suradnika</w:t>
            </w:r>
          </w:p>
        </w:tc>
      </w:tr>
      <w:tr w:rsidR="00871FBD" w:rsidRPr="00F51F43" w14:paraId="6EEC55B2" w14:textId="77777777" w:rsidTr="00871FBD">
        <w:trPr>
          <w:cantSplit/>
          <w:jc w:val="center"/>
        </w:trPr>
        <w:tc>
          <w:tcPr>
            <w:tcW w:w="507" w:type="dxa"/>
            <w:tcMar>
              <w:top w:w="80" w:type="dxa"/>
              <w:left w:w="80" w:type="dxa"/>
              <w:bottom w:w="80" w:type="dxa"/>
              <w:right w:w="80" w:type="dxa"/>
            </w:tcMar>
            <w:vAlign w:val="center"/>
          </w:tcPr>
          <w:p w14:paraId="6DE5CAF6" w14:textId="77777777" w:rsidR="00871FBD" w:rsidRPr="00F51F43" w:rsidRDefault="00871FBD" w:rsidP="00871FBD">
            <w:pPr>
              <w:spacing w:after="0" w:line="240" w:lineRule="auto"/>
              <w:jc w:val="center"/>
              <w:rPr>
                <w:noProof/>
                <w:sz w:val="20"/>
                <w:szCs w:val="20"/>
              </w:rPr>
            </w:pPr>
            <w:r w:rsidRPr="00F51F43">
              <w:rPr>
                <w:noProof/>
                <w:sz w:val="20"/>
                <w:szCs w:val="20"/>
              </w:rPr>
              <w:t>34.</w:t>
            </w:r>
          </w:p>
        </w:tc>
        <w:tc>
          <w:tcPr>
            <w:tcW w:w="1395" w:type="dxa"/>
            <w:tcMar>
              <w:top w:w="80" w:type="dxa"/>
              <w:left w:w="80" w:type="dxa"/>
              <w:bottom w:w="80" w:type="dxa"/>
              <w:right w:w="80" w:type="dxa"/>
            </w:tcMar>
            <w:vAlign w:val="center"/>
          </w:tcPr>
          <w:p w14:paraId="23A841F8"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08F791A7" w14:textId="77777777" w:rsidR="00871FBD" w:rsidRPr="00F51F43" w:rsidRDefault="00871FBD" w:rsidP="00871FBD">
            <w:pPr>
              <w:spacing w:after="0" w:line="240" w:lineRule="auto"/>
              <w:jc w:val="center"/>
              <w:rPr>
                <w:noProof/>
                <w:sz w:val="20"/>
                <w:szCs w:val="20"/>
              </w:rPr>
            </w:pPr>
            <w:r w:rsidRPr="00F51F43">
              <w:rPr>
                <w:noProof/>
                <w:sz w:val="20"/>
                <w:szCs w:val="20"/>
              </w:rPr>
              <w:t>Varaždin</w:t>
            </w:r>
          </w:p>
        </w:tc>
        <w:tc>
          <w:tcPr>
            <w:tcW w:w="1015" w:type="dxa"/>
            <w:tcMar>
              <w:top w:w="80" w:type="dxa"/>
              <w:left w:w="80" w:type="dxa"/>
              <w:bottom w:w="80" w:type="dxa"/>
              <w:right w:w="80" w:type="dxa"/>
            </w:tcMar>
            <w:vAlign w:val="center"/>
          </w:tcPr>
          <w:p w14:paraId="1C9B5CE2"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0F46F9D6"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30EB2EE8"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49733B8B" w14:textId="77777777" w:rsidR="00871FBD" w:rsidRPr="00F51F43" w:rsidRDefault="00871FBD" w:rsidP="00871FBD">
            <w:pPr>
              <w:spacing w:after="0" w:line="240" w:lineRule="auto"/>
              <w:jc w:val="center"/>
              <w:rPr>
                <w:noProof/>
                <w:sz w:val="20"/>
                <w:szCs w:val="20"/>
              </w:rPr>
            </w:pPr>
            <w:r w:rsidRPr="00F51F43">
              <w:rPr>
                <w:noProof/>
                <w:sz w:val="20"/>
                <w:szCs w:val="20"/>
              </w:rPr>
              <w:t>Twister igraonica Cinestar</w:t>
            </w:r>
          </w:p>
        </w:tc>
        <w:tc>
          <w:tcPr>
            <w:tcW w:w="3207" w:type="dxa"/>
            <w:tcMar>
              <w:top w:w="80" w:type="dxa"/>
              <w:left w:w="80" w:type="dxa"/>
              <w:bottom w:w="80" w:type="dxa"/>
              <w:right w:w="80" w:type="dxa"/>
            </w:tcMar>
            <w:vAlign w:val="center"/>
          </w:tcPr>
          <w:p w14:paraId="64C0255A" w14:textId="77777777" w:rsidR="00871FBD" w:rsidRPr="00F51F43" w:rsidRDefault="00871FBD" w:rsidP="00871FBD">
            <w:pPr>
              <w:spacing w:after="0" w:line="240" w:lineRule="auto"/>
              <w:jc w:val="center"/>
              <w:rPr>
                <w:noProof/>
                <w:sz w:val="20"/>
                <w:szCs w:val="20"/>
              </w:rPr>
            </w:pPr>
            <w:r w:rsidRPr="00F51F43">
              <w:rPr>
                <w:noProof/>
                <w:sz w:val="20"/>
                <w:szCs w:val="20"/>
              </w:rPr>
              <w:t>Zabavne igre u igraonici, projekcije animiranog filma</w:t>
            </w:r>
          </w:p>
        </w:tc>
        <w:tc>
          <w:tcPr>
            <w:tcW w:w="2928" w:type="dxa"/>
            <w:tcMar>
              <w:top w:w="80" w:type="dxa"/>
              <w:left w:w="80" w:type="dxa"/>
              <w:bottom w:w="80" w:type="dxa"/>
              <w:right w:w="80" w:type="dxa"/>
            </w:tcMar>
            <w:vAlign w:val="center"/>
          </w:tcPr>
          <w:p w14:paraId="3A65D014"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32E08E0B" w14:textId="77777777" w:rsidTr="00871FBD">
        <w:trPr>
          <w:cantSplit/>
          <w:jc w:val="center"/>
        </w:trPr>
        <w:tc>
          <w:tcPr>
            <w:tcW w:w="507" w:type="dxa"/>
            <w:tcMar>
              <w:top w:w="80" w:type="dxa"/>
              <w:left w:w="80" w:type="dxa"/>
              <w:bottom w:w="80" w:type="dxa"/>
              <w:right w:w="80" w:type="dxa"/>
            </w:tcMar>
            <w:vAlign w:val="center"/>
          </w:tcPr>
          <w:p w14:paraId="7BA083F9" w14:textId="77777777" w:rsidR="00871FBD" w:rsidRPr="00F51F43" w:rsidRDefault="00871FBD" w:rsidP="00871FBD">
            <w:pPr>
              <w:spacing w:after="0" w:line="240" w:lineRule="auto"/>
              <w:jc w:val="center"/>
              <w:rPr>
                <w:noProof/>
                <w:sz w:val="20"/>
                <w:szCs w:val="20"/>
              </w:rPr>
            </w:pPr>
            <w:r w:rsidRPr="00F51F43">
              <w:rPr>
                <w:noProof/>
                <w:sz w:val="20"/>
                <w:szCs w:val="20"/>
              </w:rPr>
              <w:t>35.</w:t>
            </w:r>
          </w:p>
        </w:tc>
        <w:tc>
          <w:tcPr>
            <w:tcW w:w="1395" w:type="dxa"/>
            <w:tcMar>
              <w:top w:w="80" w:type="dxa"/>
              <w:left w:w="80" w:type="dxa"/>
              <w:bottom w:w="80" w:type="dxa"/>
              <w:right w:w="80" w:type="dxa"/>
            </w:tcMar>
            <w:vAlign w:val="center"/>
          </w:tcPr>
          <w:p w14:paraId="57F3E077"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41F71C8F"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400F5FEF"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28E02054"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3944FB73"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266F48D0" w14:textId="77777777" w:rsidR="00871FBD" w:rsidRPr="00F51F43" w:rsidRDefault="00871FBD" w:rsidP="00871FBD">
            <w:pPr>
              <w:spacing w:after="0" w:line="240" w:lineRule="auto"/>
              <w:jc w:val="center"/>
              <w:rPr>
                <w:noProof/>
                <w:sz w:val="20"/>
                <w:szCs w:val="20"/>
              </w:rPr>
            </w:pPr>
            <w:r w:rsidRPr="00F51F43">
              <w:rPr>
                <w:noProof/>
                <w:sz w:val="20"/>
                <w:szCs w:val="20"/>
              </w:rPr>
              <w:t>Domoljub, knjižnica i čitaonica Fran Galović</w:t>
            </w:r>
          </w:p>
        </w:tc>
        <w:tc>
          <w:tcPr>
            <w:tcW w:w="3207" w:type="dxa"/>
            <w:tcMar>
              <w:top w:w="80" w:type="dxa"/>
              <w:left w:w="80" w:type="dxa"/>
              <w:bottom w:w="80" w:type="dxa"/>
              <w:right w:w="80" w:type="dxa"/>
            </w:tcMar>
            <w:vAlign w:val="center"/>
          </w:tcPr>
          <w:p w14:paraId="16492BD5" w14:textId="77777777" w:rsidR="00871FBD" w:rsidRPr="00F51F43" w:rsidRDefault="00871FBD" w:rsidP="00871FBD">
            <w:pPr>
              <w:spacing w:after="0" w:line="240" w:lineRule="auto"/>
              <w:jc w:val="center"/>
              <w:rPr>
                <w:noProof/>
                <w:sz w:val="20"/>
                <w:szCs w:val="20"/>
              </w:rPr>
            </w:pPr>
            <w:r w:rsidRPr="00F51F43">
              <w:rPr>
                <w:noProof/>
                <w:sz w:val="20"/>
                <w:szCs w:val="20"/>
              </w:rPr>
              <w:t>Predstava, radionica</w:t>
            </w:r>
          </w:p>
        </w:tc>
        <w:tc>
          <w:tcPr>
            <w:tcW w:w="2928" w:type="dxa"/>
            <w:tcMar>
              <w:top w:w="80" w:type="dxa"/>
              <w:left w:w="80" w:type="dxa"/>
              <w:bottom w:w="80" w:type="dxa"/>
              <w:right w:w="80" w:type="dxa"/>
            </w:tcMar>
            <w:vAlign w:val="center"/>
          </w:tcPr>
          <w:p w14:paraId="10233CCF"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72DA264C" w14:textId="77777777" w:rsidTr="00871FBD">
        <w:trPr>
          <w:cantSplit/>
          <w:jc w:val="center"/>
        </w:trPr>
        <w:tc>
          <w:tcPr>
            <w:tcW w:w="507" w:type="dxa"/>
            <w:tcMar>
              <w:top w:w="80" w:type="dxa"/>
              <w:left w:w="80" w:type="dxa"/>
              <w:bottom w:w="80" w:type="dxa"/>
              <w:right w:w="80" w:type="dxa"/>
            </w:tcMar>
            <w:vAlign w:val="center"/>
          </w:tcPr>
          <w:p w14:paraId="6BB6025A" w14:textId="77777777" w:rsidR="00871FBD" w:rsidRPr="00F51F43" w:rsidRDefault="00871FBD" w:rsidP="00871FBD">
            <w:pPr>
              <w:spacing w:after="0" w:line="240" w:lineRule="auto"/>
              <w:jc w:val="center"/>
              <w:rPr>
                <w:noProof/>
                <w:sz w:val="20"/>
                <w:szCs w:val="20"/>
              </w:rPr>
            </w:pPr>
            <w:r w:rsidRPr="00F51F43">
              <w:rPr>
                <w:noProof/>
                <w:sz w:val="20"/>
                <w:szCs w:val="20"/>
              </w:rPr>
              <w:t>36.</w:t>
            </w:r>
          </w:p>
        </w:tc>
        <w:tc>
          <w:tcPr>
            <w:tcW w:w="1395" w:type="dxa"/>
            <w:tcMar>
              <w:top w:w="80" w:type="dxa"/>
              <w:left w:w="80" w:type="dxa"/>
              <w:bottom w:w="80" w:type="dxa"/>
              <w:right w:w="80" w:type="dxa"/>
            </w:tcMar>
            <w:vAlign w:val="center"/>
          </w:tcPr>
          <w:p w14:paraId="4085260A"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4F112479"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5FB123CD"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29B75441"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792800D9"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0EB590BA" w14:textId="77777777" w:rsidR="00871FBD" w:rsidRPr="00F51F43" w:rsidRDefault="00871FBD" w:rsidP="00871FBD">
            <w:pPr>
              <w:spacing w:after="0" w:line="240" w:lineRule="auto"/>
              <w:jc w:val="center"/>
              <w:rPr>
                <w:noProof/>
                <w:sz w:val="20"/>
                <w:szCs w:val="20"/>
              </w:rPr>
            </w:pPr>
            <w:r w:rsidRPr="00F51F43">
              <w:rPr>
                <w:noProof/>
                <w:sz w:val="20"/>
                <w:szCs w:val="20"/>
              </w:rPr>
              <w:t>Kino Velebit</w:t>
            </w:r>
          </w:p>
        </w:tc>
        <w:tc>
          <w:tcPr>
            <w:tcW w:w="3207" w:type="dxa"/>
            <w:tcMar>
              <w:top w:w="80" w:type="dxa"/>
              <w:left w:w="80" w:type="dxa"/>
              <w:bottom w:w="80" w:type="dxa"/>
              <w:right w:w="80" w:type="dxa"/>
            </w:tcMar>
            <w:vAlign w:val="center"/>
          </w:tcPr>
          <w:p w14:paraId="667DE7D7" w14:textId="77777777" w:rsidR="00871FBD" w:rsidRPr="00F51F43" w:rsidRDefault="00871FBD" w:rsidP="00871FBD">
            <w:pPr>
              <w:spacing w:after="0" w:line="240" w:lineRule="auto"/>
              <w:jc w:val="center"/>
              <w:rPr>
                <w:noProof/>
                <w:sz w:val="20"/>
                <w:szCs w:val="20"/>
              </w:rPr>
            </w:pPr>
            <w:r w:rsidRPr="00F51F43">
              <w:rPr>
                <w:noProof/>
                <w:sz w:val="20"/>
                <w:szCs w:val="20"/>
              </w:rPr>
              <w:t>Projekcija animiranog filma, slobodna igra na igralištu u Koprivnici</w:t>
            </w:r>
          </w:p>
        </w:tc>
        <w:tc>
          <w:tcPr>
            <w:tcW w:w="2928" w:type="dxa"/>
            <w:tcMar>
              <w:top w:w="80" w:type="dxa"/>
              <w:left w:w="80" w:type="dxa"/>
              <w:bottom w:w="80" w:type="dxa"/>
              <w:right w:w="80" w:type="dxa"/>
            </w:tcMar>
            <w:vAlign w:val="center"/>
          </w:tcPr>
          <w:p w14:paraId="07340CC2"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7CD7FE44" w14:textId="77777777" w:rsidTr="00871FBD">
        <w:trPr>
          <w:cantSplit/>
          <w:jc w:val="center"/>
        </w:trPr>
        <w:tc>
          <w:tcPr>
            <w:tcW w:w="507" w:type="dxa"/>
            <w:tcMar>
              <w:top w:w="80" w:type="dxa"/>
              <w:left w:w="80" w:type="dxa"/>
              <w:bottom w:w="80" w:type="dxa"/>
              <w:right w:w="80" w:type="dxa"/>
            </w:tcMar>
            <w:vAlign w:val="center"/>
          </w:tcPr>
          <w:p w14:paraId="35FC17D0" w14:textId="77777777" w:rsidR="00871FBD" w:rsidRPr="00F51F43" w:rsidRDefault="00871FBD" w:rsidP="00871FBD">
            <w:pPr>
              <w:spacing w:after="0" w:line="240" w:lineRule="auto"/>
              <w:jc w:val="center"/>
              <w:rPr>
                <w:noProof/>
                <w:sz w:val="20"/>
                <w:szCs w:val="20"/>
              </w:rPr>
            </w:pPr>
            <w:r w:rsidRPr="00F51F43">
              <w:rPr>
                <w:noProof/>
                <w:sz w:val="20"/>
                <w:szCs w:val="20"/>
              </w:rPr>
              <w:t>37.</w:t>
            </w:r>
          </w:p>
        </w:tc>
        <w:tc>
          <w:tcPr>
            <w:tcW w:w="1395" w:type="dxa"/>
            <w:tcMar>
              <w:top w:w="80" w:type="dxa"/>
              <w:left w:w="80" w:type="dxa"/>
              <w:bottom w:w="80" w:type="dxa"/>
              <w:right w:w="80" w:type="dxa"/>
            </w:tcMar>
            <w:vAlign w:val="center"/>
          </w:tcPr>
          <w:p w14:paraId="232A571D"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2A5CB121" w14:textId="77777777" w:rsidR="00871FBD" w:rsidRPr="00F51F43" w:rsidRDefault="00871FBD" w:rsidP="00871FBD">
            <w:pPr>
              <w:spacing w:after="0" w:line="240" w:lineRule="auto"/>
              <w:jc w:val="center"/>
              <w:rPr>
                <w:noProof/>
                <w:sz w:val="20"/>
                <w:szCs w:val="20"/>
              </w:rPr>
            </w:pPr>
            <w:r w:rsidRPr="00F51F43">
              <w:rPr>
                <w:noProof/>
                <w:sz w:val="20"/>
                <w:szCs w:val="20"/>
              </w:rPr>
              <w:t>Varaždin</w:t>
            </w:r>
          </w:p>
        </w:tc>
        <w:tc>
          <w:tcPr>
            <w:tcW w:w="1015" w:type="dxa"/>
            <w:tcMar>
              <w:top w:w="80" w:type="dxa"/>
              <w:left w:w="80" w:type="dxa"/>
              <w:bottom w:w="80" w:type="dxa"/>
              <w:right w:w="80" w:type="dxa"/>
            </w:tcMar>
            <w:vAlign w:val="center"/>
          </w:tcPr>
          <w:p w14:paraId="4103FE4E"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513FBC78"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152E2209"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25DC6FF7" w14:textId="77777777" w:rsidR="00871FBD" w:rsidRPr="00F51F43" w:rsidRDefault="00871FBD" w:rsidP="00871FBD">
            <w:pPr>
              <w:spacing w:after="0" w:line="240" w:lineRule="auto"/>
              <w:jc w:val="center"/>
              <w:rPr>
                <w:noProof/>
                <w:sz w:val="20"/>
                <w:szCs w:val="20"/>
              </w:rPr>
            </w:pPr>
            <w:r w:rsidRPr="00F51F43">
              <w:rPr>
                <w:noProof/>
                <w:sz w:val="20"/>
                <w:szCs w:val="20"/>
              </w:rPr>
              <w:t>Gradski muzej Varaždin-Entomološka zbirka „Svijet kukaca“, HNK Varaždin</w:t>
            </w:r>
          </w:p>
        </w:tc>
        <w:tc>
          <w:tcPr>
            <w:tcW w:w="3207" w:type="dxa"/>
            <w:tcMar>
              <w:top w:w="80" w:type="dxa"/>
              <w:left w:w="80" w:type="dxa"/>
              <w:bottom w:w="80" w:type="dxa"/>
              <w:right w:w="80" w:type="dxa"/>
            </w:tcMar>
            <w:vAlign w:val="center"/>
          </w:tcPr>
          <w:p w14:paraId="14C00F28" w14:textId="77777777" w:rsidR="00871FBD" w:rsidRPr="00F51F43" w:rsidRDefault="00871FBD" w:rsidP="00871FBD">
            <w:pPr>
              <w:spacing w:after="0" w:line="240" w:lineRule="auto"/>
              <w:jc w:val="center"/>
              <w:rPr>
                <w:noProof/>
                <w:sz w:val="20"/>
                <w:szCs w:val="20"/>
              </w:rPr>
            </w:pPr>
            <w:r w:rsidRPr="00F51F43">
              <w:rPr>
                <w:noProof/>
                <w:sz w:val="20"/>
                <w:szCs w:val="20"/>
              </w:rPr>
              <w:t>Posjet muzeju, predstava</w:t>
            </w:r>
          </w:p>
        </w:tc>
        <w:tc>
          <w:tcPr>
            <w:tcW w:w="2928" w:type="dxa"/>
            <w:tcMar>
              <w:top w:w="80" w:type="dxa"/>
              <w:left w:w="80" w:type="dxa"/>
              <w:bottom w:w="80" w:type="dxa"/>
              <w:right w:w="80" w:type="dxa"/>
            </w:tcMar>
            <w:vAlign w:val="center"/>
          </w:tcPr>
          <w:p w14:paraId="27121C64"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5C1EB6C0" w14:textId="77777777" w:rsidTr="00871FBD">
        <w:trPr>
          <w:cantSplit/>
          <w:jc w:val="center"/>
        </w:trPr>
        <w:tc>
          <w:tcPr>
            <w:tcW w:w="507" w:type="dxa"/>
            <w:tcMar>
              <w:top w:w="80" w:type="dxa"/>
              <w:left w:w="80" w:type="dxa"/>
              <w:bottom w:w="80" w:type="dxa"/>
              <w:right w:w="80" w:type="dxa"/>
            </w:tcMar>
            <w:vAlign w:val="center"/>
          </w:tcPr>
          <w:p w14:paraId="05428406" w14:textId="77777777" w:rsidR="00871FBD" w:rsidRPr="00F51F43" w:rsidRDefault="00871FBD" w:rsidP="00871FBD">
            <w:pPr>
              <w:spacing w:after="0" w:line="240" w:lineRule="auto"/>
              <w:jc w:val="center"/>
              <w:rPr>
                <w:noProof/>
                <w:sz w:val="20"/>
                <w:szCs w:val="20"/>
              </w:rPr>
            </w:pPr>
            <w:r w:rsidRPr="00F51F43">
              <w:rPr>
                <w:noProof/>
                <w:sz w:val="20"/>
                <w:szCs w:val="20"/>
              </w:rPr>
              <w:t>38.</w:t>
            </w:r>
          </w:p>
        </w:tc>
        <w:tc>
          <w:tcPr>
            <w:tcW w:w="1395" w:type="dxa"/>
            <w:tcMar>
              <w:top w:w="80" w:type="dxa"/>
              <w:left w:w="80" w:type="dxa"/>
              <w:bottom w:w="80" w:type="dxa"/>
              <w:right w:w="80" w:type="dxa"/>
            </w:tcMar>
            <w:vAlign w:val="center"/>
          </w:tcPr>
          <w:p w14:paraId="63CF7D78"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2A0D53A4" w14:textId="77777777" w:rsidR="00871FBD" w:rsidRPr="00F51F43" w:rsidRDefault="00871FBD" w:rsidP="00871FBD">
            <w:pPr>
              <w:spacing w:after="0" w:line="240" w:lineRule="auto"/>
              <w:jc w:val="center"/>
              <w:rPr>
                <w:noProof/>
                <w:sz w:val="20"/>
                <w:szCs w:val="20"/>
              </w:rPr>
            </w:pPr>
            <w:r w:rsidRPr="00F51F43">
              <w:rPr>
                <w:noProof/>
                <w:sz w:val="20"/>
                <w:szCs w:val="20"/>
              </w:rPr>
              <w:t>Gola, Podravska banka</w:t>
            </w:r>
          </w:p>
        </w:tc>
        <w:tc>
          <w:tcPr>
            <w:tcW w:w="1015" w:type="dxa"/>
            <w:tcMar>
              <w:top w:w="80" w:type="dxa"/>
              <w:left w:w="80" w:type="dxa"/>
              <w:bottom w:w="80" w:type="dxa"/>
              <w:right w:w="80" w:type="dxa"/>
            </w:tcMar>
            <w:vAlign w:val="center"/>
          </w:tcPr>
          <w:p w14:paraId="5C4E7565"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48FA9415"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500FD526"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0A7105C0" w14:textId="77777777" w:rsidR="00871FBD" w:rsidRPr="00F51F43" w:rsidRDefault="00871FBD" w:rsidP="00871FBD">
            <w:pPr>
              <w:spacing w:after="0" w:line="240" w:lineRule="auto"/>
              <w:jc w:val="center"/>
              <w:rPr>
                <w:noProof/>
                <w:sz w:val="20"/>
                <w:szCs w:val="20"/>
              </w:rPr>
            </w:pPr>
            <w:r w:rsidRPr="00F51F43">
              <w:rPr>
                <w:noProof/>
                <w:sz w:val="20"/>
                <w:szCs w:val="20"/>
              </w:rPr>
              <w:t>Djelatnici Podravske banke</w:t>
            </w:r>
          </w:p>
        </w:tc>
        <w:tc>
          <w:tcPr>
            <w:tcW w:w="3207" w:type="dxa"/>
            <w:tcMar>
              <w:top w:w="80" w:type="dxa"/>
              <w:left w:w="80" w:type="dxa"/>
              <w:bottom w:w="80" w:type="dxa"/>
              <w:right w:w="80" w:type="dxa"/>
            </w:tcMar>
            <w:vAlign w:val="center"/>
          </w:tcPr>
          <w:p w14:paraId="2CF63C4A"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 radionica</w:t>
            </w:r>
          </w:p>
        </w:tc>
        <w:tc>
          <w:tcPr>
            <w:tcW w:w="2928" w:type="dxa"/>
            <w:tcMar>
              <w:top w:w="80" w:type="dxa"/>
              <w:left w:w="80" w:type="dxa"/>
              <w:bottom w:w="80" w:type="dxa"/>
              <w:right w:w="80" w:type="dxa"/>
            </w:tcMar>
            <w:vAlign w:val="center"/>
          </w:tcPr>
          <w:p w14:paraId="7D73BCCB"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6A27B350" w14:textId="77777777" w:rsidTr="00871FBD">
        <w:trPr>
          <w:cantSplit/>
          <w:jc w:val="center"/>
        </w:trPr>
        <w:tc>
          <w:tcPr>
            <w:tcW w:w="507" w:type="dxa"/>
            <w:tcMar>
              <w:top w:w="80" w:type="dxa"/>
              <w:left w:w="80" w:type="dxa"/>
              <w:bottom w:w="80" w:type="dxa"/>
              <w:right w:w="80" w:type="dxa"/>
            </w:tcMar>
            <w:vAlign w:val="center"/>
          </w:tcPr>
          <w:p w14:paraId="2155B918"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39.</w:t>
            </w:r>
          </w:p>
        </w:tc>
        <w:tc>
          <w:tcPr>
            <w:tcW w:w="1395" w:type="dxa"/>
            <w:tcMar>
              <w:top w:w="80" w:type="dxa"/>
              <w:left w:w="80" w:type="dxa"/>
              <w:bottom w:w="80" w:type="dxa"/>
              <w:right w:w="80" w:type="dxa"/>
            </w:tcMar>
            <w:vAlign w:val="center"/>
          </w:tcPr>
          <w:p w14:paraId="70AAA349"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5D4711FE" w14:textId="77777777" w:rsidR="00871FBD" w:rsidRPr="00F51F43" w:rsidRDefault="00871FBD" w:rsidP="00871FBD">
            <w:pPr>
              <w:spacing w:after="0" w:line="240" w:lineRule="auto"/>
              <w:jc w:val="center"/>
              <w:rPr>
                <w:noProof/>
                <w:sz w:val="20"/>
                <w:szCs w:val="20"/>
              </w:rPr>
            </w:pPr>
            <w:r w:rsidRPr="00F51F43">
              <w:rPr>
                <w:noProof/>
                <w:sz w:val="20"/>
                <w:szCs w:val="20"/>
              </w:rPr>
              <w:t>Općina Gola</w:t>
            </w:r>
          </w:p>
        </w:tc>
        <w:tc>
          <w:tcPr>
            <w:tcW w:w="1015" w:type="dxa"/>
            <w:tcMar>
              <w:top w:w="80" w:type="dxa"/>
              <w:left w:w="80" w:type="dxa"/>
              <w:bottom w:w="80" w:type="dxa"/>
              <w:right w:w="80" w:type="dxa"/>
            </w:tcMar>
            <w:vAlign w:val="center"/>
          </w:tcPr>
          <w:p w14:paraId="0A8A1B76"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6F4C3DB4"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5AE8194D"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151F8301" w14:textId="77777777" w:rsidR="00871FBD" w:rsidRPr="00F51F43" w:rsidRDefault="00871FBD" w:rsidP="00871FBD">
            <w:pPr>
              <w:spacing w:after="0" w:line="240" w:lineRule="auto"/>
              <w:jc w:val="center"/>
              <w:rPr>
                <w:noProof/>
                <w:sz w:val="20"/>
                <w:szCs w:val="20"/>
              </w:rPr>
            </w:pPr>
            <w:r w:rsidRPr="00F51F43">
              <w:rPr>
                <w:noProof/>
                <w:sz w:val="20"/>
                <w:szCs w:val="20"/>
              </w:rPr>
              <w:t>Općinski načelnik i općinske djelatnice</w:t>
            </w:r>
          </w:p>
        </w:tc>
        <w:tc>
          <w:tcPr>
            <w:tcW w:w="3207" w:type="dxa"/>
            <w:tcMar>
              <w:top w:w="80" w:type="dxa"/>
              <w:left w:w="80" w:type="dxa"/>
              <w:bottom w:w="80" w:type="dxa"/>
              <w:right w:w="80" w:type="dxa"/>
            </w:tcMar>
            <w:vAlign w:val="center"/>
          </w:tcPr>
          <w:p w14:paraId="74F183A5"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 razgovor</w:t>
            </w:r>
          </w:p>
        </w:tc>
        <w:tc>
          <w:tcPr>
            <w:tcW w:w="2928" w:type="dxa"/>
            <w:tcMar>
              <w:top w:w="80" w:type="dxa"/>
              <w:left w:w="80" w:type="dxa"/>
              <w:bottom w:w="80" w:type="dxa"/>
              <w:right w:w="80" w:type="dxa"/>
            </w:tcMar>
            <w:vAlign w:val="center"/>
          </w:tcPr>
          <w:p w14:paraId="70543950"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58D0569A" w14:textId="77777777" w:rsidTr="00871FBD">
        <w:trPr>
          <w:cantSplit/>
          <w:jc w:val="center"/>
        </w:trPr>
        <w:tc>
          <w:tcPr>
            <w:tcW w:w="507" w:type="dxa"/>
            <w:tcMar>
              <w:top w:w="80" w:type="dxa"/>
              <w:left w:w="80" w:type="dxa"/>
              <w:bottom w:w="80" w:type="dxa"/>
              <w:right w:w="80" w:type="dxa"/>
            </w:tcMar>
            <w:vAlign w:val="center"/>
          </w:tcPr>
          <w:p w14:paraId="1016EAA5" w14:textId="77777777" w:rsidR="00871FBD" w:rsidRPr="00F51F43" w:rsidRDefault="00871FBD" w:rsidP="00871FBD">
            <w:pPr>
              <w:spacing w:after="0" w:line="240" w:lineRule="auto"/>
              <w:jc w:val="center"/>
              <w:rPr>
                <w:noProof/>
                <w:sz w:val="20"/>
                <w:szCs w:val="20"/>
              </w:rPr>
            </w:pPr>
            <w:r w:rsidRPr="00F51F43">
              <w:rPr>
                <w:noProof/>
                <w:sz w:val="20"/>
                <w:szCs w:val="20"/>
              </w:rPr>
              <w:t>40.</w:t>
            </w:r>
          </w:p>
        </w:tc>
        <w:tc>
          <w:tcPr>
            <w:tcW w:w="1395" w:type="dxa"/>
            <w:tcMar>
              <w:top w:w="80" w:type="dxa"/>
              <w:left w:w="80" w:type="dxa"/>
              <w:bottom w:w="80" w:type="dxa"/>
              <w:right w:w="80" w:type="dxa"/>
            </w:tcMar>
            <w:vAlign w:val="center"/>
          </w:tcPr>
          <w:p w14:paraId="5A34629A"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26B7A3A9" w14:textId="77777777" w:rsidR="00871FBD" w:rsidRPr="00F51F43" w:rsidRDefault="00871FBD" w:rsidP="00871FBD">
            <w:pPr>
              <w:spacing w:after="0" w:line="240" w:lineRule="auto"/>
              <w:jc w:val="center"/>
              <w:rPr>
                <w:noProof/>
                <w:sz w:val="20"/>
                <w:szCs w:val="20"/>
              </w:rPr>
            </w:pPr>
            <w:r w:rsidRPr="00F51F43">
              <w:rPr>
                <w:noProof/>
                <w:sz w:val="20"/>
                <w:szCs w:val="20"/>
              </w:rPr>
              <w:t>Gola Stomatološka ordinacija</w:t>
            </w:r>
          </w:p>
        </w:tc>
        <w:tc>
          <w:tcPr>
            <w:tcW w:w="1015" w:type="dxa"/>
            <w:tcMar>
              <w:top w:w="80" w:type="dxa"/>
              <w:left w:w="80" w:type="dxa"/>
              <w:bottom w:w="80" w:type="dxa"/>
              <w:right w:w="80" w:type="dxa"/>
            </w:tcMar>
            <w:vAlign w:val="center"/>
          </w:tcPr>
          <w:p w14:paraId="6E0E4B94"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35766E05"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1B677608"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6B27DDEE" w14:textId="77777777" w:rsidR="00871FBD" w:rsidRPr="00F51F43" w:rsidRDefault="00871FBD" w:rsidP="00871FBD">
            <w:pPr>
              <w:spacing w:after="0" w:line="240" w:lineRule="auto"/>
              <w:jc w:val="center"/>
              <w:rPr>
                <w:noProof/>
                <w:sz w:val="20"/>
                <w:szCs w:val="20"/>
              </w:rPr>
            </w:pPr>
            <w:r w:rsidRPr="00F51F43">
              <w:rPr>
                <w:noProof/>
                <w:sz w:val="20"/>
                <w:szCs w:val="20"/>
              </w:rPr>
              <w:t>Stomatologinja</w:t>
            </w:r>
          </w:p>
        </w:tc>
        <w:tc>
          <w:tcPr>
            <w:tcW w:w="3207" w:type="dxa"/>
            <w:tcMar>
              <w:top w:w="80" w:type="dxa"/>
              <w:left w:w="80" w:type="dxa"/>
              <w:bottom w:w="80" w:type="dxa"/>
              <w:right w:w="80" w:type="dxa"/>
            </w:tcMar>
            <w:vAlign w:val="center"/>
          </w:tcPr>
          <w:p w14:paraId="7379E92C" w14:textId="77777777" w:rsidR="00871FBD" w:rsidRPr="00F51F43" w:rsidRDefault="00871FBD" w:rsidP="00871FBD">
            <w:pPr>
              <w:spacing w:after="0" w:line="240" w:lineRule="auto"/>
              <w:jc w:val="center"/>
              <w:rPr>
                <w:noProof/>
                <w:sz w:val="20"/>
                <w:szCs w:val="20"/>
              </w:rPr>
            </w:pPr>
            <w:r w:rsidRPr="00F51F43">
              <w:rPr>
                <w:noProof/>
                <w:sz w:val="20"/>
                <w:szCs w:val="20"/>
              </w:rPr>
              <w:t>razgledavanje i upoznavanje sa stomatološkom ordinacijom</w:t>
            </w:r>
          </w:p>
        </w:tc>
        <w:tc>
          <w:tcPr>
            <w:tcW w:w="2928" w:type="dxa"/>
            <w:tcMar>
              <w:top w:w="80" w:type="dxa"/>
              <w:left w:w="80" w:type="dxa"/>
              <w:bottom w:w="80" w:type="dxa"/>
              <w:right w:w="80" w:type="dxa"/>
            </w:tcMar>
            <w:vAlign w:val="center"/>
          </w:tcPr>
          <w:p w14:paraId="26F3249D"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510B6461" w14:textId="77777777" w:rsidTr="00871FBD">
        <w:trPr>
          <w:cantSplit/>
          <w:jc w:val="center"/>
        </w:trPr>
        <w:tc>
          <w:tcPr>
            <w:tcW w:w="507" w:type="dxa"/>
            <w:tcMar>
              <w:top w:w="80" w:type="dxa"/>
              <w:left w:w="80" w:type="dxa"/>
              <w:bottom w:w="80" w:type="dxa"/>
              <w:right w:w="80" w:type="dxa"/>
            </w:tcMar>
            <w:vAlign w:val="center"/>
          </w:tcPr>
          <w:p w14:paraId="4B973B4B" w14:textId="77777777" w:rsidR="00871FBD" w:rsidRPr="00F51F43" w:rsidRDefault="00871FBD" w:rsidP="00871FBD">
            <w:pPr>
              <w:spacing w:after="0" w:line="240" w:lineRule="auto"/>
              <w:jc w:val="center"/>
              <w:rPr>
                <w:noProof/>
                <w:sz w:val="20"/>
                <w:szCs w:val="20"/>
              </w:rPr>
            </w:pPr>
            <w:r w:rsidRPr="00F51F43">
              <w:rPr>
                <w:noProof/>
                <w:sz w:val="20"/>
                <w:szCs w:val="20"/>
              </w:rPr>
              <w:t>41.</w:t>
            </w:r>
          </w:p>
        </w:tc>
        <w:tc>
          <w:tcPr>
            <w:tcW w:w="1395" w:type="dxa"/>
            <w:tcMar>
              <w:top w:w="80" w:type="dxa"/>
              <w:left w:w="80" w:type="dxa"/>
              <w:bottom w:w="80" w:type="dxa"/>
              <w:right w:w="80" w:type="dxa"/>
            </w:tcMar>
            <w:vAlign w:val="center"/>
          </w:tcPr>
          <w:p w14:paraId="03CA94ED"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0DBFF210" w14:textId="77777777" w:rsidR="00871FBD" w:rsidRPr="00F51F43" w:rsidRDefault="00871FBD" w:rsidP="00871FBD">
            <w:pPr>
              <w:spacing w:after="0" w:line="240" w:lineRule="auto"/>
              <w:jc w:val="center"/>
              <w:rPr>
                <w:noProof/>
                <w:sz w:val="20"/>
                <w:szCs w:val="20"/>
              </w:rPr>
            </w:pPr>
            <w:r w:rsidRPr="00F51F43">
              <w:rPr>
                <w:noProof/>
                <w:sz w:val="20"/>
                <w:szCs w:val="20"/>
              </w:rPr>
              <w:t>Ješkovo</w:t>
            </w:r>
          </w:p>
        </w:tc>
        <w:tc>
          <w:tcPr>
            <w:tcW w:w="1015" w:type="dxa"/>
            <w:tcMar>
              <w:top w:w="80" w:type="dxa"/>
              <w:left w:w="80" w:type="dxa"/>
              <w:bottom w:w="80" w:type="dxa"/>
              <w:right w:w="80" w:type="dxa"/>
            </w:tcMar>
            <w:vAlign w:val="center"/>
          </w:tcPr>
          <w:p w14:paraId="17B5F880"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3B0B122E"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32C533B9"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525DFED9" w14:textId="77777777" w:rsidR="00871FBD" w:rsidRPr="00F51F43" w:rsidRDefault="00871FBD" w:rsidP="00871FBD">
            <w:pPr>
              <w:spacing w:after="0" w:line="240" w:lineRule="auto"/>
              <w:jc w:val="center"/>
              <w:rPr>
                <w:noProof/>
                <w:sz w:val="20"/>
                <w:szCs w:val="20"/>
              </w:rPr>
            </w:pPr>
            <w:r w:rsidRPr="00F51F43">
              <w:rPr>
                <w:noProof/>
                <w:sz w:val="20"/>
                <w:szCs w:val="20"/>
              </w:rPr>
              <w:t>Dragutin Ciglar</w:t>
            </w:r>
          </w:p>
        </w:tc>
        <w:tc>
          <w:tcPr>
            <w:tcW w:w="3207" w:type="dxa"/>
            <w:tcMar>
              <w:top w:w="80" w:type="dxa"/>
              <w:left w:w="80" w:type="dxa"/>
              <w:bottom w:w="80" w:type="dxa"/>
              <w:right w:w="80" w:type="dxa"/>
            </w:tcMar>
            <w:vAlign w:val="center"/>
          </w:tcPr>
          <w:p w14:paraId="7B069EF9" w14:textId="77777777" w:rsidR="00871FBD" w:rsidRPr="00F51F43" w:rsidRDefault="00871FBD" w:rsidP="00871FBD">
            <w:pPr>
              <w:spacing w:after="0" w:line="240" w:lineRule="auto"/>
              <w:jc w:val="center"/>
              <w:rPr>
                <w:noProof/>
                <w:sz w:val="20"/>
                <w:szCs w:val="20"/>
              </w:rPr>
            </w:pPr>
            <w:r w:rsidRPr="00F51F43">
              <w:rPr>
                <w:noProof/>
                <w:sz w:val="20"/>
                <w:szCs w:val="20"/>
              </w:rPr>
              <w:t>razgledavanje i upoznavanje sa stomatološkom ordinacijom</w:t>
            </w:r>
          </w:p>
        </w:tc>
        <w:tc>
          <w:tcPr>
            <w:tcW w:w="2928" w:type="dxa"/>
            <w:tcMar>
              <w:top w:w="80" w:type="dxa"/>
              <w:left w:w="80" w:type="dxa"/>
              <w:bottom w:w="80" w:type="dxa"/>
              <w:right w:w="80" w:type="dxa"/>
            </w:tcMar>
            <w:vAlign w:val="center"/>
          </w:tcPr>
          <w:p w14:paraId="480DB5FC"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74B8CAEE" w14:textId="77777777" w:rsidTr="00871FBD">
        <w:trPr>
          <w:cantSplit/>
          <w:jc w:val="center"/>
        </w:trPr>
        <w:tc>
          <w:tcPr>
            <w:tcW w:w="507" w:type="dxa"/>
            <w:tcMar>
              <w:top w:w="80" w:type="dxa"/>
              <w:left w:w="80" w:type="dxa"/>
              <w:bottom w:w="80" w:type="dxa"/>
              <w:right w:w="80" w:type="dxa"/>
            </w:tcMar>
            <w:vAlign w:val="center"/>
          </w:tcPr>
          <w:p w14:paraId="3D16C34B" w14:textId="77777777" w:rsidR="00871FBD" w:rsidRPr="00F51F43" w:rsidRDefault="00871FBD" w:rsidP="00871FBD">
            <w:pPr>
              <w:spacing w:after="0" w:line="240" w:lineRule="auto"/>
              <w:jc w:val="center"/>
              <w:rPr>
                <w:noProof/>
                <w:sz w:val="20"/>
                <w:szCs w:val="20"/>
              </w:rPr>
            </w:pPr>
            <w:r w:rsidRPr="00F51F43">
              <w:rPr>
                <w:noProof/>
                <w:sz w:val="20"/>
                <w:szCs w:val="20"/>
              </w:rPr>
              <w:t>42.</w:t>
            </w:r>
          </w:p>
        </w:tc>
        <w:tc>
          <w:tcPr>
            <w:tcW w:w="1395" w:type="dxa"/>
            <w:tcMar>
              <w:top w:w="80" w:type="dxa"/>
              <w:left w:w="80" w:type="dxa"/>
              <w:bottom w:w="80" w:type="dxa"/>
              <w:right w:w="80" w:type="dxa"/>
            </w:tcMar>
            <w:vAlign w:val="center"/>
          </w:tcPr>
          <w:p w14:paraId="2D4ED6DC"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44957BC1" w14:textId="77777777" w:rsidR="00871FBD" w:rsidRPr="00F51F43" w:rsidRDefault="00871FBD" w:rsidP="00871FBD">
            <w:pPr>
              <w:spacing w:after="0" w:line="240" w:lineRule="auto"/>
              <w:jc w:val="center"/>
              <w:rPr>
                <w:noProof/>
                <w:sz w:val="20"/>
                <w:szCs w:val="20"/>
              </w:rPr>
            </w:pPr>
            <w:r w:rsidRPr="00F51F43">
              <w:rPr>
                <w:noProof/>
                <w:sz w:val="20"/>
                <w:szCs w:val="20"/>
              </w:rPr>
              <w:t>Galerija Ivan Večenaj Tišlarov, Gola</w:t>
            </w:r>
          </w:p>
        </w:tc>
        <w:tc>
          <w:tcPr>
            <w:tcW w:w="1015" w:type="dxa"/>
            <w:tcMar>
              <w:top w:w="80" w:type="dxa"/>
              <w:left w:w="80" w:type="dxa"/>
              <w:bottom w:w="80" w:type="dxa"/>
              <w:right w:w="80" w:type="dxa"/>
            </w:tcMar>
            <w:vAlign w:val="center"/>
          </w:tcPr>
          <w:p w14:paraId="35B9800B"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2871F32D"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368ABC45"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03658261" w14:textId="77777777" w:rsidR="00871FBD" w:rsidRPr="00F51F43" w:rsidRDefault="00871FBD" w:rsidP="00871FBD">
            <w:pPr>
              <w:spacing w:after="0" w:line="240" w:lineRule="auto"/>
              <w:jc w:val="center"/>
              <w:rPr>
                <w:noProof/>
                <w:sz w:val="20"/>
                <w:szCs w:val="20"/>
              </w:rPr>
            </w:pPr>
            <w:r w:rsidRPr="00F51F43">
              <w:rPr>
                <w:noProof/>
                <w:sz w:val="20"/>
                <w:szCs w:val="20"/>
              </w:rPr>
              <w:t>Mladen Večenaj</w:t>
            </w:r>
          </w:p>
        </w:tc>
        <w:tc>
          <w:tcPr>
            <w:tcW w:w="3207" w:type="dxa"/>
            <w:tcMar>
              <w:top w:w="80" w:type="dxa"/>
              <w:left w:w="80" w:type="dxa"/>
              <w:bottom w:w="80" w:type="dxa"/>
              <w:right w:w="80" w:type="dxa"/>
            </w:tcMar>
            <w:vAlign w:val="center"/>
          </w:tcPr>
          <w:p w14:paraId="68477883" w14:textId="77777777" w:rsidR="00871FBD" w:rsidRPr="00F51F43" w:rsidRDefault="00871FBD" w:rsidP="00871FBD">
            <w:pPr>
              <w:spacing w:after="0" w:line="240" w:lineRule="auto"/>
              <w:jc w:val="center"/>
              <w:rPr>
                <w:noProof/>
                <w:sz w:val="20"/>
                <w:szCs w:val="20"/>
              </w:rPr>
            </w:pPr>
            <w:r w:rsidRPr="00F51F43">
              <w:rPr>
                <w:noProof/>
                <w:sz w:val="20"/>
                <w:szCs w:val="20"/>
              </w:rPr>
              <w:t>razgledavanje umjetničkih djela, likovne radionice</w:t>
            </w:r>
          </w:p>
        </w:tc>
        <w:tc>
          <w:tcPr>
            <w:tcW w:w="2928" w:type="dxa"/>
            <w:tcMar>
              <w:top w:w="80" w:type="dxa"/>
              <w:left w:w="80" w:type="dxa"/>
              <w:bottom w:w="80" w:type="dxa"/>
              <w:right w:w="80" w:type="dxa"/>
            </w:tcMar>
            <w:vAlign w:val="center"/>
          </w:tcPr>
          <w:p w14:paraId="18E7190D"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09736EA5" w14:textId="77777777" w:rsidTr="00871FBD">
        <w:trPr>
          <w:cantSplit/>
          <w:jc w:val="center"/>
        </w:trPr>
        <w:tc>
          <w:tcPr>
            <w:tcW w:w="507" w:type="dxa"/>
            <w:tcMar>
              <w:top w:w="80" w:type="dxa"/>
              <w:left w:w="80" w:type="dxa"/>
              <w:bottom w:w="80" w:type="dxa"/>
              <w:right w:w="80" w:type="dxa"/>
            </w:tcMar>
            <w:vAlign w:val="center"/>
          </w:tcPr>
          <w:p w14:paraId="704E0A0A" w14:textId="77777777" w:rsidR="00871FBD" w:rsidRPr="00F51F43" w:rsidRDefault="00871FBD" w:rsidP="00871FBD">
            <w:pPr>
              <w:spacing w:after="0" w:line="240" w:lineRule="auto"/>
              <w:jc w:val="center"/>
              <w:rPr>
                <w:noProof/>
                <w:sz w:val="20"/>
                <w:szCs w:val="20"/>
              </w:rPr>
            </w:pPr>
            <w:r w:rsidRPr="00F51F43">
              <w:rPr>
                <w:noProof/>
                <w:sz w:val="20"/>
                <w:szCs w:val="20"/>
              </w:rPr>
              <w:t>43.</w:t>
            </w:r>
          </w:p>
        </w:tc>
        <w:tc>
          <w:tcPr>
            <w:tcW w:w="1395" w:type="dxa"/>
            <w:tcMar>
              <w:top w:w="80" w:type="dxa"/>
              <w:left w:w="80" w:type="dxa"/>
              <w:bottom w:w="80" w:type="dxa"/>
              <w:right w:w="80" w:type="dxa"/>
            </w:tcMar>
            <w:vAlign w:val="center"/>
          </w:tcPr>
          <w:p w14:paraId="7CE40BF4" w14:textId="77777777" w:rsidR="00871FBD" w:rsidRPr="00F51F43" w:rsidRDefault="00871FBD" w:rsidP="00871FBD">
            <w:pPr>
              <w:spacing w:after="0" w:line="240" w:lineRule="auto"/>
              <w:jc w:val="center"/>
              <w:rPr>
                <w:noProof/>
                <w:sz w:val="20"/>
                <w:szCs w:val="20"/>
              </w:rPr>
            </w:pPr>
            <w:r w:rsidRPr="00F51F43">
              <w:rPr>
                <w:noProof/>
                <w:sz w:val="20"/>
                <w:szCs w:val="20"/>
              </w:rPr>
              <w:t>„Zvončić“ Gola</w:t>
            </w:r>
          </w:p>
        </w:tc>
        <w:tc>
          <w:tcPr>
            <w:tcW w:w="1903" w:type="dxa"/>
            <w:tcMar>
              <w:top w:w="80" w:type="dxa"/>
              <w:left w:w="80" w:type="dxa"/>
              <w:bottom w:w="80" w:type="dxa"/>
              <w:right w:w="80" w:type="dxa"/>
            </w:tcMar>
            <w:vAlign w:val="center"/>
          </w:tcPr>
          <w:p w14:paraId="53AB8640" w14:textId="77777777" w:rsidR="00871FBD" w:rsidRPr="00F51F43" w:rsidRDefault="00871FBD" w:rsidP="00871FBD">
            <w:pPr>
              <w:spacing w:after="0" w:line="240" w:lineRule="auto"/>
              <w:jc w:val="center"/>
              <w:rPr>
                <w:noProof/>
                <w:sz w:val="20"/>
                <w:szCs w:val="20"/>
              </w:rPr>
            </w:pPr>
            <w:r w:rsidRPr="00F51F43">
              <w:rPr>
                <w:noProof/>
                <w:sz w:val="20"/>
                <w:szCs w:val="20"/>
              </w:rPr>
              <w:t>DVD Dola</w:t>
            </w:r>
          </w:p>
        </w:tc>
        <w:tc>
          <w:tcPr>
            <w:tcW w:w="1015" w:type="dxa"/>
            <w:tcMar>
              <w:top w:w="80" w:type="dxa"/>
              <w:left w:w="80" w:type="dxa"/>
              <w:bottom w:w="80" w:type="dxa"/>
              <w:right w:w="80" w:type="dxa"/>
            </w:tcMar>
            <w:vAlign w:val="center"/>
          </w:tcPr>
          <w:p w14:paraId="764A33C4"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17B0E356" w14:textId="77777777" w:rsidR="00871FBD" w:rsidRPr="00F51F43" w:rsidRDefault="00871FBD" w:rsidP="00871FBD">
            <w:pPr>
              <w:spacing w:after="0" w:line="240" w:lineRule="auto"/>
              <w:jc w:val="center"/>
              <w:rPr>
                <w:noProof/>
                <w:sz w:val="20"/>
                <w:szCs w:val="20"/>
              </w:rPr>
            </w:pPr>
            <w:r w:rsidRPr="00F51F43">
              <w:rPr>
                <w:noProof/>
                <w:sz w:val="20"/>
                <w:szCs w:val="20"/>
              </w:rPr>
              <w:t>24</w:t>
            </w:r>
          </w:p>
        </w:tc>
        <w:tc>
          <w:tcPr>
            <w:tcW w:w="1054" w:type="dxa"/>
            <w:tcMar>
              <w:top w:w="80" w:type="dxa"/>
              <w:left w:w="80" w:type="dxa"/>
              <w:bottom w:w="80" w:type="dxa"/>
              <w:right w:w="80" w:type="dxa"/>
            </w:tcMar>
            <w:vAlign w:val="center"/>
          </w:tcPr>
          <w:p w14:paraId="780E1AE7" w14:textId="77777777" w:rsidR="00871FBD" w:rsidRPr="00F51F43" w:rsidRDefault="00871FBD" w:rsidP="00871FBD">
            <w:pPr>
              <w:spacing w:after="0" w:line="240" w:lineRule="auto"/>
              <w:jc w:val="center"/>
              <w:rPr>
                <w:noProof/>
                <w:sz w:val="20"/>
                <w:szCs w:val="20"/>
              </w:rPr>
            </w:pPr>
            <w:r w:rsidRPr="00F51F43">
              <w:rPr>
                <w:noProof/>
                <w:sz w:val="20"/>
                <w:szCs w:val="20"/>
              </w:rPr>
              <w:t>Zvončić</w:t>
            </w:r>
          </w:p>
        </w:tc>
        <w:tc>
          <w:tcPr>
            <w:tcW w:w="1701" w:type="dxa"/>
            <w:tcMar>
              <w:top w:w="80" w:type="dxa"/>
              <w:left w:w="80" w:type="dxa"/>
              <w:bottom w:w="80" w:type="dxa"/>
              <w:right w:w="80" w:type="dxa"/>
            </w:tcMar>
            <w:vAlign w:val="center"/>
          </w:tcPr>
          <w:p w14:paraId="502B06C1" w14:textId="77777777" w:rsidR="00871FBD" w:rsidRPr="00F51F43" w:rsidRDefault="00871FBD" w:rsidP="00871FBD">
            <w:pPr>
              <w:spacing w:after="0" w:line="240" w:lineRule="auto"/>
              <w:jc w:val="center"/>
              <w:rPr>
                <w:noProof/>
                <w:sz w:val="20"/>
                <w:szCs w:val="20"/>
              </w:rPr>
            </w:pPr>
            <w:r w:rsidRPr="00F51F43">
              <w:rPr>
                <w:noProof/>
                <w:sz w:val="20"/>
                <w:szCs w:val="20"/>
              </w:rPr>
              <w:t>Djelatnici DVD Gola</w:t>
            </w:r>
          </w:p>
        </w:tc>
        <w:tc>
          <w:tcPr>
            <w:tcW w:w="3207" w:type="dxa"/>
            <w:tcMar>
              <w:top w:w="80" w:type="dxa"/>
              <w:left w:w="80" w:type="dxa"/>
              <w:bottom w:w="80" w:type="dxa"/>
              <w:right w:w="80" w:type="dxa"/>
            </w:tcMar>
            <w:vAlign w:val="center"/>
          </w:tcPr>
          <w:p w14:paraId="1DAEF740"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 DVD-a, vožnja vatrogasnim automobilom, igre vodom</w:t>
            </w:r>
          </w:p>
        </w:tc>
        <w:tc>
          <w:tcPr>
            <w:tcW w:w="2928" w:type="dxa"/>
            <w:tcMar>
              <w:top w:w="80" w:type="dxa"/>
              <w:left w:w="80" w:type="dxa"/>
              <w:bottom w:w="80" w:type="dxa"/>
              <w:right w:w="80" w:type="dxa"/>
            </w:tcMar>
            <w:vAlign w:val="center"/>
          </w:tcPr>
          <w:p w14:paraId="5C50239F"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1BC932B2" w14:textId="77777777" w:rsidTr="00871FBD">
        <w:trPr>
          <w:cantSplit/>
          <w:jc w:val="center"/>
        </w:trPr>
        <w:tc>
          <w:tcPr>
            <w:tcW w:w="507" w:type="dxa"/>
            <w:tcMar>
              <w:top w:w="80" w:type="dxa"/>
              <w:left w:w="80" w:type="dxa"/>
              <w:bottom w:w="80" w:type="dxa"/>
              <w:right w:w="80" w:type="dxa"/>
            </w:tcMar>
            <w:vAlign w:val="center"/>
          </w:tcPr>
          <w:p w14:paraId="2C68684A" w14:textId="77777777" w:rsidR="00871FBD" w:rsidRPr="00F51F43" w:rsidRDefault="00871FBD" w:rsidP="00871FBD">
            <w:pPr>
              <w:spacing w:after="0" w:line="240" w:lineRule="auto"/>
              <w:jc w:val="center"/>
              <w:rPr>
                <w:noProof/>
                <w:sz w:val="20"/>
                <w:szCs w:val="20"/>
              </w:rPr>
            </w:pPr>
            <w:r w:rsidRPr="00F51F43">
              <w:rPr>
                <w:noProof/>
                <w:sz w:val="20"/>
                <w:szCs w:val="20"/>
              </w:rPr>
              <w:t>44.</w:t>
            </w:r>
          </w:p>
        </w:tc>
        <w:tc>
          <w:tcPr>
            <w:tcW w:w="1395" w:type="dxa"/>
            <w:tcMar>
              <w:top w:w="80" w:type="dxa"/>
              <w:left w:w="80" w:type="dxa"/>
              <w:bottom w:w="80" w:type="dxa"/>
              <w:right w:w="80" w:type="dxa"/>
            </w:tcMar>
            <w:vAlign w:val="center"/>
          </w:tcPr>
          <w:p w14:paraId="3C75A923" w14:textId="77777777" w:rsidR="00871FBD" w:rsidRPr="00F51F43" w:rsidRDefault="00871FBD" w:rsidP="00871FBD">
            <w:pPr>
              <w:spacing w:after="0" w:line="240" w:lineRule="auto"/>
              <w:jc w:val="center"/>
              <w:rPr>
                <w:noProof/>
                <w:sz w:val="20"/>
                <w:szCs w:val="20"/>
              </w:rPr>
            </w:pPr>
            <w:r w:rsidRPr="00F51F43">
              <w:rPr>
                <w:noProof/>
                <w:sz w:val="20"/>
                <w:szCs w:val="20"/>
              </w:rPr>
              <w:t>„Bambi“ Ždala</w:t>
            </w:r>
          </w:p>
        </w:tc>
        <w:tc>
          <w:tcPr>
            <w:tcW w:w="1903" w:type="dxa"/>
            <w:tcMar>
              <w:top w:w="80" w:type="dxa"/>
              <w:left w:w="80" w:type="dxa"/>
              <w:bottom w:w="80" w:type="dxa"/>
              <w:right w:w="80" w:type="dxa"/>
            </w:tcMar>
            <w:vAlign w:val="center"/>
          </w:tcPr>
          <w:p w14:paraId="08E67DC8"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0D7421E0" w14:textId="77777777" w:rsidR="00871FBD" w:rsidRPr="00F51F43" w:rsidRDefault="00871FBD" w:rsidP="00871FBD">
            <w:pPr>
              <w:spacing w:after="0" w:line="240" w:lineRule="auto"/>
              <w:jc w:val="center"/>
              <w:rPr>
                <w:noProof/>
                <w:sz w:val="20"/>
                <w:szCs w:val="20"/>
              </w:rPr>
            </w:pPr>
            <w:r w:rsidRPr="00F51F43">
              <w:rPr>
                <w:noProof/>
                <w:sz w:val="20"/>
                <w:szCs w:val="20"/>
              </w:rPr>
              <w:t>rujan</w:t>
            </w:r>
          </w:p>
        </w:tc>
        <w:tc>
          <w:tcPr>
            <w:tcW w:w="761" w:type="dxa"/>
            <w:tcMar>
              <w:top w:w="80" w:type="dxa"/>
              <w:left w:w="80" w:type="dxa"/>
              <w:bottom w:w="80" w:type="dxa"/>
              <w:right w:w="80" w:type="dxa"/>
            </w:tcMar>
            <w:vAlign w:val="center"/>
          </w:tcPr>
          <w:p w14:paraId="3B44350A"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42B38FFB" w14:textId="77777777" w:rsidR="00871FBD" w:rsidRPr="00F51F43" w:rsidRDefault="00871FBD" w:rsidP="00871FBD">
            <w:pPr>
              <w:spacing w:after="0" w:line="240" w:lineRule="auto"/>
              <w:jc w:val="center"/>
              <w:rPr>
                <w:noProof/>
                <w:sz w:val="20"/>
                <w:szCs w:val="20"/>
              </w:rPr>
            </w:pPr>
            <w:r w:rsidRPr="00F51F43">
              <w:rPr>
                <w:noProof/>
                <w:sz w:val="20"/>
                <w:szCs w:val="20"/>
              </w:rPr>
              <w:t>Bambi</w:t>
            </w:r>
          </w:p>
        </w:tc>
        <w:tc>
          <w:tcPr>
            <w:tcW w:w="1701" w:type="dxa"/>
            <w:tcMar>
              <w:top w:w="80" w:type="dxa"/>
              <w:left w:w="80" w:type="dxa"/>
              <w:bottom w:w="80" w:type="dxa"/>
              <w:right w:w="80" w:type="dxa"/>
            </w:tcMar>
            <w:vAlign w:val="center"/>
          </w:tcPr>
          <w:p w14:paraId="7DA777BB" w14:textId="77777777" w:rsidR="00871FBD" w:rsidRPr="00F51F43" w:rsidRDefault="00871FBD" w:rsidP="00871FBD">
            <w:pPr>
              <w:spacing w:after="0" w:line="240" w:lineRule="auto"/>
              <w:jc w:val="center"/>
              <w:rPr>
                <w:noProof/>
                <w:sz w:val="20"/>
                <w:szCs w:val="20"/>
              </w:rPr>
            </w:pPr>
            <w:r w:rsidRPr="00F51F43">
              <w:rPr>
                <w:noProof/>
                <w:sz w:val="20"/>
                <w:szCs w:val="20"/>
              </w:rPr>
              <w:t>Rođendaonica i igraonica ''Veseli napuhanci''</w:t>
            </w:r>
          </w:p>
        </w:tc>
        <w:tc>
          <w:tcPr>
            <w:tcW w:w="3207" w:type="dxa"/>
            <w:tcMar>
              <w:top w:w="80" w:type="dxa"/>
              <w:left w:w="80" w:type="dxa"/>
              <w:bottom w:w="80" w:type="dxa"/>
              <w:right w:w="80" w:type="dxa"/>
            </w:tcMar>
            <w:vAlign w:val="center"/>
          </w:tcPr>
          <w:p w14:paraId="1CA94230" w14:textId="77777777" w:rsidR="00871FBD" w:rsidRPr="00F51F43" w:rsidRDefault="00871FBD" w:rsidP="00871FBD">
            <w:pPr>
              <w:spacing w:after="0" w:line="240" w:lineRule="auto"/>
              <w:jc w:val="center"/>
              <w:rPr>
                <w:noProof/>
                <w:sz w:val="20"/>
                <w:szCs w:val="20"/>
              </w:rPr>
            </w:pPr>
            <w:r w:rsidRPr="00F51F43">
              <w:rPr>
                <w:noProof/>
                <w:sz w:val="20"/>
                <w:szCs w:val="20"/>
              </w:rPr>
              <w:t>igra predviđenim poticajima : napuhanac, penjalice, ljuljačke, razne figurice i kutići</w:t>
            </w:r>
          </w:p>
        </w:tc>
        <w:tc>
          <w:tcPr>
            <w:tcW w:w="2928" w:type="dxa"/>
            <w:tcMar>
              <w:top w:w="80" w:type="dxa"/>
              <w:left w:w="80" w:type="dxa"/>
              <w:bottom w:w="80" w:type="dxa"/>
              <w:right w:w="80" w:type="dxa"/>
            </w:tcMar>
            <w:vAlign w:val="center"/>
          </w:tcPr>
          <w:p w14:paraId="245CEBA7"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386F0943" w14:textId="77777777" w:rsidTr="00871FBD">
        <w:trPr>
          <w:cantSplit/>
          <w:jc w:val="center"/>
        </w:trPr>
        <w:tc>
          <w:tcPr>
            <w:tcW w:w="507" w:type="dxa"/>
            <w:tcMar>
              <w:top w:w="80" w:type="dxa"/>
              <w:left w:w="80" w:type="dxa"/>
              <w:bottom w:w="80" w:type="dxa"/>
              <w:right w:w="80" w:type="dxa"/>
            </w:tcMar>
            <w:vAlign w:val="center"/>
          </w:tcPr>
          <w:p w14:paraId="10AAA604" w14:textId="77777777" w:rsidR="00871FBD" w:rsidRPr="00F51F43" w:rsidRDefault="00871FBD" w:rsidP="00871FBD">
            <w:pPr>
              <w:spacing w:after="0" w:line="240" w:lineRule="auto"/>
              <w:jc w:val="center"/>
              <w:rPr>
                <w:noProof/>
                <w:sz w:val="20"/>
                <w:szCs w:val="20"/>
              </w:rPr>
            </w:pPr>
            <w:r w:rsidRPr="00F51F43">
              <w:rPr>
                <w:noProof/>
                <w:sz w:val="20"/>
                <w:szCs w:val="20"/>
              </w:rPr>
              <w:t>45.</w:t>
            </w:r>
          </w:p>
        </w:tc>
        <w:tc>
          <w:tcPr>
            <w:tcW w:w="1395" w:type="dxa"/>
            <w:tcMar>
              <w:top w:w="80" w:type="dxa"/>
              <w:left w:w="80" w:type="dxa"/>
              <w:bottom w:w="80" w:type="dxa"/>
              <w:right w:w="80" w:type="dxa"/>
            </w:tcMar>
            <w:vAlign w:val="center"/>
          </w:tcPr>
          <w:p w14:paraId="7DAFA8A3" w14:textId="77777777" w:rsidR="00871FBD" w:rsidRPr="00F51F43" w:rsidRDefault="00871FBD" w:rsidP="00871FBD">
            <w:pPr>
              <w:spacing w:after="0" w:line="240" w:lineRule="auto"/>
              <w:jc w:val="center"/>
              <w:rPr>
                <w:noProof/>
                <w:sz w:val="20"/>
                <w:szCs w:val="20"/>
              </w:rPr>
            </w:pPr>
            <w:r w:rsidRPr="00F51F43">
              <w:rPr>
                <w:noProof/>
                <w:sz w:val="20"/>
                <w:szCs w:val="20"/>
              </w:rPr>
              <w:t>„Bambi“ Ždala</w:t>
            </w:r>
          </w:p>
        </w:tc>
        <w:tc>
          <w:tcPr>
            <w:tcW w:w="1903" w:type="dxa"/>
            <w:tcMar>
              <w:top w:w="80" w:type="dxa"/>
              <w:left w:w="80" w:type="dxa"/>
              <w:bottom w:w="80" w:type="dxa"/>
              <w:right w:w="80" w:type="dxa"/>
            </w:tcMar>
            <w:vAlign w:val="center"/>
          </w:tcPr>
          <w:p w14:paraId="56E57677" w14:textId="77777777" w:rsidR="00871FBD" w:rsidRPr="00F51F43" w:rsidRDefault="00871FBD" w:rsidP="00871FBD">
            <w:pPr>
              <w:spacing w:after="0" w:line="240" w:lineRule="auto"/>
              <w:jc w:val="center"/>
              <w:rPr>
                <w:noProof/>
                <w:sz w:val="20"/>
                <w:szCs w:val="20"/>
              </w:rPr>
            </w:pPr>
            <w:r w:rsidRPr="00F51F43">
              <w:rPr>
                <w:noProof/>
                <w:sz w:val="20"/>
                <w:szCs w:val="20"/>
              </w:rPr>
              <w:t>Varaždin</w:t>
            </w:r>
          </w:p>
        </w:tc>
        <w:tc>
          <w:tcPr>
            <w:tcW w:w="1015" w:type="dxa"/>
            <w:tcMar>
              <w:top w:w="80" w:type="dxa"/>
              <w:left w:w="80" w:type="dxa"/>
              <w:bottom w:w="80" w:type="dxa"/>
              <w:right w:w="80" w:type="dxa"/>
            </w:tcMar>
            <w:vAlign w:val="center"/>
          </w:tcPr>
          <w:p w14:paraId="3BFE99CF"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315F673A"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3407EB6C" w14:textId="77777777" w:rsidR="00871FBD" w:rsidRPr="00F51F43" w:rsidRDefault="00871FBD" w:rsidP="00871FBD">
            <w:pPr>
              <w:spacing w:after="0" w:line="240" w:lineRule="auto"/>
              <w:jc w:val="center"/>
              <w:rPr>
                <w:noProof/>
                <w:sz w:val="20"/>
                <w:szCs w:val="20"/>
              </w:rPr>
            </w:pPr>
            <w:r w:rsidRPr="00F51F43">
              <w:rPr>
                <w:noProof/>
                <w:sz w:val="20"/>
                <w:szCs w:val="20"/>
              </w:rPr>
              <w:t>Bambi</w:t>
            </w:r>
          </w:p>
        </w:tc>
        <w:tc>
          <w:tcPr>
            <w:tcW w:w="1701" w:type="dxa"/>
            <w:tcMar>
              <w:top w:w="80" w:type="dxa"/>
              <w:left w:w="80" w:type="dxa"/>
              <w:bottom w:w="80" w:type="dxa"/>
              <w:right w:w="80" w:type="dxa"/>
            </w:tcMar>
            <w:vAlign w:val="center"/>
          </w:tcPr>
          <w:p w14:paraId="2EDF4F6C" w14:textId="77777777" w:rsidR="00871FBD" w:rsidRPr="00F51F43" w:rsidRDefault="00871FBD" w:rsidP="00871FBD">
            <w:pPr>
              <w:spacing w:after="0" w:line="240" w:lineRule="auto"/>
              <w:jc w:val="center"/>
              <w:rPr>
                <w:noProof/>
                <w:sz w:val="20"/>
                <w:szCs w:val="20"/>
              </w:rPr>
            </w:pPr>
            <w:r w:rsidRPr="00F51F43">
              <w:rPr>
                <w:noProof/>
                <w:sz w:val="20"/>
                <w:szCs w:val="20"/>
              </w:rPr>
              <w:t>Igraonica Twister</w:t>
            </w:r>
          </w:p>
        </w:tc>
        <w:tc>
          <w:tcPr>
            <w:tcW w:w="3207" w:type="dxa"/>
            <w:tcMar>
              <w:top w:w="80" w:type="dxa"/>
              <w:left w:w="80" w:type="dxa"/>
              <w:bottom w:w="80" w:type="dxa"/>
              <w:right w:w="80" w:type="dxa"/>
            </w:tcMar>
            <w:vAlign w:val="center"/>
          </w:tcPr>
          <w:p w14:paraId="47F6BD1F" w14:textId="77777777" w:rsidR="00871FBD" w:rsidRPr="00F51F43" w:rsidRDefault="00871FBD" w:rsidP="00871FBD">
            <w:pPr>
              <w:spacing w:after="0" w:line="240" w:lineRule="auto"/>
              <w:jc w:val="center"/>
              <w:rPr>
                <w:noProof/>
                <w:sz w:val="20"/>
                <w:szCs w:val="20"/>
              </w:rPr>
            </w:pPr>
            <w:r w:rsidRPr="00F51F43">
              <w:rPr>
                <w:noProof/>
                <w:sz w:val="20"/>
                <w:szCs w:val="20"/>
              </w:rPr>
              <w:t>program radionica i zabavnog parka</w:t>
            </w:r>
          </w:p>
        </w:tc>
        <w:tc>
          <w:tcPr>
            <w:tcW w:w="2928" w:type="dxa"/>
            <w:tcMar>
              <w:top w:w="80" w:type="dxa"/>
              <w:left w:w="80" w:type="dxa"/>
              <w:bottom w:w="80" w:type="dxa"/>
              <w:right w:w="80" w:type="dxa"/>
            </w:tcMar>
            <w:vAlign w:val="center"/>
          </w:tcPr>
          <w:p w14:paraId="5FC234C3"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295BDBE1" w14:textId="77777777" w:rsidTr="00871FBD">
        <w:trPr>
          <w:cantSplit/>
          <w:jc w:val="center"/>
        </w:trPr>
        <w:tc>
          <w:tcPr>
            <w:tcW w:w="507" w:type="dxa"/>
            <w:tcMar>
              <w:top w:w="80" w:type="dxa"/>
              <w:left w:w="80" w:type="dxa"/>
              <w:bottom w:w="80" w:type="dxa"/>
              <w:right w:w="80" w:type="dxa"/>
            </w:tcMar>
            <w:vAlign w:val="center"/>
          </w:tcPr>
          <w:p w14:paraId="16C322D0" w14:textId="77777777" w:rsidR="00871FBD" w:rsidRPr="00F51F43" w:rsidRDefault="00871FBD" w:rsidP="00871FBD">
            <w:pPr>
              <w:spacing w:after="0" w:line="240" w:lineRule="auto"/>
              <w:jc w:val="center"/>
              <w:rPr>
                <w:noProof/>
                <w:sz w:val="20"/>
                <w:szCs w:val="20"/>
              </w:rPr>
            </w:pPr>
            <w:r w:rsidRPr="00F51F43">
              <w:rPr>
                <w:noProof/>
                <w:sz w:val="20"/>
                <w:szCs w:val="20"/>
              </w:rPr>
              <w:t>46.</w:t>
            </w:r>
          </w:p>
        </w:tc>
        <w:tc>
          <w:tcPr>
            <w:tcW w:w="1395" w:type="dxa"/>
            <w:tcMar>
              <w:top w:w="80" w:type="dxa"/>
              <w:left w:w="80" w:type="dxa"/>
              <w:bottom w:w="80" w:type="dxa"/>
              <w:right w:w="80" w:type="dxa"/>
            </w:tcMar>
            <w:vAlign w:val="center"/>
          </w:tcPr>
          <w:p w14:paraId="571B4660" w14:textId="77777777" w:rsidR="00871FBD" w:rsidRPr="00F51F43" w:rsidRDefault="00871FBD" w:rsidP="00871FBD">
            <w:pPr>
              <w:spacing w:after="0" w:line="240" w:lineRule="auto"/>
              <w:jc w:val="center"/>
              <w:rPr>
                <w:noProof/>
                <w:sz w:val="20"/>
                <w:szCs w:val="20"/>
              </w:rPr>
            </w:pPr>
            <w:r w:rsidRPr="00F51F43">
              <w:rPr>
                <w:noProof/>
                <w:sz w:val="20"/>
                <w:szCs w:val="20"/>
              </w:rPr>
              <w:t>„Bambi“ Ždala</w:t>
            </w:r>
          </w:p>
        </w:tc>
        <w:tc>
          <w:tcPr>
            <w:tcW w:w="1903" w:type="dxa"/>
            <w:tcMar>
              <w:top w:w="80" w:type="dxa"/>
              <w:left w:w="80" w:type="dxa"/>
              <w:bottom w:w="80" w:type="dxa"/>
              <w:right w:w="80" w:type="dxa"/>
            </w:tcMar>
            <w:vAlign w:val="center"/>
          </w:tcPr>
          <w:p w14:paraId="4C67AF49" w14:textId="77777777" w:rsidR="00871FBD" w:rsidRPr="00F51F43" w:rsidRDefault="00871FBD" w:rsidP="00871FBD">
            <w:pPr>
              <w:spacing w:after="0" w:line="240" w:lineRule="auto"/>
              <w:jc w:val="center"/>
              <w:rPr>
                <w:noProof/>
                <w:sz w:val="20"/>
                <w:szCs w:val="20"/>
              </w:rPr>
            </w:pPr>
            <w:r w:rsidRPr="00F51F43">
              <w:rPr>
                <w:noProof/>
                <w:sz w:val="20"/>
                <w:szCs w:val="20"/>
              </w:rPr>
              <w:t>Po izboru roditelja</w:t>
            </w:r>
          </w:p>
        </w:tc>
        <w:tc>
          <w:tcPr>
            <w:tcW w:w="1015" w:type="dxa"/>
            <w:tcMar>
              <w:top w:w="80" w:type="dxa"/>
              <w:left w:w="80" w:type="dxa"/>
              <w:bottom w:w="80" w:type="dxa"/>
              <w:right w:w="80" w:type="dxa"/>
            </w:tcMar>
            <w:vAlign w:val="center"/>
          </w:tcPr>
          <w:p w14:paraId="40BC5844"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1492ECE4"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6396A58B" w14:textId="77777777" w:rsidR="00871FBD" w:rsidRPr="00F51F43" w:rsidRDefault="00871FBD" w:rsidP="00871FBD">
            <w:pPr>
              <w:spacing w:after="0" w:line="240" w:lineRule="auto"/>
              <w:jc w:val="center"/>
              <w:rPr>
                <w:noProof/>
                <w:sz w:val="20"/>
                <w:szCs w:val="20"/>
              </w:rPr>
            </w:pPr>
            <w:r w:rsidRPr="00F51F43">
              <w:rPr>
                <w:noProof/>
                <w:sz w:val="20"/>
                <w:szCs w:val="20"/>
              </w:rPr>
              <w:t>Bambi</w:t>
            </w:r>
          </w:p>
        </w:tc>
        <w:tc>
          <w:tcPr>
            <w:tcW w:w="1701" w:type="dxa"/>
            <w:tcMar>
              <w:top w:w="80" w:type="dxa"/>
              <w:left w:w="80" w:type="dxa"/>
              <w:bottom w:w="80" w:type="dxa"/>
              <w:right w:w="80" w:type="dxa"/>
            </w:tcMar>
            <w:vAlign w:val="center"/>
          </w:tcPr>
          <w:p w14:paraId="2559A09C" w14:textId="77777777" w:rsidR="00871FBD" w:rsidRPr="00F51F43" w:rsidRDefault="00871FBD" w:rsidP="00871FBD">
            <w:pPr>
              <w:spacing w:after="0" w:line="240" w:lineRule="auto"/>
              <w:jc w:val="center"/>
              <w:rPr>
                <w:noProof/>
                <w:sz w:val="20"/>
                <w:szCs w:val="20"/>
              </w:rPr>
            </w:pPr>
            <w:r w:rsidRPr="00F51F43">
              <w:rPr>
                <w:noProof/>
                <w:sz w:val="20"/>
                <w:szCs w:val="20"/>
              </w:rPr>
              <w:t>Turistička agencija, roditelji</w:t>
            </w:r>
          </w:p>
        </w:tc>
        <w:tc>
          <w:tcPr>
            <w:tcW w:w="3207" w:type="dxa"/>
            <w:tcMar>
              <w:top w:w="80" w:type="dxa"/>
              <w:left w:w="80" w:type="dxa"/>
              <w:bottom w:w="80" w:type="dxa"/>
              <w:right w:w="80" w:type="dxa"/>
            </w:tcMar>
            <w:vAlign w:val="center"/>
          </w:tcPr>
          <w:p w14:paraId="7A7355B6" w14:textId="77777777" w:rsidR="00871FBD" w:rsidRPr="00F51F43" w:rsidRDefault="00871FBD" w:rsidP="00871FBD">
            <w:pPr>
              <w:spacing w:after="0" w:line="240" w:lineRule="auto"/>
              <w:jc w:val="center"/>
              <w:rPr>
                <w:noProof/>
                <w:sz w:val="20"/>
                <w:szCs w:val="20"/>
              </w:rPr>
            </w:pPr>
            <w:r w:rsidRPr="00F51F43">
              <w:rPr>
                <w:noProof/>
                <w:sz w:val="20"/>
                <w:szCs w:val="20"/>
              </w:rPr>
              <w:t>ovisno i interesu roditelja</w:t>
            </w:r>
          </w:p>
        </w:tc>
        <w:tc>
          <w:tcPr>
            <w:tcW w:w="2928" w:type="dxa"/>
            <w:tcMar>
              <w:top w:w="80" w:type="dxa"/>
              <w:left w:w="80" w:type="dxa"/>
              <w:bottom w:w="80" w:type="dxa"/>
              <w:right w:w="80" w:type="dxa"/>
            </w:tcMar>
            <w:vAlign w:val="center"/>
          </w:tcPr>
          <w:p w14:paraId="35AC2D8A"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3313478D" w14:textId="77777777" w:rsidTr="00871FBD">
        <w:trPr>
          <w:cantSplit/>
          <w:jc w:val="center"/>
        </w:trPr>
        <w:tc>
          <w:tcPr>
            <w:tcW w:w="507" w:type="dxa"/>
            <w:tcMar>
              <w:top w:w="80" w:type="dxa"/>
              <w:left w:w="80" w:type="dxa"/>
              <w:bottom w:w="80" w:type="dxa"/>
              <w:right w:w="80" w:type="dxa"/>
            </w:tcMar>
            <w:vAlign w:val="center"/>
          </w:tcPr>
          <w:p w14:paraId="440F0AEC" w14:textId="77777777" w:rsidR="00871FBD" w:rsidRPr="00F51F43" w:rsidRDefault="00871FBD" w:rsidP="00871FBD">
            <w:pPr>
              <w:spacing w:after="0" w:line="240" w:lineRule="auto"/>
              <w:jc w:val="center"/>
              <w:rPr>
                <w:noProof/>
                <w:sz w:val="20"/>
                <w:szCs w:val="20"/>
              </w:rPr>
            </w:pPr>
            <w:r w:rsidRPr="00F51F43">
              <w:rPr>
                <w:noProof/>
                <w:sz w:val="20"/>
                <w:szCs w:val="20"/>
              </w:rPr>
              <w:t>47.</w:t>
            </w:r>
          </w:p>
        </w:tc>
        <w:tc>
          <w:tcPr>
            <w:tcW w:w="1395" w:type="dxa"/>
            <w:tcMar>
              <w:top w:w="80" w:type="dxa"/>
              <w:left w:w="80" w:type="dxa"/>
              <w:bottom w:w="80" w:type="dxa"/>
              <w:right w:w="80" w:type="dxa"/>
            </w:tcMar>
            <w:vAlign w:val="center"/>
          </w:tcPr>
          <w:p w14:paraId="1022E4D1" w14:textId="77777777" w:rsidR="00871FBD" w:rsidRPr="00F51F43" w:rsidRDefault="00871FBD" w:rsidP="00871FBD">
            <w:pPr>
              <w:spacing w:after="0" w:line="240" w:lineRule="auto"/>
              <w:jc w:val="center"/>
              <w:rPr>
                <w:noProof/>
                <w:sz w:val="20"/>
                <w:szCs w:val="20"/>
              </w:rPr>
            </w:pPr>
            <w:r w:rsidRPr="00F51F43">
              <w:rPr>
                <w:noProof/>
                <w:sz w:val="20"/>
                <w:szCs w:val="20"/>
              </w:rPr>
              <w:t>„Bambi“ Ždala</w:t>
            </w:r>
          </w:p>
        </w:tc>
        <w:tc>
          <w:tcPr>
            <w:tcW w:w="1903" w:type="dxa"/>
            <w:tcMar>
              <w:top w:w="80" w:type="dxa"/>
              <w:left w:w="80" w:type="dxa"/>
              <w:bottom w:w="80" w:type="dxa"/>
              <w:right w:w="80" w:type="dxa"/>
            </w:tcMar>
            <w:vAlign w:val="center"/>
          </w:tcPr>
          <w:p w14:paraId="25B0DAAD" w14:textId="77777777" w:rsidR="00871FBD" w:rsidRPr="00F51F43" w:rsidRDefault="00871FBD" w:rsidP="00871FBD">
            <w:pPr>
              <w:spacing w:after="0" w:line="240" w:lineRule="auto"/>
              <w:jc w:val="center"/>
              <w:rPr>
                <w:noProof/>
                <w:sz w:val="20"/>
                <w:szCs w:val="20"/>
              </w:rPr>
            </w:pPr>
            <w:r w:rsidRPr="00F51F43">
              <w:rPr>
                <w:noProof/>
                <w:sz w:val="20"/>
                <w:szCs w:val="20"/>
              </w:rPr>
              <w:t>Igralište NK Prekodravac</w:t>
            </w:r>
          </w:p>
        </w:tc>
        <w:tc>
          <w:tcPr>
            <w:tcW w:w="1015" w:type="dxa"/>
            <w:tcMar>
              <w:top w:w="80" w:type="dxa"/>
              <w:left w:w="80" w:type="dxa"/>
              <w:bottom w:w="80" w:type="dxa"/>
              <w:right w:w="80" w:type="dxa"/>
            </w:tcMar>
            <w:vAlign w:val="center"/>
          </w:tcPr>
          <w:p w14:paraId="0CC1F3E5"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07B651E4"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7870460E" w14:textId="77777777" w:rsidR="00871FBD" w:rsidRPr="00F51F43" w:rsidRDefault="00871FBD" w:rsidP="00871FBD">
            <w:pPr>
              <w:spacing w:after="0" w:line="240" w:lineRule="auto"/>
              <w:jc w:val="center"/>
              <w:rPr>
                <w:noProof/>
                <w:sz w:val="20"/>
                <w:szCs w:val="20"/>
              </w:rPr>
            </w:pPr>
            <w:r w:rsidRPr="00F51F43">
              <w:rPr>
                <w:noProof/>
                <w:sz w:val="20"/>
                <w:szCs w:val="20"/>
              </w:rPr>
              <w:t>Bambi</w:t>
            </w:r>
          </w:p>
        </w:tc>
        <w:tc>
          <w:tcPr>
            <w:tcW w:w="1701" w:type="dxa"/>
            <w:tcMar>
              <w:top w:w="80" w:type="dxa"/>
              <w:left w:w="80" w:type="dxa"/>
              <w:bottom w:w="80" w:type="dxa"/>
              <w:right w:w="80" w:type="dxa"/>
            </w:tcMar>
            <w:vAlign w:val="center"/>
          </w:tcPr>
          <w:p w14:paraId="063C8A10" w14:textId="77777777" w:rsidR="00871FBD" w:rsidRPr="00F51F43" w:rsidRDefault="00871FBD" w:rsidP="00871FBD">
            <w:pPr>
              <w:spacing w:after="0" w:line="240" w:lineRule="auto"/>
              <w:jc w:val="center"/>
              <w:rPr>
                <w:noProof/>
                <w:sz w:val="20"/>
                <w:szCs w:val="20"/>
              </w:rPr>
            </w:pPr>
            <w:r w:rsidRPr="00F51F43">
              <w:rPr>
                <w:noProof/>
                <w:sz w:val="20"/>
                <w:szCs w:val="20"/>
              </w:rPr>
              <w:t>Nk Prekodravac</w:t>
            </w:r>
          </w:p>
        </w:tc>
        <w:tc>
          <w:tcPr>
            <w:tcW w:w="3207" w:type="dxa"/>
            <w:tcMar>
              <w:top w:w="80" w:type="dxa"/>
              <w:left w:w="80" w:type="dxa"/>
              <w:bottom w:w="80" w:type="dxa"/>
              <w:right w:w="80" w:type="dxa"/>
            </w:tcMar>
            <w:vAlign w:val="center"/>
          </w:tcPr>
          <w:p w14:paraId="5B894EC5" w14:textId="77777777" w:rsidR="00871FBD" w:rsidRPr="00F51F43" w:rsidRDefault="00871FBD" w:rsidP="00871FBD">
            <w:pPr>
              <w:spacing w:after="0" w:line="240" w:lineRule="auto"/>
              <w:jc w:val="center"/>
              <w:rPr>
                <w:noProof/>
                <w:sz w:val="20"/>
                <w:szCs w:val="20"/>
              </w:rPr>
            </w:pPr>
            <w:r w:rsidRPr="00F51F43">
              <w:rPr>
                <w:noProof/>
                <w:sz w:val="20"/>
                <w:szCs w:val="20"/>
              </w:rPr>
              <w:t>Upoznavanje osnovnih pravila nogometne igre, vježbe vođenja i udaranja lopte, natjecateljske igre</w:t>
            </w:r>
          </w:p>
        </w:tc>
        <w:tc>
          <w:tcPr>
            <w:tcW w:w="2928" w:type="dxa"/>
            <w:tcMar>
              <w:top w:w="80" w:type="dxa"/>
              <w:left w:w="80" w:type="dxa"/>
              <w:bottom w:w="80" w:type="dxa"/>
              <w:right w:w="80" w:type="dxa"/>
            </w:tcMar>
            <w:vAlign w:val="center"/>
          </w:tcPr>
          <w:p w14:paraId="3D9FB5EE" w14:textId="77777777" w:rsidR="00871FBD" w:rsidRPr="00F51F43" w:rsidRDefault="00871FBD" w:rsidP="00871FBD">
            <w:pPr>
              <w:spacing w:after="0" w:line="240" w:lineRule="auto"/>
              <w:jc w:val="center"/>
              <w:rPr>
                <w:noProof/>
                <w:sz w:val="20"/>
                <w:szCs w:val="20"/>
              </w:rPr>
            </w:pPr>
            <w:r w:rsidRPr="00F51F43">
              <w:rPr>
                <w:noProof/>
                <w:sz w:val="20"/>
                <w:szCs w:val="20"/>
              </w:rPr>
              <w:t>razgovor, promatranje, djece tijekom aktivnosti, zainteresiranost, suradnja, nakon aktivnosti</w:t>
            </w:r>
          </w:p>
        </w:tc>
      </w:tr>
      <w:tr w:rsidR="00871FBD" w:rsidRPr="00F51F43" w14:paraId="592FF422" w14:textId="77777777" w:rsidTr="00871FBD">
        <w:trPr>
          <w:cantSplit/>
          <w:jc w:val="center"/>
        </w:trPr>
        <w:tc>
          <w:tcPr>
            <w:tcW w:w="507" w:type="dxa"/>
            <w:tcMar>
              <w:top w:w="80" w:type="dxa"/>
              <w:left w:w="80" w:type="dxa"/>
              <w:bottom w:w="80" w:type="dxa"/>
              <w:right w:w="80" w:type="dxa"/>
            </w:tcMar>
            <w:vAlign w:val="center"/>
          </w:tcPr>
          <w:p w14:paraId="05ACA8C5" w14:textId="77777777" w:rsidR="00871FBD" w:rsidRPr="00F51F43" w:rsidRDefault="00871FBD" w:rsidP="00871FBD">
            <w:pPr>
              <w:spacing w:after="0" w:line="240" w:lineRule="auto"/>
              <w:jc w:val="center"/>
              <w:rPr>
                <w:noProof/>
                <w:sz w:val="20"/>
                <w:szCs w:val="20"/>
              </w:rPr>
            </w:pPr>
            <w:r w:rsidRPr="00F51F43">
              <w:rPr>
                <w:noProof/>
                <w:sz w:val="20"/>
                <w:szCs w:val="20"/>
              </w:rPr>
              <w:t>48.</w:t>
            </w:r>
          </w:p>
        </w:tc>
        <w:tc>
          <w:tcPr>
            <w:tcW w:w="1395" w:type="dxa"/>
            <w:tcMar>
              <w:top w:w="80" w:type="dxa"/>
              <w:left w:w="80" w:type="dxa"/>
              <w:bottom w:w="80" w:type="dxa"/>
              <w:right w:w="80" w:type="dxa"/>
            </w:tcMar>
            <w:vAlign w:val="center"/>
          </w:tcPr>
          <w:p w14:paraId="4BD3380D" w14:textId="77777777" w:rsidR="00871FBD" w:rsidRPr="00F51F43" w:rsidRDefault="00871FBD" w:rsidP="00871FBD">
            <w:pPr>
              <w:spacing w:after="0" w:line="240" w:lineRule="auto"/>
              <w:jc w:val="center"/>
              <w:rPr>
                <w:noProof/>
                <w:sz w:val="20"/>
                <w:szCs w:val="20"/>
              </w:rPr>
            </w:pPr>
            <w:r w:rsidRPr="00F51F43">
              <w:rPr>
                <w:noProof/>
                <w:sz w:val="20"/>
                <w:szCs w:val="20"/>
              </w:rPr>
              <w:t>„Bambi“ Ždala</w:t>
            </w:r>
          </w:p>
        </w:tc>
        <w:tc>
          <w:tcPr>
            <w:tcW w:w="1903" w:type="dxa"/>
            <w:tcMar>
              <w:top w:w="80" w:type="dxa"/>
              <w:left w:w="80" w:type="dxa"/>
              <w:bottom w:w="80" w:type="dxa"/>
              <w:right w:w="80" w:type="dxa"/>
            </w:tcMar>
            <w:vAlign w:val="center"/>
          </w:tcPr>
          <w:p w14:paraId="011A2431" w14:textId="77777777" w:rsidR="00871FBD" w:rsidRPr="00F51F43" w:rsidRDefault="00871FBD" w:rsidP="00871FBD">
            <w:pPr>
              <w:spacing w:after="0" w:line="240" w:lineRule="auto"/>
              <w:jc w:val="center"/>
              <w:rPr>
                <w:noProof/>
                <w:sz w:val="20"/>
                <w:szCs w:val="20"/>
              </w:rPr>
            </w:pPr>
            <w:r w:rsidRPr="00F51F43">
              <w:rPr>
                <w:noProof/>
                <w:sz w:val="20"/>
                <w:szCs w:val="20"/>
              </w:rPr>
              <w:t>Poštanski ured Ždala</w:t>
            </w:r>
          </w:p>
        </w:tc>
        <w:tc>
          <w:tcPr>
            <w:tcW w:w="1015" w:type="dxa"/>
            <w:tcMar>
              <w:top w:w="80" w:type="dxa"/>
              <w:left w:w="80" w:type="dxa"/>
              <w:bottom w:w="80" w:type="dxa"/>
              <w:right w:w="80" w:type="dxa"/>
            </w:tcMar>
            <w:vAlign w:val="center"/>
          </w:tcPr>
          <w:p w14:paraId="62EB1AA1" w14:textId="77777777" w:rsidR="00871FBD" w:rsidRPr="00F51F43" w:rsidRDefault="00871FBD" w:rsidP="00871FBD">
            <w:pPr>
              <w:spacing w:after="0" w:line="240" w:lineRule="auto"/>
              <w:jc w:val="center"/>
              <w:rPr>
                <w:noProof/>
                <w:sz w:val="20"/>
                <w:szCs w:val="20"/>
              </w:rPr>
            </w:pPr>
            <w:r w:rsidRPr="00F51F43">
              <w:rPr>
                <w:noProof/>
                <w:sz w:val="20"/>
                <w:szCs w:val="20"/>
              </w:rPr>
              <w:t>studeni</w:t>
            </w:r>
          </w:p>
        </w:tc>
        <w:tc>
          <w:tcPr>
            <w:tcW w:w="761" w:type="dxa"/>
            <w:tcMar>
              <w:top w:w="80" w:type="dxa"/>
              <w:left w:w="80" w:type="dxa"/>
              <w:bottom w:w="80" w:type="dxa"/>
              <w:right w:w="80" w:type="dxa"/>
            </w:tcMar>
            <w:vAlign w:val="center"/>
          </w:tcPr>
          <w:p w14:paraId="7069807B"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1A72ECDE" w14:textId="77777777" w:rsidR="00871FBD" w:rsidRPr="00F51F43" w:rsidRDefault="00871FBD" w:rsidP="00871FBD">
            <w:pPr>
              <w:spacing w:after="0" w:line="240" w:lineRule="auto"/>
              <w:jc w:val="center"/>
              <w:rPr>
                <w:noProof/>
                <w:sz w:val="20"/>
                <w:szCs w:val="20"/>
              </w:rPr>
            </w:pPr>
            <w:r w:rsidRPr="00F51F43">
              <w:rPr>
                <w:noProof/>
                <w:sz w:val="20"/>
                <w:szCs w:val="20"/>
              </w:rPr>
              <w:t>Bambi</w:t>
            </w:r>
          </w:p>
        </w:tc>
        <w:tc>
          <w:tcPr>
            <w:tcW w:w="1701" w:type="dxa"/>
            <w:tcMar>
              <w:top w:w="80" w:type="dxa"/>
              <w:left w:w="80" w:type="dxa"/>
              <w:bottom w:w="80" w:type="dxa"/>
              <w:right w:w="80" w:type="dxa"/>
            </w:tcMar>
            <w:vAlign w:val="center"/>
          </w:tcPr>
          <w:p w14:paraId="45F5AFA1" w14:textId="77777777" w:rsidR="00871FBD" w:rsidRPr="00F51F43" w:rsidRDefault="00871FBD" w:rsidP="00871FBD">
            <w:pPr>
              <w:spacing w:after="0" w:line="240" w:lineRule="auto"/>
              <w:jc w:val="center"/>
              <w:rPr>
                <w:noProof/>
                <w:sz w:val="20"/>
                <w:szCs w:val="20"/>
              </w:rPr>
            </w:pPr>
            <w:r w:rsidRPr="00F51F43">
              <w:rPr>
                <w:noProof/>
                <w:sz w:val="20"/>
                <w:szCs w:val="20"/>
              </w:rPr>
              <w:t>Djelanici poštanskog ureda</w:t>
            </w:r>
          </w:p>
        </w:tc>
        <w:tc>
          <w:tcPr>
            <w:tcW w:w="3207" w:type="dxa"/>
            <w:tcMar>
              <w:top w:w="80" w:type="dxa"/>
              <w:left w:w="80" w:type="dxa"/>
              <w:bottom w:w="80" w:type="dxa"/>
              <w:right w:w="80" w:type="dxa"/>
            </w:tcMar>
            <w:vAlign w:val="center"/>
          </w:tcPr>
          <w:p w14:paraId="7D5F890E" w14:textId="77777777" w:rsidR="00871FBD" w:rsidRPr="00F51F43" w:rsidRDefault="00871FBD" w:rsidP="00871FBD">
            <w:pPr>
              <w:spacing w:after="0" w:line="240" w:lineRule="auto"/>
              <w:jc w:val="center"/>
              <w:rPr>
                <w:noProof/>
                <w:sz w:val="20"/>
                <w:szCs w:val="20"/>
              </w:rPr>
            </w:pPr>
            <w:r w:rsidRPr="00F51F43">
              <w:rPr>
                <w:noProof/>
                <w:sz w:val="20"/>
                <w:szCs w:val="20"/>
              </w:rPr>
              <w:t>Upoznavanje s radom poštanskog ureda, promatranje razvrstavanja pošte</w:t>
            </w:r>
          </w:p>
        </w:tc>
        <w:tc>
          <w:tcPr>
            <w:tcW w:w="2928" w:type="dxa"/>
            <w:tcMar>
              <w:top w:w="80" w:type="dxa"/>
              <w:left w:w="80" w:type="dxa"/>
              <w:bottom w:w="80" w:type="dxa"/>
              <w:right w:w="80" w:type="dxa"/>
            </w:tcMar>
            <w:vAlign w:val="center"/>
          </w:tcPr>
          <w:p w14:paraId="5519C88F" w14:textId="77777777" w:rsidR="00871FBD" w:rsidRPr="00F51F43" w:rsidRDefault="00871FBD" w:rsidP="00871FBD">
            <w:pPr>
              <w:spacing w:after="0" w:line="240" w:lineRule="auto"/>
              <w:jc w:val="center"/>
              <w:rPr>
                <w:noProof/>
                <w:sz w:val="20"/>
                <w:szCs w:val="20"/>
              </w:rPr>
            </w:pPr>
            <w:r w:rsidRPr="00F51F43">
              <w:rPr>
                <w:noProof/>
                <w:sz w:val="20"/>
                <w:szCs w:val="20"/>
              </w:rPr>
              <w:t>razgovor, promatranje, pitanja djece, njihove zainteresiranosti</w:t>
            </w:r>
          </w:p>
        </w:tc>
      </w:tr>
      <w:tr w:rsidR="00871FBD" w:rsidRPr="00F51F43" w14:paraId="197B8D0C" w14:textId="77777777" w:rsidTr="00871FBD">
        <w:trPr>
          <w:cantSplit/>
          <w:jc w:val="center"/>
        </w:trPr>
        <w:tc>
          <w:tcPr>
            <w:tcW w:w="507" w:type="dxa"/>
            <w:tcMar>
              <w:top w:w="80" w:type="dxa"/>
              <w:left w:w="80" w:type="dxa"/>
              <w:bottom w:w="80" w:type="dxa"/>
              <w:right w:w="80" w:type="dxa"/>
            </w:tcMar>
            <w:vAlign w:val="center"/>
          </w:tcPr>
          <w:p w14:paraId="1FB5A28E"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49.</w:t>
            </w:r>
          </w:p>
        </w:tc>
        <w:tc>
          <w:tcPr>
            <w:tcW w:w="1395" w:type="dxa"/>
            <w:tcMar>
              <w:top w:w="80" w:type="dxa"/>
              <w:left w:w="80" w:type="dxa"/>
              <w:bottom w:w="80" w:type="dxa"/>
              <w:right w:w="80" w:type="dxa"/>
            </w:tcMar>
            <w:vAlign w:val="center"/>
          </w:tcPr>
          <w:p w14:paraId="1629F223" w14:textId="77777777" w:rsidR="00871FBD" w:rsidRPr="00F51F43" w:rsidRDefault="00871FBD" w:rsidP="00871FBD">
            <w:pPr>
              <w:spacing w:after="0" w:line="240" w:lineRule="auto"/>
              <w:jc w:val="center"/>
              <w:rPr>
                <w:noProof/>
                <w:sz w:val="20"/>
                <w:szCs w:val="20"/>
              </w:rPr>
            </w:pPr>
            <w:r w:rsidRPr="00F51F43">
              <w:rPr>
                <w:noProof/>
                <w:sz w:val="20"/>
                <w:szCs w:val="20"/>
              </w:rPr>
              <w:t>„Bambi“ Ždala</w:t>
            </w:r>
          </w:p>
        </w:tc>
        <w:tc>
          <w:tcPr>
            <w:tcW w:w="1903" w:type="dxa"/>
            <w:tcMar>
              <w:top w:w="80" w:type="dxa"/>
              <w:left w:w="80" w:type="dxa"/>
              <w:bottom w:w="80" w:type="dxa"/>
              <w:right w:w="80" w:type="dxa"/>
            </w:tcMar>
            <w:vAlign w:val="center"/>
          </w:tcPr>
          <w:p w14:paraId="623AE64E" w14:textId="77777777" w:rsidR="00871FBD" w:rsidRPr="00F51F43" w:rsidRDefault="00871FBD" w:rsidP="00871FBD">
            <w:pPr>
              <w:spacing w:after="0" w:line="240" w:lineRule="auto"/>
              <w:jc w:val="center"/>
              <w:rPr>
                <w:noProof/>
                <w:sz w:val="20"/>
                <w:szCs w:val="20"/>
              </w:rPr>
            </w:pPr>
            <w:r w:rsidRPr="00F51F43">
              <w:rPr>
                <w:noProof/>
                <w:sz w:val="20"/>
                <w:szCs w:val="20"/>
              </w:rPr>
              <w:t>Značajni krajobraz Čambina</w:t>
            </w:r>
          </w:p>
        </w:tc>
        <w:tc>
          <w:tcPr>
            <w:tcW w:w="1015" w:type="dxa"/>
            <w:tcMar>
              <w:top w:w="80" w:type="dxa"/>
              <w:left w:w="80" w:type="dxa"/>
              <w:bottom w:w="80" w:type="dxa"/>
              <w:right w:w="80" w:type="dxa"/>
            </w:tcMar>
            <w:vAlign w:val="center"/>
          </w:tcPr>
          <w:p w14:paraId="08A22404"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4F4C7396"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42FB1BEE" w14:textId="77777777" w:rsidR="00871FBD" w:rsidRPr="00F51F43" w:rsidRDefault="00871FBD" w:rsidP="00871FBD">
            <w:pPr>
              <w:spacing w:after="0" w:line="240" w:lineRule="auto"/>
              <w:jc w:val="center"/>
              <w:rPr>
                <w:noProof/>
                <w:sz w:val="20"/>
                <w:szCs w:val="20"/>
              </w:rPr>
            </w:pPr>
            <w:r w:rsidRPr="00F51F43">
              <w:rPr>
                <w:noProof/>
                <w:sz w:val="20"/>
                <w:szCs w:val="20"/>
              </w:rPr>
              <w:t>Bambi</w:t>
            </w:r>
          </w:p>
        </w:tc>
        <w:tc>
          <w:tcPr>
            <w:tcW w:w="1701" w:type="dxa"/>
            <w:tcMar>
              <w:top w:w="80" w:type="dxa"/>
              <w:left w:w="80" w:type="dxa"/>
              <w:bottom w:w="80" w:type="dxa"/>
              <w:right w:w="80" w:type="dxa"/>
            </w:tcMar>
            <w:vAlign w:val="center"/>
          </w:tcPr>
          <w:p w14:paraId="366B5C84" w14:textId="77777777" w:rsidR="00871FBD" w:rsidRPr="00F51F43" w:rsidRDefault="00871FBD" w:rsidP="00871FBD">
            <w:pPr>
              <w:spacing w:after="0" w:line="240" w:lineRule="auto"/>
              <w:jc w:val="center"/>
              <w:rPr>
                <w:noProof/>
                <w:sz w:val="20"/>
                <w:szCs w:val="20"/>
              </w:rPr>
            </w:pPr>
            <w:r w:rsidRPr="00F51F43">
              <w:rPr>
                <w:noProof/>
                <w:sz w:val="20"/>
                <w:szCs w:val="20"/>
              </w:rPr>
              <w:t>Šumarija Repaš</w:t>
            </w:r>
          </w:p>
        </w:tc>
        <w:tc>
          <w:tcPr>
            <w:tcW w:w="3207" w:type="dxa"/>
            <w:tcMar>
              <w:top w:w="80" w:type="dxa"/>
              <w:left w:w="80" w:type="dxa"/>
              <w:bottom w:w="80" w:type="dxa"/>
              <w:right w:w="80" w:type="dxa"/>
            </w:tcMar>
            <w:vAlign w:val="center"/>
          </w:tcPr>
          <w:p w14:paraId="4FC912BD" w14:textId="77777777" w:rsidR="00871FBD" w:rsidRPr="00F51F43" w:rsidRDefault="00871FBD" w:rsidP="00871FBD">
            <w:pPr>
              <w:spacing w:after="0" w:line="240" w:lineRule="auto"/>
              <w:jc w:val="center"/>
              <w:rPr>
                <w:noProof/>
                <w:sz w:val="20"/>
                <w:szCs w:val="20"/>
              </w:rPr>
            </w:pPr>
            <w:r w:rsidRPr="00F51F43">
              <w:rPr>
                <w:noProof/>
                <w:sz w:val="20"/>
                <w:szCs w:val="20"/>
              </w:rPr>
              <w:t>Istraživanje prirode i promatranje biljaka, drveća, kukaca. Slušanje zvukova prirode, uočavanje promjena</w:t>
            </w:r>
          </w:p>
        </w:tc>
        <w:tc>
          <w:tcPr>
            <w:tcW w:w="2928" w:type="dxa"/>
            <w:tcMar>
              <w:top w:w="80" w:type="dxa"/>
              <w:left w:w="80" w:type="dxa"/>
              <w:bottom w:w="80" w:type="dxa"/>
              <w:right w:w="80" w:type="dxa"/>
            </w:tcMar>
            <w:vAlign w:val="center"/>
          </w:tcPr>
          <w:p w14:paraId="6FE0ADE1" w14:textId="77777777" w:rsidR="00871FBD" w:rsidRPr="00F51F43" w:rsidRDefault="00871FBD" w:rsidP="00871FBD">
            <w:pPr>
              <w:spacing w:after="0" w:line="240" w:lineRule="auto"/>
              <w:jc w:val="center"/>
              <w:rPr>
                <w:noProof/>
                <w:sz w:val="20"/>
                <w:szCs w:val="20"/>
              </w:rPr>
            </w:pPr>
            <w:r w:rsidRPr="00F51F43">
              <w:rPr>
                <w:noProof/>
                <w:sz w:val="20"/>
                <w:szCs w:val="20"/>
              </w:rPr>
              <w:t>promatranje, neposredno djece, bilježenje njihovih zapažanja i pitanja</w:t>
            </w:r>
          </w:p>
        </w:tc>
      </w:tr>
      <w:tr w:rsidR="00871FBD" w:rsidRPr="00F51F43" w14:paraId="250D1036" w14:textId="77777777" w:rsidTr="00871FBD">
        <w:trPr>
          <w:cantSplit/>
          <w:jc w:val="center"/>
        </w:trPr>
        <w:tc>
          <w:tcPr>
            <w:tcW w:w="507" w:type="dxa"/>
            <w:tcMar>
              <w:top w:w="80" w:type="dxa"/>
              <w:left w:w="80" w:type="dxa"/>
              <w:bottom w:w="80" w:type="dxa"/>
              <w:right w:w="80" w:type="dxa"/>
            </w:tcMar>
            <w:vAlign w:val="center"/>
          </w:tcPr>
          <w:p w14:paraId="33DEC606" w14:textId="77777777" w:rsidR="00871FBD" w:rsidRPr="00F51F43" w:rsidRDefault="00871FBD" w:rsidP="00871FBD">
            <w:pPr>
              <w:spacing w:after="0" w:line="240" w:lineRule="auto"/>
              <w:jc w:val="center"/>
              <w:rPr>
                <w:noProof/>
                <w:sz w:val="20"/>
                <w:szCs w:val="20"/>
              </w:rPr>
            </w:pPr>
            <w:r w:rsidRPr="00F51F43">
              <w:rPr>
                <w:noProof/>
                <w:sz w:val="20"/>
                <w:szCs w:val="20"/>
              </w:rPr>
              <w:t>50.</w:t>
            </w:r>
          </w:p>
        </w:tc>
        <w:tc>
          <w:tcPr>
            <w:tcW w:w="1395" w:type="dxa"/>
            <w:tcMar>
              <w:top w:w="80" w:type="dxa"/>
              <w:left w:w="80" w:type="dxa"/>
              <w:bottom w:w="80" w:type="dxa"/>
              <w:right w:w="80" w:type="dxa"/>
            </w:tcMar>
            <w:vAlign w:val="center"/>
          </w:tcPr>
          <w:p w14:paraId="045FA4A8" w14:textId="77777777" w:rsidR="00871FBD" w:rsidRPr="00F51F43" w:rsidRDefault="00871FBD" w:rsidP="00871FBD">
            <w:pPr>
              <w:spacing w:after="0" w:line="240" w:lineRule="auto"/>
              <w:jc w:val="center"/>
              <w:rPr>
                <w:noProof/>
                <w:sz w:val="20"/>
                <w:szCs w:val="20"/>
              </w:rPr>
            </w:pPr>
            <w:r w:rsidRPr="00F51F43">
              <w:rPr>
                <w:noProof/>
                <w:sz w:val="20"/>
                <w:szCs w:val="20"/>
              </w:rPr>
              <w:t>„Bambi“ Ždala</w:t>
            </w:r>
          </w:p>
        </w:tc>
        <w:tc>
          <w:tcPr>
            <w:tcW w:w="1903" w:type="dxa"/>
            <w:tcMar>
              <w:top w:w="80" w:type="dxa"/>
              <w:left w:w="80" w:type="dxa"/>
              <w:bottom w:w="80" w:type="dxa"/>
              <w:right w:w="80" w:type="dxa"/>
            </w:tcMar>
            <w:vAlign w:val="center"/>
          </w:tcPr>
          <w:p w14:paraId="643C77A7" w14:textId="77777777" w:rsidR="00871FBD" w:rsidRPr="00F51F43" w:rsidRDefault="00871FBD" w:rsidP="00871FBD">
            <w:pPr>
              <w:spacing w:after="0" w:line="240" w:lineRule="auto"/>
              <w:jc w:val="center"/>
              <w:rPr>
                <w:noProof/>
                <w:sz w:val="20"/>
                <w:szCs w:val="20"/>
              </w:rPr>
            </w:pPr>
            <w:r w:rsidRPr="00F51F43">
              <w:rPr>
                <w:noProof/>
                <w:sz w:val="20"/>
                <w:szCs w:val="20"/>
              </w:rPr>
              <w:t>DVD Ždala</w:t>
            </w:r>
          </w:p>
        </w:tc>
        <w:tc>
          <w:tcPr>
            <w:tcW w:w="1015" w:type="dxa"/>
            <w:tcMar>
              <w:top w:w="80" w:type="dxa"/>
              <w:left w:w="80" w:type="dxa"/>
              <w:bottom w:w="80" w:type="dxa"/>
              <w:right w:w="80" w:type="dxa"/>
            </w:tcMar>
            <w:vAlign w:val="center"/>
          </w:tcPr>
          <w:p w14:paraId="7EC72B77"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39DB605A"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300C3ABB" w14:textId="77777777" w:rsidR="00871FBD" w:rsidRPr="00F51F43" w:rsidRDefault="00871FBD" w:rsidP="00871FBD">
            <w:pPr>
              <w:spacing w:after="0" w:line="240" w:lineRule="auto"/>
              <w:jc w:val="center"/>
              <w:rPr>
                <w:noProof/>
                <w:sz w:val="20"/>
                <w:szCs w:val="20"/>
              </w:rPr>
            </w:pPr>
            <w:r w:rsidRPr="00F51F43">
              <w:rPr>
                <w:noProof/>
                <w:sz w:val="20"/>
                <w:szCs w:val="20"/>
              </w:rPr>
              <w:t>Bambi</w:t>
            </w:r>
          </w:p>
        </w:tc>
        <w:tc>
          <w:tcPr>
            <w:tcW w:w="1701" w:type="dxa"/>
            <w:tcMar>
              <w:top w:w="80" w:type="dxa"/>
              <w:left w:w="80" w:type="dxa"/>
              <w:bottom w:w="80" w:type="dxa"/>
              <w:right w:w="80" w:type="dxa"/>
            </w:tcMar>
            <w:vAlign w:val="center"/>
          </w:tcPr>
          <w:p w14:paraId="6035F033" w14:textId="77777777" w:rsidR="00871FBD" w:rsidRPr="00F51F43" w:rsidRDefault="00871FBD" w:rsidP="00871FBD">
            <w:pPr>
              <w:spacing w:after="0" w:line="240" w:lineRule="auto"/>
              <w:jc w:val="center"/>
              <w:rPr>
                <w:noProof/>
                <w:sz w:val="20"/>
                <w:szCs w:val="20"/>
              </w:rPr>
            </w:pPr>
            <w:r w:rsidRPr="00F51F43">
              <w:rPr>
                <w:noProof/>
                <w:sz w:val="20"/>
                <w:szCs w:val="20"/>
              </w:rPr>
              <w:t>Članovi Dvd-a</w:t>
            </w:r>
          </w:p>
        </w:tc>
        <w:tc>
          <w:tcPr>
            <w:tcW w:w="3207" w:type="dxa"/>
            <w:tcMar>
              <w:top w:w="80" w:type="dxa"/>
              <w:left w:w="80" w:type="dxa"/>
              <w:bottom w:w="80" w:type="dxa"/>
              <w:right w:w="80" w:type="dxa"/>
            </w:tcMar>
            <w:vAlign w:val="center"/>
          </w:tcPr>
          <w:p w14:paraId="104CAD52" w14:textId="77777777" w:rsidR="00871FBD" w:rsidRPr="00F51F43" w:rsidRDefault="00871FBD" w:rsidP="00871FBD">
            <w:pPr>
              <w:spacing w:after="0" w:line="240" w:lineRule="auto"/>
              <w:jc w:val="center"/>
              <w:rPr>
                <w:noProof/>
                <w:sz w:val="20"/>
                <w:szCs w:val="20"/>
              </w:rPr>
            </w:pPr>
            <w:r w:rsidRPr="00F51F43">
              <w:rPr>
                <w:noProof/>
                <w:sz w:val="20"/>
                <w:szCs w:val="20"/>
              </w:rPr>
              <w:t>Upoznavanje s vatrogasnom opremom i prostorom te vozilom. Razgovor o požaru i ponašanju u slučaju opasnosti</w:t>
            </w:r>
          </w:p>
        </w:tc>
        <w:tc>
          <w:tcPr>
            <w:tcW w:w="2928" w:type="dxa"/>
            <w:tcMar>
              <w:top w:w="80" w:type="dxa"/>
              <w:left w:w="80" w:type="dxa"/>
              <w:bottom w:w="80" w:type="dxa"/>
              <w:right w:w="80" w:type="dxa"/>
            </w:tcMar>
            <w:vAlign w:val="center"/>
          </w:tcPr>
          <w:p w14:paraId="68A1DFA1" w14:textId="77777777" w:rsidR="00871FBD" w:rsidRPr="00F51F43" w:rsidRDefault="00871FBD" w:rsidP="00871FBD">
            <w:pPr>
              <w:spacing w:after="0" w:line="240" w:lineRule="auto"/>
              <w:jc w:val="center"/>
              <w:rPr>
                <w:noProof/>
                <w:sz w:val="20"/>
                <w:szCs w:val="20"/>
              </w:rPr>
            </w:pPr>
            <w:r w:rsidRPr="00F51F43">
              <w:rPr>
                <w:noProof/>
                <w:sz w:val="20"/>
                <w:szCs w:val="20"/>
              </w:rPr>
              <w:t>razgovor, promatranje</w:t>
            </w:r>
          </w:p>
        </w:tc>
      </w:tr>
      <w:tr w:rsidR="00871FBD" w:rsidRPr="00F51F43" w14:paraId="741F6DC3" w14:textId="77777777" w:rsidTr="00871FBD">
        <w:trPr>
          <w:cantSplit/>
          <w:jc w:val="center"/>
        </w:trPr>
        <w:tc>
          <w:tcPr>
            <w:tcW w:w="507" w:type="dxa"/>
            <w:tcMar>
              <w:top w:w="80" w:type="dxa"/>
              <w:left w:w="80" w:type="dxa"/>
              <w:bottom w:w="80" w:type="dxa"/>
              <w:right w:w="80" w:type="dxa"/>
            </w:tcMar>
            <w:vAlign w:val="center"/>
          </w:tcPr>
          <w:p w14:paraId="0133B09A" w14:textId="77777777" w:rsidR="00871FBD" w:rsidRPr="00F51F43" w:rsidRDefault="00871FBD" w:rsidP="00871FBD">
            <w:pPr>
              <w:spacing w:after="0" w:line="240" w:lineRule="auto"/>
              <w:jc w:val="center"/>
              <w:rPr>
                <w:noProof/>
                <w:sz w:val="20"/>
                <w:szCs w:val="20"/>
              </w:rPr>
            </w:pPr>
            <w:r w:rsidRPr="00F51F43">
              <w:rPr>
                <w:noProof/>
                <w:sz w:val="20"/>
                <w:szCs w:val="20"/>
              </w:rPr>
              <w:t>51.</w:t>
            </w:r>
          </w:p>
        </w:tc>
        <w:tc>
          <w:tcPr>
            <w:tcW w:w="1395" w:type="dxa"/>
            <w:tcMar>
              <w:top w:w="80" w:type="dxa"/>
              <w:left w:w="80" w:type="dxa"/>
              <w:bottom w:w="80" w:type="dxa"/>
              <w:right w:w="80" w:type="dxa"/>
            </w:tcMar>
            <w:vAlign w:val="center"/>
          </w:tcPr>
          <w:p w14:paraId="370AB446" w14:textId="77777777" w:rsidR="00871FBD" w:rsidRPr="00F51F43" w:rsidRDefault="00871FBD" w:rsidP="00871FBD">
            <w:pPr>
              <w:spacing w:after="0" w:line="240" w:lineRule="auto"/>
              <w:jc w:val="center"/>
              <w:rPr>
                <w:noProof/>
                <w:sz w:val="20"/>
                <w:szCs w:val="20"/>
              </w:rPr>
            </w:pPr>
            <w:r w:rsidRPr="00F51F43">
              <w:rPr>
                <w:noProof/>
                <w:sz w:val="20"/>
                <w:szCs w:val="20"/>
              </w:rPr>
              <w:t>„Bambi“ Ždala</w:t>
            </w:r>
          </w:p>
        </w:tc>
        <w:tc>
          <w:tcPr>
            <w:tcW w:w="1903" w:type="dxa"/>
            <w:tcMar>
              <w:top w:w="80" w:type="dxa"/>
              <w:left w:w="80" w:type="dxa"/>
              <w:bottom w:w="80" w:type="dxa"/>
              <w:right w:w="80" w:type="dxa"/>
            </w:tcMar>
            <w:vAlign w:val="center"/>
          </w:tcPr>
          <w:p w14:paraId="30B2C157" w14:textId="77777777" w:rsidR="00871FBD" w:rsidRPr="00F51F43" w:rsidRDefault="00871FBD" w:rsidP="00871FBD">
            <w:pPr>
              <w:spacing w:after="0" w:line="240" w:lineRule="auto"/>
              <w:jc w:val="center"/>
              <w:rPr>
                <w:noProof/>
                <w:sz w:val="20"/>
                <w:szCs w:val="20"/>
              </w:rPr>
            </w:pPr>
            <w:r w:rsidRPr="00F51F43">
              <w:rPr>
                <w:noProof/>
                <w:sz w:val="20"/>
                <w:szCs w:val="20"/>
              </w:rPr>
              <w:t>Područna škola Ždala</w:t>
            </w:r>
          </w:p>
        </w:tc>
        <w:tc>
          <w:tcPr>
            <w:tcW w:w="1015" w:type="dxa"/>
            <w:tcMar>
              <w:top w:w="80" w:type="dxa"/>
              <w:left w:w="80" w:type="dxa"/>
              <w:bottom w:w="80" w:type="dxa"/>
              <w:right w:w="80" w:type="dxa"/>
            </w:tcMar>
            <w:vAlign w:val="center"/>
          </w:tcPr>
          <w:p w14:paraId="54AFF8BA" w14:textId="77777777" w:rsidR="00871FBD" w:rsidRPr="00F51F43" w:rsidRDefault="00871FBD" w:rsidP="00871FBD">
            <w:pPr>
              <w:spacing w:after="0" w:line="240" w:lineRule="auto"/>
              <w:jc w:val="center"/>
              <w:rPr>
                <w:noProof/>
                <w:sz w:val="20"/>
                <w:szCs w:val="20"/>
              </w:rPr>
            </w:pPr>
            <w:r w:rsidRPr="00F51F43">
              <w:rPr>
                <w:noProof/>
                <w:sz w:val="20"/>
                <w:szCs w:val="20"/>
              </w:rPr>
              <w:t>listopad – ožujak</w:t>
            </w:r>
          </w:p>
        </w:tc>
        <w:tc>
          <w:tcPr>
            <w:tcW w:w="761" w:type="dxa"/>
            <w:tcMar>
              <w:top w:w="80" w:type="dxa"/>
              <w:left w:w="80" w:type="dxa"/>
              <w:bottom w:w="80" w:type="dxa"/>
              <w:right w:w="80" w:type="dxa"/>
            </w:tcMar>
            <w:vAlign w:val="center"/>
          </w:tcPr>
          <w:p w14:paraId="7DE5D467"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751275A4" w14:textId="77777777" w:rsidR="00871FBD" w:rsidRPr="00F51F43" w:rsidRDefault="00871FBD" w:rsidP="00871FBD">
            <w:pPr>
              <w:spacing w:after="0" w:line="240" w:lineRule="auto"/>
              <w:jc w:val="center"/>
              <w:rPr>
                <w:noProof/>
                <w:sz w:val="20"/>
                <w:szCs w:val="20"/>
              </w:rPr>
            </w:pPr>
            <w:r w:rsidRPr="00F51F43">
              <w:rPr>
                <w:noProof/>
                <w:sz w:val="20"/>
                <w:szCs w:val="20"/>
              </w:rPr>
              <w:t>Bambi</w:t>
            </w:r>
          </w:p>
        </w:tc>
        <w:tc>
          <w:tcPr>
            <w:tcW w:w="1701" w:type="dxa"/>
            <w:tcMar>
              <w:top w:w="80" w:type="dxa"/>
              <w:left w:w="80" w:type="dxa"/>
              <w:bottom w:w="80" w:type="dxa"/>
              <w:right w:w="80" w:type="dxa"/>
            </w:tcMar>
            <w:vAlign w:val="center"/>
          </w:tcPr>
          <w:p w14:paraId="60380917" w14:textId="77777777" w:rsidR="00871FBD" w:rsidRPr="00F51F43" w:rsidRDefault="00871FBD" w:rsidP="00871FBD">
            <w:pPr>
              <w:spacing w:after="0" w:line="240" w:lineRule="auto"/>
              <w:jc w:val="center"/>
              <w:rPr>
                <w:noProof/>
                <w:sz w:val="20"/>
                <w:szCs w:val="20"/>
              </w:rPr>
            </w:pPr>
            <w:r w:rsidRPr="00F51F43">
              <w:rPr>
                <w:noProof/>
                <w:sz w:val="20"/>
                <w:szCs w:val="20"/>
              </w:rPr>
              <w:t>Pš Ždala</w:t>
            </w:r>
          </w:p>
        </w:tc>
        <w:tc>
          <w:tcPr>
            <w:tcW w:w="3207" w:type="dxa"/>
            <w:tcMar>
              <w:top w:w="80" w:type="dxa"/>
              <w:left w:w="80" w:type="dxa"/>
              <w:bottom w:w="80" w:type="dxa"/>
              <w:right w:w="80" w:type="dxa"/>
            </w:tcMar>
            <w:vAlign w:val="center"/>
          </w:tcPr>
          <w:p w14:paraId="60C1A294" w14:textId="77777777" w:rsidR="00871FBD" w:rsidRPr="00F51F43" w:rsidRDefault="00871FBD" w:rsidP="00871FBD">
            <w:pPr>
              <w:spacing w:after="0" w:line="240" w:lineRule="auto"/>
              <w:jc w:val="center"/>
              <w:rPr>
                <w:noProof/>
                <w:sz w:val="20"/>
                <w:szCs w:val="20"/>
              </w:rPr>
            </w:pPr>
            <w:r w:rsidRPr="00F51F43">
              <w:rPr>
                <w:noProof/>
                <w:sz w:val="20"/>
                <w:szCs w:val="20"/>
              </w:rPr>
              <w:t>Upoznavanje prostora škole te učenika i učiteljica. Zajedničke aktivnosti djece te obilježanje valentinova, maškara..</w:t>
            </w:r>
          </w:p>
        </w:tc>
        <w:tc>
          <w:tcPr>
            <w:tcW w:w="2928" w:type="dxa"/>
            <w:tcMar>
              <w:top w:w="80" w:type="dxa"/>
              <w:left w:w="80" w:type="dxa"/>
              <w:bottom w:w="80" w:type="dxa"/>
              <w:right w:w="80" w:type="dxa"/>
            </w:tcMar>
            <w:vAlign w:val="center"/>
          </w:tcPr>
          <w:p w14:paraId="7F86DED4" w14:textId="77777777" w:rsidR="00871FBD" w:rsidRPr="00F51F43" w:rsidRDefault="00871FBD" w:rsidP="00871FBD">
            <w:pPr>
              <w:spacing w:after="0" w:line="240" w:lineRule="auto"/>
              <w:jc w:val="center"/>
              <w:rPr>
                <w:noProof/>
                <w:sz w:val="20"/>
                <w:szCs w:val="20"/>
              </w:rPr>
            </w:pPr>
            <w:r w:rsidRPr="00F51F43">
              <w:rPr>
                <w:noProof/>
                <w:sz w:val="20"/>
                <w:szCs w:val="20"/>
              </w:rPr>
              <w:t>praćenje dječjih pitanja, interesa i doživljaja škole</w:t>
            </w:r>
          </w:p>
        </w:tc>
      </w:tr>
      <w:tr w:rsidR="00871FBD" w:rsidRPr="00F51F43" w14:paraId="154B1205" w14:textId="77777777" w:rsidTr="00871FBD">
        <w:trPr>
          <w:cantSplit/>
          <w:jc w:val="center"/>
        </w:trPr>
        <w:tc>
          <w:tcPr>
            <w:tcW w:w="507" w:type="dxa"/>
            <w:tcMar>
              <w:top w:w="80" w:type="dxa"/>
              <w:left w:w="80" w:type="dxa"/>
              <w:bottom w:w="80" w:type="dxa"/>
              <w:right w:w="80" w:type="dxa"/>
            </w:tcMar>
            <w:vAlign w:val="center"/>
          </w:tcPr>
          <w:p w14:paraId="74C2D0B1" w14:textId="77777777" w:rsidR="00871FBD" w:rsidRPr="00F51F43" w:rsidRDefault="00871FBD" w:rsidP="00871FBD">
            <w:pPr>
              <w:spacing w:after="0" w:line="240" w:lineRule="auto"/>
              <w:jc w:val="center"/>
              <w:rPr>
                <w:noProof/>
                <w:sz w:val="20"/>
                <w:szCs w:val="20"/>
              </w:rPr>
            </w:pPr>
            <w:r w:rsidRPr="00F51F43">
              <w:rPr>
                <w:noProof/>
                <w:sz w:val="20"/>
                <w:szCs w:val="20"/>
              </w:rPr>
              <w:t>52.</w:t>
            </w:r>
          </w:p>
        </w:tc>
        <w:tc>
          <w:tcPr>
            <w:tcW w:w="1395" w:type="dxa"/>
            <w:tcMar>
              <w:top w:w="80" w:type="dxa"/>
              <w:left w:w="80" w:type="dxa"/>
              <w:bottom w:w="80" w:type="dxa"/>
              <w:right w:w="80" w:type="dxa"/>
            </w:tcMar>
            <w:vAlign w:val="center"/>
          </w:tcPr>
          <w:p w14:paraId="70CD0411"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0422046E" w14:textId="77777777" w:rsidR="00871FBD" w:rsidRPr="00F51F43" w:rsidRDefault="00871FBD" w:rsidP="00871FBD">
            <w:pPr>
              <w:spacing w:after="0" w:line="240" w:lineRule="auto"/>
              <w:jc w:val="center"/>
              <w:rPr>
                <w:noProof/>
                <w:sz w:val="20"/>
                <w:szCs w:val="20"/>
              </w:rPr>
            </w:pPr>
            <w:r w:rsidRPr="00F51F43">
              <w:rPr>
                <w:noProof/>
                <w:sz w:val="20"/>
                <w:szCs w:val="20"/>
              </w:rPr>
              <w:t>Koprivnica-igraonica Veseli napuhanci</w:t>
            </w:r>
          </w:p>
        </w:tc>
        <w:tc>
          <w:tcPr>
            <w:tcW w:w="1015" w:type="dxa"/>
            <w:tcMar>
              <w:top w:w="80" w:type="dxa"/>
              <w:left w:w="80" w:type="dxa"/>
              <w:bottom w:w="80" w:type="dxa"/>
              <w:right w:w="80" w:type="dxa"/>
            </w:tcMar>
            <w:vAlign w:val="center"/>
          </w:tcPr>
          <w:p w14:paraId="28109401"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1F0AAC01"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77755A55" w14:textId="77777777" w:rsidR="00871FBD" w:rsidRPr="00F51F43" w:rsidRDefault="00871FBD" w:rsidP="00871FBD">
            <w:pPr>
              <w:spacing w:after="0" w:line="240" w:lineRule="auto"/>
              <w:jc w:val="center"/>
              <w:rPr>
                <w:noProof/>
                <w:sz w:val="20"/>
                <w:szCs w:val="20"/>
              </w:rPr>
            </w:pPr>
            <w:r w:rsidRPr="00F51F43">
              <w:rPr>
                <w:noProof/>
                <w:sz w:val="20"/>
                <w:szCs w:val="20"/>
              </w:rPr>
              <w:t>Lavići</w:t>
            </w:r>
          </w:p>
        </w:tc>
        <w:tc>
          <w:tcPr>
            <w:tcW w:w="1701" w:type="dxa"/>
            <w:tcMar>
              <w:top w:w="80" w:type="dxa"/>
              <w:left w:w="80" w:type="dxa"/>
              <w:bottom w:w="80" w:type="dxa"/>
              <w:right w:w="80" w:type="dxa"/>
            </w:tcMar>
            <w:vAlign w:val="center"/>
          </w:tcPr>
          <w:p w14:paraId="6C176304" w14:textId="77777777" w:rsidR="00871FBD" w:rsidRPr="00F51F43" w:rsidRDefault="00871FBD" w:rsidP="00871FBD">
            <w:pPr>
              <w:spacing w:after="0" w:line="240" w:lineRule="auto"/>
              <w:jc w:val="center"/>
              <w:rPr>
                <w:noProof/>
                <w:sz w:val="20"/>
                <w:szCs w:val="20"/>
              </w:rPr>
            </w:pPr>
            <w:r w:rsidRPr="00F51F43">
              <w:rPr>
                <w:noProof/>
                <w:sz w:val="20"/>
                <w:szCs w:val="20"/>
              </w:rPr>
              <w:t>Suradnja sa vlasnicima igraonice</w:t>
            </w:r>
          </w:p>
        </w:tc>
        <w:tc>
          <w:tcPr>
            <w:tcW w:w="3207" w:type="dxa"/>
            <w:tcMar>
              <w:top w:w="80" w:type="dxa"/>
              <w:left w:w="80" w:type="dxa"/>
              <w:bottom w:w="80" w:type="dxa"/>
              <w:right w:w="80" w:type="dxa"/>
            </w:tcMar>
            <w:vAlign w:val="center"/>
          </w:tcPr>
          <w:p w14:paraId="583E7F45" w14:textId="77777777" w:rsidR="00871FBD" w:rsidRPr="00F51F43" w:rsidRDefault="00871FBD" w:rsidP="00871FBD">
            <w:pPr>
              <w:spacing w:after="0" w:line="240" w:lineRule="auto"/>
              <w:jc w:val="center"/>
              <w:rPr>
                <w:noProof/>
                <w:sz w:val="20"/>
                <w:szCs w:val="20"/>
              </w:rPr>
            </w:pPr>
            <w:r w:rsidRPr="00F51F43">
              <w:rPr>
                <w:noProof/>
                <w:sz w:val="20"/>
                <w:szCs w:val="20"/>
              </w:rPr>
              <w:t>druženje i igra u igraonici</w:t>
            </w:r>
          </w:p>
        </w:tc>
        <w:tc>
          <w:tcPr>
            <w:tcW w:w="2928" w:type="dxa"/>
            <w:tcMar>
              <w:top w:w="80" w:type="dxa"/>
              <w:left w:w="80" w:type="dxa"/>
              <w:bottom w:w="80" w:type="dxa"/>
              <w:right w:w="80" w:type="dxa"/>
            </w:tcMar>
            <w:vAlign w:val="center"/>
          </w:tcPr>
          <w:p w14:paraId="70A56CC7"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534CBB4C" w14:textId="77777777" w:rsidTr="00871FBD">
        <w:trPr>
          <w:cantSplit/>
          <w:jc w:val="center"/>
        </w:trPr>
        <w:tc>
          <w:tcPr>
            <w:tcW w:w="507" w:type="dxa"/>
            <w:tcMar>
              <w:top w:w="80" w:type="dxa"/>
              <w:left w:w="80" w:type="dxa"/>
              <w:bottom w:w="80" w:type="dxa"/>
              <w:right w:w="80" w:type="dxa"/>
            </w:tcMar>
            <w:vAlign w:val="center"/>
          </w:tcPr>
          <w:p w14:paraId="7BFF09E0" w14:textId="77777777" w:rsidR="00871FBD" w:rsidRPr="00F51F43" w:rsidRDefault="00871FBD" w:rsidP="00871FBD">
            <w:pPr>
              <w:spacing w:after="0" w:line="240" w:lineRule="auto"/>
              <w:jc w:val="center"/>
              <w:rPr>
                <w:noProof/>
                <w:sz w:val="20"/>
                <w:szCs w:val="20"/>
              </w:rPr>
            </w:pPr>
            <w:r w:rsidRPr="00F51F43">
              <w:rPr>
                <w:noProof/>
                <w:sz w:val="20"/>
                <w:szCs w:val="20"/>
              </w:rPr>
              <w:t>53.</w:t>
            </w:r>
          </w:p>
        </w:tc>
        <w:tc>
          <w:tcPr>
            <w:tcW w:w="1395" w:type="dxa"/>
            <w:tcMar>
              <w:top w:w="80" w:type="dxa"/>
              <w:left w:w="80" w:type="dxa"/>
              <w:bottom w:w="80" w:type="dxa"/>
              <w:right w:w="80" w:type="dxa"/>
            </w:tcMar>
            <w:vAlign w:val="center"/>
          </w:tcPr>
          <w:p w14:paraId="022AE232"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4234498B" w14:textId="77777777" w:rsidR="00871FBD" w:rsidRPr="00F51F43" w:rsidRDefault="00871FBD" w:rsidP="00871FBD">
            <w:pPr>
              <w:spacing w:after="0" w:line="240" w:lineRule="auto"/>
              <w:jc w:val="center"/>
              <w:rPr>
                <w:noProof/>
                <w:sz w:val="20"/>
                <w:szCs w:val="20"/>
              </w:rPr>
            </w:pPr>
            <w:r w:rsidRPr="00F51F43">
              <w:rPr>
                <w:noProof/>
                <w:sz w:val="20"/>
                <w:szCs w:val="20"/>
              </w:rPr>
              <w:t>Koprivnica-izložba pisanica, Knjižnica i čitaonica Fran Galović</w:t>
            </w:r>
          </w:p>
        </w:tc>
        <w:tc>
          <w:tcPr>
            <w:tcW w:w="1015" w:type="dxa"/>
            <w:tcMar>
              <w:top w:w="80" w:type="dxa"/>
              <w:left w:w="80" w:type="dxa"/>
              <w:bottom w:w="80" w:type="dxa"/>
              <w:right w:w="80" w:type="dxa"/>
            </w:tcMar>
            <w:vAlign w:val="center"/>
          </w:tcPr>
          <w:p w14:paraId="6AF627DF"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006486B5"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2B90886D" w14:textId="77777777" w:rsidR="00871FBD" w:rsidRPr="00F51F43" w:rsidRDefault="00871FBD" w:rsidP="00871FBD">
            <w:pPr>
              <w:spacing w:after="0" w:line="240" w:lineRule="auto"/>
              <w:jc w:val="center"/>
              <w:rPr>
                <w:noProof/>
                <w:sz w:val="20"/>
                <w:szCs w:val="20"/>
              </w:rPr>
            </w:pPr>
            <w:r w:rsidRPr="00F51F43">
              <w:rPr>
                <w:noProof/>
                <w:sz w:val="20"/>
                <w:szCs w:val="20"/>
              </w:rPr>
              <w:t>Lavići</w:t>
            </w:r>
          </w:p>
        </w:tc>
        <w:tc>
          <w:tcPr>
            <w:tcW w:w="1701" w:type="dxa"/>
            <w:tcMar>
              <w:top w:w="80" w:type="dxa"/>
              <w:left w:w="80" w:type="dxa"/>
              <w:bottom w:w="80" w:type="dxa"/>
              <w:right w:w="80" w:type="dxa"/>
            </w:tcMar>
            <w:vAlign w:val="center"/>
          </w:tcPr>
          <w:p w14:paraId="62CE79B1" w14:textId="77777777" w:rsidR="00871FBD" w:rsidRPr="00F51F43" w:rsidRDefault="00871FBD" w:rsidP="00871FBD">
            <w:pPr>
              <w:spacing w:after="0" w:line="240" w:lineRule="auto"/>
              <w:jc w:val="center"/>
              <w:rPr>
                <w:noProof/>
                <w:sz w:val="20"/>
                <w:szCs w:val="20"/>
              </w:rPr>
            </w:pPr>
            <w:r w:rsidRPr="00F51F43">
              <w:rPr>
                <w:noProof/>
                <w:sz w:val="20"/>
                <w:szCs w:val="20"/>
              </w:rPr>
              <w:t>Djelatnici dječjeg odjela Knjižnice i čitaonice</w:t>
            </w:r>
          </w:p>
        </w:tc>
        <w:tc>
          <w:tcPr>
            <w:tcW w:w="3207" w:type="dxa"/>
            <w:tcMar>
              <w:top w:w="80" w:type="dxa"/>
              <w:left w:w="80" w:type="dxa"/>
              <w:bottom w:w="80" w:type="dxa"/>
              <w:right w:w="80" w:type="dxa"/>
            </w:tcMar>
            <w:vAlign w:val="center"/>
          </w:tcPr>
          <w:p w14:paraId="261F5717" w14:textId="77777777" w:rsidR="00871FBD" w:rsidRPr="00F51F43" w:rsidRDefault="00871FBD" w:rsidP="00871FBD">
            <w:pPr>
              <w:spacing w:after="0" w:line="240" w:lineRule="auto"/>
              <w:jc w:val="center"/>
              <w:rPr>
                <w:noProof/>
                <w:sz w:val="20"/>
                <w:szCs w:val="20"/>
              </w:rPr>
            </w:pPr>
            <w:r w:rsidRPr="00F51F43">
              <w:rPr>
                <w:noProof/>
                <w:sz w:val="20"/>
                <w:szCs w:val="20"/>
              </w:rPr>
              <w:t>šetnja parkom i razgledavanje izložbe pisanica, pričaonica na dječjem odjelu</w:t>
            </w:r>
          </w:p>
        </w:tc>
        <w:tc>
          <w:tcPr>
            <w:tcW w:w="2928" w:type="dxa"/>
            <w:tcMar>
              <w:top w:w="80" w:type="dxa"/>
              <w:left w:w="80" w:type="dxa"/>
              <w:bottom w:w="80" w:type="dxa"/>
              <w:right w:w="80" w:type="dxa"/>
            </w:tcMar>
            <w:vAlign w:val="center"/>
          </w:tcPr>
          <w:p w14:paraId="1B5CD464"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 izjave suradnika</w:t>
            </w:r>
          </w:p>
        </w:tc>
      </w:tr>
      <w:tr w:rsidR="00871FBD" w:rsidRPr="00F51F43" w14:paraId="2A2458F2" w14:textId="77777777" w:rsidTr="00871FBD">
        <w:trPr>
          <w:cantSplit/>
          <w:jc w:val="center"/>
        </w:trPr>
        <w:tc>
          <w:tcPr>
            <w:tcW w:w="507" w:type="dxa"/>
            <w:tcMar>
              <w:top w:w="80" w:type="dxa"/>
              <w:left w:w="80" w:type="dxa"/>
              <w:bottom w:w="80" w:type="dxa"/>
              <w:right w:w="80" w:type="dxa"/>
            </w:tcMar>
            <w:vAlign w:val="center"/>
          </w:tcPr>
          <w:p w14:paraId="41BA2A93" w14:textId="77777777" w:rsidR="00871FBD" w:rsidRPr="00F51F43" w:rsidRDefault="00871FBD" w:rsidP="00871FBD">
            <w:pPr>
              <w:spacing w:after="0" w:line="240" w:lineRule="auto"/>
              <w:jc w:val="center"/>
              <w:rPr>
                <w:noProof/>
                <w:sz w:val="20"/>
                <w:szCs w:val="20"/>
              </w:rPr>
            </w:pPr>
            <w:r w:rsidRPr="00F51F43">
              <w:rPr>
                <w:noProof/>
                <w:sz w:val="20"/>
                <w:szCs w:val="20"/>
              </w:rPr>
              <w:t>54.</w:t>
            </w:r>
          </w:p>
        </w:tc>
        <w:tc>
          <w:tcPr>
            <w:tcW w:w="1395" w:type="dxa"/>
            <w:tcMar>
              <w:top w:w="80" w:type="dxa"/>
              <w:left w:w="80" w:type="dxa"/>
              <w:bottom w:w="80" w:type="dxa"/>
              <w:right w:w="80" w:type="dxa"/>
            </w:tcMar>
            <w:vAlign w:val="center"/>
          </w:tcPr>
          <w:p w14:paraId="1E002CAF"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07BF02E7" w14:textId="77777777" w:rsidR="00871FBD" w:rsidRPr="00F51F43" w:rsidRDefault="00871FBD" w:rsidP="00871FBD">
            <w:pPr>
              <w:spacing w:after="0" w:line="240" w:lineRule="auto"/>
              <w:jc w:val="center"/>
              <w:rPr>
                <w:noProof/>
                <w:sz w:val="20"/>
                <w:szCs w:val="20"/>
              </w:rPr>
            </w:pPr>
            <w:r w:rsidRPr="00F51F43">
              <w:rPr>
                <w:noProof/>
                <w:sz w:val="20"/>
                <w:szCs w:val="20"/>
              </w:rPr>
              <w:t>Đurđevac-posjetiteljski centar Đurđevački pijesci</w:t>
            </w:r>
          </w:p>
        </w:tc>
        <w:tc>
          <w:tcPr>
            <w:tcW w:w="1015" w:type="dxa"/>
            <w:tcMar>
              <w:top w:w="80" w:type="dxa"/>
              <w:left w:w="80" w:type="dxa"/>
              <w:bottom w:w="80" w:type="dxa"/>
              <w:right w:w="80" w:type="dxa"/>
            </w:tcMar>
            <w:vAlign w:val="center"/>
          </w:tcPr>
          <w:p w14:paraId="45DF1CC7"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1B5FD55D"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468906CF" w14:textId="77777777" w:rsidR="00871FBD" w:rsidRPr="00F51F43" w:rsidRDefault="00871FBD" w:rsidP="00871FBD">
            <w:pPr>
              <w:spacing w:after="0" w:line="240" w:lineRule="auto"/>
              <w:jc w:val="center"/>
              <w:rPr>
                <w:noProof/>
                <w:sz w:val="20"/>
                <w:szCs w:val="20"/>
              </w:rPr>
            </w:pPr>
            <w:r w:rsidRPr="00F51F43">
              <w:rPr>
                <w:noProof/>
                <w:sz w:val="20"/>
                <w:szCs w:val="20"/>
              </w:rPr>
              <w:t>Lavići</w:t>
            </w:r>
          </w:p>
        </w:tc>
        <w:tc>
          <w:tcPr>
            <w:tcW w:w="1701" w:type="dxa"/>
            <w:tcMar>
              <w:top w:w="80" w:type="dxa"/>
              <w:left w:w="80" w:type="dxa"/>
              <w:bottom w:w="80" w:type="dxa"/>
              <w:right w:w="80" w:type="dxa"/>
            </w:tcMar>
            <w:vAlign w:val="center"/>
          </w:tcPr>
          <w:p w14:paraId="11D70B9E" w14:textId="77777777" w:rsidR="00871FBD" w:rsidRPr="00F51F43" w:rsidRDefault="00871FBD" w:rsidP="00871FBD">
            <w:pPr>
              <w:spacing w:after="0" w:line="240" w:lineRule="auto"/>
              <w:jc w:val="center"/>
              <w:rPr>
                <w:noProof/>
                <w:sz w:val="20"/>
                <w:szCs w:val="20"/>
              </w:rPr>
            </w:pPr>
            <w:r w:rsidRPr="00F51F43">
              <w:rPr>
                <w:noProof/>
                <w:sz w:val="20"/>
                <w:szCs w:val="20"/>
              </w:rPr>
              <w:t>Djelatnici posjetiteljskog centra</w:t>
            </w:r>
          </w:p>
        </w:tc>
        <w:tc>
          <w:tcPr>
            <w:tcW w:w="3207" w:type="dxa"/>
            <w:tcMar>
              <w:top w:w="80" w:type="dxa"/>
              <w:left w:w="80" w:type="dxa"/>
              <w:bottom w:w="80" w:type="dxa"/>
              <w:right w:w="80" w:type="dxa"/>
            </w:tcMar>
            <w:vAlign w:val="center"/>
          </w:tcPr>
          <w:p w14:paraId="01E56CC4" w14:textId="77777777" w:rsidR="00871FBD" w:rsidRPr="00F51F43" w:rsidRDefault="00871FBD" w:rsidP="00871FBD">
            <w:pPr>
              <w:spacing w:after="0" w:line="240" w:lineRule="auto"/>
              <w:jc w:val="center"/>
              <w:rPr>
                <w:noProof/>
                <w:sz w:val="20"/>
                <w:szCs w:val="20"/>
              </w:rPr>
            </w:pPr>
            <w:r w:rsidRPr="00F51F43">
              <w:rPr>
                <w:noProof/>
                <w:sz w:val="20"/>
                <w:szCs w:val="20"/>
              </w:rPr>
              <w:t>edukativni sadržaj i razgledavanje</w:t>
            </w:r>
          </w:p>
        </w:tc>
        <w:tc>
          <w:tcPr>
            <w:tcW w:w="2928" w:type="dxa"/>
            <w:tcMar>
              <w:top w:w="80" w:type="dxa"/>
              <w:left w:w="80" w:type="dxa"/>
              <w:bottom w:w="80" w:type="dxa"/>
              <w:right w:w="80" w:type="dxa"/>
            </w:tcMar>
            <w:vAlign w:val="center"/>
          </w:tcPr>
          <w:p w14:paraId="598A4FCD"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 izjave suradnika</w:t>
            </w:r>
          </w:p>
        </w:tc>
      </w:tr>
      <w:tr w:rsidR="00871FBD" w:rsidRPr="00F51F43" w14:paraId="108A969E" w14:textId="77777777" w:rsidTr="00871FBD">
        <w:trPr>
          <w:cantSplit/>
          <w:jc w:val="center"/>
        </w:trPr>
        <w:tc>
          <w:tcPr>
            <w:tcW w:w="507" w:type="dxa"/>
            <w:tcMar>
              <w:top w:w="80" w:type="dxa"/>
              <w:left w:w="80" w:type="dxa"/>
              <w:bottom w:w="80" w:type="dxa"/>
              <w:right w:w="80" w:type="dxa"/>
            </w:tcMar>
            <w:vAlign w:val="center"/>
          </w:tcPr>
          <w:p w14:paraId="4F7514DA" w14:textId="77777777" w:rsidR="00871FBD" w:rsidRPr="00F51F43" w:rsidRDefault="00871FBD" w:rsidP="00871FBD">
            <w:pPr>
              <w:spacing w:after="0" w:line="240" w:lineRule="auto"/>
              <w:jc w:val="center"/>
              <w:rPr>
                <w:noProof/>
                <w:sz w:val="20"/>
                <w:szCs w:val="20"/>
              </w:rPr>
            </w:pPr>
            <w:r w:rsidRPr="00F51F43">
              <w:rPr>
                <w:noProof/>
                <w:sz w:val="20"/>
                <w:szCs w:val="20"/>
              </w:rPr>
              <w:t>55.</w:t>
            </w:r>
          </w:p>
        </w:tc>
        <w:tc>
          <w:tcPr>
            <w:tcW w:w="1395" w:type="dxa"/>
            <w:tcMar>
              <w:top w:w="80" w:type="dxa"/>
              <w:left w:w="80" w:type="dxa"/>
              <w:bottom w:w="80" w:type="dxa"/>
              <w:right w:w="80" w:type="dxa"/>
            </w:tcMar>
            <w:vAlign w:val="center"/>
          </w:tcPr>
          <w:p w14:paraId="59ADE056"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7E8427B8" w14:textId="77777777" w:rsidR="00871FBD" w:rsidRPr="00F51F43" w:rsidRDefault="00871FBD" w:rsidP="00871FBD">
            <w:pPr>
              <w:spacing w:after="0" w:line="240" w:lineRule="auto"/>
              <w:jc w:val="center"/>
              <w:rPr>
                <w:noProof/>
                <w:sz w:val="20"/>
                <w:szCs w:val="20"/>
              </w:rPr>
            </w:pPr>
            <w:r w:rsidRPr="00F51F43">
              <w:rPr>
                <w:noProof/>
                <w:sz w:val="20"/>
                <w:szCs w:val="20"/>
              </w:rPr>
              <w:t>Posjet OPG Prvčić</w:t>
            </w:r>
          </w:p>
        </w:tc>
        <w:tc>
          <w:tcPr>
            <w:tcW w:w="1015" w:type="dxa"/>
            <w:tcMar>
              <w:top w:w="80" w:type="dxa"/>
              <w:left w:w="80" w:type="dxa"/>
              <w:bottom w:w="80" w:type="dxa"/>
              <w:right w:w="80" w:type="dxa"/>
            </w:tcMar>
            <w:vAlign w:val="center"/>
          </w:tcPr>
          <w:p w14:paraId="2EF4ADF0"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7BC19FD5"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4E1DB1CD" w14:textId="77777777" w:rsidR="00871FBD" w:rsidRPr="00F51F43" w:rsidRDefault="00871FBD" w:rsidP="00871FBD">
            <w:pPr>
              <w:spacing w:after="0" w:line="240" w:lineRule="auto"/>
              <w:jc w:val="center"/>
              <w:rPr>
                <w:noProof/>
                <w:sz w:val="20"/>
                <w:szCs w:val="20"/>
              </w:rPr>
            </w:pPr>
            <w:r w:rsidRPr="00F51F43">
              <w:rPr>
                <w:noProof/>
                <w:sz w:val="20"/>
                <w:szCs w:val="20"/>
              </w:rPr>
              <w:t>Lavići</w:t>
            </w:r>
          </w:p>
        </w:tc>
        <w:tc>
          <w:tcPr>
            <w:tcW w:w="1701" w:type="dxa"/>
            <w:tcMar>
              <w:top w:w="80" w:type="dxa"/>
              <w:left w:w="80" w:type="dxa"/>
              <w:bottom w:w="80" w:type="dxa"/>
              <w:right w:w="80" w:type="dxa"/>
            </w:tcMar>
            <w:vAlign w:val="center"/>
          </w:tcPr>
          <w:p w14:paraId="643AF663" w14:textId="77777777" w:rsidR="00871FBD" w:rsidRPr="00F51F43" w:rsidRDefault="00871FBD" w:rsidP="00871FBD">
            <w:pPr>
              <w:spacing w:after="0" w:line="240" w:lineRule="auto"/>
              <w:jc w:val="center"/>
              <w:rPr>
                <w:noProof/>
                <w:sz w:val="20"/>
                <w:szCs w:val="20"/>
              </w:rPr>
            </w:pPr>
            <w:r w:rsidRPr="00F51F43">
              <w:rPr>
                <w:noProof/>
                <w:sz w:val="20"/>
                <w:szCs w:val="20"/>
              </w:rPr>
              <w:t>Roditelj i vlasnici OPG-a</w:t>
            </w:r>
          </w:p>
        </w:tc>
        <w:tc>
          <w:tcPr>
            <w:tcW w:w="3207" w:type="dxa"/>
            <w:tcMar>
              <w:top w:w="80" w:type="dxa"/>
              <w:left w:w="80" w:type="dxa"/>
              <w:bottom w:w="80" w:type="dxa"/>
              <w:right w:w="80" w:type="dxa"/>
            </w:tcMar>
            <w:vAlign w:val="center"/>
          </w:tcPr>
          <w:p w14:paraId="450B29E7" w14:textId="77777777" w:rsidR="00871FBD" w:rsidRPr="00F51F43" w:rsidRDefault="00871FBD" w:rsidP="00871FBD">
            <w:pPr>
              <w:spacing w:after="0" w:line="240" w:lineRule="auto"/>
              <w:jc w:val="center"/>
              <w:rPr>
                <w:noProof/>
                <w:sz w:val="20"/>
                <w:szCs w:val="20"/>
              </w:rPr>
            </w:pPr>
            <w:r w:rsidRPr="00F51F43">
              <w:rPr>
                <w:noProof/>
                <w:sz w:val="20"/>
                <w:szCs w:val="20"/>
              </w:rPr>
              <w:t>razgledavanje imanja i mehanizacije</w:t>
            </w:r>
          </w:p>
        </w:tc>
        <w:tc>
          <w:tcPr>
            <w:tcW w:w="2928" w:type="dxa"/>
            <w:tcMar>
              <w:top w:w="80" w:type="dxa"/>
              <w:left w:w="80" w:type="dxa"/>
              <w:bottom w:w="80" w:type="dxa"/>
              <w:right w:w="80" w:type="dxa"/>
            </w:tcMar>
            <w:vAlign w:val="center"/>
          </w:tcPr>
          <w:p w14:paraId="58535902" w14:textId="77777777" w:rsidR="00871FBD" w:rsidRPr="00F51F43" w:rsidRDefault="00871FBD" w:rsidP="00871FBD">
            <w:pPr>
              <w:spacing w:after="0" w:line="240" w:lineRule="auto"/>
              <w:jc w:val="center"/>
              <w:rPr>
                <w:noProof/>
                <w:sz w:val="20"/>
                <w:szCs w:val="20"/>
              </w:rPr>
            </w:pPr>
            <w:r w:rsidRPr="00F51F43">
              <w:rPr>
                <w:noProof/>
                <w:sz w:val="20"/>
                <w:szCs w:val="20"/>
              </w:rPr>
              <w:t>izjave djece, fotodokumentacija</w:t>
            </w:r>
          </w:p>
        </w:tc>
      </w:tr>
      <w:tr w:rsidR="00871FBD" w:rsidRPr="00F51F43" w14:paraId="653B1F86" w14:textId="77777777" w:rsidTr="00871FBD">
        <w:trPr>
          <w:cantSplit/>
          <w:jc w:val="center"/>
        </w:trPr>
        <w:tc>
          <w:tcPr>
            <w:tcW w:w="507" w:type="dxa"/>
            <w:tcMar>
              <w:top w:w="80" w:type="dxa"/>
              <w:left w:w="80" w:type="dxa"/>
              <w:bottom w:w="80" w:type="dxa"/>
              <w:right w:w="80" w:type="dxa"/>
            </w:tcMar>
            <w:vAlign w:val="center"/>
          </w:tcPr>
          <w:p w14:paraId="2FC0ECAA" w14:textId="77777777" w:rsidR="00871FBD" w:rsidRPr="00F51F43" w:rsidRDefault="00871FBD" w:rsidP="00871FBD">
            <w:pPr>
              <w:spacing w:after="0" w:line="240" w:lineRule="auto"/>
              <w:jc w:val="center"/>
              <w:rPr>
                <w:noProof/>
                <w:sz w:val="20"/>
                <w:szCs w:val="20"/>
              </w:rPr>
            </w:pPr>
            <w:r w:rsidRPr="00F51F43">
              <w:rPr>
                <w:noProof/>
                <w:sz w:val="20"/>
                <w:szCs w:val="20"/>
              </w:rPr>
              <w:t>56.</w:t>
            </w:r>
          </w:p>
        </w:tc>
        <w:tc>
          <w:tcPr>
            <w:tcW w:w="1395" w:type="dxa"/>
            <w:tcMar>
              <w:top w:w="80" w:type="dxa"/>
              <w:left w:w="80" w:type="dxa"/>
              <w:bottom w:w="80" w:type="dxa"/>
              <w:right w:w="80" w:type="dxa"/>
            </w:tcMar>
            <w:vAlign w:val="center"/>
          </w:tcPr>
          <w:p w14:paraId="1743F141"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248B06A2" w14:textId="77777777" w:rsidR="00871FBD" w:rsidRPr="00F51F43" w:rsidRDefault="00871FBD" w:rsidP="00871FBD">
            <w:pPr>
              <w:spacing w:after="0" w:line="240" w:lineRule="auto"/>
              <w:jc w:val="center"/>
              <w:rPr>
                <w:noProof/>
                <w:sz w:val="20"/>
                <w:szCs w:val="20"/>
              </w:rPr>
            </w:pPr>
            <w:r w:rsidRPr="00F51F43">
              <w:rPr>
                <w:noProof/>
                <w:sz w:val="20"/>
                <w:szCs w:val="20"/>
              </w:rPr>
              <w:t>Dom djeteta iz skupine</w:t>
            </w:r>
          </w:p>
        </w:tc>
        <w:tc>
          <w:tcPr>
            <w:tcW w:w="1015" w:type="dxa"/>
            <w:tcMar>
              <w:top w:w="80" w:type="dxa"/>
              <w:left w:w="80" w:type="dxa"/>
              <w:bottom w:w="80" w:type="dxa"/>
              <w:right w:w="80" w:type="dxa"/>
            </w:tcMar>
            <w:vAlign w:val="center"/>
          </w:tcPr>
          <w:p w14:paraId="048A3B4A"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46112F78"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1C56E12B" w14:textId="77777777" w:rsidR="00871FBD" w:rsidRPr="00F51F43" w:rsidRDefault="00871FBD" w:rsidP="00871FBD">
            <w:pPr>
              <w:spacing w:after="0" w:line="240" w:lineRule="auto"/>
              <w:jc w:val="center"/>
              <w:rPr>
                <w:noProof/>
                <w:sz w:val="20"/>
                <w:szCs w:val="20"/>
              </w:rPr>
            </w:pPr>
            <w:r w:rsidRPr="00F51F43">
              <w:rPr>
                <w:noProof/>
                <w:sz w:val="20"/>
                <w:szCs w:val="20"/>
              </w:rPr>
              <w:t>Lavići</w:t>
            </w:r>
          </w:p>
        </w:tc>
        <w:tc>
          <w:tcPr>
            <w:tcW w:w="1701" w:type="dxa"/>
            <w:tcMar>
              <w:top w:w="80" w:type="dxa"/>
              <w:left w:w="80" w:type="dxa"/>
              <w:bottom w:w="80" w:type="dxa"/>
              <w:right w:w="80" w:type="dxa"/>
            </w:tcMar>
            <w:vAlign w:val="center"/>
          </w:tcPr>
          <w:p w14:paraId="4C08E88A" w14:textId="77777777" w:rsidR="00871FBD" w:rsidRPr="00F51F43" w:rsidRDefault="00871FBD" w:rsidP="00871FBD">
            <w:pPr>
              <w:spacing w:after="0" w:line="240" w:lineRule="auto"/>
              <w:jc w:val="center"/>
              <w:rPr>
                <w:noProof/>
                <w:sz w:val="20"/>
                <w:szCs w:val="20"/>
              </w:rPr>
            </w:pPr>
            <w:r w:rsidRPr="00F51F43">
              <w:rPr>
                <w:noProof/>
                <w:sz w:val="20"/>
                <w:szCs w:val="20"/>
              </w:rPr>
              <w:t>Roditelji</w:t>
            </w:r>
          </w:p>
        </w:tc>
        <w:tc>
          <w:tcPr>
            <w:tcW w:w="3207" w:type="dxa"/>
            <w:tcMar>
              <w:top w:w="80" w:type="dxa"/>
              <w:left w:w="80" w:type="dxa"/>
              <w:bottom w:w="80" w:type="dxa"/>
              <w:right w:w="80" w:type="dxa"/>
            </w:tcMar>
            <w:vAlign w:val="center"/>
          </w:tcPr>
          <w:p w14:paraId="0CCDDFA3" w14:textId="77777777" w:rsidR="00871FBD" w:rsidRPr="00F51F43" w:rsidRDefault="00871FBD" w:rsidP="00871FBD">
            <w:pPr>
              <w:spacing w:after="0" w:line="240" w:lineRule="auto"/>
              <w:jc w:val="center"/>
              <w:rPr>
                <w:noProof/>
                <w:sz w:val="20"/>
                <w:szCs w:val="20"/>
              </w:rPr>
            </w:pPr>
            <w:r w:rsidRPr="00F51F43">
              <w:rPr>
                <w:noProof/>
                <w:sz w:val="20"/>
                <w:szCs w:val="20"/>
              </w:rPr>
              <w:t>duženje,zakuska,pjevanje prigodnih pjesama</w:t>
            </w:r>
          </w:p>
        </w:tc>
        <w:tc>
          <w:tcPr>
            <w:tcW w:w="2928" w:type="dxa"/>
            <w:tcMar>
              <w:top w:w="80" w:type="dxa"/>
              <w:left w:w="80" w:type="dxa"/>
              <w:bottom w:w="80" w:type="dxa"/>
              <w:right w:w="80" w:type="dxa"/>
            </w:tcMar>
            <w:vAlign w:val="center"/>
          </w:tcPr>
          <w:p w14:paraId="51091A19" w14:textId="77777777" w:rsidR="00871FBD" w:rsidRPr="00F51F43" w:rsidRDefault="00871FBD" w:rsidP="00871FBD">
            <w:pPr>
              <w:spacing w:after="0" w:line="240" w:lineRule="auto"/>
              <w:jc w:val="center"/>
              <w:rPr>
                <w:noProof/>
                <w:sz w:val="20"/>
                <w:szCs w:val="20"/>
              </w:rPr>
            </w:pPr>
            <w:r w:rsidRPr="00F51F43">
              <w:rPr>
                <w:noProof/>
                <w:sz w:val="20"/>
                <w:szCs w:val="20"/>
              </w:rPr>
              <w:t>izjave djece, fotodokumentacija, i roditelja</w:t>
            </w:r>
          </w:p>
        </w:tc>
      </w:tr>
      <w:tr w:rsidR="00871FBD" w:rsidRPr="00F51F43" w14:paraId="27C7D05D" w14:textId="77777777" w:rsidTr="00871FBD">
        <w:trPr>
          <w:cantSplit/>
          <w:jc w:val="center"/>
        </w:trPr>
        <w:tc>
          <w:tcPr>
            <w:tcW w:w="507" w:type="dxa"/>
            <w:tcMar>
              <w:top w:w="80" w:type="dxa"/>
              <w:left w:w="80" w:type="dxa"/>
              <w:bottom w:w="80" w:type="dxa"/>
              <w:right w:w="80" w:type="dxa"/>
            </w:tcMar>
            <w:vAlign w:val="center"/>
          </w:tcPr>
          <w:p w14:paraId="28354DD8"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57.</w:t>
            </w:r>
          </w:p>
        </w:tc>
        <w:tc>
          <w:tcPr>
            <w:tcW w:w="1395" w:type="dxa"/>
            <w:tcMar>
              <w:top w:w="80" w:type="dxa"/>
              <w:left w:w="80" w:type="dxa"/>
              <w:bottom w:w="80" w:type="dxa"/>
              <w:right w:w="80" w:type="dxa"/>
            </w:tcMar>
            <w:vAlign w:val="center"/>
          </w:tcPr>
          <w:p w14:paraId="1FF81C1B"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0C5AF9F9" w14:textId="77777777" w:rsidR="00871FBD" w:rsidRPr="00F51F43" w:rsidRDefault="00871FBD" w:rsidP="00871FBD">
            <w:pPr>
              <w:spacing w:after="0" w:line="240" w:lineRule="auto"/>
              <w:jc w:val="center"/>
              <w:rPr>
                <w:noProof/>
                <w:sz w:val="20"/>
                <w:szCs w:val="20"/>
              </w:rPr>
            </w:pPr>
            <w:r w:rsidRPr="00F51F43">
              <w:rPr>
                <w:noProof/>
                <w:sz w:val="20"/>
                <w:szCs w:val="20"/>
              </w:rPr>
              <w:t>Posjet OPG Sršić</w:t>
            </w:r>
          </w:p>
        </w:tc>
        <w:tc>
          <w:tcPr>
            <w:tcW w:w="1015" w:type="dxa"/>
            <w:tcMar>
              <w:top w:w="80" w:type="dxa"/>
              <w:left w:w="80" w:type="dxa"/>
              <w:bottom w:w="80" w:type="dxa"/>
              <w:right w:w="80" w:type="dxa"/>
            </w:tcMar>
            <w:vAlign w:val="center"/>
          </w:tcPr>
          <w:p w14:paraId="193487D9" w14:textId="77777777" w:rsidR="00871FBD" w:rsidRPr="00F51F43" w:rsidRDefault="00871FBD" w:rsidP="00871FBD">
            <w:pPr>
              <w:spacing w:after="0" w:line="240" w:lineRule="auto"/>
              <w:jc w:val="center"/>
              <w:rPr>
                <w:noProof/>
                <w:sz w:val="20"/>
                <w:szCs w:val="20"/>
              </w:rPr>
            </w:pPr>
            <w:r w:rsidRPr="00F51F43">
              <w:rPr>
                <w:noProof/>
                <w:sz w:val="20"/>
                <w:szCs w:val="20"/>
              </w:rPr>
              <w:t>ožujak / travanj</w:t>
            </w:r>
          </w:p>
        </w:tc>
        <w:tc>
          <w:tcPr>
            <w:tcW w:w="761" w:type="dxa"/>
            <w:tcMar>
              <w:top w:w="80" w:type="dxa"/>
              <w:left w:w="80" w:type="dxa"/>
              <w:bottom w:w="80" w:type="dxa"/>
              <w:right w:w="80" w:type="dxa"/>
            </w:tcMar>
            <w:vAlign w:val="center"/>
          </w:tcPr>
          <w:p w14:paraId="0F4C40C3"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7B5D43C4" w14:textId="77777777" w:rsidR="00871FBD" w:rsidRPr="00F51F43" w:rsidRDefault="00871FBD" w:rsidP="00871FBD">
            <w:pPr>
              <w:spacing w:after="0" w:line="240" w:lineRule="auto"/>
              <w:jc w:val="center"/>
              <w:rPr>
                <w:noProof/>
                <w:sz w:val="20"/>
                <w:szCs w:val="20"/>
              </w:rPr>
            </w:pPr>
            <w:r w:rsidRPr="00F51F43">
              <w:rPr>
                <w:noProof/>
                <w:sz w:val="20"/>
                <w:szCs w:val="20"/>
              </w:rPr>
              <w:t>Lavići</w:t>
            </w:r>
          </w:p>
        </w:tc>
        <w:tc>
          <w:tcPr>
            <w:tcW w:w="1701" w:type="dxa"/>
            <w:tcMar>
              <w:top w:w="80" w:type="dxa"/>
              <w:left w:w="80" w:type="dxa"/>
              <w:bottom w:w="80" w:type="dxa"/>
              <w:right w:w="80" w:type="dxa"/>
            </w:tcMar>
            <w:vAlign w:val="center"/>
          </w:tcPr>
          <w:p w14:paraId="43FDA89E" w14:textId="77777777" w:rsidR="00871FBD" w:rsidRPr="00F51F43" w:rsidRDefault="00871FBD" w:rsidP="00871FBD">
            <w:pPr>
              <w:spacing w:after="0" w:line="240" w:lineRule="auto"/>
              <w:jc w:val="center"/>
              <w:rPr>
                <w:noProof/>
                <w:sz w:val="20"/>
                <w:szCs w:val="20"/>
              </w:rPr>
            </w:pPr>
            <w:r w:rsidRPr="00F51F43">
              <w:rPr>
                <w:noProof/>
                <w:sz w:val="20"/>
                <w:szCs w:val="20"/>
              </w:rPr>
              <w:t>Roditelji i vlasnici imanja</w:t>
            </w:r>
          </w:p>
        </w:tc>
        <w:tc>
          <w:tcPr>
            <w:tcW w:w="3207" w:type="dxa"/>
            <w:tcMar>
              <w:top w:w="80" w:type="dxa"/>
              <w:left w:w="80" w:type="dxa"/>
              <w:bottom w:w="80" w:type="dxa"/>
              <w:right w:w="80" w:type="dxa"/>
            </w:tcMar>
            <w:vAlign w:val="center"/>
          </w:tcPr>
          <w:p w14:paraId="753A9D52" w14:textId="77777777" w:rsidR="00871FBD" w:rsidRPr="00F51F43" w:rsidRDefault="00871FBD" w:rsidP="00871FBD">
            <w:pPr>
              <w:spacing w:after="0" w:line="240" w:lineRule="auto"/>
              <w:jc w:val="center"/>
              <w:rPr>
                <w:noProof/>
                <w:sz w:val="20"/>
                <w:szCs w:val="20"/>
              </w:rPr>
            </w:pPr>
            <w:r w:rsidRPr="00F51F43">
              <w:rPr>
                <w:noProof/>
                <w:sz w:val="20"/>
                <w:szCs w:val="20"/>
              </w:rPr>
              <w:t>razgledavanje imanja i životinja, isprobavanje mlječnih proizvoda</w:t>
            </w:r>
          </w:p>
        </w:tc>
        <w:tc>
          <w:tcPr>
            <w:tcW w:w="2928" w:type="dxa"/>
            <w:tcMar>
              <w:top w:w="80" w:type="dxa"/>
              <w:left w:w="80" w:type="dxa"/>
              <w:bottom w:w="80" w:type="dxa"/>
              <w:right w:w="80" w:type="dxa"/>
            </w:tcMar>
            <w:vAlign w:val="center"/>
          </w:tcPr>
          <w:p w14:paraId="64B25084" w14:textId="77777777" w:rsidR="00871FBD" w:rsidRPr="00F51F43" w:rsidRDefault="00871FBD" w:rsidP="00871FBD">
            <w:pPr>
              <w:spacing w:after="0" w:line="240" w:lineRule="auto"/>
              <w:jc w:val="center"/>
              <w:rPr>
                <w:noProof/>
                <w:sz w:val="20"/>
                <w:szCs w:val="20"/>
              </w:rPr>
            </w:pPr>
            <w:r w:rsidRPr="00F51F43">
              <w:rPr>
                <w:noProof/>
                <w:sz w:val="20"/>
                <w:szCs w:val="20"/>
              </w:rPr>
              <w:t>izjave djece, fotodokumentacija, i roditelja</w:t>
            </w:r>
          </w:p>
        </w:tc>
      </w:tr>
      <w:tr w:rsidR="00871FBD" w:rsidRPr="00F51F43" w14:paraId="2B130583" w14:textId="77777777" w:rsidTr="00871FBD">
        <w:trPr>
          <w:cantSplit/>
          <w:jc w:val="center"/>
        </w:trPr>
        <w:tc>
          <w:tcPr>
            <w:tcW w:w="507" w:type="dxa"/>
            <w:tcMar>
              <w:top w:w="80" w:type="dxa"/>
              <w:left w:w="80" w:type="dxa"/>
              <w:bottom w:w="80" w:type="dxa"/>
              <w:right w:w="80" w:type="dxa"/>
            </w:tcMar>
            <w:vAlign w:val="center"/>
          </w:tcPr>
          <w:p w14:paraId="379155A7" w14:textId="77777777" w:rsidR="00871FBD" w:rsidRPr="00F51F43" w:rsidRDefault="00871FBD" w:rsidP="00871FBD">
            <w:pPr>
              <w:spacing w:after="0" w:line="240" w:lineRule="auto"/>
              <w:jc w:val="center"/>
              <w:rPr>
                <w:noProof/>
                <w:sz w:val="20"/>
                <w:szCs w:val="20"/>
              </w:rPr>
            </w:pPr>
            <w:r w:rsidRPr="00F51F43">
              <w:rPr>
                <w:noProof/>
                <w:sz w:val="20"/>
                <w:szCs w:val="20"/>
              </w:rPr>
              <w:t>58.</w:t>
            </w:r>
          </w:p>
        </w:tc>
        <w:tc>
          <w:tcPr>
            <w:tcW w:w="1395" w:type="dxa"/>
            <w:tcMar>
              <w:top w:w="80" w:type="dxa"/>
              <w:left w:w="80" w:type="dxa"/>
              <w:bottom w:w="80" w:type="dxa"/>
              <w:right w:w="80" w:type="dxa"/>
            </w:tcMar>
            <w:vAlign w:val="center"/>
          </w:tcPr>
          <w:p w14:paraId="5D8FC7A6"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6FEB1F4B" w14:textId="77777777" w:rsidR="00871FBD" w:rsidRPr="00F51F43" w:rsidRDefault="00871FBD" w:rsidP="00871FBD">
            <w:pPr>
              <w:spacing w:after="0" w:line="240" w:lineRule="auto"/>
              <w:jc w:val="center"/>
              <w:rPr>
                <w:noProof/>
                <w:sz w:val="20"/>
                <w:szCs w:val="20"/>
              </w:rPr>
            </w:pPr>
            <w:r w:rsidRPr="00F51F43">
              <w:rPr>
                <w:noProof/>
                <w:sz w:val="20"/>
                <w:szCs w:val="20"/>
              </w:rPr>
              <w:t>DVD Kop.Bregi</w:t>
            </w:r>
          </w:p>
        </w:tc>
        <w:tc>
          <w:tcPr>
            <w:tcW w:w="1015" w:type="dxa"/>
            <w:tcMar>
              <w:top w:w="80" w:type="dxa"/>
              <w:left w:w="80" w:type="dxa"/>
              <w:bottom w:w="80" w:type="dxa"/>
              <w:right w:w="80" w:type="dxa"/>
            </w:tcMar>
            <w:vAlign w:val="center"/>
          </w:tcPr>
          <w:p w14:paraId="2A1C60FB"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1DC143D8"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1A5473F6" w14:textId="77777777" w:rsidR="00871FBD" w:rsidRPr="00F51F43" w:rsidRDefault="00871FBD" w:rsidP="00871FBD">
            <w:pPr>
              <w:spacing w:after="0" w:line="240" w:lineRule="auto"/>
              <w:jc w:val="center"/>
              <w:rPr>
                <w:noProof/>
                <w:sz w:val="20"/>
                <w:szCs w:val="20"/>
              </w:rPr>
            </w:pPr>
            <w:r w:rsidRPr="00F51F43">
              <w:rPr>
                <w:noProof/>
                <w:sz w:val="20"/>
                <w:szCs w:val="20"/>
              </w:rPr>
              <w:t>Lavići</w:t>
            </w:r>
          </w:p>
        </w:tc>
        <w:tc>
          <w:tcPr>
            <w:tcW w:w="1701" w:type="dxa"/>
            <w:tcMar>
              <w:top w:w="80" w:type="dxa"/>
              <w:left w:w="80" w:type="dxa"/>
              <w:bottom w:w="80" w:type="dxa"/>
              <w:right w:w="80" w:type="dxa"/>
            </w:tcMar>
            <w:vAlign w:val="center"/>
          </w:tcPr>
          <w:p w14:paraId="34F16A93" w14:textId="77777777" w:rsidR="00871FBD" w:rsidRPr="00F51F43" w:rsidRDefault="00871FBD" w:rsidP="00871FBD">
            <w:pPr>
              <w:spacing w:after="0" w:line="240" w:lineRule="auto"/>
              <w:jc w:val="center"/>
              <w:rPr>
                <w:noProof/>
                <w:sz w:val="20"/>
                <w:szCs w:val="20"/>
              </w:rPr>
            </w:pPr>
            <w:r w:rsidRPr="00F51F43">
              <w:rPr>
                <w:noProof/>
                <w:sz w:val="20"/>
                <w:szCs w:val="20"/>
              </w:rPr>
              <w:t>Članovi DVD-a</w:t>
            </w:r>
          </w:p>
        </w:tc>
        <w:tc>
          <w:tcPr>
            <w:tcW w:w="3207" w:type="dxa"/>
            <w:tcMar>
              <w:top w:w="80" w:type="dxa"/>
              <w:left w:w="80" w:type="dxa"/>
              <w:bottom w:w="80" w:type="dxa"/>
              <w:right w:w="80" w:type="dxa"/>
            </w:tcMar>
            <w:vAlign w:val="center"/>
          </w:tcPr>
          <w:p w14:paraId="2C926AD0" w14:textId="77777777" w:rsidR="00871FBD" w:rsidRPr="00F51F43" w:rsidRDefault="00871FBD" w:rsidP="00871FBD">
            <w:pPr>
              <w:spacing w:after="0" w:line="240" w:lineRule="auto"/>
              <w:jc w:val="center"/>
              <w:rPr>
                <w:noProof/>
                <w:sz w:val="20"/>
                <w:szCs w:val="20"/>
              </w:rPr>
            </w:pPr>
            <w:r w:rsidRPr="00F51F43">
              <w:rPr>
                <w:noProof/>
                <w:sz w:val="20"/>
                <w:szCs w:val="20"/>
              </w:rPr>
              <w:t>razgledavanje vatrogasne opreme i kamiona, prigodne igre</w:t>
            </w:r>
          </w:p>
        </w:tc>
        <w:tc>
          <w:tcPr>
            <w:tcW w:w="2928" w:type="dxa"/>
            <w:tcMar>
              <w:top w:w="80" w:type="dxa"/>
              <w:left w:w="80" w:type="dxa"/>
              <w:bottom w:w="80" w:type="dxa"/>
              <w:right w:w="80" w:type="dxa"/>
            </w:tcMar>
            <w:vAlign w:val="center"/>
          </w:tcPr>
          <w:p w14:paraId="08186623"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 izjave suradnika</w:t>
            </w:r>
          </w:p>
        </w:tc>
      </w:tr>
      <w:tr w:rsidR="00871FBD" w:rsidRPr="00F51F43" w14:paraId="1A937FBF" w14:textId="77777777" w:rsidTr="00871FBD">
        <w:trPr>
          <w:cantSplit/>
          <w:jc w:val="center"/>
        </w:trPr>
        <w:tc>
          <w:tcPr>
            <w:tcW w:w="507" w:type="dxa"/>
            <w:tcMar>
              <w:top w:w="80" w:type="dxa"/>
              <w:left w:w="80" w:type="dxa"/>
              <w:bottom w:w="80" w:type="dxa"/>
              <w:right w:w="80" w:type="dxa"/>
            </w:tcMar>
            <w:vAlign w:val="center"/>
          </w:tcPr>
          <w:p w14:paraId="13C7404B" w14:textId="77777777" w:rsidR="00871FBD" w:rsidRPr="00F51F43" w:rsidRDefault="00871FBD" w:rsidP="00871FBD">
            <w:pPr>
              <w:spacing w:after="0" w:line="240" w:lineRule="auto"/>
              <w:jc w:val="center"/>
              <w:rPr>
                <w:noProof/>
                <w:sz w:val="20"/>
                <w:szCs w:val="20"/>
              </w:rPr>
            </w:pPr>
            <w:r w:rsidRPr="00F51F43">
              <w:rPr>
                <w:noProof/>
                <w:sz w:val="20"/>
                <w:szCs w:val="20"/>
              </w:rPr>
              <w:t>59.</w:t>
            </w:r>
          </w:p>
        </w:tc>
        <w:tc>
          <w:tcPr>
            <w:tcW w:w="1395" w:type="dxa"/>
            <w:tcMar>
              <w:top w:w="80" w:type="dxa"/>
              <w:left w:w="80" w:type="dxa"/>
              <w:bottom w:w="80" w:type="dxa"/>
              <w:right w:w="80" w:type="dxa"/>
            </w:tcMar>
            <w:vAlign w:val="center"/>
          </w:tcPr>
          <w:p w14:paraId="5DFA3E95"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643FC2F4" w14:textId="77777777" w:rsidR="00871FBD" w:rsidRPr="00F51F43" w:rsidRDefault="00871FBD" w:rsidP="00871FBD">
            <w:pPr>
              <w:spacing w:after="0" w:line="240" w:lineRule="auto"/>
              <w:jc w:val="center"/>
              <w:rPr>
                <w:noProof/>
                <w:sz w:val="20"/>
                <w:szCs w:val="20"/>
              </w:rPr>
            </w:pPr>
            <w:r w:rsidRPr="00F51F43">
              <w:rPr>
                <w:noProof/>
                <w:sz w:val="20"/>
                <w:szCs w:val="20"/>
              </w:rPr>
              <w:t>NK Mladost Bregi-posjet igralištu Zlaka</w:t>
            </w:r>
          </w:p>
        </w:tc>
        <w:tc>
          <w:tcPr>
            <w:tcW w:w="1015" w:type="dxa"/>
            <w:tcMar>
              <w:top w:w="80" w:type="dxa"/>
              <w:left w:w="80" w:type="dxa"/>
              <w:bottom w:w="80" w:type="dxa"/>
              <w:right w:w="80" w:type="dxa"/>
            </w:tcMar>
            <w:vAlign w:val="center"/>
          </w:tcPr>
          <w:p w14:paraId="7D26E8E6" w14:textId="77777777" w:rsidR="00871FBD" w:rsidRPr="00F51F43" w:rsidRDefault="00871FBD" w:rsidP="00871FBD">
            <w:pPr>
              <w:spacing w:after="0" w:line="240" w:lineRule="auto"/>
              <w:jc w:val="center"/>
              <w:rPr>
                <w:noProof/>
                <w:sz w:val="20"/>
                <w:szCs w:val="20"/>
              </w:rPr>
            </w:pPr>
            <w:r w:rsidRPr="00F51F43">
              <w:rPr>
                <w:noProof/>
                <w:sz w:val="20"/>
                <w:szCs w:val="20"/>
              </w:rPr>
              <w:t>lipanj</w:t>
            </w:r>
          </w:p>
        </w:tc>
        <w:tc>
          <w:tcPr>
            <w:tcW w:w="761" w:type="dxa"/>
            <w:tcMar>
              <w:top w:w="80" w:type="dxa"/>
              <w:left w:w="80" w:type="dxa"/>
              <w:bottom w:w="80" w:type="dxa"/>
              <w:right w:w="80" w:type="dxa"/>
            </w:tcMar>
            <w:vAlign w:val="center"/>
          </w:tcPr>
          <w:p w14:paraId="58C1ACB9" w14:textId="77777777" w:rsidR="00871FBD" w:rsidRPr="00F51F43" w:rsidRDefault="00871FBD" w:rsidP="00871FBD">
            <w:pPr>
              <w:spacing w:after="0" w:line="240" w:lineRule="auto"/>
              <w:jc w:val="center"/>
              <w:rPr>
                <w:noProof/>
                <w:sz w:val="20"/>
                <w:szCs w:val="20"/>
              </w:rPr>
            </w:pPr>
            <w:r w:rsidRPr="00F51F43">
              <w:rPr>
                <w:noProof/>
                <w:sz w:val="20"/>
                <w:szCs w:val="20"/>
              </w:rPr>
              <w:t>12</w:t>
            </w:r>
          </w:p>
        </w:tc>
        <w:tc>
          <w:tcPr>
            <w:tcW w:w="1054" w:type="dxa"/>
            <w:tcMar>
              <w:top w:w="80" w:type="dxa"/>
              <w:left w:w="80" w:type="dxa"/>
              <w:bottom w:w="80" w:type="dxa"/>
              <w:right w:w="80" w:type="dxa"/>
            </w:tcMar>
            <w:vAlign w:val="center"/>
          </w:tcPr>
          <w:p w14:paraId="190C2813" w14:textId="77777777" w:rsidR="00871FBD" w:rsidRPr="00F51F43" w:rsidRDefault="00871FBD" w:rsidP="00871FBD">
            <w:pPr>
              <w:spacing w:after="0" w:line="240" w:lineRule="auto"/>
              <w:jc w:val="center"/>
              <w:rPr>
                <w:noProof/>
                <w:sz w:val="20"/>
                <w:szCs w:val="20"/>
              </w:rPr>
            </w:pPr>
            <w:r w:rsidRPr="00F51F43">
              <w:rPr>
                <w:noProof/>
                <w:sz w:val="20"/>
                <w:szCs w:val="20"/>
              </w:rPr>
              <w:t>Lavići</w:t>
            </w:r>
          </w:p>
        </w:tc>
        <w:tc>
          <w:tcPr>
            <w:tcW w:w="1701" w:type="dxa"/>
            <w:tcMar>
              <w:top w:w="80" w:type="dxa"/>
              <w:left w:w="80" w:type="dxa"/>
              <w:bottom w:w="80" w:type="dxa"/>
              <w:right w:w="80" w:type="dxa"/>
            </w:tcMar>
            <w:vAlign w:val="center"/>
          </w:tcPr>
          <w:p w14:paraId="026A25D7" w14:textId="77777777" w:rsidR="00871FBD" w:rsidRPr="00F51F43" w:rsidRDefault="00871FBD" w:rsidP="00871FBD">
            <w:pPr>
              <w:spacing w:after="0" w:line="240" w:lineRule="auto"/>
              <w:jc w:val="center"/>
              <w:rPr>
                <w:noProof/>
                <w:sz w:val="20"/>
                <w:szCs w:val="20"/>
              </w:rPr>
            </w:pPr>
            <w:r w:rsidRPr="00F51F43">
              <w:rPr>
                <w:noProof/>
                <w:sz w:val="20"/>
                <w:szCs w:val="20"/>
              </w:rPr>
              <w:t>Članovi NK Mladosti</w:t>
            </w:r>
          </w:p>
        </w:tc>
        <w:tc>
          <w:tcPr>
            <w:tcW w:w="3207" w:type="dxa"/>
            <w:tcMar>
              <w:top w:w="80" w:type="dxa"/>
              <w:left w:w="80" w:type="dxa"/>
              <w:bottom w:w="80" w:type="dxa"/>
              <w:right w:w="80" w:type="dxa"/>
            </w:tcMar>
            <w:vAlign w:val="center"/>
          </w:tcPr>
          <w:p w14:paraId="3D3A60C7" w14:textId="77777777" w:rsidR="00871FBD" w:rsidRPr="00F51F43" w:rsidRDefault="00871FBD" w:rsidP="00871FBD">
            <w:pPr>
              <w:spacing w:after="0" w:line="240" w:lineRule="auto"/>
              <w:jc w:val="center"/>
              <w:rPr>
                <w:noProof/>
                <w:sz w:val="20"/>
                <w:szCs w:val="20"/>
              </w:rPr>
            </w:pPr>
            <w:r w:rsidRPr="00F51F43">
              <w:rPr>
                <w:noProof/>
                <w:sz w:val="20"/>
                <w:szCs w:val="20"/>
              </w:rPr>
              <w:t>sportske aktivnosti,zakuska</w:t>
            </w:r>
          </w:p>
        </w:tc>
        <w:tc>
          <w:tcPr>
            <w:tcW w:w="2928" w:type="dxa"/>
            <w:tcMar>
              <w:top w:w="80" w:type="dxa"/>
              <w:left w:w="80" w:type="dxa"/>
              <w:bottom w:w="80" w:type="dxa"/>
              <w:right w:w="80" w:type="dxa"/>
            </w:tcMar>
            <w:vAlign w:val="center"/>
          </w:tcPr>
          <w:p w14:paraId="039F8A91"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suradnika, izjave suradnika</w:t>
            </w:r>
          </w:p>
        </w:tc>
      </w:tr>
      <w:tr w:rsidR="00871FBD" w:rsidRPr="00F51F43" w14:paraId="44394B7D" w14:textId="77777777" w:rsidTr="00871FBD">
        <w:trPr>
          <w:cantSplit/>
          <w:jc w:val="center"/>
        </w:trPr>
        <w:tc>
          <w:tcPr>
            <w:tcW w:w="507" w:type="dxa"/>
            <w:tcMar>
              <w:top w:w="80" w:type="dxa"/>
              <w:left w:w="80" w:type="dxa"/>
              <w:bottom w:w="80" w:type="dxa"/>
              <w:right w:w="80" w:type="dxa"/>
            </w:tcMar>
            <w:vAlign w:val="center"/>
          </w:tcPr>
          <w:p w14:paraId="2798762A" w14:textId="77777777" w:rsidR="00871FBD" w:rsidRPr="00F51F43" w:rsidRDefault="00871FBD" w:rsidP="00871FBD">
            <w:pPr>
              <w:spacing w:after="0" w:line="240" w:lineRule="auto"/>
              <w:jc w:val="center"/>
              <w:rPr>
                <w:noProof/>
                <w:sz w:val="20"/>
                <w:szCs w:val="20"/>
              </w:rPr>
            </w:pPr>
            <w:r w:rsidRPr="00F51F43">
              <w:rPr>
                <w:noProof/>
                <w:sz w:val="20"/>
                <w:szCs w:val="20"/>
              </w:rPr>
              <w:t>60.</w:t>
            </w:r>
          </w:p>
        </w:tc>
        <w:tc>
          <w:tcPr>
            <w:tcW w:w="1395" w:type="dxa"/>
            <w:tcMar>
              <w:top w:w="80" w:type="dxa"/>
              <w:left w:w="80" w:type="dxa"/>
              <w:bottom w:w="80" w:type="dxa"/>
              <w:right w:w="80" w:type="dxa"/>
            </w:tcMar>
            <w:vAlign w:val="center"/>
          </w:tcPr>
          <w:p w14:paraId="1EF9F071"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7589E7F4" w14:textId="77777777" w:rsidR="00871FBD" w:rsidRPr="00F51F43" w:rsidRDefault="00871FBD" w:rsidP="00871FBD">
            <w:pPr>
              <w:spacing w:after="0" w:line="240" w:lineRule="auto"/>
              <w:jc w:val="center"/>
              <w:rPr>
                <w:noProof/>
                <w:sz w:val="20"/>
                <w:szCs w:val="20"/>
              </w:rPr>
            </w:pPr>
            <w:r w:rsidRPr="00F51F43">
              <w:rPr>
                <w:noProof/>
                <w:sz w:val="20"/>
                <w:szCs w:val="20"/>
              </w:rPr>
              <w:t>Varaždin- muzej Hrvatskog vatrogastva</w:t>
            </w:r>
          </w:p>
        </w:tc>
        <w:tc>
          <w:tcPr>
            <w:tcW w:w="1015" w:type="dxa"/>
            <w:tcMar>
              <w:top w:w="80" w:type="dxa"/>
              <w:left w:w="80" w:type="dxa"/>
              <w:bottom w:w="80" w:type="dxa"/>
              <w:right w:w="80" w:type="dxa"/>
            </w:tcMar>
            <w:vAlign w:val="center"/>
          </w:tcPr>
          <w:p w14:paraId="469471BA" w14:textId="77777777" w:rsidR="00871FBD" w:rsidRPr="00F51F43" w:rsidRDefault="00871FBD" w:rsidP="00871FBD">
            <w:pPr>
              <w:spacing w:after="0" w:line="240" w:lineRule="auto"/>
              <w:jc w:val="center"/>
              <w:rPr>
                <w:noProof/>
                <w:sz w:val="20"/>
                <w:szCs w:val="20"/>
              </w:rPr>
            </w:pPr>
            <w:r w:rsidRPr="00F51F43">
              <w:rPr>
                <w:noProof/>
                <w:sz w:val="20"/>
                <w:szCs w:val="20"/>
              </w:rPr>
              <w:t>studeni</w:t>
            </w:r>
          </w:p>
        </w:tc>
        <w:tc>
          <w:tcPr>
            <w:tcW w:w="761" w:type="dxa"/>
            <w:tcMar>
              <w:top w:w="80" w:type="dxa"/>
              <w:left w:w="80" w:type="dxa"/>
              <w:bottom w:w="80" w:type="dxa"/>
              <w:right w:w="80" w:type="dxa"/>
            </w:tcMar>
            <w:vAlign w:val="center"/>
          </w:tcPr>
          <w:p w14:paraId="47DBD099"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56DE6A3A"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2D9E1B72" w14:textId="77777777" w:rsidR="00871FBD" w:rsidRPr="00F51F43" w:rsidRDefault="00871FBD" w:rsidP="00871FBD">
            <w:pPr>
              <w:spacing w:after="0" w:line="240" w:lineRule="auto"/>
              <w:jc w:val="center"/>
              <w:rPr>
                <w:noProof/>
                <w:sz w:val="20"/>
                <w:szCs w:val="20"/>
              </w:rPr>
            </w:pPr>
            <w:r w:rsidRPr="00F51F43">
              <w:rPr>
                <w:noProof/>
                <w:sz w:val="20"/>
                <w:szCs w:val="20"/>
              </w:rPr>
              <w:t>DV Vrapčić, PO Ivančica 1</w:t>
            </w:r>
          </w:p>
        </w:tc>
        <w:tc>
          <w:tcPr>
            <w:tcW w:w="3207" w:type="dxa"/>
            <w:tcMar>
              <w:top w:w="80" w:type="dxa"/>
              <w:left w:w="80" w:type="dxa"/>
              <w:bottom w:w="80" w:type="dxa"/>
              <w:right w:w="80" w:type="dxa"/>
            </w:tcMar>
            <w:vAlign w:val="center"/>
          </w:tcPr>
          <w:p w14:paraId="258FBF3B" w14:textId="77777777" w:rsidR="00871FBD" w:rsidRPr="00F51F43" w:rsidRDefault="00871FBD" w:rsidP="00871FBD">
            <w:pPr>
              <w:spacing w:after="0" w:line="240" w:lineRule="auto"/>
              <w:jc w:val="center"/>
              <w:rPr>
                <w:noProof/>
                <w:sz w:val="20"/>
                <w:szCs w:val="20"/>
              </w:rPr>
            </w:pPr>
            <w:r w:rsidRPr="00F51F43">
              <w:rPr>
                <w:noProof/>
                <w:sz w:val="20"/>
                <w:szCs w:val="20"/>
              </w:rPr>
              <w:t>Posjet muzeju vatrogasaca, posjet MCDonaldsu, posjet igraonici Twist</w:t>
            </w:r>
          </w:p>
        </w:tc>
        <w:tc>
          <w:tcPr>
            <w:tcW w:w="2928" w:type="dxa"/>
            <w:tcMar>
              <w:top w:w="80" w:type="dxa"/>
              <w:left w:w="80" w:type="dxa"/>
              <w:bottom w:w="80" w:type="dxa"/>
              <w:right w:w="80" w:type="dxa"/>
            </w:tcMar>
            <w:vAlign w:val="center"/>
          </w:tcPr>
          <w:p w14:paraId="16A7F39B" w14:textId="77777777" w:rsidR="00871FBD" w:rsidRPr="00F51F43" w:rsidRDefault="00871FBD" w:rsidP="00871FBD">
            <w:pPr>
              <w:spacing w:after="0" w:line="240" w:lineRule="auto"/>
              <w:jc w:val="center"/>
              <w:rPr>
                <w:noProof/>
                <w:sz w:val="20"/>
                <w:szCs w:val="20"/>
              </w:rPr>
            </w:pPr>
            <w:r w:rsidRPr="00F51F43">
              <w:rPr>
                <w:noProof/>
                <w:sz w:val="20"/>
                <w:szCs w:val="20"/>
              </w:rPr>
              <w:t>kvalitetna suradnja s djelatnicima muzeja</w:t>
            </w:r>
          </w:p>
        </w:tc>
      </w:tr>
      <w:tr w:rsidR="00871FBD" w:rsidRPr="00F51F43" w14:paraId="0C67D54C" w14:textId="77777777" w:rsidTr="00871FBD">
        <w:trPr>
          <w:cantSplit/>
          <w:jc w:val="center"/>
        </w:trPr>
        <w:tc>
          <w:tcPr>
            <w:tcW w:w="507" w:type="dxa"/>
            <w:tcMar>
              <w:top w:w="80" w:type="dxa"/>
              <w:left w:w="80" w:type="dxa"/>
              <w:bottom w:w="80" w:type="dxa"/>
              <w:right w:w="80" w:type="dxa"/>
            </w:tcMar>
            <w:vAlign w:val="center"/>
          </w:tcPr>
          <w:p w14:paraId="6511CD81" w14:textId="77777777" w:rsidR="00871FBD" w:rsidRPr="00F51F43" w:rsidRDefault="00871FBD" w:rsidP="00871FBD">
            <w:pPr>
              <w:spacing w:after="0" w:line="240" w:lineRule="auto"/>
              <w:jc w:val="center"/>
              <w:rPr>
                <w:noProof/>
                <w:sz w:val="20"/>
                <w:szCs w:val="20"/>
              </w:rPr>
            </w:pPr>
            <w:r w:rsidRPr="00F51F43">
              <w:rPr>
                <w:noProof/>
                <w:sz w:val="20"/>
                <w:szCs w:val="20"/>
              </w:rPr>
              <w:t>61.</w:t>
            </w:r>
          </w:p>
        </w:tc>
        <w:tc>
          <w:tcPr>
            <w:tcW w:w="1395" w:type="dxa"/>
            <w:tcMar>
              <w:top w:w="80" w:type="dxa"/>
              <w:left w:w="80" w:type="dxa"/>
              <w:bottom w:w="80" w:type="dxa"/>
              <w:right w:w="80" w:type="dxa"/>
            </w:tcMar>
            <w:vAlign w:val="center"/>
          </w:tcPr>
          <w:p w14:paraId="7705B88F"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318638F7" w14:textId="77777777" w:rsidR="00871FBD" w:rsidRPr="00F51F43" w:rsidRDefault="00871FBD" w:rsidP="00871FBD">
            <w:pPr>
              <w:spacing w:after="0" w:line="240" w:lineRule="auto"/>
              <w:jc w:val="center"/>
              <w:rPr>
                <w:noProof/>
                <w:sz w:val="20"/>
                <w:szCs w:val="20"/>
              </w:rPr>
            </w:pPr>
            <w:r w:rsidRPr="00F51F43">
              <w:rPr>
                <w:noProof/>
                <w:sz w:val="20"/>
                <w:szCs w:val="20"/>
              </w:rPr>
              <w:t>Etno selo Karlovčan</w:t>
            </w:r>
          </w:p>
        </w:tc>
        <w:tc>
          <w:tcPr>
            <w:tcW w:w="1015" w:type="dxa"/>
            <w:tcMar>
              <w:top w:w="80" w:type="dxa"/>
              <w:left w:w="80" w:type="dxa"/>
              <w:bottom w:w="80" w:type="dxa"/>
              <w:right w:w="80" w:type="dxa"/>
            </w:tcMar>
            <w:vAlign w:val="center"/>
          </w:tcPr>
          <w:p w14:paraId="05442EAE"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23BF7F9C"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048F5892"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0A4584CD" w14:textId="77777777" w:rsidR="00871FBD" w:rsidRPr="00F51F43" w:rsidRDefault="00871FBD" w:rsidP="00871FBD">
            <w:pPr>
              <w:spacing w:after="0" w:line="240" w:lineRule="auto"/>
              <w:jc w:val="center"/>
              <w:rPr>
                <w:noProof/>
                <w:sz w:val="20"/>
                <w:szCs w:val="20"/>
              </w:rPr>
            </w:pPr>
            <w:r w:rsidRPr="00F51F43">
              <w:rPr>
                <w:noProof/>
                <w:sz w:val="20"/>
                <w:szCs w:val="20"/>
              </w:rPr>
              <w:t>DV Vrapčić, PO Ivančica 1</w:t>
            </w:r>
          </w:p>
        </w:tc>
        <w:tc>
          <w:tcPr>
            <w:tcW w:w="3207" w:type="dxa"/>
            <w:tcMar>
              <w:top w:w="80" w:type="dxa"/>
              <w:left w:w="80" w:type="dxa"/>
              <w:bottom w:w="80" w:type="dxa"/>
              <w:right w:w="80" w:type="dxa"/>
            </w:tcMar>
            <w:vAlign w:val="center"/>
          </w:tcPr>
          <w:p w14:paraId="280462F3" w14:textId="77777777" w:rsidR="00871FBD" w:rsidRPr="00F51F43" w:rsidRDefault="00871FBD" w:rsidP="00871FBD">
            <w:pPr>
              <w:spacing w:after="0" w:line="240" w:lineRule="auto"/>
              <w:jc w:val="center"/>
              <w:rPr>
                <w:noProof/>
                <w:sz w:val="20"/>
                <w:szCs w:val="20"/>
              </w:rPr>
            </w:pPr>
            <w:r w:rsidRPr="00F51F43">
              <w:rPr>
                <w:noProof/>
                <w:sz w:val="20"/>
                <w:szCs w:val="20"/>
              </w:rPr>
              <w:t>Posjet seoskom imanju, igra, ručak</w:t>
            </w:r>
          </w:p>
        </w:tc>
        <w:tc>
          <w:tcPr>
            <w:tcW w:w="2928" w:type="dxa"/>
            <w:tcMar>
              <w:top w:w="80" w:type="dxa"/>
              <w:left w:w="80" w:type="dxa"/>
              <w:bottom w:w="80" w:type="dxa"/>
              <w:right w:w="80" w:type="dxa"/>
            </w:tcMar>
            <w:vAlign w:val="center"/>
          </w:tcPr>
          <w:p w14:paraId="4B54B9C7" w14:textId="77777777" w:rsidR="00871FBD" w:rsidRPr="00F51F43" w:rsidRDefault="00871FBD" w:rsidP="00871FBD">
            <w:pPr>
              <w:spacing w:after="0" w:line="240" w:lineRule="auto"/>
              <w:jc w:val="center"/>
              <w:rPr>
                <w:noProof/>
                <w:sz w:val="20"/>
                <w:szCs w:val="20"/>
              </w:rPr>
            </w:pPr>
            <w:r w:rsidRPr="00F51F43">
              <w:rPr>
                <w:noProof/>
                <w:sz w:val="20"/>
                <w:szCs w:val="20"/>
              </w:rPr>
              <w:t>kvalitetna suradnja</w:t>
            </w:r>
          </w:p>
        </w:tc>
      </w:tr>
      <w:tr w:rsidR="00871FBD" w:rsidRPr="00F51F43" w14:paraId="5670F8CF" w14:textId="77777777" w:rsidTr="00871FBD">
        <w:trPr>
          <w:cantSplit/>
          <w:jc w:val="center"/>
        </w:trPr>
        <w:tc>
          <w:tcPr>
            <w:tcW w:w="507" w:type="dxa"/>
            <w:tcMar>
              <w:top w:w="80" w:type="dxa"/>
              <w:left w:w="80" w:type="dxa"/>
              <w:bottom w:w="80" w:type="dxa"/>
              <w:right w:w="80" w:type="dxa"/>
            </w:tcMar>
            <w:vAlign w:val="center"/>
          </w:tcPr>
          <w:p w14:paraId="066E7B76" w14:textId="77777777" w:rsidR="00871FBD" w:rsidRPr="00F51F43" w:rsidRDefault="00871FBD" w:rsidP="00871FBD">
            <w:pPr>
              <w:spacing w:after="0" w:line="240" w:lineRule="auto"/>
              <w:jc w:val="center"/>
              <w:rPr>
                <w:noProof/>
                <w:sz w:val="20"/>
                <w:szCs w:val="20"/>
              </w:rPr>
            </w:pPr>
            <w:r w:rsidRPr="00F51F43">
              <w:rPr>
                <w:noProof/>
                <w:sz w:val="20"/>
                <w:szCs w:val="20"/>
              </w:rPr>
              <w:t>62.</w:t>
            </w:r>
          </w:p>
        </w:tc>
        <w:tc>
          <w:tcPr>
            <w:tcW w:w="1395" w:type="dxa"/>
            <w:tcMar>
              <w:top w:w="80" w:type="dxa"/>
              <w:left w:w="80" w:type="dxa"/>
              <w:bottom w:w="80" w:type="dxa"/>
              <w:right w:w="80" w:type="dxa"/>
            </w:tcMar>
            <w:vAlign w:val="center"/>
          </w:tcPr>
          <w:p w14:paraId="57830FD8"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5A03B13A" w14:textId="77777777" w:rsidR="00871FBD" w:rsidRPr="00F51F43" w:rsidRDefault="00871FBD" w:rsidP="00871FBD">
            <w:pPr>
              <w:spacing w:after="0" w:line="240" w:lineRule="auto"/>
              <w:jc w:val="center"/>
              <w:rPr>
                <w:noProof/>
                <w:sz w:val="20"/>
                <w:szCs w:val="20"/>
              </w:rPr>
            </w:pPr>
            <w:r w:rsidRPr="00F51F43">
              <w:rPr>
                <w:noProof/>
                <w:sz w:val="20"/>
                <w:szCs w:val="20"/>
              </w:rPr>
              <w:t>Posjed Contessa</w:t>
            </w:r>
          </w:p>
        </w:tc>
        <w:tc>
          <w:tcPr>
            <w:tcW w:w="1015" w:type="dxa"/>
            <w:tcMar>
              <w:top w:w="80" w:type="dxa"/>
              <w:left w:w="80" w:type="dxa"/>
              <w:bottom w:w="80" w:type="dxa"/>
              <w:right w:w="80" w:type="dxa"/>
            </w:tcMar>
            <w:vAlign w:val="center"/>
          </w:tcPr>
          <w:p w14:paraId="5AB2DD27"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1ADB0E44"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60BF0C29"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1C426959" w14:textId="77777777" w:rsidR="00871FBD" w:rsidRPr="00F51F43" w:rsidRDefault="00871FBD" w:rsidP="00871FBD">
            <w:pPr>
              <w:spacing w:after="0" w:line="240" w:lineRule="auto"/>
              <w:jc w:val="center"/>
              <w:rPr>
                <w:noProof/>
                <w:sz w:val="20"/>
                <w:szCs w:val="20"/>
              </w:rPr>
            </w:pPr>
            <w:r w:rsidRPr="00F51F43">
              <w:rPr>
                <w:noProof/>
                <w:sz w:val="20"/>
                <w:szCs w:val="20"/>
              </w:rPr>
              <w:t>DV Vrapčić, PO Ivančica 1</w:t>
            </w:r>
          </w:p>
        </w:tc>
        <w:tc>
          <w:tcPr>
            <w:tcW w:w="3207" w:type="dxa"/>
            <w:tcMar>
              <w:top w:w="80" w:type="dxa"/>
              <w:left w:w="80" w:type="dxa"/>
              <w:bottom w:w="80" w:type="dxa"/>
              <w:right w:w="80" w:type="dxa"/>
            </w:tcMar>
            <w:vAlign w:val="center"/>
          </w:tcPr>
          <w:p w14:paraId="3AD036C0" w14:textId="77777777" w:rsidR="00871FBD" w:rsidRPr="00F51F43" w:rsidRDefault="00871FBD" w:rsidP="00871FBD">
            <w:pPr>
              <w:spacing w:after="0" w:line="240" w:lineRule="auto"/>
              <w:jc w:val="center"/>
              <w:rPr>
                <w:noProof/>
                <w:sz w:val="20"/>
                <w:szCs w:val="20"/>
              </w:rPr>
            </w:pPr>
            <w:r w:rsidRPr="00F51F43">
              <w:rPr>
                <w:noProof/>
                <w:sz w:val="20"/>
                <w:szCs w:val="20"/>
              </w:rPr>
              <w:t>Posjet imanju, ručak</w:t>
            </w:r>
          </w:p>
        </w:tc>
        <w:tc>
          <w:tcPr>
            <w:tcW w:w="2928" w:type="dxa"/>
            <w:tcMar>
              <w:top w:w="80" w:type="dxa"/>
              <w:left w:w="80" w:type="dxa"/>
              <w:bottom w:w="80" w:type="dxa"/>
              <w:right w:w="80" w:type="dxa"/>
            </w:tcMar>
            <w:vAlign w:val="center"/>
          </w:tcPr>
          <w:p w14:paraId="60D13F29" w14:textId="77777777" w:rsidR="00871FBD" w:rsidRPr="00F51F43" w:rsidRDefault="00871FBD" w:rsidP="00871FBD">
            <w:pPr>
              <w:spacing w:after="0" w:line="240" w:lineRule="auto"/>
              <w:jc w:val="center"/>
              <w:rPr>
                <w:noProof/>
                <w:sz w:val="20"/>
                <w:szCs w:val="20"/>
              </w:rPr>
            </w:pPr>
            <w:r w:rsidRPr="00F51F43">
              <w:rPr>
                <w:noProof/>
                <w:sz w:val="20"/>
                <w:szCs w:val="20"/>
              </w:rPr>
              <w:t>kvalitetna suradnja</w:t>
            </w:r>
          </w:p>
        </w:tc>
      </w:tr>
      <w:tr w:rsidR="00871FBD" w:rsidRPr="00F51F43" w14:paraId="0C9C6AD7" w14:textId="77777777" w:rsidTr="00871FBD">
        <w:trPr>
          <w:cantSplit/>
          <w:jc w:val="center"/>
        </w:trPr>
        <w:tc>
          <w:tcPr>
            <w:tcW w:w="507" w:type="dxa"/>
            <w:tcMar>
              <w:top w:w="80" w:type="dxa"/>
              <w:left w:w="80" w:type="dxa"/>
              <w:bottom w:w="80" w:type="dxa"/>
              <w:right w:w="80" w:type="dxa"/>
            </w:tcMar>
            <w:vAlign w:val="center"/>
          </w:tcPr>
          <w:p w14:paraId="47061323" w14:textId="77777777" w:rsidR="00871FBD" w:rsidRPr="00F51F43" w:rsidRDefault="00871FBD" w:rsidP="00871FBD">
            <w:pPr>
              <w:spacing w:after="0" w:line="240" w:lineRule="auto"/>
              <w:jc w:val="center"/>
              <w:rPr>
                <w:noProof/>
                <w:sz w:val="20"/>
                <w:szCs w:val="20"/>
              </w:rPr>
            </w:pPr>
            <w:r w:rsidRPr="00F51F43">
              <w:rPr>
                <w:noProof/>
                <w:sz w:val="20"/>
                <w:szCs w:val="20"/>
              </w:rPr>
              <w:t>63.</w:t>
            </w:r>
          </w:p>
        </w:tc>
        <w:tc>
          <w:tcPr>
            <w:tcW w:w="1395" w:type="dxa"/>
            <w:tcMar>
              <w:top w:w="80" w:type="dxa"/>
              <w:left w:w="80" w:type="dxa"/>
              <w:bottom w:w="80" w:type="dxa"/>
              <w:right w:w="80" w:type="dxa"/>
            </w:tcMar>
            <w:vAlign w:val="center"/>
          </w:tcPr>
          <w:p w14:paraId="4F18FBCF"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0C8102BA" w14:textId="77777777" w:rsidR="00871FBD" w:rsidRPr="00F51F43" w:rsidRDefault="00871FBD" w:rsidP="00871FBD">
            <w:pPr>
              <w:spacing w:after="0" w:line="240" w:lineRule="auto"/>
              <w:jc w:val="center"/>
              <w:rPr>
                <w:noProof/>
                <w:sz w:val="20"/>
                <w:szCs w:val="20"/>
              </w:rPr>
            </w:pPr>
            <w:r w:rsidRPr="00F51F43">
              <w:rPr>
                <w:noProof/>
                <w:sz w:val="20"/>
                <w:szCs w:val="20"/>
              </w:rPr>
              <w:t>Zlaka-Koprivnički Bregi</w:t>
            </w:r>
          </w:p>
        </w:tc>
        <w:tc>
          <w:tcPr>
            <w:tcW w:w="1015" w:type="dxa"/>
            <w:tcMar>
              <w:top w:w="80" w:type="dxa"/>
              <w:left w:w="80" w:type="dxa"/>
              <w:bottom w:w="80" w:type="dxa"/>
              <w:right w:w="80" w:type="dxa"/>
            </w:tcMar>
            <w:vAlign w:val="center"/>
          </w:tcPr>
          <w:p w14:paraId="4C525AD5"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0E737F3D"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7FE5032D"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0FB7C226" w14:textId="77777777" w:rsidR="00871FBD" w:rsidRPr="00F51F43" w:rsidRDefault="00871FBD" w:rsidP="00871FBD">
            <w:pPr>
              <w:spacing w:after="0" w:line="240" w:lineRule="auto"/>
              <w:jc w:val="center"/>
              <w:rPr>
                <w:noProof/>
                <w:sz w:val="20"/>
                <w:szCs w:val="20"/>
              </w:rPr>
            </w:pPr>
            <w:r w:rsidRPr="00F51F43">
              <w:rPr>
                <w:noProof/>
                <w:sz w:val="20"/>
                <w:szCs w:val="20"/>
              </w:rPr>
              <w:t>NK MLADOST</w:t>
            </w:r>
          </w:p>
        </w:tc>
        <w:tc>
          <w:tcPr>
            <w:tcW w:w="3207" w:type="dxa"/>
            <w:tcMar>
              <w:top w:w="80" w:type="dxa"/>
              <w:left w:w="80" w:type="dxa"/>
              <w:bottom w:w="80" w:type="dxa"/>
              <w:right w:w="80" w:type="dxa"/>
            </w:tcMar>
            <w:vAlign w:val="center"/>
          </w:tcPr>
          <w:p w14:paraId="179FD565" w14:textId="77777777" w:rsidR="00871FBD" w:rsidRPr="00F51F43" w:rsidRDefault="00871FBD" w:rsidP="00871FBD">
            <w:pPr>
              <w:spacing w:after="0" w:line="240" w:lineRule="auto"/>
              <w:jc w:val="center"/>
              <w:rPr>
                <w:noProof/>
                <w:sz w:val="20"/>
                <w:szCs w:val="20"/>
              </w:rPr>
            </w:pPr>
            <w:r w:rsidRPr="00F51F43">
              <w:rPr>
                <w:noProof/>
                <w:sz w:val="20"/>
                <w:szCs w:val="20"/>
              </w:rPr>
              <w:t>Poligon, nogomet</w:t>
            </w:r>
          </w:p>
        </w:tc>
        <w:tc>
          <w:tcPr>
            <w:tcW w:w="2928" w:type="dxa"/>
            <w:tcMar>
              <w:top w:w="80" w:type="dxa"/>
              <w:left w:w="80" w:type="dxa"/>
              <w:bottom w:w="80" w:type="dxa"/>
              <w:right w:w="80" w:type="dxa"/>
            </w:tcMar>
            <w:vAlign w:val="center"/>
          </w:tcPr>
          <w:p w14:paraId="69CA2FE6" w14:textId="77777777" w:rsidR="00871FBD" w:rsidRPr="00F51F43" w:rsidRDefault="00871FBD" w:rsidP="00871FBD">
            <w:pPr>
              <w:spacing w:after="0" w:line="240" w:lineRule="auto"/>
              <w:jc w:val="center"/>
              <w:rPr>
                <w:noProof/>
                <w:sz w:val="20"/>
                <w:szCs w:val="20"/>
              </w:rPr>
            </w:pPr>
            <w:r w:rsidRPr="00F51F43">
              <w:rPr>
                <w:noProof/>
                <w:sz w:val="20"/>
                <w:szCs w:val="20"/>
              </w:rPr>
              <w:t>reakcije djece</w:t>
            </w:r>
          </w:p>
        </w:tc>
      </w:tr>
      <w:tr w:rsidR="00871FBD" w:rsidRPr="00F51F43" w14:paraId="52D91192" w14:textId="77777777" w:rsidTr="00871FBD">
        <w:trPr>
          <w:cantSplit/>
          <w:jc w:val="center"/>
        </w:trPr>
        <w:tc>
          <w:tcPr>
            <w:tcW w:w="507" w:type="dxa"/>
            <w:tcMar>
              <w:top w:w="80" w:type="dxa"/>
              <w:left w:w="80" w:type="dxa"/>
              <w:bottom w:w="80" w:type="dxa"/>
              <w:right w:w="80" w:type="dxa"/>
            </w:tcMar>
            <w:vAlign w:val="center"/>
          </w:tcPr>
          <w:p w14:paraId="67BB7D3D" w14:textId="77777777" w:rsidR="00871FBD" w:rsidRPr="00F51F43" w:rsidRDefault="00871FBD" w:rsidP="00871FBD">
            <w:pPr>
              <w:spacing w:after="0" w:line="240" w:lineRule="auto"/>
              <w:jc w:val="center"/>
              <w:rPr>
                <w:noProof/>
                <w:sz w:val="20"/>
                <w:szCs w:val="20"/>
              </w:rPr>
            </w:pPr>
            <w:r w:rsidRPr="00F51F43">
              <w:rPr>
                <w:noProof/>
                <w:sz w:val="20"/>
                <w:szCs w:val="20"/>
              </w:rPr>
              <w:t>64.</w:t>
            </w:r>
          </w:p>
        </w:tc>
        <w:tc>
          <w:tcPr>
            <w:tcW w:w="1395" w:type="dxa"/>
            <w:tcMar>
              <w:top w:w="80" w:type="dxa"/>
              <w:left w:w="80" w:type="dxa"/>
              <w:bottom w:w="80" w:type="dxa"/>
              <w:right w:w="80" w:type="dxa"/>
            </w:tcMar>
            <w:vAlign w:val="center"/>
          </w:tcPr>
          <w:p w14:paraId="1EC083C6"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5A8C0B02" w14:textId="77777777" w:rsidR="00871FBD" w:rsidRPr="00F51F43" w:rsidRDefault="00871FBD" w:rsidP="00871FBD">
            <w:pPr>
              <w:spacing w:after="0" w:line="240" w:lineRule="auto"/>
              <w:jc w:val="center"/>
              <w:rPr>
                <w:noProof/>
                <w:sz w:val="20"/>
                <w:szCs w:val="20"/>
              </w:rPr>
            </w:pPr>
            <w:r w:rsidRPr="00F51F43">
              <w:rPr>
                <w:noProof/>
                <w:sz w:val="20"/>
                <w:szCs w:val="20"/>
              </w:rPr>
              <w:t>JVP Koprivnica</w:t>
            </w:r>
          </w:p>
        </w:tc>
        <w:tc>
          <w:tcPr>
            <w:tcW w:w="1015" w:type="dxa"/>
            <w:tcMar>
              <w:top w:w="80" w:type="dxa"/>
              <w:left w:w="80" w:type="dxa"/>
              <w:bottom w:w="80" w:type="dxa"/>
              <w:right w:w="80" w:type="dxa"/>
            </w:tcMar>
            <w:vAlign w:val="center"/>
          </w:tcPr>
          <w:p w14:paraId="498F41E3"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17DF8C77"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761C7364"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3C83AC14" w14:textId="77777777" w:rsidR="00871FBD" w:rsidRPr="00F51F43" w:rsidRDefault="00871FBD" w:rsidP="00871FBD">
            <w:pPr>
              <w:spacing w:after="0" w:line="240" w:lineRule="auto"/>
              <w:jc w:val="center"/>
              <w:rPr>
                <w:noProof/>
                <w:sz w:val="20"/>
                <w:szCs w:val="20"/>
              </w:rPr>
            </w:pPr>
            <w:r w:rsidRPr="00F51F43">
              <w:rPr>
                <w:noProof/>
                <w:sz w:val="20"/>
                <w:szCs w:val="20"/>
              </w:rPr>
              <w:t>Djelatnici JVP Koprivnica</w:t>
            </w:r>
          </w:p>
        </w:tc>
        <w:tc>
          <w:tcPr>
            <w:tcW w:w="3207" w:type="dxa"/>
            <w:tcMar>
              <w:top w:w="80" w:type="dxa"/>
              <w:left w:w="80" w:type="dxa"/>
              <w:bottom w:w="80" w:type="dxa"/>
              <w:right w:w="80" w:type="dxa"/>
            </w:tcMar>
            <w:vAlign w:val="center"/>
          </w:tcPr>
          <w:p w14:paraId="226D52B6" w14:textId="77777777" w:rsidR="00871FBD" w:rsidRPr="00F51F43" w:rsidRDefault="00871FBD" w:rsidP="00871FBD">
            <w:pPr>
              <w:spacing w:after="0" w:line="240" w:lineRule="auto"/>
              <w:jc w:val="center"/>
              <w:rPr>
                <w:noProof/>
                <w:sz w:val="20"/>
                <w:szCs w:val="20"/>
              </w:rPr>
            </w:pPr>
            <w:r w:rsidRPr="00F51F43">
              <w:rPr>
                <w:noProof/>
                <w:sz w:val="20"/>
                <w:szCs w:val="20"/>
              </w:rPr>
              <w:t>Vatrogasna vježba, Upoznavanje vatrogasnih vozila i opreme</w:t>
            </w:r>
          </w:p>
        </w:tc>
        <w:tc>
          <w:tcPr>
            <w:tcW w:w="2928" w:type="dxa"/>
            <w:tcMar>
              <w:top w:w="80" w:type="dxa"/>
              <w:left w:w="80" w:type="dxa"/>
              <w:bottom w:w="80" w:type="dxa"/>
              <w:right w:w="80" w:type="dxa"/>
            </w:tcMar>
            <w:vAlign w:val="center"/>
          </w:tcPr>
          <w:p w14:paraId="570AC29E" w14:textId="77777777" w:rsidR="00871FBD" w:rsidRPr="00F51F43" w:rsidRDefault="00871FBD" w:rsidP="00871FBD">
            <w:pPr>
              <w:spacing w:after="0" w:line="240" w:lineRule="auto"/>
              <w:jc w:val="center"/>
              <w:rPr>
                <w:noProof/>
                <w:sz w:val="20"/>
                <w:szCs w:val="20"/>
              </w:rPr>
            </w:pPr>
            <w:r w:rsidRPr="00F51F43">
              <w:rPr>
                <w:noProof/>
                <w:sz w:val="20"/>
                <w:szCs w:val="20"/>
              </w:rPr>
              <w:t>reakcije djece</w:t>
            </w:r>
          </w:p>
        </w:tc>
      </w:tr>
      <w:tr w:rsidR="00871FBD" w:rsidRPr="00F51F43" w14:paraId="57D8EBEF" w14:textId="77777777" w:rsidTr="00871FBD">
        <w:trPr>
          <w:cantSplit/>
          <w:jc w:val="center"/>
        </w:trPr>
        <w:tc>
          <w:tcPr>
            <w:tcW w:w="507" w:type="dxa"/>
            <w:tcMar>
              <w:top w:w="80" w:type="dxa"/>
              <w:left w:w="80" w:type="dxa"/>
              <w:bottom w:w="80" w:type="dxa"/>
              <w:right w:w="80" w:type="dxa"/>
            </w:tcMar>
            <w:vAlign w:val="center"/>
          </w:tcPr>
          <w:p w14:paraId="6C83F6A3" w14:textId="77777777" w:rsidR="00871FBD" w:rsidRPr="00F51F43" w:rsidRDefault="00871FBD" w:rsidP="00871FBD">
            <w:pPr>
              <w:spacing w:after="0" w:line="240" w:lineRule="auto"/>
              <w:jc w:val="center"/>
              <w:rPr>
                <w:noProof/>
                <w:sz w:val="20"/>
                <w:szCs w:val="20"/>
              </w:rPr>
            </w:pPr>
            <w:r w:rsidRPr="00F51F43">
              <w:rPr>
                <w:noProof/>
                <w:sz w:val="20"/>
                <w:szCs w:val="20"/>
              </w:rPr>
              <w:t>65.</w:t>
            </w:r>
          </w:p>
        </w:tc>
        <w:tc>
          <w:tcPr>
            <w:tcW w:w="1395" w:type="dxa"/>
            <w:tcMar>
              <w:top w:w="80" w:type="dxa"/>
              <w:left w:w="80" w:type="dxa"/>
              <w:bottom w:w="80" w:type="dxa"/>
              <w:right w:w="80" w:type="dxa"/>
            </w:tcMar>
            <w:vAlign w:val="center"/>
          </w:tcPr>
          <w:p w14:paraId="1D99BAEF"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2DA53612" w14:textId="77777777" w:rsidR="00871FBD" w:rsidRPr="00F51F43" w:rsidRDefault="00871FBD" w:rsidP="00871FBD">
            <w:pPr>
              <w:spacing w:after="0" w:line="240" w:lineRule="auto"/>
              <w:jc w:val="center"/>
              <w:rPr>
                <w:noProof/>
                <w:sz w:val="20"/>
                <w:szCs w:val="20"/>
              </w:rPr>
            </w:pPr>
            <w:r w:rsidRPr="00F51F43">
              <w:rPr>
                <w:noProof/>
                <w:sz w:val="20"/>
                <w:szCs w:val="20"/>
              </w:rPr>
              <w:t>PU KC-KKŽ</w:t>
            </w:r>
          </w:p>
        </w:tc>
        <w:tc>
          <w:tcPr>
            <w:tcW w:w="1015" w:type="dxa"/>
            <w:tcMar>
              <w:top w:w="80" w:type="dxa"/>
              <w:left w:w="80" w:type="dxa"/>
              <w:bottom w:w="80" w:type="dxa"/>
              <w:right w:w="80" w:type="dxa"/>
            </w:tcMar>
            <w:vAlign w:val="center"/>
          </w:tcPr>
          <w:p w14:paraId="361822D0"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56FC49F9"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27AEA914"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72993303" w14:textId="77777777" w:rsidR="00871FBD" w:rsidRPr="00F51F43" w:rsidRDefault="00871FBD" w:rsidP="00871FBD">
            <w:pPr>
              <w:spacing w:after="0" w:line="240" w:lineRule="auto"/>
              <w:jc w:val="center"/>
              <w:rPr>
                <w:noProof/>
                <w:sz w:val="20"/>
                <w:szCs w:val="20"/>
              </w:rPr>
            </w:pPr>
            <w:r w:rsidRPr="00F51F43">
              <w:rPr>
                <w:noProof/>
                <w:sz w:val="20"/>
                <w:szCs w:val="20"/>
              </w:rPr>
              <w:t>Djelatici MUP</w:t>
            </w:r>
          </w:p>
        </w:tc>
        <w:tc>
          <w:tcPr>
            <w:tcW w:w="3207" w:type="dxa"/>
            <w:tcMar>
              <w:top w:w="80" w:type="dxa"/>
              <w:left w:w="80" w:type="dxa"/>
              <w:bottom w:w="80" w:type="dxa"/>
              <w:right w:w="80" w:type="dxa"/>
            </w:tcMar>
            <w:vAlign w:val="center"/>
          </w:tcPr>
          <w:p w14:paraId="7A46F69E" w14:textId="77777777" w:rsidR="00871FBD" w:rsidRPr="00F51F43" w:rsidRDefault="00871FBD" w:rsidP="00871FBD">
            <w:pPr>
              <w:spacing w:after="0" w:line="240" w:lineRule="auto"/>
              <w:jc w:val="center"/>
              <w:rPr>
                <w:noProof/>
                <w:sz w:val="20"/>
                <w:szCs w:val="20"/>
              </w:rPr>
            </w:pPr>
            <w:r w:rsidRPr="00F51F43">
              <w:rPr>
                <w:noProof/>
                <w:sz w:val="20"/>
                <w:szCs w:val="20"/>
              </w:rPr>
              <w:t>Upoznavanje Policijske postaje, policijskih vozila i opreme</w:t>
            </w:r>
          </w:p>
        </w:tc>
        <w:tc>
          <w:tcPr>
            <w:tcW w:w="2928" w:type="dxa"/>
            <w:tcMar>
              <w:top w:w="80" w:type="dxa"/>
              <w:left w:w="80" w:type="dxa"/>
              <w:bottom w:w="80" w:type="dxa"/>
              <w:right w:w="80" w:type="dxa"/>
            </w:tcMar>
            <w:vAlign w:val="center"/>
          </w:tcPr>
          <w:p w14:paraId="0F700768" w14:textId="77777777" w:rsidR="00871FBD" w:rsidRPr="00F51F43" w:rsidRDefault="00871FBD" w:rsidP="00871FBD">
            <w:pPr>
              <w:spacing w:after="0" w:line="240" w:lineRule="auto"/>
              <w:jc w:val="center"/>
              <w:rPr>
                <w:noProof/>
                <w:sz w:val="20"/>
                <w:szCs w:val="20"/>
              </w:rPr>
            </w:pPr>
            <w:r w:rsidRPr="00F51F43">
              <w:rPr>
                <w:noProof/>
                <w:sz w:val="20"/>
                <w:szCs w:val="20"/>
              </w:rPr>
              <w:t>reakcije djece</w:t>
            </w:r>
          </w:p>
        </w:tc>
      </w:tr>
      <w:tr w:rsidR="00871FBD" w:rsidRPr="00F51F43" w14:paraId="4E9EDDFF" w14:textId="77777777" w:rsidTr="00871FBD">
        <w:trPr>
          <w:cantSplit/>
          <w:jc w:val="center"/>
        </w:trPr>
        <w:tc>
          <w:tcPr>
            <w:tcW w:w="507" w:type="dxa"/>
            <w:tcMar>
              <w:top w:w="80" w:type="dxa"/>
              <w:left w:w="80" w:type="dxa"/>
              <w:bottom w:w="80" w:type="dxa"/>
              <w:right w:w="80" w:type="dxa"/>
            </w:tcMar>
            <w:vAlign w:val="center"/>
          </w:tcPr>
          <w:p w14:paraId="37E010C8"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66.</w:t>
            </w:r>
          </w:p>
        </w:tc>
        <w:tc>
          <w:tcPr>
            <w:tcW w:w="1395" w:type="dxa"/>
            <w:tcMar>
              <w:top w:w="80" w:type="dxa"/>
              <w:left w:w="80" w:type="dxa"/>
              <w:bottom w:w="80" w:type="dxa"/>
              <w:right w:w="80" w:type="dxa"/>
            </w:tcMar>
            <w:vAlign w:val="center"/>
          </w:tcPr>
          <w:p w14:paraId="29F0A425"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0FD5F0F7" w14:textId="77777777" w:rsidR="00871FBD" w:rsidRPr="00F51F43" w:rsidRDefault="00871FBD" w:rsidP="00871FBD">
            <w:pPr>
              <w:spacing w:after="0" w:line="240" w:lineRule="auto"/>
              <w:jc w:val="center"/>
              <w:rPr>
                <w:noProof/>
                <w:sz w:val="20"/>
                <w:szCs w:val="20"/>
              </w:rPr>
            </w:pPr>
            <w:r w:rsidRPr="00F51F43">
              <w:rPr>
                <w:noProof/>
                <w:sz w:val="20"/>
                <w:szCs w:val="20"/>
              </w:rPr>
              <w:t>Općina Koprivnički Bregi</w:t>
            </w:r>
          </w:p>
        </w:tc>
        <w:tc>
          <w:tcPr>
            <w:tcW w:w="1015" w:type="dxa"/>
            <w:tcMar>
              <w:top w:w="80" w:type="dxa"/>
              <w:left w:w="80" w:type="dxa"/>
              <w:bottom w:w="80" w:type="dxa"/>
              <w:right w:w="80" w:type="dxa"/>
            </w:tcMar>
            <w:vAlign w:val="center"/>
          </w:tcPr>
          <w:p w14:paraId="1D89FF30"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520F848A" w14:textId="77777777" w:rsidR="00871FBD" w:rsidRPr="00F51F43" w:rsidRDefault="00871FBD" w:rsidP="00871FBD">
            <w:pPr>
              <w:spacing w:after="0" w:line="240" w:lineRule="auto"/>
              <w:jc w:val="center"/>
              <w:rPr>
                <w:noProof/>
                <w:sz w:val="20"/>
                <w:szCs w:val="20"/>
              </w:rPr>
            </w:pPr>
            <w:r w:rsidRPr="00F51F43">
              <w:rPr>
                <w:noProof/>
                <w:sz w:val="20"/>
                <w:szCs w:val="20"/>
              </w:rPr>
              <w:t>32</w:t>
            </w:r>
          </w:p>
        </w:tc>
        <w:tc>
          <w:tcPr>
            <w:tcW w:w="1054" w:type="dxa"/>
            <w:tcMar>
              <w:top w:w="80" w:type="dxa"/>
              <w:left w:w="80" w:type="dxa"/>
              <w:bottom w:w="80" w:type="dxa"/>
              <w:right w:w="80" w:type="dxa"/>
            </w:tcMar>
            <w:vAlign w:val="center"/>
          </w:tcPr>
          <w:p w14:paraId="385C9380" w14:textId="77777777" w:rsidR="00871FBD" w:rsidRPr="00F51F43" w:rsidRDefault="00871FBD" w:rsidP="00871FBD">
            <w:pPr>
              <w:spacing w:after="0" w:line="240" w:lineRule="auto"/>
              <w:jc w:val="center"/>
              <w:rPr>
                <w:noProof/>
                <w:sz w:val="20"/>
                <w:szCs w:val="20"/>
              </w:rPr>
            </w:pPr>
            <w:r w:rsidRPr="00F51F43">
              <w:rPr>
                <w:noProof/>
                <w:sz w:val="20"/>
                <w:szCs w:val="20"/>
              </w:rPr>
              <w:t>Leptirići, Lavići</w:t>
            </w:r>
          </w:p>
        </w:tc>
        <w:tc>
          <w:tcPr>
            <w:tcW w:w="1701" w:type="dxa"/>
            <w:tcMar>
              <w:top w:w="80" w:type="dxa"/>
              <w:left w:w="80" w:type="dxa"/>
              <w:bottom w:w="80" w:type="dxa"/>
              <w:right w:w="80" w:type="dxa"/>
            </w:tcMar>
            <w:vAlign w:val="center"/>
          </w:tcPr>
          <w:p w14:paraId="52936885" w14:textId="77777777" w:rsidR="00871FBD" w:rsidRPr="00F51F43" w:rsidRDefault="00871FBD" w:rsidP="00871FBD">
            <w:pPr>
              <w:spacing w:after="0" w:line="240" w:lineRule="auto"/>
              <w:jc w:val="center"/>
              <w:rPr>
                <w:noProof/>
                <w:sz w:val="20"/>
                <w:szCs w:val="20"/>
              </w:rPr>
            </w:pPr>
            <w:r w:rsidRPr="00F51F43">
              <w:rPr>
                <w:noProof/>
                <w:sz w:val="20"/>
                <w:szCs w:val="20"/>
              </w:rPr>
              <w:t>Djelatnici općine, načelnica</w:t>
            </w:r>
          </w:p>
        </w:tc>
        <w:tc>
          <w:tcPr>
            <w:tcW w:w="3207" w:type="dxa"/>
            <w:tcMar>
              <w:top w:w="80" w:type="dxa"/>
              <w:left w:w="80" w:type="dxa"/>
              <w:bottom w:w="80" w:type="dxa"/>
              <w:right w:w="80" w:type="dxa"/>
            </w:tcMar>
            <w:vAlign w:val="center"/>
          </w:tcPr>
          <w:p w14:paraId="7C1D9A0B" w14:textId="77777777" w:rsidR="00871FBD" w:rsidRPr="00F51F43" w:rsidRDefault="00871FBD" w:rsidP="00871FBD">
            <w:pPr>
              <w:spacing w:after="0" w:line="240" w:lineRule="auto"/>
              <w:jc w:val="center"/>
              <w:rPr>
                <w:noProof/>
                <w:sz w:val="20"/>
                <w:szCs w:val="20"/>
              </w:rPr>
            </w:pPr>
            <w:r w:rsidRPr="00F51F43">
              <w:rPr>
                <w:noProof/>
                <w:sz w:val="20"/>
                <w:szCs w:val="20"/>
              </w:rPr>
              <w:t>Upoznavanje tradicije poklada, povorka maškara</w:t>
            </w:r>
          </w:p>
        </w:tc>
        <w:tc>
          <w:tcPr>
            <w:tcW w:w="2928" w:type="dxa"/>
            <w:tcMar>
              <w:top w:w="80" w:type="dxa"/>
              <w:left w:w="80" w:type="dxa"/>
              <w:bottom w:w="80" w:type="dxa"/>
              <w:right w:w="80" w:type="dxa"/>
            </w:tcMar>
            <w:vAlign w:val="center"/>
          </w:tcPr>
          <w:p w14:paraId="16AB8F23" w14:textId="77777777" w:rsidR="00871FBD" w:rsidRPr="00F51F43" w:rsidRDefault="00871FBD" w:rsidP="00871FBD">
            <w:pPr>
              <w:spacing w:after="0" w:line="240" w:lineRule="auto"/>
              <w:jc w:val="center"/>
              <w:rPr>
                <w:noProof/>
                <w:sz w:val="20"/>
                <w:szCs w:val="20"/>
              </w:rPr>
            </w:pPr>
            <w:r w:rsidRPr="00F51F43">
              <w:rPr>
                <w:noProof/>
                <w:sz w:val="20"/>
                <w:szCs w:val="20"/>
              </w:rPr>
              <w:t>reakcije djece</w:t>
            </w:r>
          </w:p>
        </w:tc>
      </w:tr>
      <w:tr w:rsidR="00871FBD" w:rsidRPr="00F51F43" w14:paraId="2099B154" w14:textId="77777777" w:rsidTr="00871FBD">
        <w:trPr>
          <w:cantSplit/>
          <w:jc w:val="center"/>
        </w:trPr>
        <w:tc>
          <w:tcPr>
            <w:tcW w:w="507" w:type="dxa"/>
            <w:tcMar>
              <w:top w:w="80" w:type="dxa"/>
              <w:left w:w="80" w:type="dxa"/>
              <w:bottom w:w="80" w:type="dxa"/>
              <w:right w:w="80" w:type="dxa"/>
            </w:tcMar>
            <w:vAlign w:val="center"/>
          </w:tcPr>
          <w:p w14:paraId="3FB766E3" w14:textId="77777777" w:rsidR="00871FBD" w:rsidRPr="00F51F43" w:rsidRDefault="00871FBD" w:rsidP="00871FBD">
            <w:pPr>
              <w:spacing w:after="0" w:line="240" w:lineRule="auto"/>
              <w:jc w:val="center"/>
              <w:rPr>
                <w:noProof/>
                <w:sz w:val="20"/>
                <w:szCs w:val="20"/>
              </w:rPr>
            </w:pPr>
            <w:r w:rsidRPr="00F51F43">
              <w:rPr>
                <w:noProof/>
                <w:sz w:val="20"/>
                <w:szCs w:val="20"/>
              </w:rPr>
              <w:t>67.</w:t>
            </w:r>
          </w:p>
        </w:tc>
        <w:tc>
          <w:tcPr>
            <w:tcW w:w="1395" w:type="dxa"/>
            <w:tcMar>
              <w:top w:w="80" w:type="dxa"/>
              <w:left w:w="80" w:type="dxa"/>
              <w:bottom w:w="80" w:type="dxa"/>
              <w:right w:w="80" w:type="dxa"/>
            </w:tcMar>
            <w:vAlign w:val="center"/>
          </w:tcPr>
          <w:p w14:paraId="79F2F7D7" w14:textId="77777777" w:rsidR="00871FBD" w:rsidRPr="00F51F43" w:rsidRDefault="00871FBD" w:rsidP="00871FBD">
            <w:pPr>
              <w:spacing w:after="0" w:line="240" w:lineRule="auto"/>
              <w:jc w:val="center"/>
              <w:rPr>
                <w:noProof/>
                <w:sz w:val="20"/>
                <w:szCs w:val="20"/>
              </w:rPr>
            </w:pPr>
            <w:r w:rsidRPr="00F51F43">
              <w:rPr>
                <w:noProof/>
                <w:sz w:val="20"/>
                <w:szCs w:val="20"/>
              </w:rPr>
              <w:t>„Potočić“ Koprivnički Bregi</w:t>
            </w:r>
          </w:p>
        </w:tc>
        <w:tc>
          <w:tcPr>
            <w:tcW w:w="1903" w:type="dxa"/>
            <w:tcMar>
              <w:top w:w="80" w:type="dxa"/>
              <w:left w:w="80" w:type="dxa"/>
              <w:bottom w:w="80" w:type="dxa"/>
              <w:right w:w="80" w:type="dxa"/>
            </w:tcMar>
            <w:vAlign w:val="center"/>
          </w:tcPr>
          <w:p w14:paraId="791AEA17" w14:textId="77777777" w:rsidR="00871FBD" w:rsidRPr="00F51F43" w:rsidRDefault="00871FBD" w:rsidP="00871FBD">
            <w:pPr>
              <w:spacing w:after="0" w:line="240" w:lineRule="auto"/>
              <w:jc w:val="center"/>
              <w:rPr>
                <w:noProof/>
                <w:sz w:val="20"/>
                <w:szCs w:val="20"/>
              </w:rPr>
            </w:pPr>
            <w:r w:rsidRPr="00F51F43">
              <w:rPr>
                <w:noProof/>
                <w:sz w:val="20"/>
                <w:szCs w:val="20"/>
              </w:rPr>
              <w:t>Obitelj djeteta iz skupine</w:t>
            </w:r>
          </w:p>
        </w:tc>
        <w:tc>
          <w:tcPr>
            <w:tcW w:w="1015" w:type="dxa"/>
            <w:tcMar>
              <w:top w:w="80" w:type="dxa"/>
              <w:left w:w="80" w:type="dxa"/>
              <w:bottom w:w="80" w:type="dxa"/>
              <w:right w:w="80" w:type="dxa"/>
            </w:tcMar>
            <w:vAlign w:val="center"/>
          </w:tcPr>
          <w:p w14:paraId="18935F48"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68BB086C"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6A3F0B12"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0F98AAB4" w14:textId="77777777" w:rsidR="00871FBD" w:rsidRPr="00F51F43" w:rsidRDefault="00871FBD" w:rsidP="00871FBD">
            <w:pPr>
              <w:spacing w:after="0" w:line="240" w:lineRule="auto"/>
              <w:jc w:val="center"/>
              <w:rPr>
                <w:noProof/>
                <w:sz w:val="20"/>
                <w:szCs w:val="20"/>
              </w:rPr>
            </w:pPr>
            <w:r w:rsidRPr="00F51F43">
              <w:rPr>
                <w:noProof/>
                <w:sz w:val="20"/>
                <w:szCs w:val="20"/>
              </w:rPr>
              <w:t>Obitelj djeteta iz skupine</w:t>
            </w:r>
          </w:p>
        </w:tc>
        <w:tc>
          <w:tcPr>
            <w:tcW w:w="3207" w:type="dxa"/>
            <w:tcMar>
              <w:top w:w="80" w:type="dxa"/>
              <w:left w:w="80" w:type="dxa"/>
              <w:bottom w:w="80" w:type="dxa"/>
              <w:right w:w="80" w:type="dxa"/>
            </w:tcMar>
            <w:vAlign w:val="center"/>
          </w:tcPr>
          <w:p w14:paraId="6ED963D9" w14:textId="77777777" w:rsidR="00871FBD" w:rsidRPr="00F51F43" w:rsidRDefault="00871FBD" w:rsidP="00871FBD">
            <w:pPr>
              <w:spacing w:after="0" w:line="240" w:lineRule="auto"/>
              <w:jc w:val="center"/>
              <w:rPr>
                <w:noProof/>
                <w:sz w:val="20"/>
                <w:szCs w:val="20"/>
              </w:rPr>
            </w:pPr>
            <w:r w:rsidRPr="00F51F43">
              <w:rPr>
                <w:noProof/>
                <w:sz w:val="20"/>
                <w:szCs w:val="20"/>
              </w:rPr>
              <w:t>Povorka maškara, druženje</w:t>
            </w:r>
          </w:p>
        </w:tc>
        <w:tc>
          <w:tcPr>
            <w:tcW w:w="2928" w:type="dxa"/>
            <w:tcMar>
              <w:top w:w="80" w:type="dxa"/>
              <w:left w:w="80" w:type="dxa"/>
              <w:bottom w:w="80" w:type="dxa"/>
              <w:right w:w="80" w:type="dxa"/>
            </w:tcMar>
            <w:vAlign w:val="center"/>
          </w:tcPr>
          <w:p w14:paraId="24D87F55" w14:textId="77777777" w:rsidR="00871FBD" w:rsidRPr="00F51F43" w:rsidRDefault="00871FBD" w:rsidP="00871FBD">
            <w:pPr>
              <w:spacing w:after="0" w:line="240" w:lineRule="auto"/>
              <w:jc w:val="center"/>
              <w:rPr>
                <w:noProof/>
                <w:sz w:val="20"/>
                <w:szCs w:val="20"/>
              </w:rPr>
            </w:pPr>
            <w:r w:rsidRPr="00F51F43">
              <w:rPr>
                <w:noProof/>
                <w:sz w:val="20"/>
                <w:szCs w:val="20"/>
              </w:rPr>
              <w:t>reakcije djece</w:t>
            </w:r>
          </w:p>
        </w:tc>
      </w:tr>
      <w:tr w:rsidR="00871FBD" w:rsidRPr="00F51F43" w14:paraId="4DC60E7D" w14:textId="77777777" w:rsidTr="00871FBD">
        <w:trPr>
          <w:cantSplit/>
          <w:jc w:val="center"/>
        </w:trPr>
        <w:tc>
          <w:tcPr>
            <w:tcW w:w="507" w:type="dxa"/>
            <w:tcMar>
              <w:top w:w="80" w:type="dxa"/>
              <w:left w:w="80" w:type="dxa"/>
              <w:bottom w:w="80" w:type="dxa"/>
              <w:right w:w="80" w:type="dxa"/>
            </w:tcMar>
            <w:vAlign w:val="center"/>
          </w:tcPr>
          <w:p w14:paraId="4334A800" w14:textId="77777777" w:rsidR="00871FBD" w:rsidRPr="00F51F43" w:rsidRDefault="00871FBD" w:rsidP="00871FBD">
            <w:pPr>
              <w:spacing w:after="0" w:line="240" w:lineRule="auto"/>
              <w:jc w:val="center"/>
              <w:rPr>
                <w:noProof/>
                <w:sz w:val="20"/>
                <w:szCs w:val="20"/>
              </w:rPr>
            </w:pPr>
            <w:r w:rsidRPr="00F51F43">
              <w:rPr>
                <w:noProof/>
                <w:sz w:val="20"/>
                <w:szCs w:val="20"/>
              </w:rPr>
              <w:t>68.</w:t>
            </w:r>
          </w:p>
        </w:tc>
        <w:tc>
          <w:tcPr>
            <w:tcW w:w="1395" w:type="dxa"/>
            <w:tcMar>
              <w:top w:w="80" w:type="dxa"/>
              <w:left w:w="80" w:type="dxa"/>
              <w:bottom w:w="80" w:type="dxa"/>
              <w:right w:w="80" w:type="dxa"/>
            </w:tcMar>
            <w:vAlign w:val="center"/>
          </w:tcPr>
          <w:p w14:paraId="561DE296"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538A857C" w14:textId="77777777" w:rsidR="00871FBD" w:rsidRPr="00F51F43" w:rsidRDefault="00871FBD" w:rsidP="00871FBD">
            <w:pPr>
              <w:spacing w:after="0" w:line="240" w:lineRule="auto"/>
              <w:jc w:val="center"/>
              <w:rPr>
                <w:noProof/>
                <w:sz w:val="20"/>
                <w:szCs w:val="20"/>
              </w:rPr>
            </w:pPr>
            <w:r w:rsidRPr="00F51F43">
              <w:rPr>
                <w:noProof/>
                <w:sz w:val="20"/>
                <w:szCs w:val="20"/>
              </w:rPr>
              <w:t>Prema naknadnom dogovoru</w:t>
            </w:r>
          </w:p>
        </w:tc>
        <w:tc>
          <w:tcPr>
            <w:tcW w:w="1015" w:type="dxa"/>
            <w:tcMar>
              <w:top w:w="80" w:type="dxa"/>
              <w:left w:w="80" w:type="dxa"/>
              <w:bottom w:w="80" w:type="dxa"/>
              <w:right w:w="80" w:type="dxa"/>
            </w:tcMar>
            <w:vAlign w:val="center"/>
          </w:tcPr>
          <w:p w14:paraId="042FBC98"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3662BED4" w14:textId="77777777" w:rsidR="00871FBD" w:rsidRPr="00F51F43" w:rsidRDefault="00871FBD" w:rsidP="00871FBD">
            <w:pPr>
              <w:spacing w:after="0" w:line="240" w:lineRule="auto"/>
              <w:jc w:val="center"/>
              <w:rPr>
                <w:noProof/>
                <w:sz w:val="20"/>
                <w:szCs w:val="20"/>
              </w:rPr>
            </w:pPr>
            <w:r w:rsidRPr="00F51F43">
              <w:rPr>
                <w:noProof/>
                <w:sz w:val="20"/>
                <w:szCs w:val="20"/>
              </w:rPr>
              <w:t>14</w:t>
            </w:r>
          </w:p>
        </w:tc>
        <w:tc>
          <w:tcPr>
            <w:tcW w:w="1054" w:type="dxa"/>
            <w:tcMar>
              <w:top w:w="80" w:type="dxa"/>
              <w:left w:w="80" w:type="dxa"/>
              <w:bottom w:w="80" w:type="dxa"/>
              <w:right w:w="80" w:type="dxa"/>
            </w:tcMar>
            <w:vAlign w:val="center"/>
          </w:tcPr>
          <w:p w14:paraId="053F99EB" w14:textId="77777777" w:rsidR="00871FBD" w:rsidRPr="00F51F43" w:rsidRDefault="00871FBD" w:rsidP="00871FBD">
            <w:pPr>
              <w:spacing w:after="0" w:line="240" w:lineRule="auto"/>
              <w:jc w:val="center"/>
              <w:rPr>
                <w:noProof/>
                <w:sz w:val="20"/>
                <w:szCs w:val="20"/>
              </w:rPr>
            </w:pPr>
            <w:r w:rsidRPr="00F51F43">
              <w:rPr>
                <w:noProof/>
                <w:sz w:val="20"/>
                <w:szCs w:val="20"/>
              </w:rPr>
              <w:t>Cvjetići</w:t>
            </w:r>
          </w:p>
        </w:tc>
        <w:tc>
          <w:tcPr>
            <w:tcW w:w="1701" w:type="dxa"/>
            <w:tcMar>
              <w:top w:w="80" w:type="dxa"/>
              <w:left w:w="80" w:type="dxa"/>
              <w:bottom w:w="80" w:type="dxa"/>
              <w:right w:w="80" w:type="dxa"/>
            </w:tcMar>
            <w:vAlign w:val="center"/>
          </w:tcPr>
          <w:p w14:paraId="74008A1C" w14:textId="77777777" w:rsidR="00871FBD" w:rsidRPr="00F51F43" w:rsidRDefault="00871FBD" w:rsidP="00871FBD">
            <w:pPr>
              <w:spacing w:after="0" w:line="240" w:lineRule="auto"/>
              <w:jc w:val="center"/>
              <w:rPr>
                <w:noProof/>
                <w:sz w:val="20"/>
                <w:szCs w:val="20"/>
              </w:rPr>
            </w:pPr>
            <w:r w:rsidRPr="00F51F43">
              <w:rPr>
                <w:noProof/>
                <w:sz w:val="20"/>
                <w:szCs w:val="20"/>
              </w:rPr>
              <w:t>roditelji djece -</w:t>
            </w:r>
          </w:p>
        </w:tc>
        <w:tc>
          <w:tcPr>
            <w:tcW w:w="3207" w:type="dxa"/>
            <w:tcMar>
              <w:top w:w="80" w:type="dxa"/>
              <w:left w:w="80" w:type="dxa"/>
              <w:bottom w:w="80" w:type="dxa"/>
              <w:right w:w="80" w:type="dxa"/>
            </w:tcMar>
            <w:vAlign w:val="center"/>
          </w:tcPr>
          <w:p w14:paraId="53BF47C9" w14:textId="77777777" w:rsidR="00871FBD" w:rsidRPr="00F51F43" w:rsidRDefault="00871FBD" w:rsidP="00871FBD">
            <w:pPr>
              <w:spacing w:after="0" w:line="240" w:lineRule="auto"/>
              <w:jc w:val="center"/>
              <w:rPr>
                <w:noProof/>
                <w:sz w:val="20"/>
                <w:szCs w:val="20"/>
              </w:rPr>
            </w:pPr>
            <w:r w:rsidRPr="00F51F43">
              <w:rPr>
                <w:noProof/>
                <w:sz w:val="20"/>
                <w:szCs w:val="20"/>
              </w:rPr>
              <w:t>prema dogovoru</w:t>
            </w:r>
          </w:p>
        </w:tc>
        <w:tc>
          <w:tcPr>
            <w:tcW w:w="2928" w:type="dxa"/>
            <w:tcMar>
              <w:top w:w="80" w:type="dxa"/>
              <w:left w:w="80" w:type="dxa"/>
              <w:bottom w:w="80" w:type="dxa"/>
              <w:right w:w="80" w:type="dxa"/>
            </w:tcMar>
            <w:vAlign w:val="center"/>
          </w:tcPr>
          <w:p w14:paraId="6C31CE59" w14:textId="77777777" w:rsidR="00871FBD" w:rsidRPr="00F51F43" w:rsidRDefault="00871FBD" w:rsidP="00871FBD">
            <w:pPr>
              <w:spacing w:after="0" w:line="240" w:lineRule="auto"/>
              <w:jc w:val="center"/>
              <w:rPr>
                <w:noProof/>
                <w:sz w:val="20"/>
                <w:szCs w:val="20"/>
              </w:rPr>
            </w:pPr>
          </w:p>
        </w:tc>
      </w:tr>
      <w:tr w:rsidR="00871FBD" w:rsidRPr="00F51F43" w14:paraId="506CDF58" w14:textId="77777777" w:rsidTr="00871FBD">
        <w:trPr>
          <w:cantSplit/>
          <w:jc w:val="center"/>
        </w:trPr>
        <w:tc>
          <w:tcPr>
            <w:tcW w:w="507" w:type="dxa"/>
            <w:tcMar>
              <w:top w:w="80" w:type="dxa"/>
              <w:left w:w="80" w:type="dxa"/>
              <w:bottom w:w="80" w:type="dxa"/>
              <w:right w:w="80" w:type="dxa"/>
            </w:tcMar>
            <w:vAlign w:val="center"/>
          </w:tcPr>
          <w:p w14:paraId="4226A973" w14:textId="77777777" w:rsidR="00871FBD" w:rsidRPr="00F51F43" w:rsidRDefault="00871FBD" w:rsidP="00871FBD">
            <w:pPr>
              <w:spacing w:after="0" w:line="240" w:lineRule="auto"/>
              <w:jc w:val="center"/>
              <w:rPr>
                <w:noProof/>
                <w:sz w:val="20"/>
                <w:szCs w:val="20"/>
              </w:rPr>
            </w:pPr>
            <w:r w:rsidRPr="00F51F43">
              <w:rPr>
                <w:noProof/>
                <w:sz w:val="20"/>
                <w:szCs w:val="20"/>
              </w:rPr>
              <w:t>69.</w:t>
            </w:r>
          </w:p>
        </w:tc>
        <w:tc>
          <w:tcPr>
            <w:tcW w:w="1395" w:type="dxa"/>
            <w:tcMar>
              <w:top w:w="80" w:type="dxa"/>
              <w:left w:w="80" w:type="dxa"/>
              <w:bottom w:w="80" w:type="dxa"/>
              <w:right w:w="80" w:type="dxa"/>
            </w:tcMar>
            <w:vAlign w:val="center"/>
          </w:tcPr>
          <w:p w14:paraId="603F8B06"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00C554C1" w14:textId="77777777" w:rsidR="00871FBD" w:rsidRPr="00F51F43" w:rsidRDefault="00871FBD" w:rsidP="00871FBD">
            <w:pPr>
              <w:spacing w:after="0" w:line="240" w:lineRule="auto"/>
              <w:jc w:val="center"/>
              <w:rPr>
                <w:noProof/>
                <w:sz w:val="20"/>
                <w:szCs w:val="20"/>
              </w:rPr>
            </w:pPr>
            <w:r w:rsidRPr="00F51F43">
              <w:rPr>
                <w:noProof/>
                <w:sz w:val="20"/>
                <w:szCs w:val="20"/>
              </w:rPr>
              <w:t>Dječji vrtić Ivančica 1</w:t>
            </w:r>
          </w:p>
        </w:tc>
        <w:tc>
          <w:tcPr>
            <w:tcW w:w="1015" w:type="dxa"/>
            <w:tcMar>
              <w:top w:w="80" w:type="dxa"/>
              <w:left w:w="80" w:type="dxa"/>
              <w:bottom w:w="80" w:type="dxa"/>
              <w:right w:w="80" w:type="dxa"/>
            </w:tcMar>
            <w:vAlign w:val="center"/>
          </w:tcPr>
          <w:p w14:paraId="2D510EFC" w14:textId="77777777" w:rsidR="00871FBD" w:rsidRPr="00F51F43" w:rsidRDefault="00871FBD" w:rsidP="00871FBD">
            <w:pPr>
              <w:spacing w:after="0" w:line="240" w:lineRule="auto"/>
              <w:jc w:val="center"/>
              <w:rPr>
                <w:noProof/>
                <w:sz w:val="20"/>
                <w:szCs w:val="20"/>
              </w:rPr>
            </w:pPr>
            <w:r w:rsidRPr="00F51F43">
              <w:rPr>
                <w:noProof/>
                <w:sz w:val="20"/>
                <w:szCs w:val="20"/>
              </w:rPr>
              <w:t>prema dogovoru</w:t>
            </w:r>
          </w:p>
        </w:tc>
        <w:tc>
          <w:tcPr>
            <w:tcW w:w="761" w:type="dxa"/>
            <w:tcMar>
              <w:top w:w="80" w:type="dxa"/>
              <w:left w:w="80" w:type="dxa"/>
              <w:bottom w:w="80" w:type="dxa"/>
              <w:right w:w="80" w:type="dxa"/>
            </w:tcMar>
            <w:vAlign w:val="center"/>
          </w:tcPr>
          <w:p w14:paraId="19B8AD19" w14:textId="77777777" w:rsidR="00871FBD" w:rsidRPr="00F51F43" w:rsidRDefault="00871FBD" w:rsidP="00871FBD">
            <w:pPr>
              <w:spacing w:after="0" w:line="240" w:lineRule="auto"/>
              <w:jc w:val="center"/>
              <w:rPr>
                <w:noProof/>
                <w:sz w:val="20"/>
                <w:szCs w:val="20"/>
              </w:rPr>
            </w:pPr>
            <w:r w:rsidRPr="00F51F43">
              <w:rPr>
                <w:noProof/>
                <w:sz w:val="20"/>
                <w:szCs w:val="20"/>
              </w:rPr>
              <w:t>14</w:t>
            </w:r>
          </w:p>
        </w:tc>
        <w:tc>
          <w:tcPr>
            <w:tcW w:w="1054" w:type="dxa"/>
            <w:tcMar>
              <w:top w:w="80" w:type="dxa"/>
              <w:left w:w="80" w:type="dxa"/>
              <w:bottom w:w="80" w:type="dxa"/>
              <w:right w:w="80" w:type="dxa"/>
            </w:tcMar>
            <w:vAlign w:val="center"/>
          </w:tcPr>
          <w:p w14:paraId="5CD54500" w14:textId="77777777" w:rsidR="00871FBD" w:rsidRPr="00F51F43" w:rsidRDefault="00871FBD" w:rsidP="00871FBD">
            <w:pPr>
              <w:spacing w:after="0" w:line="240" w:lineRule="auto"/>
              <w:jc w:val="center"/>
              <w:rPr>
                <w:noProof/>
                <w:sz w:val="20"/>
                <w:szCs w:val="20"/>
              </w:rPr>
            </w:pPr>
            <w:r w:rsidRPr="00F51F43">
              <w:rPr>
                <w:noProof/>
                <w:sz w:val="20"/>
                <w:szCs w:val="20"/>
              </w:rPr>
              <w:t>Cvjetići</w:t>
            </w:r>
          </w:p>
        </w:tc>
        <w:tc>
          <w:tcPr>
            <w:tcW w:w="1701" w:type="dxa"/>
            <w:tcMar>
              <w:top w:w="80" w:type="dxa"/>
              <w:left w:w="80" w:type="dxa"/>
              <w:bottom w:w="80" w:type="dxa"/>
              <w:right w:w="80" w:type="dxa"/>
            </w:tcMar>
            <w:vAlign w:val="center"/>
          </w:tcPr>
          <w:p w14:paraId="7CC4F9EF" w14:textId="77777777" w:rsidR="00871FBD" w:rsidRPr="00F51F43" w:rsidRDefault="00871FBD" w:rsidP="00871FBD">
            <w:pPr>
              <w:spacing w:after="0" w:line="240" w:lineRule="auto"/>
              <w:jc w:val="center"/>
              <w:rPr>
                <w:noProof/>
                <w:sz w:val="20"/>
                <w:szCs w:val="20"/>
              </w:rPr>
            </w:pPr>
            <w:r w:rsidRPr="00F51F43">
              <w:rPr>
                <w:noProof/>
                <w:sz w:val="20"/>
                <w:szCs w:val="20"/>
              </w:rPr>
              <w:t>Odgojiteljice Ivančice 1</w:t>
            </w:r>
          </w:p>
        </w:tc>
        <w:tc>
          <w:tcPr>
            <w:tcW w:w="3207" w:type="dxa"/>
            <w:tcMar>
              <w:top w:w="80" w:type="dxa"/>
              <w:left w:w="80" w:type="dxa"/>
              <w:bottom w:w="80" w:type="dxa"/>
              <w:right w:w="80" w:type="dxa"/>
            </w:tcMar>
            <w:vAlign w:val="center"/>
          </w:tcPr>
          <w:p w14:paraId="2BB541C2" w14:textId="77777777" w:rsidR="00871FBD" w:rsidRPr="00F51F43" w:rsidRDefault="00871FBD" w:rsidP="00871FBD">
            <w:pPr>
              <w:spacing w:after="0" w:line="240" w:lineRule="auto"/>
              <w:jc w:val="center"/>
              <w:rPr>
                <w:noProof/>
                <w:sz w:val="20"/>
                <w:szCs w:val="20"/>
              </w:rPr>
            </w:pPr>
            <w:r w:rsidRPr="00F51F43">
              <w:rPr>
                <w:noProof/>
                <w:sz w:val="20"/>
                <w:szCs w:val="20"/>
              </w:rPr>
              <w:t>slobodna igra i druženje djece iz oba vrtića</w:t>
            </w:r>
          </w:p>
        </w:tc>
        <w:tc>
          <w:tcPr>
            <w:tcW w:w="2928" w:type="dxa"/>
            <w:tcMar>
              <w:top w:w="80" w:type="dxa"/>
              <w:left w:w="80" w:type="dxa"/>
              <w:bottom w:w="80" w:type="dxa"/>
              <w:right w:w="80" w:type="dxa"/>
            </w:tcMar>
            <w:vAlign w:val="center"/>
          </w:tcPr>
          <w:p w14:paraId="63A873BC"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2786E381" w14:textId="77777777" w:rsidTr="00871FBD">
        <w:trPr>
          <w:cantSplit/>
          <w:jc w:val="center"/>
        </w:trPr>
        <w:tc>
          <w:tcPr>
            <w:tcW w:w="507" w:type="dxa"/>
            <w:tcMar>
              <w:top w:w="80" w:type="dxa"/>
              <w:left w:w="80" w:type="dxa"/>
              <w:bottom w:w="80" w:type="dxa"/>
              <w:right w:w="80" w:type="dxa"/>
            </w:tcMar>
            <w:vAlign w:val="center"/>
          </w:tcPr>
          <w:p w14:paraId="7BC109F5" w14:textId="77777777" w:rsidR="00871FBD" w:rsidRPr="00F51F43" w:rsidRDefault="00871FBD" w:rsidP="00871FBD">
            <w:pPr>
              <w:spacing w:after="0" w:line="240" w:lineRule="auto"/>
              <w:jc w:val="center"/>
              <w:rPr>
                <w:noProof/>
                <w:sz w:val="20"/>
                <w:szCs w:val="20"/>
              </w:rPr>
            </w:pPr>
            <w:r w:rsidRPr="00F51F43">
              <w:rPr>
                <w:noProof/>
                <w:sz w:val="20"/>
                <w:szCs w:val="20"/>
              </w:rPr>
              <w:t>70.</w:t>
            </w:r>
          </w:p>
        </w:tc>
        <w:tc>
          <w:tcPr>
            <w:tcW w:w="1395" w:type="dxa"/>
            <w:tcMar>
              <w:top w:w="80" w:type="dxa"/>
              <w:left w:w="80" w:type="dxa"/>
              <w:bottom w:w="80" w:type="dxa"/>
              <w:right w:w="80" w:type="dxa"/>
            </w:tcMar>
            <w:vAlign w:val="center"/>
          </w:tcPr>
          <w:p w14:paraId="37A7F7C9"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41D9B68E" w14:textId="77777777" w:rsidR="00871FBD" w:rsidRPr="00F51F43" w:rsidRDefault="00871FBD" w:rsidP="00871FBD">
            <w:pPr>
              <w:spacing w:after="0" w:line="240" w:lineRule="auto"/>
              <w:jc w:val="center"/>
              <w:rPr>
                <w:noProof/>
                <w:sz w:val="20"/>
                <w:szCs w:val="20"/>
              </w:rPr>
            </w:pPr>
            <w:r w:rsidRPr="00F51F43">
              <w:rPr>
                <w:noProof/>
                <w:sz w:val="20"/>
                <w:szCs w:val="20"/>
              </w:rPr>
              <w:t>Robin trgovina</w:t>
            </w:r>
          </w:p>
        </w:tc>
        <w:tc>
          <w:tcPr>
            <w:tcW w:w="1015" w:type="dxa"/>
            <w:tcMar>
              <w:top w:w="80" w:type="dxa"/>
              <w:left w:w="80" w:type="dxa"/>
              <w:bottom w:w="80" w:type="dxa"/>
              <w:right w:w="80" w:type="dxa"/>
            </w:tcMar>
            <w:vAlign w:val="center"/>
          </w:tcPr>
          <w:p w14:paraId="583D4BF0" w14:textId="77777777" w:rsidR="00871FBD" w:rsidRPr="00F51F43" w:rsidRDefault="00871FBD" w:rsidP="00871FBD">
            <w:pPr>
              <w:spacing w:after="0" w:line="240" w:lineRule="auto"/>
              <w:jc w:val="center"/>
              <w:rPr>
                <w:noProof/>
                <w:sz w:val="20"/>
                <w:szCs w:val="20"/>
              </w:rPr>
            </w:pPr>
            <w:r w:rsidRPr="00F51F43">
              <w:rPr>
                <w:noProof/>
                <w:sz w:val="20"/>
                <w:szCs w:val="20"/>
              </w:rPr>
              <w:t>prema dogovoru</w:t>
            </w:r>
          </w:p>
        </w:tc>
        <w:tc>
          <w:tcPr>
            <w:tcW w:w="761" w:type="dxa"/>
            <w:tcMar>
              <w:top w:w="80" w:type="dxa"/>
              <w:left w:w="80" w:type="dxa"/>
              <w:bottom w:w="80" w:type="dxa"/>
              <w:right w:w="80" w:type="dxa"/>
            </w:tcMar>
            <w:vAlign w:val="center"/>
          </w:tcPr>
          <w:p w14:paraId="429714AC" w14:textId="77777777" w:rsidR="00871FBD" w:rsidRPr="00F51F43" w:rsidRDefault="00871FBD" w:rsidP="00871FBD">
            <w:pPr>
              <w:spacing w:after="0" w:line="240" w:lineRule="auto"/>
              <w:jc w:val="center"/>
              <w:rPr>
                <w:noProof/>
                <w:sz w:val="20"/>
                <w:szCs w:val="20"/>
              </w:rPr>
            </w:pPr>
            <w:r w:rsidRPr="00F51F43">
              <w:rPr>
                <w:noProof/>
                <w:sz w:val="20"/>
                <w:szCs w:val="20"/>
              </w:rPr>
              <w:t>14</w:t>
            </w:r>
          </w:p>
        </w:tc>
        <w:tc>
          <w:tcPr>
            <w:tcW w:w="1054" w:type="dxa"/>
            <w:tcMar>
              <w:top w:w="80" w:type="dxa"/>
              <w:left w:w="80" w:type="dxa"/>
              <w:bottom w:w="80" w:type="dxa"/>
              <w:right w:w="80" w:type="dxa"/>
            </w:tcMar>
            <w:vAlign w:val="center"/>
          </w:tcPr>
          <w:p w14:paraId="3900E633" w14:textId="77777777" w:rsidR="00871FBD" w:rsidRPr="00F51F43" w:rsidRDefault="00871FBD" w:rsidP="00871FBD">
            <w:pPr>
              <w:spacing w:after="0" w:line="240" w:lineRule="auto"/>
              <w:jc w:val="center"/>
              <w:rPr>
                <w:noProof/>
                <w:sz w:val="20"/>
                <w:szCs w:val="20"/>
              </w:rPr>
            </w:pPr>
            <w:r w:rsidRPr="00F51F43">
              <w:rPr>
                <w:noProof/>
                <w:sz w:val="20"/>
                <w:szCs w:val="20"/>
              </w:rPr>
              <w:t>Cvjetići</w:t>
            </w:r>
          </w:p>
        </w:tc>
        <w:tc>
          <w:tcPr>
            <w:tcW w:w="1701" w:type="dxa"/>
            <w:tcMar>
              <w:top w:w="80" w:type="dxa"/>
              <w:left w:w="80" w:type="dxa"/>
              <w:bottom w:w="80" w:type="dxa"/>
              <w:right w:w="80" w:type="dxa"/>
            </w:tcMar>
            <w:vAlign w:val="center"/>
          </w:tcPr>
          <w:p w14:paraId="728BF297" w14:textId="77777777" w:rsidR="00871FBD" w:rsidRPr="00F51F43" w:rsidRDefault="00871FBD" w:rsidP="00871FBD">
            <w:pPr>
              <w:spacing w:after="0" w:line="240" w:lineRule="auto"/>
              <w:jc w:val="center"/>
              <w:rPr>
                <w:noProof/>
                <w:sz w:val="20"/>
                <w:szCs w:val="20"/>
              </w:rPr>
            </w:pPr>
            <w:r w:rsidRPr="00F51F43">
              <w:rPr>
                <w:noProof/>
                <w:sz w:val="20"/>
                <w:szCs w:val="20"/>
              </w:rPr>
              <w:t>Djelatnice trgovine</w:t>
            </w:r>
          </w:p>
        </w:tc>
        <w:tc>
          <w:tcPr>
            <w:tcW w:w="3207" w:type="dxa"/>
            <w:tcMar>
              <w:top w:w="80" w:type="dxa"/>
              <w:left w:w="80" w:type="dxa"/>
              <w:bottom w:w="80" w:type="dxa"/>
              <w:right w:w="80" w:type="dxa"/>
            </w:tcMar>
            <w:vAlign w:val="center"/>
          </w:tcPr>
          <w:p w14:paraId="7DE6704E" w14:textId="77777777" w:rsidR="00871FBD" w:rsidRPr="00F51F43" w:rsidRDefault="00871FBD" w:rsidP="00871FBD">
            <w:pPr>
              <w:spacing w:after="0" w:line="240" w:lineRule="auto"/>
              <w:jc w:val="center"/>
              <w:rPr>
                <w:noProof/>
                <w:sz w:val="20"/>
                <w:szCs w:val="20"/>
              </w:rPr>
            </w:pPr>
            <w:r w:rsidRPr="00F51F43">
              <w:rPr>
                <w:noProof/>
                <w:sz w:val="20"/>
                <w:szCs w:val="20"/>
              </w:rPr>
              <w:t>posjet i razgled trgovine, razgovor s prodavačom/icom</w:t>
            </w:r>
          </w:p>
        </w:tc>
        <w:tc>
          <w:tcPr>
            <w:tcW w:w="2928" w:type="dxa"/>
            <w:tcMar>
              <w:top w:w="80" w:type="dxa"/>
              <w:left w:w="80" w:type="dxa"/>
              <w:bottom w:w="80" w:type="dxa"/>
              <w:right w:w="80" w:type="dxa"/>
            </w:tcMar>
            <w:vAlign w:val="center"/>
          </w:tcPr>
          <w:p w14:paraId="0C6F5E72"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06515DB7" w14:textId="77777777" w:rsidTr="00871FBD">
        <w:trPr>
          <w:cantSplit/>
          <w:jc w:val="center"/>
        </w:trPr>
        <w:tc>
          <w:tcPr>
            <w:tcW w:w="507" w:type="dxa"/>
            <w:tcMar>
              <w:top w:w="80" w:type="dxa"/>
              <w:left w:w="80" w:type="dxa"/>
              <w:bottom w:w="80" w:type="dxa"/>
              <w:right w:w="80" w:type="dxa"/>
            </w:tcMar>
            <w:vAlign w:val="center"/>
          </w:tcPr>
          <w:p w14:paraId="7CD28627" w14:textId="77777777" w:rsidR="00871FBD" w:rsidRPr="00F51F43" w:rsidRDefault="00871FBD" w:rsidP="00871FBD">
            <w:pPr>
              <w:spacing w:after="0" w:line="240" w:lineRule="auto"/>
              <w:jc w:val="center"/>
              <w:rPr>
                <w:noProof/>
                <w:sz w:val="20"/>
                <w:szCs w:val="20"/>
              </w:rPr>
            </w:pPr>
            <w:r w:rsidRPr="00F51F43">
              <w:rPr>
                <w:noProof/>
                <w:sz w:val="20"/>
                <w:szCs w:val="20"/>
              </w:rPr>
              <w:t>71.</w:t>
            </w:r>
          </w:p>
        </w:tc>
        <w:tc>
          <w:tcPr>
            <w:tcW w:w="1395" w:type="dxa"/>
            <w:tcMar>
              <w:top w:w="80" w:type="dxa"/>
              <w:left w:w="80" w:type="dxa"/>
              <w:bottom w:w="80" w:type="dxa"/>
              <w:right w:w="80" w:type="dxa"/>
            </w:tcMar>
            <w:vAlign w:val="center"/>
          </w:tcPr>
          <w:p w14:paraId="33719282"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270E674F" w14:textId="77777777" w:rsidR="00871FBD" w:rsidRPr="00F51F43" w:rsidRDefault="00871FBD" w:rsidP="00871FBD">
            <w:pPr>
              <w:spacing w:after="0" w:line="240" w:lineRule="auto"/>
              <w:jc w:val="center"/>
              <w:rPr>
                <w:noProof/>
                <w:sz w:val="20"/>
                <w:szCs w:val="20"/>
              </w:rPr>
            </w:pPr>
            <w:r w:rsidRPr="00F51F43">
              <w:rPr>
                <w:noProof/>
                <w:sz w:val="20"/>
                <w:szCs w:val="20"/>
              </w:rPr>
              <w:t>Jezero Šoderica</w:t>
            </w:r>
          </w:p>
        </w:tc>
        <w:tc>
          <w:tcPr>
            <w:tcW w:w="1015" w:type="dxa"/>
            <w:tcMar>
              <w:top w:w="80" w:type="dxa"/>
              <w:left w:w="80" w:type="dxa"/>
              <w:bottom w:w="80" w:type="dxa"/>
              <w:right w:w="80" w:type="dxa"/>
            </w:tcMar>
            <w:vAlign w:val="center"/>
          </w:tcPr>
          <w:p w14:paraId="6E9E129F"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413D3E32"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6587D54F"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270F2D0A" w14:textId="77777777" w:rsidR="00871FBD" w:rsidRPr="00F51F43" w:rsidRDefault="00871FBD" w:rsidP="00871FBD">
            <w:pPr>
              <w:spacing w:after="0" w:line="240" w:lineRule="auto"/>
              <w:jc w:val="center"/>
              <w:rPr>
                <w:noProof/>
                <w:sz w:val="20"/>
                <w:szCs w:val="20"/>
              </w:rPr>
            </w:pPr>
            <w:r w:rsidRPr="00F51F43">
              <w:rPr>
                <w:noProof/>
                <w:sz w:val="20"/>
                <w:szCs w:val="20"/>
              </w:rPr>
              <w:t>Javna ustanova za upravljanje zaštićenim dijelovima prirode-gđa Željka Kolar</w:t>
            </w:r>
          </w:p>
        </w:tc>
        <w:tc>
          <w:tcPr>
            <w:tcW w:w="3207" w:type="dxa"/>
            <w:tcMar>
              <w:top w:w="80" w:type="dxa"/>
              <w:left w:w="80" w:type="dxa"/>
              <w:bottom w:w="80" w:type="dxa"/>
              <w:right w:w="80" w:type="dxa"/>
            </w:tcMar>
            <w:vAlign w:val="center"/>
          </w:tcPr>
          <w:p w14:paraId="0C3F9D58" w14:textId="77777777" w:rsidR="00871FBD" w:rsidRPr="00F51F43" w:rsidRDefault="00871FBD" w:rsidP="00871FBD">
            <w:pPr>
              <w:spacing w:after="0" w:line="240" w:lineRule="auto"/>
              <w:jc w:val="center"/>
              <w:rPr>
                <w:noProof/>
                <w:sz w:val="20"/>
                <w:szCs w:val="20"/>
              </w:rPr>
            </w:pPr>
            <w:r w:rsidRPr="00F51F43">
              <w:rPr>
                <w:noProof/>
                <w:sz w:val="20"/>
                <w:szCs w:val="20"/>
              </w:rPr>
              <w:t>Šetnja sa edukatoricama te upoznavanje biljnog i životinjskog svijeta</w:t>
            </w:r>
          </w:p>
        </w:tc>
        <w:tc>
          <w:tcPr>
            <w:tcW w:w="2928" w:type="dxa"/>
            <w:tcMar>
              <w:top w:w="80" w:type="dxa"/>
              <w:left w:w="80" w:type="dxa"/>
              <w:bottom w:w="80" w:type="dxa"/>
              <w:right w:w="80" w:type="dxa"/>
            </w:tcMar>
            <w:vAlign w:val="center"/>
          </w:tcPr>
          <w:p w14:paraId="7F840218" w14:textId="77777777" w:rsidR="00871FBD" w:rsidRPr="00F51F43" w:rsidRDefault="00871FBD" w:rsidP="00871FBD">
            <w:pPr>
              <w:spacing w:after="0" w:line="240" w:lineRule="auto"/>
              <w:jc w:val="center"/>
              <w:rPr>
                <w:noProof/>
                <w:sz w:val="20"/>
                <w:szCs w:val="20"/>
              </w:rPr>
            </w:pPr>
            <w:r w:rsidRPr="00F51F43">
              <w:rPr>
                <w:noProof/>
                <w:sz w:val="20"/>
                <w:szCs w:val="20"/>
              </w:rPr>
              <w:t>reakcije djece, fotodokumentacija</w:t>
            </w:r>
          </w:p>
        </w:tc>
      </w:tr>
      <w:tr w:rsidR="00871FBD" w:rsidRPr="00F51F43" w14:paraId="5CB748A7" w14:textId="77777777" w:rsidTr="00871FBD">
        <w:trPr>
          <w:cantSplit/>
          <w:jc w:val="center"/>
        </w:trPr>
        <w:tc>
          <w:tcPr>
            <w:tcW w:w="507" w:type="dxa"/>
            <w:tcMar>
              <w:top w:w="80" w:type="dxa"/>
              <w:left w:w="80" w:type="dxa"/>
              <w:bottom w:w="80" w:type="dxa"/>
              <w:right w:w="80" w:type="dxa"/>
            </w:tcMar>
            <w:vAlign w:val="center"/>
          </w:tcPr>
          <w:p w14:paraId="7A84E6DB" w14:textId="77777777" w:rsidR="00871FBD" w:rsidRPr="00F51F43" w:rsidRDefault="00871FBD" w:rsidP="00871FBD">
            <w:pPr>
              <w:spacing w:after="0" w:line="240" w:lineRule="auto"/>
              <w:jc w:val="center"/>
              <w:rPr>
                <w:noProof/>
                <w:sz w:val="20"/>
                <w:szCs w:val="20"/>
              </w:rPr>
            </w:pPr>
            <w:r w:rsidRPr="00F51F43">
              <w:rPr>
                <w:noProof/>
                <w:sz w:val="20"/>
                <w:szCs w:val="20"/>
              </w:rPr>
              <w:t>72.</w:t>
            </w:r>
          </w:p>
        </w:tc>
        <w:tc>
          <w:tcPr>
            <w:tcW w:w="1395" w:type="dxa"/>
            <w:tcMar>
              <w:top w:w="80" w:type="dxa"/>
              <w:left w:w="80" w:type="dxa"/>
              <w:bottom w:w="80" w:type="dxa"/>
              <w:right w:w="80" w:type="dxa"/>
            </w:tcMar>
            <w:vAlign w:val="center"/>
          </w:tcPr>
          <w:p w14:paraId="5799544C"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3043C173" w14:textId="77777777" w:rsidR="00871FBD" w:rsidRPr="00F51F43" w:rsidRDefault="00871FBD" w:rsidP="00871FBD">
            <w:pPr>
              <w:spacing w:after="0" w:line="240" w:lineRule="auto"/>
              <w:jc w:val="center"/>
              <w:rPr>
                <w:noProof/>
                <w:sz w:val="20"/>
                <w:szCs w:val="20"/>
              </w:rPr>
            </w:pPr>
            <w:r w:rsidRPr="00F51F43">
              <w:rPr>
                <w:noProof/>
                <w:sz w:val="20"/>
                <w:szCs w:val="20"/>
              </w:rPr>
              <w:t>Po izboru roditelja</w:t>
            </w:r>
          </w:p>
        </w:tc>
        <w:tc>
          <w:tcPr>
            <w:tcW w:w="1015" w:type="dxa"/>
            <w:tcMar>
              <w:top w:w="80" w:type="dxa"/>
              <w:left w:w="80" w:type="dxa"/>
              <w:bottom w:w="80" w:type="dxa"/>
              <w:right w:w="80" w:type="dxa"/>
            </w:tcMar>
            <w:vAlign w:val="center"/>
          </w:tcPr>
          <w:p w14:paraId="32612A73"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54A6572A"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0C6ADADA"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7A5A8295" w14:textId="77777777" w:rsidR="00871FBD" w:rsidRPr="00F51F43" w:rsidRDefault="00871FBD" w:rsidP="00871FBD">
            <w:pPr>
              <w:spacing w:after="0" w:line="240" w:lineRule="auto"/>
              <w:jc w:val="center"/>
              <w:rPr>
                <w:noProof/>
                <w:sz w:val="20"/>
                <w:szCs w:val="20"/>
              </w:rPr>
            </w:pPr>
            <w:r w:rsidRPr="00F51F43">
              <w:rPr>
                <w:noProof/>
                <w:sz w:val="20"/>
                <w:szCs w:val="20"/>
              </w:rPr>
              <w:t>odgojiteljice</w:t>
            </w:r>
          </w:p>
        </w:tc>
        <w:tc>
          <w:tcPr>
            <w:tcW w:w="3207" w:type="dxa"/>
            <w:tcMar>
              <w:top w:w="80" w:type="dxa"/>
              <w:left w:w="80" w:type="dxa"/>
              <w:bottom w:w="80" w:type="dxa"/>
              <w:right w:w="80" w:type="dxa"/>
            </w:tcMar>
            <w:vAlign w:val="center"/>
          </w:tcPr>
          <w:p w14:paraId="7D508077" w14:textId="77777777" w:rsidR="00871FBD" w:rsidRPr="00F51F43" w:rsidRDefault="00871FBD" w:rsidP="00871FBD">
            <w:pPr>
              <w:spacing w:after="0" w:line="240" w:lineRule="auto"/>
              <w:jc w:val="center"/>
              <w:rPr>
                <w:noProof/>
                <w:sz w:val="20"/>
                <w:szCs w:val="20"/>
              </w:rPr>
            </w:pPr>
            <w:r w:rsidRPr="00F51F43">
              <w:rPr>
                <w:noProof/>
                <w:sz w:val="20"/>
                <w:szCs w:val="20"/>
              </w:rPr>
              <w:t>Prema dogovoru sa roditeljima</w:t>
            </w:r>
          </w:p>
        </w:tc>
        <w:tc>
          <w:tcPr>
            <w:tcW w:w="2928" w:type="dxa"/>
            <w:tcMar>
              <w:top w:w="80" w:type="dxa"/>
              <w:left w:w="80" w:type="dxa"/>
              <w:bottom w:w="80" w:type="dxa"/>
              <w:right w:w="80" w:type="dxa"/>
            </w:tcMar>
            <w:vAlign w:val="center"/>
          </w:tcPr>
          <w:p w14:paraId="145D5CA1" w14:textId="77777777" w:rsidR="00871FBD" w:rsidRPr="00F51F43" w:rsidRDefault="00871FBD" w:rsidP="00871FBD">
            <w:pPr>
              <w:spacing w:after="0" w:line="240" w:lineRule="auto"/>
              <w:jc w:val="center"/>
              <w:rPr>
                <w:noProof/>
                <w:sz w:val="20"/>
                <w:szCs w:val="20"/>
              </w:rPr>
            </w:pPr>
            <w:r w:rsidRPr="00F51F43">
              <w:rPr>
                <w:noProof/>
                <w:sz w:val="20"/>
                <w:szCs w:val="20"/>
              </w:rPr>
              <w:t>reakcije djece, fotodokumentacija</w:t>
            </w:r>
          </w:p>
        </w:tc>
      </w:tr>
      <w:tr w:rsidR="00871FBD" w:rsidRPr="00F51F43" w14:paraId="6A94BDEF" w14:textId="77777777" w:rsidTr="00871FBD">
        <w:trPr>
          <w:cantSplit/>
          <w:jc w:val="center"/>
        </w:trPr>
        <w:tc>
          <w:tcPr>
            <w:tcW w:w="507" w:type="dxa"/>
            <w:tcMar>
              <w:top w:w="80" w:type="dxa"/>
              <w:left w:w="80" w:type="dxa"/>
              <w:bottom w:w="80" w:type="dxa"/>
              <w:right w:w="80" w:type="dxa"/>
            </w:tcMar>
            <w:vAlign w:val="center"/>
          </w:tcPr>
          <w:p w14:paraId="7E6B2966" w14:textId="77777777" w:rsidR="00871FBD" w:rsidRPr="00F51F43" w:rsidRDefault="00871FBD" w:rsidP="00871FBD">
            <w:pPr>
              <w:spacing w:after="0" w:line="240" w:lineRule="auto"/>
              <w:jc w:val="center"/>
              <w:rPr>
                <w:noProof/>
                <w:sz w:val="20"/>
                <w:szCs w:val="20"/>
              </w:rPr>
            </w:pPr>
            <w:r w:rsidRPr="00F51F43">
              <w:rPr>
                <w:noProof/>
                <w:sz w:val="20"/>
                <w:szCs w:val="20"/>
              </w:rPr>
              <w:t>73.</w:t>
            </w:r>
          </w:p>
        </w:tc>
        <w:tc>
          <w:tcPr>
            <w:tcW w:w="1395" w:type="dxa"/>
            <w:tcMar>
              <w:top w:w="80" w:type="dxa"/>
              <w:left w:w="80" w:type="dxa"/>
              <w:bottom w:w="80" w:type="dxa"/>
              <w:right w:w="80" w:type="dxa"/>
            </w:tcMar>
            <w:vAlign w:val="center"/>
          </w:tcPr>
          <w:p w14:paraId="70201C1F"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1AE3CB06" w14:textId="77777777" w:rsidR="00871FBD" w:rsidRPr="00F51F43" w:rsidRDefault="00871FBD" w:rsidP="00871FBD">
            <w:pPr>
              <w:spacing w:after="0" w:line="240" w:lineRule="auto"/>
              <w:jc w:val="center"/>
              <w:rPr>
                <w:noProof/>
                <w:sz w:val="20"/>
                <w:szCs w:val="20"/>
              </w:rPr>
            </w:pPr>
            <w:r w:rsidRPr="00F51F43">
              <w:rPr>
                <w:noProof/>
                <w:sz w:val="20"/>
                <w:szCs w:val="20"/>
              </w:rPr>
              <w:t>Farma krava kod obitelji Martinaga</w:t>
            </w:r>
          </w:p>
        </w:tc>
        <w:tc>
          <w:tcPr>
            <w:tcW w:w="1015" w:type="dxa"/>
            <w:tcMar>
              <w:top w:w="80" w:type="dxa"/>
              <w:left w:w="80" w:type="dxa"/>
              <w:bottom w:w="80" w:type="dxa"/>
              <w:right w:w="80" w:type="dxa"/>
            </w:tcMar>
            <w:vAlign w:val="center"/>
          </w:tcPr>
          <w:p w14:paraId="2FF05F1A"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337D2B95"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63FDC360"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193D2852" w14:textId="77777777" w:rsidR="00871FBD" w:rsidRPr="00F51F43" w:rsidRDefault="00871FBD" w:rsidP="00871FBD">
            <w:pPr>
              <w:spacing w:after="0" w:line="240" w:lineRule="auto"/>
              <w:jc w:val="center"/>
              <w:rPr>
                <w:noProof/>
                <w:sz w:val="20"/>
                <w:szCs w:val="20"/>
              </w:rPr>
            </w:pPr>
            <w:r w:rsidRPr="00F51F43">
              <w:rPr>
                <w:noProof/>
                <w:sz w:val="20"/>
                <w:szCs w:val="20"/>
              </w:rPr>
              <w:t>Odgojiteljice i članovi obitelji</w:t>
            </w:r>
          </w:p>
        </w:tc>
        <w:tc>
          <w:tcPr>
            <w:tcW w:w="3207" w:type="dxa"/>
            <w:tcMar>
              <w:top w:w="80" w:type="dxa"/>
              <w:left w:w="80" w:type="dxa"/>
              <w:bottom w:w="80" w:type="dxa"/>
              <w:right w:w="80" w:type="dxa"/>
            </w:tcMar>
            <w:vAlign w:val="center"/>
          </w:tcPr>
          <w:p w14:paraId="5A40A196" w14:textId="77777777" w:rsidR="00871FBD" w:rsidRPr="00F51F43" w:rsidRDefault="00871FBD" w:rsidP="00871FBD">
            <w:pPr>
              <w:spacing w:after="0" w:line="240" w:lineRule="auto"/>
              <w:jc w:val="center"/>
              <w:rPr>
                <w:noProof/>
                <w:sz w:val="20"/>
                <w:szCs w:val="20"/>
              </w:rPr>
            </w:pPr>
            <w:r w:rsidRPr="00F51F43">
              <w:rPr>
                <w:noProof/>
                <w:sz w:val="20"/>
                <w:szCs w:val="20"/>
              </w:rPr>
              <w:t>Razgovor i druženje sa domaćinima, Upoznavanje sa poljoprivrednim strojevima, Degustacija mlijeka</w:t>
            </w:r>
          </w:p>
        </w:tc>
        <w:tc>
          <w:tcPr>
            <w:tcW w:w="2928" w:type="dxa"/>
            <w:tcMar>
              <w:top w:w="80" w:type="dxa"/>
              <w:left w:w="80" w:type="dxa"/>
              <w:bottom w:w="80" w:type="dxa"/>
              <w:right w:w="80" w:type="dxa"/>
            </w:tcMar>
            <w:vAlign w:val="center"/>
          </w:tcPr>
          <w:p w14:paraId="7C83E27D" w14:textId="77777777" w:rsidR="00871FBD" w:rsidRPr="00F51F43" w:rsidRDefault="00871FBD" w:rsidP="00871FBD">
            <w:pPr>
              <w:spacing w:after="0" w:line="240" w:lineRule="auto"/>
              <w:jc w:val="center"/>
              <w:rPr>
                <w:noProof/>
                <w:sz w:val="20"/>
                <w:szCs w:val="20"/>
              </w:rPr>
            </w:pPr>
            <w:r w:rsidRPr="00F51F43">
              <w:rPr>
                <w:noProof/>
                <w:sz w:val="20"/>
                <w:szCs w:val="20"/>
              </w:rPr>
              <w:t>reakcije djece, fotodokumentacija</w:t>
            </w:r>
          </w:p>
        </w:tc>
      </w:tr>
      <w:tr w:rsidR="00871FBD" w:rsidRPr="00F51F43" w14:paraId="196B47A9" w14:textId="77777777" w:rsidTr="00871FBD">
        <w:trPr>
          <w:cantSplit/>
          <w:jc w:val="center"/>
        </w:trPr>
        <w:tc>
          <w:tcPr>
            <w:tcW w:w="507" w:type="dxa"/>
            <w:tcMar>
              <w:top w:w="80" w:type="dxa"/>
              <w:left w:w="80" w:type="dxa"/>
              <w:bottom w:w="80" w:type="dxa"/>
              <w:right w:w="80" w:type="dxa"/>
            </w:tcMar>
            <w:vAlign w:val="center"/>
          </w:tcPr>
          <w:p w14:paraId="674762A6"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74.</w:t>
            </w:r>
          </w:p>
        </w:tc>
        <w:tc>
          <w:tcPr>
            <w:tcW w:w="1395" w:type="dxa"/>
            <w:tcMar>
              <w:top w:w="80" w:type="dxa"/>
              <w:left w:w="80" w:type="dxa"/>
              <w:bottom w:w="80" w:type="dxa"/>
              <w:right w:w="80" w:type="dxa"/>
            </w:tcMar>
            <w:vAlign w:val="center"/>
          </w:tcPr>
          <w:p w14:paraId="38A05891"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7A72797B" w14:textId="77777777" w:rsidR="00871FBD" w:rsidRPr="00F51F43" w:rsidRDefault="00871FBD" w:rsidP="00871FBD">
            <w:pPr>
              <w:spacing w:after="0" w:line="240" w:lineRule="auto"/>
              <w:jc w:val="center"/>
              <w:rPr>
                <w:noProof/>
                <w:sz w:val="20"/>
                <w:szCs w:val="20"/>
              </w:rPr>
            </w:pPr>
            <w:r w:rsidRPr="00F51F43">
              <w:rPr>
                <w:noProof/>
                <w:sz w:val="20"/>
                <w:szCs w:val="20"/>
              </w:rPr>
              <w:t>DV Dabrić -Legrad</w:t>
            </w:r>
          </w:p>
        </w:tc>
        <w:tc>
          <w:tcPr>
            <w:tcW w:w="1015" w:type="dxa"/>
            <w:tcMar>
              <w:top w:w="80" w:type="dxa"/>
              <w:left w:w="80" w:type="dxa"/>
              <w:bottom w:w="80" w:type="dxa"/>
              <w:right w:w="80" w:type="dxa"/>
            </w:tcMar>
            <w:vAlign w:val="center"/>
          </w:tcPr>
          <w:p w14:paraId="14AB567A"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0C21444A"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734586AC"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4D4C72BD" w14:textId="77777777" w:rsidR="00871FBD" w:rsidRPr="00F51F43" w:rsidRDefault="00871FBD" w:rsidP="00871FBD">
            <w:pPr>
              <w:spacing w:after="0" w:line="240" w:lineRule="auto"/>
              <w:jc w:val="center"/>
              <w:rPr>
                <w:noProof/>
                <w:sz w:val="20"/>
                <w:szCs w:val="20"/>
              </w:rPr>
            </w:pPr>
            <w:r w:rsidRPr="00F51F43">
              <w:rPr>
                <w:noProof/>
                <w:sz w:val="20"/>
                <w:szCs w:val="20"/>
              </w:rPr>
              <w:t>Odgojiteljice obje skupine</w:t>
            </w:r>
          </w:p>
        </w:tc>
        <w:tc>
          <w:tcPr>
            <w:tcW w:w="3207" w:type="dxa"/>
            <w:tcMar>
              <w:top w:w="80" w:type="dxa"/>
              <w:left w:w="80" w:type="dxa"/>
              <w:bottom w:w="80" w:type="dxa"/>
              <w:right w:w="80" w:type="dxa"/>
            </w:tcMar>
            <w:vAlign w:val="center"/>
          </w:tcPr>
          <w:p w14:paraId="08DA990D" w14:textId="77777777" w:rsidR="00871FBD" w:rsidRPr="00F51F43" w:rsidRDefault="00871FBD" w:rsidP="00871FBD">
            <w:pPr>
              <w:spacing w:after="0" w:line="240" w:lineRule="auto"/>
              <w:jc w:val="center"/>
              <w:rPr>
                <w:noProof/>
                <w:sz w:val="20"/>
                <w:szCs w:val="20"/>
              </w:rPr>
            </w:pPr>
            <w:r w:rsidRPr="00F51F43">
              <w:rPr>
                <w:noProof/>
                <w:sz w:val="20"/>
                <w:szCs w:val="20"/>
              </w:rPr>
              <w:t>Igra i druženje</w:t>
            </w:r>
          </w:p>
        </w:tc>
        <w:tc>
          <w:tcPr>
            <w:tcW w:w="2928" w:type="dxa"/>
            <w:tcMar>
              <w:top w:w="80" w:type="dxa"/>
              <w:left w:w="80" w:type="dxa"/>
              <w:bottom w:w="80" w:type="dxa"/>
              <w:right w:w="80" w:type="dxa"/>
            </w:tcMar>
            <w:vAlign w:val="center"/>
          </w:tcPr>
          <w:p w14:paraId="452E39C6" w14:textId="77777777" w:rsidR="00871FBD" w:rsidRPr="00F51F43" w:rsidRDefault="00871FBD" w:rsidP="00871FBD">
            <w:pPr>
              <w:spacing w:after="0" w:line="240" w:lineRule="auto"/>
              <w:jc w:val="center"/>
              <w:rPr>
                <w:noProof/>
                <w:sz w:val="20"/>
                <w:szCs w:val="20"/>
              </w:rPr>
            </w:pPr>
            <w:r w:rsidRPr="00F51F43">
              <w:rPr>
                <w:noProof/>
                <w:sz w:val="20"/>
                <w:szCs w:val="20"/>
              </w:rPr>
              <w:t>reakcije djece, fotodokumentacija</w:t>
            </w:r>
          </w:p>
        </w:tc>
      </w:tr>
      <w:tr w:rsidR="00871FBD" w:rsidRPr="00F51F43" w14:paraId="578BDE7D" w14:textId="77777777" w:rsidTr="00871FBD">
        <w:trPr>
          <w:cantSplit/>
          <w:jc w:val="center"/>
        </w:trPr>
        <w:tc>
          <w:tcPr>
            <w:tcW w:w="507" w:type="dxa"/>
            <w:tcMar>
              <w:top w:w="80" w:type="dxa"/>
              <w:left w:w="80" w:type="dxa"/>
              <w:bottom w:w="80" w:type="dxa"/>
              <w:right w:w="80" w:type="dxa"/>
            </w:tcMar>
            <w:vAlign w:val="center"/>
          </w:tcPr>
          <w:p w14:paraId="43A8D2FF" w14:textId="77777777" w:rsidR="00871FBD" w:rsidRPr="00F51F43" w:rsidRDefault="00871FBD" w:rsidP="00871FBD">
            <w:pPr>
              <w:spacing w:after="0" w:line="240" w:lineRule="auto"/>
              <w:jc w:val="center"/>
              <w:rPr>
                <w:noProof/>
                <w:sz w:val="20"/>
                <w:szCs w:val="20"/>
              </w:rPr>
            </w:pPr>
            <w:r w:rsidRPr="00F51F43">
              <w:rPr>
                <w:noProof/>
                <w:sz w:val="20"/>
                <w:szCs w:val="20"/>
              </w:rPr>
              <w:t>75.</w:t>
            </w:r>
          </w:p>
        </w:tc>
        <w:tc>
          <w:tcPr>
            <w:tcW w:w="1395" w:type="dxa"/>
            <w:tcMar>
              <w:top w:w="80" w:type="dxa"/>
              <w:left w:w="80" w:type="dxa"/>
              <w:bottom w:w="80" w:type="dxa"/>
              <w:right w:w="80" w:type="dxa"/>
            </w:tcMar>
            <w:vAlign w:val="center"/>
          </w:tcPr>
          <w:p w14:paraId="3EB347BE"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7ED42C52" w14:textId="77777777" w:rsidR="00871FBD" w:rsidRPr="00F51F43" w:rsidRDefault="00871FBD" w:rsidP="00871FBD">
            <w:pPr>
              <w:spacing w:after="0" w:line="240" w:lineRule="auto"/>
              <w:jc w:val="center"/>
              <w:rPr>
                <w:noProof/>
                <w:sz w:val="20"/>
                <w:szCs w:val="20"/>
              </w:rPr>
            </w:pPr>
            <w:r w:rsidRPr="00F51F43">
              <w:rPr>
                <w:noProof/>
                <w:sz w:val="20"/>
                <w:szCs w:val="20"/>
              </w:rPr>
              <w:t>ZOO Zagreb</w:t>
            </w:r>
          </w:p>
        </w:tc>
        <w:tc>
          <w:tcPr>
            <w:tcW w:w="1015" w:type="dxa"/>
            <w:tcMar>
              <w:top w:w="80" w:type="dxa"/>
              <w:left w:w="80" w:type="dxa"/>
              <w:bottom w:w="80" w:type="dxa"/>
              <w:right w:w="80" w:type="dxa"/>
            </w:tcMar>
            <w:vAlign w:val="center"/>
          </w:tcPr>
          <w:p w14:paraId="2CB54000" w14:textId="77777777" w:rsidR="00871FBD" w:rsidRPr="00F51F43" w:rsidRDefault="00871FBD" w:rsidP="00871FBD">
            <w:pPr>
              <w:spacing w:after="0" w:line="240" w:lineRule="auto"/>
              <w:jc w:val="center"/>
              <w:rPr>
                <w:noProof/>
                <w:sz w:val="20"/>
                <w:szCs w:val="20"/>
              </w:rPr>
            </w:pPr>
            <w:r w:rsidRPr="00F51F43">
              <w:rPr>
                <w:noProof/>
                <w:sz w:val="20"/>
                <w:szCs w:val="20"/>
              </w:rPr>
              <w:t>svibanj / lipanj</w:t>
            </w:r>
          </w:p>
        </w:tc>
        <w:tc>
          <w:tcPr>
            <w:tcW w:w="761" w:type="dxa"/>
            <w:tcMar>
              <w:top w:w="80" w:type="dxa"/>
              <w:left w:w="80" w:type="dxa"/>
              <w:bottom w:w="80" w:type="dxa"/>
              <w:right w:w="80" w:type="dxa"/>
            </w:tcMar>
            <w:vAlign w:val="center"/>
          </w:tcPr>
          <w:p w14:paraId="4064FD5E" w14:textId="77777777" w:rsidR="00871FBD" w:rsidRPr="00F51F43" w:rsidRDefault="00871FBD" w:rsidP="00871FBD">
            <w:pPr>
              <w:spacing w:after="0" w:line="240" w:lineRule="auto"/>
              <w:jc w:val="center"/>
              <w:rPr>
                <w:noProof/>
                <w:sz w:val="20"/>
                <w:szCs w:val="20"/>
              </w:rPr>
            </w:pPr>
            <w:r w:rsidRPr="00F51F43">
              <w:rPr>
                <w:noProof/>
                <w:sz w:val="20"/>
                <w:szCs w:val="20"/>
              </w:rPr>
              <w:t>20+ roditelji</w:t>
            </w:r>
          </w:p>
        </w:tc>
        <w:tc>
          <w:tcPr>
            <w:tcW w:w="1054" w:type="dxa"/>
            <w:tcMar>
              <w:top w:w="80" w:type="dxa"/>
              <w:left w:w="80" w:type="dxa"/>
              <w:bottom w:w="80" w:type="dxa"/>
              <w:right w:w="80" w:type="dxa"/>
            </w:tcMar>
            <w:vAlign w:val="center"/>
          </w:tcPr>
          <w:p w14:paraId="7D58CFEB" w14:textId="77777777" w:rsidR="00871FBD" w:rsidRPr="00F51F43" w:rsidRDefault="00871FBD" w:rsidP="00871FBD">
            <w:pPr>
              <w:spacing w:after="0" w:line="240" w:lineRule="auto"/>
              <w:jc w:val="center"/>
              <w:rPr>
                <w:noProof/>
                <w:sz w:val="20"/>
                <w:szCs w:val="20"/>
              </w:rPr>
            </w:pPr>
            <w:r w:rsidRPr="00F51F43">
              <w:rPr>
                <w:noProof/>
                <w:sz w:val="20"/>
                <w:szCs w:val="20"/>
              </w:rPr>
              <w:t>Makići</w:t>
            </w:r>
          </w:p>
        </w:tc>
        <w:tc>
          <w:tcPr>
            <w:tcW w:w="1701" w:type="dxa"/>
            <w:tcMar>
              <w:top w:w="80" w:type="dxa"/>
              <w:left w:w="80" w:type="dxa"/>
              <w:bottom w:w="80" w:type="dxa"/>
              <w:right w:w="80" w:type="dxa"/>
            </w:tcMar>
            <w:vAlign w:val="center"/>
          </w:tcPr>
          <w:p w14:paraId="532D633B" w14:textId="77777777" w:rsidR="00871FBD" w:rsidRPr="00F51F43" w:rsidRDefault="00871FBD" w:rsidP="00871FBD">
            <w:pPr>
              <w:spacing w:after="0" w:line="240" w:lineRule="auto"/>
              <w:jc w:val="center"/>
              <w:rPr>
                <w:noProof/>
                <w:sz w:val="20"/>
                <w:szCs w:val="20"/>
              </w:rPr>
            </w:pPr>
            <w:r w:rsidRPr="00F51F43">
              <w:rPr>
                <w:noProof/>
                <w:sz w:val="20"/>
                <w:szCs w:val="20"/>
              </w:rPr>
              <w:t>Roditelji</w:t>
            </w:r>
          </w:p>
        </w:tc>
        <w:tc>
          <w:tcPr>
            <w:tcW w:w="3207" w:type="dxa"/>
            <w:tcMar>
              <w:top w:w="80" w:type="dxa"/>
              <w:left w:w="80" w:type="dxa"/>
              <w:bottom w:w="80" w:type="dxa"/>
              <w:right w:w="80" w:type="dxa"/>
            </w:tcMar>
            <w:vAlign w:val="center"/>
          </w:tcPr>
          <w:p w14:paraId="0F44A7D4" w14:textId="77777777" w:rsidR="00871FBD" w:rsidRPr="00F51F43" w:rsidRDefault="00871FBD" w:rsidP="00871FBD">
            <w:pPr>
              <w:spacing w:after="0" w:line="240" w:lineRule="auto"/>
              <w:jc w:val="center"/>
              <w:rPr>
                <w:noProof/>
                <w:sz w:val="20"/>
                <w:szCs w:val="20"/>
              </w:rPr>
            </w:pPr>
            <w:r w:rsidRPr="00F51F43">
              <w:rPr>
                <w:noProof/>
                <w:sz w:val="20"/>
                <w:szCs w:val="20"/>
              </w:rPr>
              <w:t>prema dogovoru grupe</w:t>
            </w:r>
          </w:p>
        </w:tc>
        <w:tc>
          <w:tcPr>
            <w:tcW w:w="2928" w:type="dxa"/>
            <w:tcMar>
              <w:top w:w="80" w:type="dxa"/>
              <w:left w:w="80" w:type="dxa"/>
              <w:bottom w:w="80" w:type="dxa"/>
              <w:right w:w="80" w:type="dxa"/>
            </w:tcMar>
            <w:vAlign w:val="center"/>
          </w:tcPr>
          <w:p w14:paraId="57E717E0"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fotodokumentacija, videozapisi, likovni izraz</w:t>
            </w:r>
          </w:p>
        </w:tc>
      </w:tr>
      <w:tr w:rsidR="00871FBD" w:rsidRPr="00F51F43" w14:paraId="10C27263" w14:textId="77777777" w:rsidTr="00871FBD">
        <w:trPr>
          <w:cantSplit/>
          <w:jc w:val="center"/>
        </w:trPr>
        <w:tc>
          <w:tcPr>
            <w:tcW w:w="507" w:type="dxa"/>
            <w:tcMar>
              <w:top w:w="80" w:type="dxa"/>
              <w:left w:w="80" w:type="dxa"/>
              <w:bottom w:w="80" w:type="dxa"/>
              <w:right w:w="80" w:type="dxa"/>
            </w:tcMar>
            <w:vAlign w:val="center"/>
          </w:tcPr>
          <w:p w14:paraId="2BE353C1" w14:textId="77777777" w:rsidR="00871FBD" w:rsidRPr="00F51F43" w:rsidRDefault="00871FBD" w:rsidP="00871FBD">
            <w:pPr>
              <w:spacing w:after="0" w:line="240" w:lineRule="auto"/>
              <w:jc w:val="center"/>
              <w:rPr>
                <w:noProof/>
                <w:sz w:val="20"/>
                <w:szCs w:val="20"/>
              </w:rPr>
            </w:pPr>
            <w:r w:rsidRPr="00F51F43">
              <w:rPr>
                <w:noProof/>
                <w:sz w:val="20"/>
                <w:szCs w:val="20"/>
              </w:rPr>
              <w:t>76.</w:t>
            </w:r>
          </w:p>
        </w:tc>
        <w:tc>
          <w:tcPr>
            <w:tcW w:w="1395" w:type="dxa"/>
            <w:tcMar>
              <w:top w:w="80" w:type="dxa"/>
              <w:left w:w="80" w:type="dxa"/>
              <w:bottom w:w="80" w:type="dxa"/>
              <w:right w:w="80" w:type="dxa"/>
            </w:tcMar>
            <w:vAlign w:val="center"/>
          </w:tcPr>
          <w:p w14:paraId="4B10CDA2"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5EAD945E" w14:textId="77777777" w:rsidR="00871FBD" w:rsidRPr="00F51F43" w:rsidRDefault="00871FBD" w:rsidP="00871FBD">
            <w:pPr>
              <w:spacing w:after="0" w:line="240" w:lineRule="auto"/>
              <w:jc w:val="center"/>
              <w:rPr>
                <w:noProof/>
                <w:sz w:val="20"/>
                <w:szCs w:val="20"/>
              </w:rPr>
            </w:pPr>
            <w:r w:rsidRPr="00F51F43">
              <w:rPr>
                <w:noProof/>
                <w:sz w:val="20"/>
                <w:szCs w:val="20"/>
              </w:rPr>
              <w:t>Općina Kop. Ivanec</w:t>
            </w:r>
          </w:p>
        </w:tc>
        <w:tc>
          <w:tcPr>
            <w:tcW w:w="1015" w:type="dxa"/>
            <w:tcMar>
              <w:top w:w="80" w:type="dxa"/>
              <w:left w:w="80" w:type="dxa"/>
              <w:bottom w:w="80" w:type="dxa"/>
              <w:right w:w="80" w:type="dxa"/>
            </w:tcMar>
            <w:vAlign w:val="center"/>
          </w:tcPr>
          <w:p w14:paraId="4421D628" w14:textId="77777777" w:rsidR="00871FBD" w:rsidRPr="00F51F43" w:rsidRDefault="00871FBD" w:rsidP="00871FBD">
            <w:pPr>
              <w:spacing w:after="0" w:line="240" w:lineRule="auto"/>
              <w:jc w:val="center"/>
              <w:rPr>
                <w:noProof/>
                <w:sz w:val="20"/>
                <w:szCs w:val="20"/>
              </w:rPr>
            </w:pPr>
            <w:r w:rsidRPr="00F51F43">
              <w:rPr>
                <w:noProof/>
                <w:sz w:val="20"/>
                <w:szCs w:val="20"/>
              </w:rPr>
              <w:t>veljača</w:t>
            </w:r>
          </w:p>
        </w:tc>
        <w:tc>
          <w:tcPr>
            <w:tcW w:w="761" w:type="dxa"/>
            <w:tcMar>
              <w:top w:w="80" w:type="dxa"/>
              <w:left w:w="80" w:type="dxa"/>
              <w:bottom w:w="80" w:type="dxa"/>
              <w:right w:w="80" w:type="dxa"/>
            </w:tcMar>
            <w:vAlign w:val="center"/>
          </w:tcPr>
          <w:p w14:paraId="6121879C"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5E5C45A9" w14:textId="77777777" w:rsidR="00871FBD" w:rsidRPr="00F51F43" w:rsidRDefault="00871FBD" w:rsidP="00871FBD">
            <w:pPr>
              <w:spacing w:after="0" w:line="240" w:lineRule="auto"/>
              <w:jc w:val="center"/>
              <w:rPr>
                <w:noProof/>
                <w:sz w:val="20"/>
                <w:szCs w:val="20"/>
              </w:rPr>
            </w:pPr>
            <w:r w:rsidRPr="00F51F43">
              <w:rPr>
                <w:noProof/>
                <w:sz w:val="20"/>
                <w:szCs w:val="20"/>
              </w:rPr>
              <w:t>Makići</w:t>
            </w:r>
          </w:p>
        </w:tc>
        <w:tc>
          <w:tcPr>
            <w:tcW w:w="1701" w:type="dxa"/>
            <w:tcMar>
              <w:top w:w="80" w:type="dxa"/>
              <w:left w:w="80" w:type="dxa"/>
              <w:bottom w:w="80" w:type="dxa"/>
              <w:right w:w="80" w:type="dxa"/>
            </w:tcMar>
            <w:vAlign w:val="center"/>
          </w:tcPr>
          <w:p w14:paraId="14E94402" w14:textId="77777777" w:rsidR="00871FBD" w:rsidRPr="00F51F43" w:rsidRDefault="00871FBD" w:rsidP="00871FBD">
            <w:pPr>
              <w:spacing w:after="0" w:line="240" w:lineRule="auto"/>
              <w:jc w:val="center"/>
              <w:rPr>
                <w:noProof/>
                <w:sz w:val="20"/>
                <w:szCs w:val="20"/>
              </w:rPr>
            </w:pPr>
            <w:r w:rsidRPr="00F51F43">
              <w:rPr>
                <w:noProof/>
                <w:sz w:val="20"/>
                <w:szCs w:val="20"/>
              </w:rPr>
              <w:t>Općinski načelnik i općinski djelatnici</w:t>
            </w:r>
          </w:p>
        </w:tc>
        <w:tc>
          <w:tcPr>
            <w:tcW w:w="3207" w:type="dxa"/>
            <w:tcMar>
              <w:top w:w="80" w:type="dxa"/>
              <w:left w:w="80" w:type="dxa"/>
              <w:bottom w:w="80" w:type="dxa"/>
              <w:right w:w="80" w:type="dxa"/>
            </w:tcMar>
            <w:vAlign w:val="center"/>
          </w:tcPr>
          <w:p w14:paraId="53E2AB82" w14:textId="77777777" w:rsidR="00871FBD" w:rsidRPr="00F51F43" w:rsidRDefault="00871FBD" w:rsidP="00871FBD">
            <w:pPr>
              <w:spacing w:after="0" w:line="240" w:lineRule="auto"/>
              <w:jc w:val="center"/>
              <w:rPr>
                <w:noProof/>
                <w:sz w:val="20"/>
                <w:szCs w:val="20"/>
              </w:rPr>
            </w:pPr>
            <w:r w:rsidRPr="00F51F43">
              <w:rPr>
                <w:noProof/>
                <w:sz w:val="20"/>
                <w:szCs w:val="20"/>
              </w:rPr>
              <w:t>Druženje i pjevanje prigodnih pjesmica</w:t>
            </w:r>
          </w:p>
        </w:tc>
        <w:tc>
          <w:tcPr>
            <w:tcW w:w="2928" w:type="dxa"/>
            <w:tcMar>
              <w:top w:w="80" w:type="dxa"/>
              <w:left w:w="80" w:type="dxa"/>
              <w:bottom w:w="80" w:type="dxa"/>
              <w:right w:w="80" w:type="dxa"/>
            </w:tcMar>
            <w:vAlign w:val="center"/>
          </w:tcPr>
          <w:p w14:paraId="39DA8F91" w14:textId="77777777" w:rsidR="00871FBD" w:rsidRPr="00F51F43" w:rsidRDefault="00871FBD" w:rsidP="00871FBD">
            <w:pPr>
              <w:spacing w:after="0" w:line="240" w:lineRule="auto"/>
              <w:jc w:val="center"/>
              <w:rPr>
                <w:noProof/>
                <w:sz w:val="20"/>
                <w:szCs w:val="20"/>
              </w:rPr>
            </w:pPr>
            <w:r w:rsidRPr="00F51F43">
              <w:rPr>
                <w:noProof/>
                <w:sz w:val="20"/>
                <w:szCs w:val="20"/>
              </w:rPr>
              <w:t>reakcije djece, fotodokumentacija, reakcije suradnika</w:t>
            </w:r>
          </w:p>
        </w:tc>
      </w:tr>
      <w:tr w:rsidR="00871FBD" w:rsidRPr="00F51F43" w14:paraId="06E2001F" w14:textId="77777777" w:rsidTr="00871FBD">
        <w:trPr>
          <w:cantSplit/>
          <w:jc w:val="center"/>
        </w:trPr>
        <w:tc>
          <w:tcPr>
            <w:tcW w:w="507" w:type="dxa"/>
            <w:tcMar>
              <w:top w:w="80" w:type="dxa"/>
              <w:left w:w="80" w:type="dxa"/>
              <w:bottom w:w="80" w:type="dxa"/>
              <w:right w:w="80" w:type="dxa"/>
            </w:tcMar>
            <w:vAlign w:val="center"/>
          </w:tcPr>
          <w:p w14:paraId="0EAB0919" w14:textId="77777777" w:rsidR="00871FBD" w:rsidRPr="00F51F43" w:rsidRDefault="00871FBD" w:rsidP="00871FBD">
            <w:pPr>
              <w:spacing w:after="0" w:line="240" w:lineRule="auto"/>
              <w:jc w:val="center"/>
              <w:rPr>
                <w:noProof/>
                <w:sz w:val="20"/>
                <w:szCs w:val="20"/>
              </w:rPr>
            </w:pPr>
            <w:r w:rsidRPr="00F51F43">
              <w:rPr>
                <w:noProof/>
                <w:sz w:val="20"/>
                <w:szCs w:val="20"/>
              </w:rPr>
              <w:t>77.</w:t>
            </w:r>
          </w:p>
        </w:tc>
        <w:tc>
          <w:tcPr>
            <w:tcW w:w="1395" w:type="dxa"/>
            <w:tcMar>
              <w:top w:w="80" w:type="dxa"/>
              <w:left w:w="80" w:type="dxa"/>
              <w:bottom w:w="80" w:type="dxa"/>
              <w:right w:w="80" w:type="dxa"/>
            </w:tcMar>
            <w:vAlign w:val="center"/>
          </w:tcPr>
          <w:p w14:paraId="5288C259"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6394A7FF" w14:textId="77777777" w:rsidR="00871FBD" w:rsidRPr="00F51F43" w:rsidRDefault="00871FBD" w:rsidP="00871FBD">
            <w:pPr>
              <w:spacing w:after="0" w:line="240" w:lineRule="auto"/>
              <w:jc w:val="center"/>
              <w:rPr>
                <w:noProof/>
                <w:sz w:val="20"/>
                <w:szCs w:val="20"/>
              </w:rPr>
            </w:pPr>
            <w:r w:rsidRPr="00F51F43">
              <w:rPr>
                <w:noProof/>
                <w:sz w:val="20"/>
                <w:szCs w:val="20"/>
              </w:rPr>
              <w:t>Pošta Koprivnički Ivanec</w:t>
            </w:r>
          </w:p>
        </w:tc>
        <w:tc>
          <w:tcPr>
            <w:tcW w:w="1015" w:type="dxa"/>
            <w:tcMar>
              <w:top w:w="80" w:type="dxa"/>
              <w:left w:w="80" w:type="dxa"/>
              <w:bottom w:w="80" w:type="dxa"/>
              <w:right w:w="80" w:type="dxa"/>
            </w:tcMar>
            <w:vAlign w:val="center"/>
          </w:tcPr>
          <w:p w14:paraId="58FDCF68"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1C0AA698"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5FA5D894" w14:textId="77777777" w:rsidR="00871FBD" w:rsidRPr="00F51F43" w:rsidRDefault="00871FBD" w:rsidP="00871FBD">
            <w:pPr>
              <w:spacing w:after="0" w:line="240" w:lineRule="auto"/>
              <w:jc w:val="center"/>
              <w:rPr>
                <w:noProof/>
                <w:sz w:val="20"/>
                <w:szCs w:val="20"/>
              </w:rPr>
            </w:pPr>
            <w:r w:rsidRPr="00F51F43">
              <w:rPr>
                <w:noProof/>
                <w:sz w:val="20"/>
                <w:szCs w:val="20"/>
              </w:rPr>
              <w:t>Makići</w:t>
            </w:r>
          </w:p>
        </w:tc>
        <w:tc>
          <w:tcPr>
            <w:tcW w:w="1701" w:type="dxa"/>
            <w:tcMar>
              <w:top w:w="80" w:type="dxa"/>
              <w:left w:w="80" w:type="dxa"/>
              <w:bottom w:w="80" w:type="dxa"/>
              <w:right w:w="80" w:type="dxa"/>
            </w:tcMar>
            <w:vAlign w:val="center"/>
          </w:tcPr>
          <w:p w14:paraId="78728AEA" w14:textId="77777777" w:rsidR="00871FBD" w:rsidRPr="00F51F43" w:rsidRDefault="00871FBD" w:rsidP="00871FBD">
            <w:pPr>
              <w:spacing w:after="0" w:line="240" w:lineRule="auto"/>
              <w:jc w:val="center"/>
              <w:rPr>
                <w:noProof/>
                <w:sz w:val="20"/>
                <w:szCs w:val="20"/>
              </w:rPr>
            </w:pPr>
            <w:r w:rsidRPr="00F51F43">
              <w:rPr>
                <w:noProof/>
                <w:sz w:val="20"/>
                <w:szCs w:val="20"/>
              </w:rPr>
              <w:t>Djelatnica pošte</w:t>
            </w:r>
          </w:p>
        </w:tc>
        <w:tc>
          <w:tcPr>
            <w:tcW w:w="3207" w:type="dxa"/>
            <w:tcMar>
              <w:top w:w="80" w:type="dxa"/>
              <w:left w:w="80" w:type="dxa"/>
              <w:bottom w:w="80" w:type="dxa"/>
              <w:right w:w="80" w:type="dxa"/>
            </w:tcMar>
            <w:vAlign w:val="center"/>
          </w:tcPr>
          <w:p w14:paraId="5D483B73" w14:textId="77777777" w:rsidR="00871FBD" w:rsidRPr="00F51F43" w:rsidRDefault="00871FBD" w:rsidP="00871FBD">
            <w:pPr>
              <w:spacing w:after="0" w:line="240" w:lineRule="auto"/>
              <w:jc w:val="center"/>
              <w:rPr>
                <w:noProof/>
                <w:sz w:val="20"/>
                <w:szCs w:val="20"/>
              </w:rPr>
            </w:pPr>
            <w:r w:rsidRPr="00F51F43">
              <w:rPr>
                <w:noProof/>
                <w:sz w:val="20"/>
                <w:szCs w:val="20"/>
              </w:rPr>
              <w:t>Posjet i razgledavanje</w:t>
            </w:r>
          </w:p>
        </w:tc>
        <w:tc>
          <w:tcPr>
            <w:tcW w:w="2928" w:type="dxa"/>
            <w:tcMar>
              <w:top w:w="80" w:type="dxa"/>
              <w:left w:w="80" w:type="dxa"/>
              <w:bottom w:w="80" w:type="dxa"/>
              <w:right w:w="80" w:type="dxa"/>
            </w:tcMar>
            <w:vAlign w:val="center"/>
          </w:tcPr>
          <w:p w14:paraId="371DA224" w14:textId="77777777" w:rsidR="00871FBD" w:rsidRPr="00F51F43" w:rsidRDefault="00871FBD" w:rsidP="00871FBD">
            <w:pPr>
              <w:spacing w:after="0" w:line="240" w:lineRule="auto"/>
              <w:jc w:val="center"/>
              <w:rPr>
                <w:noProof/>
                <w:sz w:val="20"/>
                <w:szCs w:val="20"/>
              </w:rPr>
            </w:pPr>
            <w:r w:rsidRPr="00F51F43">
              <w:rPr>
                <w:noProof/>
                <w:sz w:val="20"/>
                <w:szCs w:val="20"/>
              </w:rPr>
              <w:t>reakcije djece, fotodokumentacija, reakcije suradnika</w:t>
            </w:r>
          </w:p>
        </w:tc>
      </w:tr>
      <w:tr w:rsidR="00871FBD" w:rsidRPr="00F51F43" w14:paraId="662A7F30" w14:textId="77777777" w:rsidTr="00871FBD">
        <w:trPr>
          <w:cantSplit/>
          <w:jc w:val="center"/>
        </w:trPr>
        <w:tc>
          <w:tcPr>
            <w:tcW w:w="507" w:type="dxa"/>
            <w:tcMar>
              <w:top w:w="80" w:type="dxa"/>
              <w:left w:w="80" w:type="dxa"/>
              <w:bottom w:w="80" w:type="dxa"/>
              <w:right w:w="80" w:type="dxa"/>
            </w:tcMar>
            <w:vAlign w:val="center"/>
          </w:tcPr>
          <w:p w14:paraId="272B4BDA" w14:textId="77777777" w:rsidR="00871FBD" w:rsidRPr="00F51F43" w:rsidRDefault="00871FBD" w:rsidP="00871FBD">
            <w:pPr>
              <w:spacing w:after="0" w:line="240" w:lineRule="auto"/>
              <w:jc w:val="center"/>
              <w:rPr>
                <w:noProof/>
                <w:sz w:val="20"/>
                <w:szCs w:val="20"/>
              </w:rPr>
            </w:pPr>
            <w:r w:rsidRPr="00F51F43">
              <w:rPr>
                <w:noProof/>
                <w:sz w:val="20"/>
                <w:szCs w:val="20"/>
              </w:rPr>
              <w:t>78.</w:t>
            </w:r>
          </w:p>
        </w:tc>
        <w:tc>
          <w:tcPr>
            <w:tcW w:w="1395" w:type="dxa"/>
            <w:tcMar>
              <w:top w:w="80" w:type="dxa"/>
              <w:left w:w="80" w:type="dxa"/>
              <w:bottom w:w="80" w:type="dxa"/>
              <w:right w:w="80" w:type="dxa"/>
            </w:tcMar>
            <w:vAlign w:val="center"/>
          </w:tcPr>
          <w:p w14:paraId="4309B294"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66149D13" w14:textId="77777777" w:rsidR="00871FBD" w:rsidRPr="00F51F43" w:rsidRDefault="00871FBD" w:rsidP="00871FBD">
            <w:pPr>
              <w:spacing w:after="0" w:line="240" w:lineRule="auto"/>
              <w:jc w:val="center"/>
              <w:rPr>
                <w:noProof/>
                <w:sz w:val="20"/>
                <w:szCs w:val="20"/>
              </w:rPr>
            </w:pPr>
            <w:r w:rsidRPr="00F51F43">
              <w:rPr>
                <w:noProof/>
                <w:sz w:val="20"/>
                <w:szCs w:val="20"/>
              </w:rPr>
              <w:t>Trgovina mješovitom robom „NTL“</w:t>
            </w:r>
          </w:p>
        </w:tc>
        <w:tc>
          <w:tcPr>
            <w:tcW w:w="1015" w:type="dxa"/>
            <w:tcMar>
              <w:top w:w="80" w:type="dxa"/>
              <w:left w:w="80" w:type="dxa"/>
              <w:bottom w:w="80" w:type="dxa"/>
              <w:right w:w="80" w:type="dxa"/>
            </w:tcMar>
            <w:vAlign w:val="center"/>
          </w:tcPr>
          <w:p w14:paraId="3FDABC6B" w14:textId="77777777" w:rsidR="00871FBD" w:rsidRPr="00F51F43" w:rsidRDefault="00871FBD" w:rsidP="00871FBD">
            <w:pPr>
              <w:spacing w:after="0" w:line="240" w:lineRule="auto"/>
              <w:jc w:val="center"/>
              <w:rPr>
                <w:noProof/>
                <w:sz w:val="20"/>
                <w:szCs w:val="20"/>
              </w:rPr>
            </w:pPr>
            <w:r w:rsidRPr="00F51F43">
              <w:rPr>
                <w:noProof/>
                <w:sz w:val="20"/>
                <w:szCs w:val="20"/>
              </w:rPr>
              <w:t>lipanj</w:t>
            </w:r>
          </w:p>
        </w:tc>
        <w:tc>
          <w:tcPr>
            <w:tcW w:w="761" w:type="dxa"/>
            <w:tcMar>
              <w:top w:w="80" w:type="dxa"/>
              <w:left w:w="80" w:type="dxa"/>
              <w:bottom w:w="80" w:type="dxa"/>
              <w:right w:w="80" w:type="dxa"/>
            </w:tcMar>
            <w:vAlign w:val="center"/>
          </w:tcPr>
          <w:p w14:paraId="457B1888"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1E68F412"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3B682823" w14:textId="77777777" w:rsidR="00871FBD" w:rsidRPr="00F51F43" w:rsidRDefault="00871FBD" w:rsidP="00871FBD">
            <w:pPr>
              <w:spacing w:after="0" w:line="240" w:lineRule="auto"/>
              <w:jc w:val="center"/>
              <w:rPr>
                <w:noProof/>
                <w:sz w:val="20"/>
                <w:szCs w:val="20"/>
              </w:rPr>
            </w:pPr>
            <w:r w:rsidRPr="00F51F43">
              <w:rPr>
                <w:noProof/>
                <w:sz w:val="20"/>
                <w:szCs w:val="20"/>
              </w:rPr>
              <w:t>Djelatnici trgovine</w:t>
            </w:r>
          </w:p>
        </w:tc>
        <w:tc>
          <w:tcPr>
            <w:tcW w:w="3207" w:type="dxa"/>
            <w:tcMar>
              <w:top w:w="80" w:type="dxa"/>
              <w:left w:w="80" w:type="dxa"/>
              <w:bottom w:w="80" w:type="dxa"/>
              <w:right w:w="80" w:type="dxa"/>
            </w:tcMar>
            <w:vAlign w:val="center"/>
          </w:tcPr>
          <w:p w14:paraId="25D89923" w14:textId="77777777" w:rsidR="00871FBD" w:rsidRPr="00F51F43" w:rsidRDefault="00871FBD" w:rsidP="00871FBD">
            <w:pPr>
              <w:spacing w:after="0" w:line="240" w:lineRule="auto"/>
              <w:jc w:val="center"/>
              <w:rPr>
                <w:noProof/>
                <w:sz w:val="20"/>
                <w:szCs w:val="20"/>
              </w:rPr>
            </w:pPr>
            <w:r w:rsidRPr="00F51F43">
              <w:rPr>
                <w:noProof/>
                <w:sz w:val="20"/>
                <w:szCs w:val="20"/>
              </w:rPr>
              <w:t>posjet, razgovor, razgledavanje</w:t>
            </w:r>
          </w:p>
        </w:tc>
        <w:tc>
          <w:tcPr>
            <w:tcW w:w="2928" w:type="dxa"/>
            <w:tcMar>
              <w:top w:w="80" w:type="dxa"/>
              <w:left w:w="80" w:type="dxa"/>
              <w:bottom w:w="80" w:type="dxa"/>
              <w:right w:w="80" w:type="dxa"/>
            </w:tcMar>
            <w:vAlign w:val="center"/>
          </w:tcPr>
          <w:p w14:paraId="0177A611" w14:textId="77777777" w:rsidR="00871FBD" w:rsidRPr="00F51F43" w:rsidRDefault="00871FBD" w:rsidP="00871FBD">
            <w:pPr>
              <w:spacing w:after="0" w:line="240" w:lineRule="auto"/>
              <w:jc w:val="center"/>
              <w:rPr>
                <w:noProof/>
                <w:sz w:val="20"/>
                <w:szCs w:val="20"/>
              </w:rPr>
            </w:pPr>
            <w:r w:rsidRPr="00F51F43">
              <w:rPr>
                <w:noProof/>
                <w:sz w:val="20"/>
                <w:szCs w:val="20"/>
              </w:rPr>
              <w:t>reakcije djece, reakcije suradnika</w:t>
            </w:r>
          </w:p>
        </w:tc>
      </w:tr>
      <w:tr w:rsidR="00871FBD" w:rsidRPr="00F51F43" w14:paraId="26842638" w14:textId="77777777" w:rsidTr="00871FBD">
        <w:trPr>
          <w:cantSplit/>
          <w:jc w:val="center"/>
        </w:trPr>
        <w:tc>
          <w:tcPr>
            <w:tcW w:w="507" w:type="dxa"/>
            <w:tcMar>
              <w:top w:w="80" w:type="dxa"/>
              <w:left w:w="80" w:type="dxa"/>
              <w:bottom w:w="80" w:type="dxa"/>
              <w:right w:w="80" w:type="dxa"/>
            </w:tcMar>
            <w:vAlign w:val="center"/>
          </w:tcPr>
          <w:p w14:paraId="075E4A4E" w14:textId="77777777" w:rsidR="00871FBD" w:rsidRPr="00F51F43" w:rsidRDefault="00871FBD" w:rsidP="00871FBD">
            <w:pPr>
              <w:spacing w:after="0" w:line="240" w:lineRule="auto"/>
              <w:jc w:val="center"/>
              <w:rPr>
                <w:noProof/>
                <w:sz w:val="20"/>
                <w:szCs w:val="20"/>
              </w:rPr>
            </w:pPr>
            <w:r w:rsidRPr="00F51F43">
              <w:rPr>
                <w:noProof/>
                <w:sz w:val="20"/>
                <w:szCs w:val="20"/>
              </w:rPr>
              <w:t>79.</w:t>
            </w:r>
          </w:p>
        </w:tc>
        <w:tc>
          <w:tcPr>
            <w:tcW w:w="1395" w:type="dxa"/>
            <w:tcMar>
              <w:top w:w="80" w:type="dxa"/>
              <w:left w:w="80" w:type="dxa"/>
              <w:bottom w:w="80" w:type="dxa"/>
              <w:right w:w="80" w:type="dxa"/>
            </w:tcMar>
            <w:vAlign w:val="center"/>
          </w:tcPr>
          <w:p w14:paraId="47554690"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2D80CCF1" w14:textId="77777777" w:rsidR="00871FBD" w:rsidRPr="00F51F43" w:rsidRDefault="00871FBD" w:rsidP="00871FBD">
            <w:pPr>
              <w:spacing w:after="0" w:line="240" w:lineRule="auto"/>
              <w:jc w:val="center"/>
              <w:rPr>
                <w:noProof/>
                <w:sz w:val="20"/>
                <w:szCs w:val="20"/>
              </w:rPr>
            </w:pPr>
            <w:r w:rsidRPr="00F51F43">
              <w:rPr>
                <w:noProof/>
                <w:sz w:val="20"/>
                <w:szCs w:val="20"/>
              </w:rPr>
              <w:t>Grgina arka - utočište za životinje</w:t>
            </w:r>
          </w:p>
        </w:tc>
        <w:tc>
          <w:tcPr>
            <w:tcW w:w="1015" w:type="dxa"/>
            <w:tcMar>
              <w:top w:w="80" w:type="dxa"/>
              <w:left w:w="80" w:type="dxa"/>
              <w:bottom w:w="80" w:type="dxa"/>
              <w:right w:w="80" w:type="dxa"/>
            </w:tcMar>
            <w:vAlign w:val="center"/>
          </w:tcPr>
          <w:p w14:paraId="41431018" w14:textId="77777777" w:rsidR="00871FBD" w:rsidRPr="00F51F43" w:rsidRDefault="00871FBD" w:rsidP="00871FBD">
            <w:pPr>
              <w:spacing w:after="0" w:line="240" w:lineRule="auto"/>
              <w:jc w:val="center"/>
              <w:rPr>
                <w:noProof/>
                <w:sz w:val="20"/>
                <w:szCs w:val="20"/>
              </w:rPr>
            </w:pPr>
            <w:r w:rsidRPr="00F51F43">
              <w:rPr>
                <w:noProof/>
                <w:sz w:val="20"/>
                <w:szCs w:val="20"/>
              </w:rPr>
              <w:t>prema dogovoru</w:t>
            </w:r>
          </w:p>
        </w:tc>
        <w:tc>
          <w:tcPr>
            <w:tcW w:w="761" w:type="dxa"/>
            <w:tcMar>
              <w:top w:w="80" w:type="dxa"/>
              <w:left w:w="80" w:type="dxa"/>
              <w:bottom w:w="80" w:type="dxa"/>
              <w:right w:w="80" w:type="dxa"/>
            </w:tcMar>
            <w:vAlign w:val="center"/>
          </w:tcPr>
          <w:p w14:paraId="44CD3AB1"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10516734" w14:textId="77777777" w:rsidR="00871FBD" w:rsidRPr="00F51F43" w:rsidRDefault="00871FBD" w:rsidP="00871FBD">
            <w:pPr>
              <w:spacing w:after="0" w:line="240" w:lineRule="auto"/>
              <w:jc w:val="center"/>
              <w:rPr>
                <w:noProof/>
                <w:sz w:val="20"/>
                <w:szCs w:val="20"/>
              </w:rPr>
            </w:pPr>
            <w:r w:rsidRPr="00F51F43">
              <w:rPr>
                <w:noProof/>
                <w:sz w:val="20"/>
                <w:szCs w:val="20"/>
              </w:rPr>
              <w:t>Makići</w:t>
            </w:r>
          </w:p>
        </w:tc>
        <w:tc>
          <w:tcPr>
            <w:tcW w:w="1701" w:type="dxa"/>
            <w:tcMar>
              <w:top w:w="80" w:type="dxa"/>
              <w:left w:w="80" w:type="dxa"/>
              <w:bottom w:w="80" w:type="dxa"/>
              <w:right w:w="80" w:type="dxa"/>
            </w:tcMar>
            <w:vAlign w:val="center"/>
          </w:tcPr>
          <w:p w14:paraId="1DF0F3A2" w14:textId="77777777" w:rsidR="00871FBD" w:rsidRPr="00F51F43" w:rsidRDefault="00871FBD" w:rsidP="00871FBD">
            <w:pPr>
              <w:spacing w:after="0" w:line="240" w:lineRule="auto"/>
              <w:jc w:val="center"/>
              <w:rPr>
                <w:noProof/>
                <w:sz w:val="20"/>
                <w:szCs w:val="20"/>
              </w:rPr>
            </w:pPr>
          </w:p>
        </w:tc>
        <w:tc>
          <w:tcPr>
            <w:tcW w:w="3207" w:type="dxa"/>
            <w:tcMar>
              <w:top w:w="80" w:type="dxa"/>
              <w:left w:w="80" w:type="dxa"/>
              <w:bottom w:w="80" w:type="dxa"/>
              <w:right w:w="80" w:type="dxa"/>
            </w:tcMar>
            <w:vAlign w:val="center"/>
          </w:tcPr>
          <w:p w14:paraId="3FBF5B1A" w14:textId="77777777" w:rsidR="00871FBD" w:rsidRPr="00F51F43" w:rsidRDefault="00871FBD" w:rsidP="00871FBD">
            <w:pPr>
              <w:spacing w:after="0" w:line="240" w:lineRule="auto"/>
              <w:jc w:val="center"/>
              <w:rPr>
                <w:noProof/>
                <w:sz w:val="20"/>
                <w:szCs w:val="20"/>
              </w:rPr>
            </w:pPr>
            <w:r w:rsidRPr="00F51F43">
              <w:rPr>
                <w:noProof/>
                <w:sz w:val="20"/>
                <w:szCs w:val="20"/>
              </w:rPr>
              <w:t>posjet, razgovor, razgledavanje</w:t>
            </w:r>
          </w:p>
        </w:tc>
        <w:tc>
          <w:tcPr>
            <w:tcW w:w="2928" w:type="dxa"/>
            <w:tcMar>
              <w:top w:w="80" w:type="dxa"/>
              <w:left w:w="80" w:type="dxa"/>
              <w:bottom w:w="80" w:type="dxa"/>
              <w:right w:w="80" w:type="dxa"/>
            </w:tcMar>
            <w:vAlign w:val="center"/>
          </w:tcPr>
          <w:p w14:paraId="2B16D8B3" w14:textId="77777777" w:rsidR="00871FBD" w:rsidRPr="00F51F43" w:rsidRDefault="00871FBD" w:rsidP="00871FBD">
            <w:pPr>
              <w:spacing w:after="0" w:line="240" w:lineRule="auto"/>
              <w:jc w:val="center"/>
              <w:rPr>
                <w:noProof/>
                <w:sz w:val="20"/>
                <w:szCs w:val="20"/>
              </w:rPr>
            </w:pPr>
            <w:r w:rsidRPr="00F51F43">
              <w:rPr>
                <w:noProof/>
                <w:sz w:val="20"/>
                <w:szCs w:val="20"/>
              </w:rPr>
              <w:t>reakcije djece, likovni radovi, reakcije suradnika</w:t>
            </w:r>
          </w:p>
        </w:tc>
      </w:tr>
      <w:tr w:rsidR="00871FBD" w:rsidRPr="00F51F43" w14:paraId="6F416600" w14:textId="77777777" w:rsidTr="00871FBD">
        <w:trPr>
          <w:cantSplit/>
          <w:jc w:val="center"/>
        </w:trPr>
        <w:tc>
          <w:tcPr>
            <w:tcW w:w="507" w:type="dxa"/>
            <w:tcMar>
              <w:top w:w="80" w:type="dxa"/>
              <w:left w:w="80" w:type="dxa"/>
              <w:bottom w:w="80" w:type="dxa"/>
              <w:right w:w="80" w:type="dxa"/>
            </w:tcMar>
            <w:vAlign w:val="center"/>
          </w:tcPr>
          <w:p w14:paraId="36BAE7FE" w14:textId="77777777" w:rsidR="00871FBD" w:rsidRPr="00F51F43" w:rsidRDefault="00871FBD" w:rsidP="00871FBD">
            <w:pPr>
              <w:spacing w:after="0" w:line="240" w:lineRule="auto"/>
              <w:jc w:val="center"/>
              <w:rPr>
                <w:noProof/>
                <w:sz w:val="20"/>
                <w:szCs w:val="20"/>
              </w:rPr>
            </w:pPr>
            <w:r w:rsidRPr="00F51F43">
              <w:rPr>
                <w:noProof/>
                <w:sz w:val="20"/>
                <w:szCs w:val="20"/>
              </w:rPr>
              <w:t>80.</w:t>
            </w:r>
          </w:p>
        </w:tc>
        <w:tc>
          <w:tcPr>
            <w:tcW w:w="1395" w:type="dxa"/>
            <w:tcMar>
              <w:top w:w="80" w:type="dxa"/>
              <w:left w:w="80" w:type="dxa"/>
              <w:bottom w:w="80" w:type="dxa"/>
              <w:right w:w="80" w:type="dxa"/>
            </w:tcMar>
            <w:vAlign w:val="center"/>
          </w:tcPr>
          <w:p w14:paraId="3B62D736"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59E70796" w14:textId="77777777" w:rsidR="00871FBD" w:rsidRPr="00F51F43" w:rsidRDefault="00871FBD" w:rsidP="00871FBD">
            <w:pPr>
              <w:spacing w:after="0" w:line="240" w:lineRule="auto"/>
              <w:jc w:val="center"/>
              <w:rPr>
                <w:noProof/>
                <w:sz w:val="20"/>
                <w:szCs w:val="20"/>
              </w:rPr>
            </w:pPr>
            <w:r w:rsidRPr="00F51F43">
              <w:rPr>
                <w:noProof/>
                <w:sz w:val="20"/>
                <w:szCs w:val="20"/>
              </w:rPr>
              <w:t>Farma ljama - Koprivnica</w:t>
            </w:r>
          </w:p>
        </w:tc>
        <w:tc>
          <w:tcPr>
            <w:tcW w:w="1015" w:type="dxa"/>
            <w:tcMar>
              <w:top w:w="80" w:type="dxa"/>
              <w:left w:w="80" w:type="dxa"/>
              <w:bottom w:w="80" w:type="dxa"/>
              <w:right w:w="80" w:type="dxa"/>
            </w:tcMar>
            <w:vAlign w:val="center"/>
          </w:tcPr>
          <w:p w14:paraId="0F1ADE96" w14:textId="77777777" w:rsidR="00871FBD" w:rsidRPr="00F51F43" w:rsidRDefault="00871FBD" w:rsidP="00871FBD">
            <w:pPr>
              <w:spacing w:after="0" w:line="240" w:lineRule="auto"/>
              <w:jc w:val="center"/>
              <w:rPr>
                <w:noProof/>
                <w:sz w:val="20"/>
                <w:szCs w:val="20"/>
              </w:rPr>
            </w:pPr>
            <w:r w:rsidRPr="00F51F43">
              <w:rPr>
                <w:noProof/>
                <w:sz w:val="20"/>
                <w:szCs w:val="20"/>
              </w:rPr>
              <w:t>prema dogovoru</w:t>
            </w:r>
          </w:p>
        </w:tc>
        <w:tc>
          <w:tcPr>
            <w:tcW w:w="761" w:type="dxa"/>
            <w:tcMar>
              <w:top w:w="80" w:type="dxa"/>
              <w:left w:w="80" w:type="dxa"/>
              <w:bottom w:w="80" w:type="dxa"/>
              <w:right w:w="80" w:type="dxa"/>
            </w:tcMar>
            <w:vAlign w:val="center"/>
          </w:tcPr>
          <w:p w14:paraId="14D9D2D9" w14:textId="77777777" w:rsidR="00871FBD" w:rsidRPr="00F51F43" w:rsidRDefault="00871FBD" w:rsidP="00871FBD">
            <w:pPr>
              <w:spacing w:after="0" w:line="240" w:lineRule="auto"/>
              <w:jc w:val="center"/>
              <w:rPr>
                <w:noProof/>
                <w:sz w:val="20"/>
                <w:szCs w:val="20"/>
              </w:rPr>
            </w:pPr>
            <w:r w:rsidRPr="00F51F43">
              <w:rPr>
                <w:noProof/>
                <w:sz w:val="20"/>
                <w:szCs w:val="20"/>
              </w:rPr>
              <w:t>20</w:t>
            </w:r>
          </w:p>
        </w:tc>
        <w:tc>
          <w:tcPr>
            <w:tcW w:w="1054" w:type="dxa"/>
            <w:tcMar>
              <w:top w:w="80" w:type="dxa"/>
              <w:left w:w="80" w:type="dxa"/>
              <w:bottom w:w="80" w:type="dxa"/>
              <w:right w:w="80" w:type="dxa"/>
            </w:tcMar>
            <w:vAlign w:val="center"/>
          </w:tcPr>
          <w:p w14:paraId="037A84B6" w14:textId="77777777" w:rsidR="00871FBD" w:rsidRPr="00F51F43" w:rsidRDefault="00871FBD" w:rsidP="00871FBD">
            <w:pPr>
              <w:spacing w:after="0" w:line="240" w:lineRule="auto"/>
              <w:jc w:val="center"/>
              <w:rPr>
                <w:noProof/>
                <w:sz w:val="20"/>
                <w:szCs w:val="20"/>
              </w:rPr>
            </w:pPr>
            <w:r w:rsidRPr="00F51F43">
              <w:rPr>
                <w:noProof/>
                <w:sz w:val="20"/>
                <w:szCs w:val="20"/>
              </w:rPr>
              <w:t>Makići</w:t>
            </w:r>
          </w:p>
        </w:tc>
        <w:tc>
          <w:tcPr>
            <w:tcW w:w="1701" w:type="dxa"/>
            <w:tcMar>
              <w:top w:w="80" w:type="dxa"/>
              <w:left w:w="80" w:type="dxa"/>
              <w:bottom w:w="80" w:type="dxa"/>
              <w:right w:w="80" w:type="dxa"/>
            </w:tcMar>
            <w:vAlign w:val="center"/>
          </w:tcPr>
          <w:p w14:paraId="0E41DE3C" w14:textId="77777777" w:rsidR="00871FBD" w:rsidRPr="00F51F43" w:rsidRDefault="00871FBD" w:rsidP="00871FBD">
            <w:pPr>
              <w:spacing w:after="0" w:line="240" w:lineRule="auto"/>
              <w:jc w:val="center"/>
              <w:rPr>
                <w:noProof/>
                <w:sz w:val="20"/>
                <w:szCs w:val="20"/>
              </w:rPr>
            </w:pPr>
          </w:p>
        </w:tc>
        <w:tc>
          <w:tcPr>
            <w:tcW w:w="3207" w:type="dxa"/>
            <w:tcMar>
              <w:top w:w="80" w:type="dxa"/>
              <w:left w:w="80" w:type="dxa"/>
              <w:bottom w:w="80" w:type="dxa"/>
              <w:right w:w="80" w:type="dxa"/>
            </w:tcMar>
            <w:vAlign w:val="center"/>
          </w:tcPr>
          <w:p w14:paraId="0FF76C68" w14:textId="77777777" w:rsidR="00871FBD" w:rsidRPr="00F51F43" w:rsidRDefault="00871FBD" w:rsidP="00871FBD">
            <w:pPr>
              <w:spacing w:after="0" w:line="240" w:lineRule="auto"/>
              <w:jc w:val="center"/>
              <w:rPr>
                <w:noProof/>
                <w:sz w:val="20"/>
                <w:szCs w:val="20"/>
              </w:rPr>
            </w:pPr>
            <w:r w:rsidRPr="00F51F43">
              <w:rPr>
                <w:noProof/>
                <w:sz w:val="20"/>
                <w:szCs w:val="20"/>
              </w:rPr>
              <w:t>posjet, razgovor, razgledavanje</w:t>
            </w:r>
          </w:p>
        </w:tc>
        <w:tc>
          <w:tcPr>
            <w:tcW w:w="2928" w:type="dxa"/>
            <w:tcMar>
              <w:top w:w="80" w:type="dxa"/>
              <w:left w:w="80" w:type="dxa"/>
              <w:bottom w:w="80" w:type="dxa"/>
              <w:right w:w="80" w:type="dxa"/>
            </w:tcMar>
            <w:vAlign w:val="center"/>
          </w:tcPr>
          <w:p w14:paraId="220685A2" w14:textId="77777777" w:rsidR="00871FBD" w:rsidRPr="00F51F43" w:rsidRDefault="00871FBD" w:rsidP="00871FBD">
            <w:pPr>
              <w:spacing w:after="0" w:line="240" w:lineRule="auto"/>
              <w:jc w:val="center"/>
              <w:rPr>
                <w:noProof/>
                <w:sz w:val="20"/>
                <w:szCs w:val="20"/>
              </w:rPr>
            </w:pPr>
            <w:r w:rsidRPr="00F51F43">
              <w:rPr>
                <w:noProof/>
                <w:sz w:val="20"/>
                <w:szCs w:val="20"/>
              </w:rPr>
              <w:t>reakcije djece, likovni radovi, reakcije suradnika</w:t>
            </w:r>
          </w:p>
        </w:tc>
      </w:tr>
      <w:tr w:rsidR="00871FBD" w:rsidRPr="00F51F43" w14:paraId="72ED7E12" w14:textId="77777777" w:rsidTr="00871FBD">
        <w:trPr>
          <w:cantSplit/>
          <w:jc w:val="center"/>
        </w:trPr>
        <w:tc>
          <w:tcPr>
            <w:tcW w:w="507" w:type="dxa"/>
            <w:tcMar>
              <w:top w:w="80" w:type="dxa"/>
              <w:left w:w="80" w:type="dxa"/>
              <w:bottom w:w="80" w:type="dxa"/>
              <w:right w:w="80" w:type="dxa"/>
            </w:tcMar>
            <w:vAlign w:val="center"/>
          </w:tcPr>
          <w:p w14:paraId="3AF2F926" w14:textId="77777777" w:rsidR="00871FBD" w:rsidRPr="00F51F43" w:rsidRDefault="00871FBD" w:rsidP="00871FBD">
            <w:pPr>
              <w:spacing w:after="0" w:line="240" w:lineRule="auto"/>
              <w:jc w:val="center"/>
              <w:rPr>
                <w:noProof/>
                <w:sz w:val="20"/>
                <w:szCs w:val="20"/>
              </w:rPr>
            </w:pPr>
            <w:r w:rsidRPr="00F51F43">
              <w:rPr>
                <w:noProof/>
                <w:sz w:val="20"/>
                <w:szCs w:val="20"/>
              </w:rPr>
              <w:t>81.</w:t>
            </w:r>
          </w:p>
        </w:tc>
        <w:tc>
          <w:tcPr>
            <w:tcW w:w="1395" w:type="dxa"/>
            <w:tcMar>
              <w:top w:w="80" w:type="dxa"/>
              <w:left w:w="80" w:type="dxa"/>
              <w:bottom w:w="80" w:type="dxa"/>
              <w:right w:w="80" w:type="dxa"/>
            </w:tcMar>
            <w:vAlign w:val="center"/>
          </w:tcPr>
          <w:p w14:paraId="164CF70E"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21AE9C2B"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42A9ED6B" w14:textId="77777777" w:rsidR="00871FBD" w:rsidRPr="00F51F43" w:rsidRDefault="00871FBD" w:rsidP="00871FBD">
            <w:pPr>
              <w:spacing w:after="0" w:line="240" w:lineRule="auto"/>
              <w:jc w:val="center"/>
              <w:rPr>
                <w:noProof/>
                <w:sz w:val="20"/>
                <w:szCs w:val="20"/>
              </w:rPr>
            </w:pPr>
            <w:r w:rsidRPr="00F51F43">
              <w:rPr>
                <w:noProof/>
                <w:sz w:val="20"/>
                <w:szCs w:val="20"/>
              </w:rPr>
              <w:t>siječanj</w:t>
            </w:r>
          </w:p>
        </w:tc>
        <w:tc>
          <w:tcPr>
            <w:tcW w:w="761" w:type="dxa"/>
            <w:tcMar>
              <w:top w:w="80" w:type="dxa"/>
              <w:left w:w="80" w:type="dxa"/>
              <w:bottom w:w="80" w:type="dxa"/>
              <w:right w:w="80" w:type="dxa"/>
            </w:tcMar>
            <w:vAlign w:val="center"/>
          </w:tcPr>
          <w:p w14:paraId="0C060CDF"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5F28892C"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312345BC" w14:textId="77777777" w:rsidR="00871FBD" w:rsidRPr="00F51F43" w:rsidRDefault="00871FBD" w:rsidP="00871FBD">
            <w:pPr>
              <w:spacing w:after="0" w:line="240" w:lineRule="auto"/>
              <w:jc w:val="center"/>
              <w:rPr>
                <w:noProof/>
                <w:sz w:val="20"/>
                <w:szCs w:val="20"/>
              </w:rPr>
            </w:pPr>
            <w:r w:rsidRPr="00F51F43">
              <w:rPr>
                <w:noProof/>
                <w:sz w:val="20"/>
                <w:szCs w:val="20"/>
              </w:rPr>
              <w:t>Knjižnica i čitaonica Fran Galović</w:t>
            </w:r>
          </w:p>
        </w:tc>
        <w:tc>
          <w:tcPr>
            <w:tcW w:w="3207" w:type="dxa"/>
            <w:tcMar>
              <w:top w:w="80" w:type="dxa"/>
              <w:left w:w="80" w:type="dxa"/>
              <w:bottom w:w="80" w:type="dxa"/>
              <w:right w:w="80" w:type="dxa"/>
            </w:tcMar>
            <w:vAlign w:val="center"/>
          </w:tcPr>
          <w:p w14:paraId="31371497" w14:textId="77777777" w:rsidR="00871FBD" w:rsidRPr="00F51F43" w:rsidRDefault="00871FBD" w:rsidP="00871FBD">
            <w:pPr>
              <w:spacing w:after="0" w:line="240" w:lineRule="auto"/>
              <w:jc w:val="center"/>
              <w:rPr>
                <w:noProof/>
                <w:sz w:val="20"/>
                <w:szCs w:val="20"/>
              </w:rPr>
            </w:pPr>
            <w:r w:rsidRPr="00F51F43">
              <w:rPr>
                <w:noProof/>
                <w:sz w:val="20"/>
                <w:szCs w:val="20"/>
              </w:rPr>
              <w:t>Upoznavanje knjižnice</w:t>
            </w:r>
          </w:p>
        </w:tc>
        <w:tc>
          <w:tcPr>
            <w:tcW w:w="2928" w:type="dxa"/>
            <w:tcMar>
              <w:top w:w="80" w:type="dxa"/>
              <w:left w:w="80" w:type="dxa"/>
              <w:bottom w:w="80" w:type="dxa"/>
              <w:right w:w="80" w:type="dxa"/>
            </w:tcMar>
            <w:vAlign w:val="center"/>
          </w:tcPr>
          <w:p w14:paraId="291DAFC9"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2AD22252" w14:textId="77777777" w:rsidTr="00871FBD">
        <w:trPr>
          <w:cantSplit/>
          <w:jc w:val="center"/>
        </w:trPr>
        <w:tc>
          <w:tcPr>
            <w:tcW w:w="507" w:type="dxa"/>
            <w:tcMar>
              <w:top w:w="80" w:type="dxa"/>
              <w:left w:w="80" w:type="dxa"/>
              <w:bottom w:w="80" w:type="dxa"/>
              <w:right w:w="80" w:type="dxa"/>
            </w:tcMar>
            <w:vAlign w:val="center"/>
          </w:tcPr>
          <w:p w14:paraId="1C0A6064" w14:textId="77777777" w:rsidR="00871FBD" w:rsidRPr="00F51F43" w:rsidRDefault="00871FBD" w:rsidP="00871FBD">
            <w:pPr>
              <w:spacing w:after="0" w:line="240" w:lineRule="auto"/>
              <w:jc w:val="center"/>
              <w:rPr>
                <w:noProof/>
                <w:sz w:val="20"/>
                <w:szCs w:val="20"/>
              </w:rPr>
            </w:pPr>
            <w:r w:rsidRPr="00F51F43">
              <w:rPr>
                <w:noProof/>
                <w:sz w:val="20"/>
                <w:szCs w:val="20"/>
              </w:rPr>
              <w:t>82.</w:t>
            </w:r>
          </w:p>
        </w:tc>
        <w:tc>
          <w:tcPr>
            <w:tcW w:w="1395" w:type="dxa"/>
            <w:tcMar>
              <w:top w:w="80" w:type="dxa"/>
              <w:left w:w="80" w:type="dxa"/>
              <w:bottom w:w="80" w:type="dxa"/>
              <w:right w:w="80" w:type="dxa"/>
            </w:tcMar>
            <w:vAlign w:val="center"/>
          </w:tcPr>
          <w:p w14:paraId="5520ACE0"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6194F154" w14:textId="77777777" w:rsidR="00871FBD" w:rsidRPr="00F51F43" w:rsidRDefault="00871FBD" w:rsidP="00871FBD">
            <w:pPr>
              <w:spacing w:after="0" w:line="240" w:lineRule="auto"/>
              <w:jc w:val="center"/>
              <w:rPr>
                <w:noProof/>
                <w:sz w:val="20"/>
                <w:szCs w:val="20"/>
              </w:rPr>
            </w:pPr>
            <w:r w:rsidRPr="00F51F43">
              <w:rPr>
                <w:noProof/>
                <w:sz w:val="20"/>
                <w:szCs w:val="20"/>
              </w:rPr>
              <w:t>Prema dogovoru</w:t>
            </w:r>
          </w:p>
        </w:tc>
        <w:tc>
          <w:tcPr>
            <w:tcW w:w="1015" w:type="dxa"/>
            <w:tcMar>
              <w:top w:w="80" w:type="dxa"/>
              <w:left w:w="80" w:type="dxa"/>
              <w:bottom w:w="80" w:type="dxa"/>
              <w:right w:w="80" w:type="dxa"/>
            </w:tcMar>
            <w:vAlign w:val="center"/>
          </w:tcPr>
          <w:p w14:paraId="29FB0932" w14:textId="77777777" w:rsidR="00871FBD" w:rsidRPr="00F51F43" w:rsidRDefault="00871FBD" w:rsidP="00871FBD">
            <w:pPr>
              <w:spacing w:after="0" w:line="240" w:lineRule="auto"/>
              <w:jc w:val="center"/>
              <w:rPr>
                <w:noProof/>
                <w:sz w:val="20"/>
                <w:szCs w:val="20"/>
              </w:rPr>
            </w:pPr>
            <w:r w:rsidRPr="00F51F43">
              <w:rPr>
                <w:noProof/>
                <w:sz w:val="20"/>
                <w:szCs w:val="20"/>
              </w:rPr>
              <w:t>svibanj / lipanj</w:t>
            </w:r>
          </w:p>
        </w:tc>
        <w:tc>
          <w:tcPr>
            <w:tcW w:w="761" w:type="dxa"/>
            <w:tcMar>
              <w:top w:w="80" w:type="dxa"/>
              <w:left w:w="80" w:type="dxa"/>
              <w:bottom w:w="80" w:type="dxa"/>
              <w:right w:w="80" w:type="dxa"/>
            </w:tcMar>
            <w:vAlign w:val="center"/>
          </w:tcPr>
          <w:p w14:paraId="1E9C894D"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764C030B"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w:t>
            </w:r>
          </w:p>
        </w:tc>
        <w:tc>
          <w:tcPr>
            <w:tcW w:w="1701" w:type="dxa"/>
            <w:tcMar>
              <w:top w:w="80" w:type="dxa"/>
              <w:left w:w="80" w:type="dxa"/>
              <w:bottom w:w="80" w:type="dxa"/>
              <w:right w:w="80" w:type="dxa"/>
            </w:tcMar>
            <w:vAlign w:val="center"/>
          </w:tcPr>
          <w:p w14:paraId="5D1DC66A" w14:textId="77777777" w:rsidR="00871FBD" w:rsidRPr="00F51F43" w:rsidRDefault="00871FBD" w:rsidP="00871FBD">
            <w:pPr>
              <w:spacing w:after="0" w:line="240" w:lineRule="auto"/>
              <w:jc w:val="center"/>
              <w:rPr>
                <w:noProof/>
                <w:sz w:val="20"/>
                <w:szCs w:val="20"/>
              </w:rPr>
            </w:pPr>
            <w:r w:rsidRPr="00F51F43">
              <w:rPr>
                <w:noProof/>
                <w:sz w:val="20"/>
                <w:szCs w:val="20"/>
              </w:rPr>
              <w:t>Putnička agencija Podravina express tours</w:t>
            </w:r>
          </w:p>
        </w:tc>
        <w:tc>
          <w:tcPr>
            <w:tcW w:w="3207" w:type="dxa"/>
            <w:tcMar>
              <w:top w:w="80" w:type="dxa"/>
              <w:left w:w="80" w:type="dxa"/>
              <w:bottom w:w="80" w:type="dxa"/>
              <w:right w:w="80" w:type="dxa"/>
            </w:tcMar>
            <w:vAlign w:val="center"/>
          </w:tcPr>
          <w:p w14:paraId="5A51AF71" w14:textId="77777777" w:rsidR="00871FBD" w:rsidRPr="00F51F43" w:rsidRDefault="00871FBD" w:rsidP="00871FBD">
            <w:pPr>
              <w:spacing w:after="0" w:line="240" w:lineRule="auto"/>
              <w:jc w:val="center"/>
              <w:rPr>
                <w:noProof/>
                <w:sz w:val="20"/>
                <w:szCs w:val="20"/>
              </w:rPr>
            </w:pPr>
          </w:p>
        </w:tc>
        <w:tc>
          <w:tcPr>
            <w:tcW w:w="2928" w:type="dxa"/>
            <w:tcMar>
              <w:top w:w="80" w:type="dxa"/>
              <w:left w:w="80" w:type="dxa"/>
              <w:bottom w:w="80" w:type="dxa"/>
              <w:right w:w="80" w:type="dxa"/>
            </w:tcMar>
            <w:vAlign w:val="center"/>
          </w:tcPr>
          <w:p w14:paraId="0AC46137"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58EB14D4" w14:textId="77777777" w:rsidTr="00871FBD">
        <w:trPr>
          <w:cantSplit/>
          <w:jc w:val="center"/>
        </w:trPr>
        <w:tc>
          <w:tcPr>
            <w:tcW w:w="507" w:type="dxa"/>
            <w:tcMar>
              <w:top w:w="80" w:type="dxa"/>
              <w:left w:w="80" w:type="dxa"/>
              <w:bottom w:w="80" w:type="dxa"/>
              <w:right w:w="80" w:type="dxa"/>
            </w:tcMar>
            <w:vAlign w:val="center"/>
          </w:tcPr>
          <w:p w14:paraId="5A7B6520"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83.</w:t>
            </w:r>
          </w:p>
        </w:tc>
        <w:tc>
          <w:tcPr>
            <w:tcW w:w="1395" w:type="dxa"/>
            <w:tcMar>
              <w:top w:w="80" w:type="dxa"/>
              <w:left w:w="80" w:type="dxa"/>
              <w:bottom w:w="80" w:type="dxa"/>
              <w:right w:w="80" w:type="dxa"/>
            </w:tcMar>
            <w:vAlign w:val="center"/>
          </w:tcPr>
          <w:p w14:paraId="4AE36573"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10B7CB0A" w14:textId="77777777" w:rsidR="00871FBD" w:rsidRPr="00F51F43" w:rsidRDefault="00871FBD" w:rsidP="00871FBD">
            <w:pPr>
              <w:spacing w:after="0" w:line="240" w:lineRule="auto"/>
              <w:jc w:val="center"/>
              <w:rPr>
                <w:noProof/>
                <w:sz w:val="20"/>
                <w:szCs w:val="20"/>
              </w:rPr>
            </w:pPr>
            <w:r w:rsidRPr="00F51F43">
              <w:rPr>
                <w:noProof/>
                <w:sz w:val="20"/>
                <w:szCs w:val="20"/>
              </w:rPr>
              <w:t>Hrvatska Pošta, podružnica Koprivnički Ivanec</w:t>
            </w:r>
          </w:p>
        </w:tc>
        <w:tc>
          <w:tcPr>
            <w:tcW w:w="1015" w:type="dxa"/>
            <w:tcMar>
              <w:top w:w="80" w:type="dxa"/>
              <w:left w:w="80" w:type="dxa"/>
              <w:bottom w:w="80" w:type="dxa"/>
              <w:right w:w="80" w:type="dxa"/>
            </w:tcMar>
            <w:vAlign w:val="center"/>
          </w:tcPr>
          <w:p w14:paraId="75F50570"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53DE8C7A"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1BC008A7"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3118AA76" w14:textId="77777777" w:rsidR="00871FBD" w:rsidRPr="00F51F43" w:rsidRDefault="00871FBD" w:rsidP="00871FBD">
            <w:pPr>
              <w:spacing w:after="0" w:line="240" w:lineRule="auto"/>
              <w:jc w:val="center"/>
              <w:rPr>
                <w:noProof/>
                <w:sz w:val="20"/>
                <w:szCs w:val="20"/>
              </w:rPr>
            </w:pPr>
            <w:r w:rsidRPr="00F51F43">
              <w:rPr>
                <w:noProof/>
                <w:sz w:val="20"/>
                <w:szCs w:val="20"/>
              </w:rPr>
              <w:t>Djelatnica Pošte podružnice</w:t>
            </w:r>
          </w:p>
        </w:tc>
        <w:tc>
          <w:tcPr>
            <w:tcW w:w="3207" w:type="dxa"/>
            <w:tcMar>
              <w:top w:w="80" w:type="dxa"/>
              <w:left w:w="80" w:type="dxa"/>
              <w:bottom w:w="80" w:type="dxa"/>
              <w:right w:w="80" w:type="dxa"/>
            </w:tcMar>
            <w:vAlign w:val="center"/>
          </w:tcPr>
          <w:p w14:paraId="1A5048C3" w14:textId="77777777" w:rsidR="00871FBD" w:rsidRPr="00F51F43" w:rsidRDefault="00871FBD" w:rsidP="00871FBD">
            <w:pPr>
              <w:spacing w:after="0" w:line="240" w:lineRule="auto"/>
              <w:jc w:val="center"/>
              <w:rPr>
                <w:noProof/>
                <w:sz w:val="20"/>
                <w:szCs w:val="20"/>
              </w:rPr>
            </w:pPr>
            <w:r w:rsidRPr="00F51F43">
              <w:rPr>
                <w:noProof/>
                <w:sz w:val="20"/>
                <w:szCs w:val="20"/>
              </w:rPr>
              <w:t>Posjet uz razgledavanje i upoznavanje prostora, njegove svrhe</w:t>
            </w:r>
          </w:p>
        </w:tc>
        <w:tc>
          <w:tcPr>
            <w:tcW w:w="2928" w:type="dxa"/>
            <w:tcMar>
              <w:top w:w="80" w:type="dxa"/>
              <w:left w:w="80" w:type="dxa"/>
              <w:bottom w:w="80" w:type="dxa"/>
              <w:right w:w="80" w:type="dxa"/>
            </w:tcMar>
            <w:vAlign w:val="center"/>
          </w:tcPr>
          <w:p w14:paraId="150416CB" w14:textId="77777777" w:rsidR="00871FBD" w:rsidRPr="00F51F43" w:rsidRDefault="00871FBD" w:rsidP="00871FBD">
            <w:pPr>
              <w:spacing w:after="0" w:line="240" w:lineRule="auto"/>
              <w:jc w:val="center"/>
              <w:rPr>
                <w:noProof/>
                <w:sz w:val="20"/>
                <w:szCs w:val="20"/>
              </w:rPr>
            </w:pPr>
            <w:r w:rsidRPr="00F51F43">
              <w:rPr>
                <w:noProof/>
                <w:sz w:val="20"/>
                <w:szCs w:val="20"/>
              </w:rPr>
              <w:t>interes djece, reakcije djece</w:t>
            </w:r>
          </w:p>
        </w:tc>
      </w:tr>
      <w:tr w:rsidR="00871FBD" w:rsidRPr="00F51F43" w14:paraId="1368EFBF" w14:textId="77777777" w:rsidTr="00871FBD">
        <w:trPr>
          <w:cantSplit/>
          <w:jc w:val="center"/>
        </w:trPr>
        <w:tc>
          <w:tcPr>
            <w:tcW w:w="507" w:type="dxa"/>
            <w:tcMar>
              <w:top w:w="80" w:type="dxa"/>
              <w:left w:w="80" w:type="dxa"/>
              <w:bottom w:w="80" w:type="dxa"/>
              <w:right w:w="80" w:type="dxa"/>
            </w:tcMar>
            <w:vAlign w:val="center"/>
          </w:tcPr>
          <w:p w14:paraId="4D8AF3DD" w14:textId="77777777" w:rsidR="00871FBD" w:rsidRPr="00F51F43" w:rsidRDefault="00871FBD" w:rsidP="00871FBD">
            <w:pPr>
              <w:spacing w:after="0" w:line="240" w:lineRule="auto"/>
              <w:jc w:val="center"/>
              <w:rPr>
                <w:noProof/>
                <w:sz w:val="20"/>
                <w:szCs w:val="20"/>
              </w:rPr>
            </w:pPr>
            <w:r w:rsidRPr="00F51F43">
              <w:rPr>
                <w:noProof/>
                <w:sz w:val="20"/>
                <w:szCs w:val="20"/>
              </w:rPr>
              <w:t>84.</w:t>
            </w:r>
          </w:p>
        </w:tc>
        <w:tc>
          <w:tcPr>
            <w:tcW w:w="1395" w:type="dxa"/>
            <w:tcMar>
              <w:top w:w="80" w:type="dxa"/>
              <w:left w:w="80" w:type="dxa"/>
              <w:bottom w:w="80" w:type="dxa"/>
              <w:right w:w="80" w:type="dxa"/>
            </w:tcMar>
            <w:vAlign w:val="center"/>
          </w:tcPr>
          <w:p w14:paraId="66BA3FDF"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12313F02" w14:textId="77777777" w:rsidR="00871FBD" w:rsidRPr="00F51F43" w:rsidRDefault="00871FBD" w:rsidP="00871FBD">
            <w:pPr>
              <w:spacing w:after="0" w:line="240" w:lineRule="auto"/>
              <w:jc w:val="center"/>
              <w:rPr>
                <w:noProof/>
                <w:sz w:val="20"/>
                <w:szCs w:val="20"/>
              </w:rPr>
            </w:pPr>
            <w:r w:rsidRPr="00F51F43">
              <w:rPr>
                <w:noProof/>
                <w:sz w:val="20"/>
                <w:szCs w:val="20"/>
              </w:rPr>
              <w:t>Posjet mjesnoj Crkvi i groblju povodom blagdana Svi Sveti</w:t>
            </w:r>
          </w:p>
        </w:tc>
        <w:tc>
          <w:tcPr>
            <w:tcW w:w="1015" w:type="dxa"/>
            <w:tcMar>
              <w:top w:w="80" w:type="dxa"/>
              <w:left w:w="80" w:type="dxa"/>
              <w:bottom w:w="80" w:type="dxa"/>
              <w:right w:w="80" w:type="dxa"/>
            </w:tcMar>
            <w:vAlign w:val="center"/>
          </w:tcPr>
          <w:p w14:paraId="064ADFE9"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017C9942"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24102184"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19E282B3" w14:textId="77777777" w:rsidR="00871FBD" w:rsidRPr="00F51F43" w:rsidRDefault="00871FBD" w:rsidP="00871FBD">
            <w:pPr>
              <w:spacing w:after="0" w:line="240" w:lineRule="auto"/>
              <w:jc w:val="center"/>
              <w:rPr>
                <w:noProof/>
                <w:sz w:val="20"/>
                <w:szCs w:val="20"/>
              </w:rPr>
            </w:pPr>
            <w:r w:rsidRPr="00F51F43">
              <w:rPr>
                <w:noProof/>
                <w:sz w:val="20"/>
                <w:szCs w:val="20"/>
              </w:rPr>
              <w:t>Svećenik Damir Slamek</w:t>
            </w:r>
          </w:p>
        </w:tc>
        <w:tc>
          <w:tcPr>
            <w:tcW w:w="3207" w:type="dxa"/>
            <w:tcMar>
              <w:top w:w="80" w:type="dxa"/>
              <w:left w:w="80" w:type="dxa"/>
              <w:bottom w:w="80" w:type="dxa"/>
              <w:right w:w="80" w:type="dxa"/>
            </w:tcMar>
            <w:vAlign w:val="center"/>
          </w:tcPr>
          <w:p w14:paraId="21BCBF6B" w14:textId="77777777" w:rsidR="00871FBD" w:rsidRPr="00F51F43" w:rsidRDefault="00871FBD" w:rsidP="00871FBD">
            <w:pPr>
              <w:spacing w:after="0" w:line="240" w:lineRule="auto"/>
              <w:jc w:val="center"/>
              <w:rPr>
                <w:noProof/>
                <w:sz w:val="20"/>
                <w:szCs w:val="20"/>
              </w:rPr>
            </w:pPr>
            <w:r w:rsidRPr="00F51F43">
              <w:rPr>
                <w:noProof/>
                <w:sz w:val="20"/>
                <w:szCs w:val="20"/>
              </w:rPr>
              <w:t>Posjet uz razgledavanje, paljenje lampaša</w:t>
            </w:r>
          </w:p>
        </w:tc>
        <w:tc>
          <w:tcPr>
            <w:tcW w:w="2928" w:type="dxa"/>
            <w:tcMar>
              <w:top w:w="80" w:type="dxa"/>
              <w:left w:w="80" w:type="dxa"/>
              <w:bottom w:w="80" w:type="dxa"/>
              <w:right w:w="80" w:type="dxa"/>
            </w:tcMar>
            <w:vAlign w:val="center"/>
          </w:tcPr>
          <w:p w14:paraId="61083869"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1861A73A" w14:textId="77777777" w:rsidTr="00871FBD">
        <w:trPr>
          <w:cantSplit/>
          <w:jc w:val="center"/>
        </w:trPr>
        <w:tc>
          <w:tcPr>
            <w:tcW w:w="507" w:type="dxa"/>
            <w:tcMar>
              <w:top w:w="80" w:type="dxa"/>
              <w:left w:w="80" w:type="dxa"/>
              <w:bottom w:w="80" w:type="dxa"/>
              <w:right w:w="80" w:type="dxa"/>
            </w:tcMar>
            <w:vAlign w:val="center"/>
          </w:tcPr>
          <w:p w14:paraId="3BC23B38" w14:textId="77777777" w:rsidR="00871FBD" w:rsidRPr="00F51F43" w:rsidRDefault="00871FBD" w:rsidP="00871FBD">
            <w:pPr>
              <w:spacing w:after="0" w:line="240" w:lineRule="auto"/>
              <w:jc w:val="center"/>
              <w:rPr>
                <w:noProof/>
                <w:sz w:val="20"/>
                <w:szCs w:val="20"/>
              </w:rPr>
            </w:pPr>
            <w:r w:rsidRPr="00F51F43">
              <w:rPr>
                <w:noProof/>
                <w:sz w:val="20"/>
                <w:szCs w:val="20"/>
              </w:rPr>
              <w:t>85.</w:t>
            </w:r>
          </w:p>
        </w:tc>
        <w:tc>
          <w:tcPr>
            <w:tcW w:w="1395" w:type="dxa"/>
            <w:tcMar>
              <w:top w:w="80" w:type="dxa"/>
              <w:left w:w="80" w:type="dxa"/>
              <w:bottom w:w="80" w:type="dxa"/>
              <w:right w:w="80" w:type="dxa"/>
            </w:tcMar>
            <w:vAlign w:val="center"/>
          </w:tcPr>
          <w:p w14:paraId="25669C1A" w14:textId="77777777" w:rsidR="00871FBD" w:rsidRPr="00F51F43" w:rsidRDefault="00871FBD" w:rsidP="00871FBD">
            <w:pPr>
              <w:spacing w:after="0" w:line="240" w:lineRule="auto"/>
              <w:jc w:val="center"/>
              <w:rPr>
                <w:noProof/>
                <w:sz w:val="20"/>
                <w:szCs w:val="20"/>
              </w:rPr>
            </w:pPr>
            <w:r w:rsidRPr="00F51F43">
              <w:rPr>
                <w:noProof/>
                <w:sz w:val="20"/>
                <w:szCs w:val="20"/>
              </w:rPr>
              <w:t>„Ivančica“ Koprivnički Ivanec</w:t>
            </w:r>
          </w:p>
        </w:tc>
        <w:tc>
          <w:tcPr>
            <w:tcW w:w="1903" w:type="dxa"/>
            <w:tcMar>
              <w:top w:w="80" w:type="dxa"/>
              <w:left w:w="80" w:type="dxa"/>
              <w:bottom w:w="80" w:type="dxa"/>
              <w:right w:w="80" w:type="dxa"/>
            </w:tcMar>
            <w:vAlign w:val="center"/>
          </w:tcPr>
          <w:p w14:paraId="6C7F533B" w14:textId="77777777" w:rsidR="00871FBD" w:rsidRPr="00F51F43" w:rsidRDefault="00871FBD" w:rsidP="00871FBD">
            <w:pPr>
              <w:spacing w:after="0" w:line="240" w:lineRule="auto"/>
              <w:jc w:val="center"/>
              <w:rPr>
                <w:noProof/>
                <w:sz w:val="20"/>
                <w:szCs w:val="20"/>
              </w:rPr>
            </w:pPr>
            <w:r w:rsidRPr="00F51F43">
              <w:rPr>
                <w:noProof/>
                <w:sz w:val="20"/>
                <w:szCs w:val="20"/>
              </w:rPr>
              <w:t>Posjet dječjem vrtiću Koprivnički Bregi.</w:t>
            </w:r>
          </w:p>
        </w:tc>
        <w:tc>
          <w:tcPr>
            <w:tcW w:w="1015" w:type="dxa"/>
            <w:tcMar>
              <w:top w:w="80" w:type="dxa"/>
              <w:left w:w="80" w:type="dxa"/>
              <w:bottom w:w="80" w:type="dxa"/>
              <w:right w:w="80" w:type="dxa"/>
            </w:tcMar>
            <w:vAlign w:val="center"/>
          </w:tcPr>
          <w:p w14:paraId="6BA8EAB4" w14:textId="77777777" w:rsidR="00871FBD" w:rsidRPr="00F51F43" w:rsidRDefault="00871FBD" w:rsidP="00871FBD">
            <w:pPr>
              <w:spacing w:after="0" w:line="240" w:lineRule="auto"/>
              <w:jc w:val="center"/>
              <w:rPr>
                <w:noProof/>
                <w:sz w:val="20"/>
                <w:szCs w:val="20"/>
              </w:rPr>
            </w:pPr>
            <w:r w:rsidRPr="00F51F43">
              <w:rPr>
                <w:noProof/>
                <w:sz w:val="20"/>
                <w:szCs w:val="20"/>
              </w:rPr>
              <w:t>studeni</w:t>
            </w:r>
          </w:p>
        </w:tc>
        <w:tc>
          <w:tcPr>
            <w:tcW w:w="761" w:type="dxa"/>
            <w:tcMar>
              <w:top w:w="80" w:type="dxa"/>
              <w:left w:w="80" w:type="dxa"/>
              <w:bottom w:w="80" w:type="dxa"/>
              <w:right w:w="80" w:type="dxa"/>
            </w:tcMar>
            <w:vAlign w:val="center"/>
          </w:tcPr>
          <w:p w14:paraId="4A40E75D"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36F8AAE2"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7CC0809B" w14:textId="77777777" w:rsidR="00871FBD" w:rsidRPr="00F51F43" w:rsidRDefault="00871FBD" w:rsidP="00871FBD">
            <w:pPr>
              <w:spacing w:after="0" w:line="240" w:lineRule="auto"/>
              <w:jc w:val="center"/>
              <w:rPr>
                <w:noProof/>
                <w:sz w:val="20"/>
                <w:szCs w:val="20"/>
              </w:rPr>
            </w:pPr>
            <w:r w:rsidRPr="00F51F43">
              <w:rPr>
                <w:noProof/>
                <w:sz w:val="20"/>
                <w:szCs w:val="20"/>
              </w:rPr>
              <w:t>Odgojiteljice područnog objekta.</w:t>
            </w:r>
          </w:p>
        </w:tc>
        <w:tc>
          <w:tcPr>
            <w:tcW w:w="3207" w:type="dxa"/>
            <w:tcMar>
              <w:top w:w="80" w:type="dxa"/>
              <w:left w:w="80" w:type="dxa"/>
              <w:bottom w:w="80" w:type="dxa"/>
              <w:right w:w="80" w:type="dxa"/>
            </w:tcMar>
            <w:vAlign w:val="center"/>
          </w:tcPr>
          <w:p w14:paraId="0012B8B8" w14:textId="77777777" w:rsidR="00871FBD" w:rsidRPr="00F51F43" w:rsidRDefault="00871FBD" w:rsidP="00871FBD">
            <w:pPr>
              <w:spacing w:after="0" w:line="240" w:lineRule="auto"/>
              <w:jc w:val="center"/>
              <w:rPr>
                <w:noProof/>
                <w:sz w:val="20"/>
                <w:szCs w:val="20"/>
              </w:rPr>
            </w:pPr>
            <w:r w:rsidRPr="00F51F43">
              <w:rPr>
                <w:noProof/>
                <w:sz w:val="20"/>
                <w:szCs w:val="20"/>
              </w:rPr>
              <w:t>Posjet uz zajedničke igre.</w:t>
            </w:r>
          </w:p>
        </w:tc>
        <w:tc>
          <w:tcPr>
            <w:tcW w:w="2928" w:type="dxa"/>
            <w:tcMar>
              <w:top w:w="80" w:type="dxa"/>
              <w:left w:w="80" w:type="dxa"/>
              <w:bottom w:w="80" w:type="dxa"/>
              <w:right w:w="80" w:type="dxa"/>
            </w:tcMar>
            <w:vAlign w:val="center"/>
          </w:tcPr>
          <w:p w14:paraId="69450870"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6994E33C" w14:textId="77777777" w:rsidTr="00871FBD">
        <w:trPr>
          <w:cantSplit/>
          <w:jc w:val="center"/>
        </w:trPr>
        <w:tc>
          <w:tcPr>
            <w:tcW w:w="507" w:type="dxa"/>
            <w:tcMar>
              <w:top w:w="80" w:type="dxa"/>
              <w:left w:w="80" w:type="dxa"/>
              <w:bottom w:w="80" w:type="dxa"/>
              <w:right w:w="80" w:type="dxa"/>
            </w:tcMar>
            <w:vAlign w:val="center"/>
          </w:tcPr>
          <w:p w14:paraId="75592AD1" w14:textId="77777777" w:rsidR="00871FBD" w:rsidRPr="00F51F43" w:rsidRDefault="00871FBD" w:rsidP="00871FBD">
            <w:pPr>
              <w:spacing w:after="0" w:line="240" w:lineRule="auto"/>
              <w:jc w:val="center"/>
              <w:rPr>
                <w:noProof/>
                <w:sz w:val="20"/>
                <w:szCs w:val="20"/>
              </w:rPr>
            </w:pPr>
            <w:r w:rsidRPr="00F51F43">
              <w:rPr>
                <w:noProof/>
                <w:sz w:val="20"/>
                <w:szCs w:val="20"/>
              </w:rPr>
              <w:t>86.</w:t>
            </w:r>
          </w:p>
        </w:tc>
        <w:tc>
          <w:tcPr>
            <w:tcW w:w="1395" w:type="dxa"/>
            <w:tcMar>
              <w:top w:w="80" w:type="dxa"/>
              <w:left w:w="80" w:type="dxa"/>
              <w:bottom w:w="80" w:type="dxa"/>
              <w:right w:w="80" w:type="dxa"/>
            </w:tcMar>
            <w:vAlign w:val="center"/>
          </w:tcPr>
          <w:p w14:paraId="78CC9074"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5ACEAE25" w14:textId="77777777" w:rsidR="00871FBD" w:rsidRPr="00F51F43" w:rsidRDefault="00871FBD" w:rsidP="00871FBD">
            <w:pPr>
              <w:spacing w:after="0" w:line="240" w:lineRule="auto"/>
              <w:jc w:val="center"/>
              <w:rPr>
                <w:noProof/>
                <w:sz w:val="20"/>
                <w:szCs w:val="20"/>
              </w:rPr>
            </w:pPr>
            <w:r w:rsidRPr="00F51F43">
              <w:rPr>
                <w:noProof/>
                <w:sz w:val="20"/>
                <w:szCs w:val="20"/>
              </w:rPr>
              <w:t>Legrad Podravska banka</w:t>
            </w:r>
          </w:p>
        </w:tc>
        <w:tc>
          <w:tcPr>
            <w:tcW w:w="1015" w:type="dxa"/>
            <w:tcMar>
              <w:top w:w="80" w:type="dxa"/>
              <w:left w:w="80" w:type="dxa"/>
              <w:bottom w:w="80" w:type="dxa"/>
              <w:right w:w="80" w:type="dxa"/>
            </w:tcMar>
            <w:vAlign w:val="center"/>
          </w:tcPr>
          <w:p w14:paraId="45FBB2F5"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640D41F6"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6BA855DA"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33F28415" w14:textId="77777777" w:rsidR="00871FBD" w:rsidRPr="00F51F43" w:rsidRDefault="00871FBD" w:rsidP="00871FBD">
            <w:pPr>
              <w:spacing w:after="0" w:line="240" w:lineRule="auto"/>
              <w:jc w:val="center"/>
              <w:rPr>
                <w:noProof/>
                <w:sz w:val="20"/>
                <w:szCs w:val="20"/>
              </w:rPr>
            </w:pPr>
            <w:r w:rsidRPr="00F51F43">
              <w:rPr>
                <w:noProof/>
                <w:sz w:val="20"/>
                <w:szCs w:val="20"/>
              </w:rPr>
              <w:t>Djelatnik Podravske banke</w:t>
            </w:r>
          </w:p>
        </w:tc>
        <w:tc>
          <w:tcPr>
            <w:tcW w:w="3207" w:type="dxa"/>
            <w:tcMar>
              <w:top w:w="80" w:type="dxa"/>
              <w:left w:w="80" w:type="dxa"/>
              <w:bottom w:w="80" w:type="dxa"/>
              <w:right w:w="80" w:type="dxa"/>
            </w:tcMar>
            <w:vAlign w:val="center"/>
          </w:tcPr>
          <w:p w14:paraId="79C1E514"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w:t>
            </w:r>
          </w:p>
        </w:tc>
        <w:tc>
          <w:tcPr>
            <w:tcW w:w="2928" w:type="dxa"/>
            <w:tcMar>
              <w:top w:w="80" w:type="dxa"/>
              <w:left w:w="80" w:type="dxa"/>
              <w:bottom w:w="80" w:type="dxa"/>
              <w:right w:w="80" w:type="dxa"/>
            </w:tcMar>
            <w:vAlign w:val="center"/>
          </w:tcPr>
          <w:p w14:paraId="1E7E2D19"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59C95274" w14:textId="77777777" w:rsidTr="00871FBD">
        <w:trPr>
          <w:cantSplit/>
          <w:jc w:val="center"/>
        </w:trPr>
        <w:tc>
          <w:tcPr>
            <w:tcW w:w="507" w:type="dxa"/>
            <w:tcMar>
              <w:top w:w="80" w:type="dxa"/>
              <w:left w:w="80" w:type="dxa"/>
              <w:bottom w:w="80" w:type="dxa"/>
              <w:right w:w="80" w:type="dxa"/>
            </w:tcMar>
            <w:vAlign w:val="center"/>
          </w:tcPr>
          <w:p w14:paraId="0FDE55C2" w14:textId="77777777" w:rsidR="00871FBD" w:rsidRPr="00F51F43" w:rsidRDefault="00871FBD" w:rsidP="00871FBD">
            <w:pPr>
              <w:spacing w:after="0" w:line="240" w:lineRule="auto"/>
              <w:jc w:val="center"/>
              <w:rPr>
                <w:noProof/>
                <w:sz w:val="20"/>
                <w:szCs w:val="20"/>
              </w:rPr>
            </w:pPr>
            <w:r w:rsidRPr="00F51F43">
              <w:rPr>
                <w:noProof/>
                <w:sz w:val="20"/>
                <w:szCs w:val="20"/>
              </w:rPr>
              <w:t>87.</w:t>
            </w:r>
          </w:p>
        </w:tc>
        <w:tc>
          <w:tcPr>
            <w:tcW w:w="1395" w:type="dxa"/>
            <w:tcMar>
              <w:top w:w="80" w:type="dxa"/>
              <w:left w:w="80" w:type="dxa"/>
              <w:bottom w:w="80" w:type="dxa"/>
              <w:right w:w="80" w:type="dxa"/>
            </w:tcMar>
            <w:vAlign w:val="center"/>
          </w:tcPr>
          <w:p w14:paraId="5F8CA899"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322CED78" w14:textId="77777777" w:rsidR="00871FBD" w:rsidRPr="00F51F43" w:rsidRDefault="00871FBD" w:rsidP="00871FBD">
            <w:pPr>
              <w:spacing w:after="0" w:line="240" w:lineRule="auto"/>
              <w:jc w:val="center"/>
              <w:rPr>
                <w:noProof/>
                <w:sz w:val="20"/>
                <w:szCs w:val="20"/>
              </w:rPr>
            </w:pPr>
            <w:r w:rsidRPr="00F51F43">
              <w:rPr>
                <w:noProof/>
                <w:sz w:val="20"/>
                <w:szCs w:val="20"/>
              </w:rPr>
              <w:t>Legrad Pošta</w:t>
            </w:r>
          </w:p>
        </w:tc>
        <w:tc>
          <w:tcPr>
            <w:tcW w:w="1015" w:type="dxa"/>
            <w:tcMar>
              <w:top w:w="80" w:type="dxa"/>
              <w:left w:w="80" w:type="dxa"/>
              <w:bottom w:w="80" w:type="dxa"/>
              <w:right w:w="80" w:type="dxa"/>
            </w:tcMar>
            <w:vAlign w:val="center"/>
          </w:tcPr>
          <w:p w14:paraId="009EE00D"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6A0602D3"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03A74A06"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43CF804D" w14:textId="77777777" w:rsidR="00871FBD" w:rsidRPr="00F51F43" w:rsidRDefault="00871FBD" w:rsidP="00871FBD">
            <w:pPr>
              <w:spacing w:after="0" w:line="240" w:lineRule="auto"/>
              <w:jc w:val="center"/>
              <w:rPr>
                <w:noProof/>
                <w:sz w:val="20"/>
                <w:szCs w:val="20"/>
              </w:rPr>
            </w:pPr>
            <w:r w:rsidRPr="00F51F43">
              <w:rPr>
                <w:noProof/>
                <w:sz w:val="20"/>
                <w:szCs w:val="20"/>
              </w:rPr>
              <w:t>Djelatnica pošte</w:t>
            </w:r>
          </w:p>
        </w:tc>
        <w:tc>
          <w:tcPr>
            <w:tcW w:w="3207" w:type="dxa"/>
            <w:tcMar>
              <w:top w:w="80" w:type="dxa"/>
              <w:left w:w="80" w:type="dxa"/>
              <w:bottom w:w="80" w:type="dxa"/>
              <w:right w:w="80" w:type="dxa"/>
            </w:tcMar>
            <w:vAlign w:val="center"/>
          </w:tcPr>
          <w:p w14:paraId="0A79E5B0"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w:t>
            </w:r>
          </w:p>
        </w:tc>
        <w:tc>
          <w:tcPr>
            <w:tcW w:w="2928" w:type="dxa"/>
            <w:tcMar>
              <w:top w:w="80" w:type="dxa"/>
              <w:left w:w="80" w:type="dxa"/>
              <w:bottom w:w="80" w:type="dxa"/>
              <w:right w:w="80" w:type="dxa"/>
            </w:tcMar>
            <w:vAlign w:val="center"/>
          </w:tcPr>
          <w:p w14:paraId="016D5101"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4AB3A90A" w14:textId="77777777" w:rsidTr="00871FBD">
        <w:trPr>
          <w:cantSplit/>
          <w:jc w:val="center"/>
        </w:trPr>
        <w:tc>
          <w:tcPr>
            <w:tcW w:w="507" w:type="dxa"/>
            <w:tcMar>
              <w:top w:w="80" w:type="dxa"/>
              <w:left w:w="80" w:type="dxa"/>
              <w:bottom w:w="80" w:type="dxa"/>
              <w:right w:w="80" w:type="dxa"/>
            </w:tcMar>
            <w:vAlign w:val="center"/>
          </w:tcPr>
          <w:p w14:paraId="1B6D03BC" w14:textId="77777777" w:rsidR="00871FBD" w:rsidRPr="00F51F43" w:rsidRDefault="00871FBD" w:rsidP="00871FBD">
            <w:pPr>
              <w:spacing w:after="0" w:line="240" w:lineRule="auto"/>
              <w:jc w:val="center"/>
              <w:rPr>
                <w:noProof/>
                <w:sz w:val="20"/>
                <w:szCs w:val="20"/>
              </w:rPr>
            </w:pPr>
            <w:r w:rsidRPr="00F51F43">
              <w:rPr>
                <w:noProof/>
                <w:sz w:val="20"/>
                <w:szCs w:val="20"/>
              </w:rPr>
              <w:t>88.</w:t>
            </w:r>
          </w:p>
        </w:tc>
        <w:tc>
          <w:tcPr>
            <w:tcW w:w="1395" w:type="dxa"/>
            <w:tcMar>
              <w:top w:w="80" w:type="dxa"/>
              <w:left w:w="80" w:type="dxa"/>
              <w:bottom w:w="80" w:type="dxa"/>
              <w:right w:w="80" w:type="dxa"/>
            </w:tcMar>
            <w:vAlign w:val="center"/>
          </w:tcPr>
          <w:p w14:paraId="40350F33"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4E94F171" w14:textId="77777777" w:rsidR="00871FBD" w:rsidRPr="00F51F43" w:rsidRDefault="00871FBD" w:rsidP="00871FBD">
            <w:pPr>
              <w:spacing w:after="0" w:line="240" w:lineRule="auto"/>
              <w:jc w:val="center"/>
              <w:rPr>
                <w:noProof/>
                <w:sz w:val="20"/>
                <w:szCs w:val="20"/>
              </w:rPr>
            </w:pPr>
            <w:r w:rsidRPr="00F51F43">
              <w:rPr>
                <w:noProof/>
                <w:sz w:val="20"/>
                <w:szCs w:val="20"/>
              </w:rPr>
              <w:t>Legrad Župa Presvetog Trojstva</w:t>
            </w:r>
          </w:p>
        </w:tc>
        <w:tc>
          <w:tcPr>
            <w:tcW w:w="1015" w:type="dxa"/>
            <w:tcMar>
              <w:top w:w="80" w:type="dxa"/>
              <w:left w:w="80" w:type="dxa"/>
              <w:bottom w:w="80" w:type="dxa"/>
              <w:right w:w="80" w:type="dxa"/>
            </w:tcMar>
            <w:vAlign w:val="center"/>
          </w:tcPr>
          <w:p w14:paraId="42FF54B1"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5860DF91"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176DB2A4"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666B05CF" w14:textId="77777777" w:rsidR="00871FBD" w:rsidRPr="00F51F43" w:rsidRDefault="00871FBD" w:rsidP="00871FBD">
            <w:pPr>
              <w:spacing w:after="0" w:line="240" w:lineRule="auto"/>
              <w:jc w:val="center"/>
              <w:rPr>
                <w:noProof/>
                <w:sz w:val="20"/>
                <w:szCs w:val="20"/>
              </w:rPr>
            </w:pPr>
            <w:r w:rsidRPr="00F51F43">
              <w:rPr>
                <w:noProof/>
                <w:sz w:val="20"/>
                <w:szCs w:val="20"/>
              </w:rPr>
              <w:t>Svećenik</w:t>
            </w:r>
          </w:p>
        </w:tc>
        <w:tc>
          <w:tcPr>
            <w:tcW w:w="3207" w:type="dxa"/>
            <w:tcMar>
              <w:top w:w="80" w:type="dxa"/>
              <w:left w:w="80" w:type="dxa"/>
              <w:bottom w:w="80" w:type="dxa"/>
              <w:right w:w="80" w:type="dxa"/>
            </w:tcMar>
            <w:vAlign w:val="center"/>
          </w:tcPr>
          <w:p w14:paraId="32CAB3F0"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 upoznavanje predmeta</w:t>
            </w:r>
          </w:p>
        </w:tc>
        <w:tc>
          <w:tcPr>
            <w:tcW w:w="2928" w:type="dxa"/>
            <w:tcMar>
              <w:top w:w="80" w:type="dxa"/>
              <w:left w:w="80" w:type="dxa"/>
              <w:bottom w:w="80" w:type="dxa"/>
              <w:right w:w="80" w:type="dxa"/>
            </w:tcMar>
            <w:vAlign w:val="center"/>
          </w:tcPr>
          <w:p w14:paraId="2565BA95"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00EADC31" w14:textId="77777777" w:rsidTr="00871FBD">
        <w:trPr>
          <w:cantSplit/>
          <w:jc w:val="center"/>
        </w:trPr>
        <w:tc>
          <w:tcPr>
            <w:tcW w:w="507" w:type="dxa"/>
            <w:tcMar>
              <w:top w:w="80" w:type="dxa"/>
              <w:left w:w="80" w:type="dxa"/>
              <w:bottom w:w="80" w:type="dxa"/>
              <w:right w:w="80" w:type="dxa"/>
            </w:tcMar>
            <w:vAlign w:val="center"/>
          </w:tcPr>
          <w:p w14:paraId="6968C656" w14:textId="77777777" w:rsidR="00871FBD" w:rsidRPr="00F51F43" w:rsidRDefault="00871FBD" w:rsidP="00871FBD">
            <w:pPr>
              <w:spacing w:after="0" w:line="240" w:lineRule="auto"/>
              <w:jc w:val="center"/>
              <w:rPr>
                <w:noProof/>
                <w:sz w:val="20"/>
                <w:szCs w:val="20"/>
              </w:rPr>
            </w:pPr>
            <w:r w:rsidRPr="00F51F43">
              <w:rPr>
                <w:noProof/>
                <w:sz w:val="20"/>
                <w:szCs w:val="20"/>
              </w:rPr>
              <w:t>89.</w:t>
            </w:r>
          </w:p>
        </w:tc>
        <w:tc>
          <w:tcPr>
            <w:tcW w:w="1395" w:type="dxa"/>
            <w:tcMar>
              <w:top w:w="80" w:type="dxa"/>
              <w:left w:w="80" w:type="dxa"/>
              <w:bottom w:w="80" w:type="dxa"/>
              <w:right w:w="80" w:type="dxa"/>
            </w:tcMar>
            <w:vAlign w:val="center"/>
          </w:tcPr>
          <w:p w14:paraId="738DCC0C"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21D9DD66" w14:textId="77777777" w:rsidR="00871FBD" w:rsidRPr="00F51F43" w:rsidRDefault="00871FBD" w:rsidP="00871FBD">
            <w:pPr>
              <w:spacing w:after="0" w:line="240" w:lineRule="auto"/>
              <w:jc w:val="center"/>
              <w:rPr>
                <w:noProof/>
                <w:sz w:val="20"/>
                <w:szCs w:val="20"/>
              </w:rPr>
            </w:pPr>
            <w:r w:rsidRPr="00F51F43">
              <w:rPr>
                <w:noProof/>
                <w:sz w:val="20"/>
                <w:szCs w:val="20"/>
              </w:rPr>
              <w:t>Legrad Dobrovoljno vatrogasno društvo</w:t>
            </w:r>
          </w:p>
        </w:tc>
        <w:tc>
          <w:tcPr>
            <w:tcW w:w="1015" w:type="dxa"/>
            <w:tcMar>
              <w:top w:w="80" w:type="dxa"/>
              <w:left w:w="80" w:type="dxa"/>
              <w:bottom w:w="80" w:type="dxa"/>
              <w:right w:w="80" w:type="dxa"/>
            </w:tcMar>
            <w:vAlign w:val="center"/>
          </w:tcPr>
          <w:p w14:paraId="3E0F6167"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6F1893F7" w14:textId="77777777" w:rsidR="00871FBD" w:rsidRPr="00F51F43" w:rsidRDefault="00871FBD" w:rsidP="00871FBD">
            <w:pPr>
              <w:spacing w:after="0" w:line="240" w:lineRule="auto"/>
              <w:jc w:val="center"/>
              <w:rPr>
                <w:noProof/>
                <w:sz w:val="20"/>
                <w:szCs w:val="20"/>
              </w:rPr>
            </w:pPr>
            <w:r w:rsidRPr="00F51F43">
              <w:rPr>
                <w:noProof/>
                <w:sz w:val="20"/>
                <w:szCs w:val="20"/>
              </w:rPr>
              <w:t>22</w:t>
            </w:r>
          </w:p>
        </w:tc>
        <w:tc>
          <w:tcPr>
            <w:tcW w:w="1054" w:type="dxa"/>
            <w:tcMar>
              <w:top w:w="80" w:type="dxa"/>
              <w:left w:w="80" w:type="dxa"/>
              <w:bottom w:w="80" w:type="dxa"/>
              <w:right w:w="80" w:type="dxa"/>
            </w:tcMar>
            <w:vAlign w:val="center"/>
          </w:tcPr>
          <w:p w14:paraId="1CF16BFC"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74C862C2" w14:textId="77777777" w:rsidR="00871FBD" w:rsidRPr="00F51F43" w:rsidRDefault="00871FBD" w:rsidP="00871FBD">
            <w:pPr>
              <w:spacing w:after="0" w:line="240" w:lineRule="auto"/>
              <w:jc w:val="center"/>
              <w:rPr>
                <w:noProof/>
                <w:sz w:val="20"/>
                <w:szCs w:val="20"/>
              </w:rPr>
            </w:pPr>
            <w:r w:rsidRPr="00F51F43">
              <w:rPr>
                <w:noProof/>
                <w:sz w:val="20"/>
                <w:szCs w:val="20"/>
              </w:rPr>
              <w:t>Vatrogasci</w:t>
            </w:r>
          </w:p>
        </w:tc>
        <w:tc>
          <w:tcPr>
            <w:tcW w:w="3207" w:type="dxa"/>
            <w:tcMar>
              <w:top w:w="80" w:type="dxa"/>
              <w:left w:w="80" w:type="dxa"/>
              <w:bottom w:w="80" w:type="dxa"/>
              <w:right w:w="80" w:type="dxa"/>
            </w:tcMar>
            <w:vAlign w:val="center"/>
          </w:tcPr>
          <w:p w14:paraId="46819FDE" w14:textId="77777777" w:rsidR="00871FBD" w:rsidRPr="00F51F43" w:rsidRDefault="00871FBD" w:rsidP="00871FBD">
            <w:pPr>
              <w:spacing w:after="0" w:line="240" w:lineRule="auto"/>
              <w:jc w:val="center"/>
              <w:rPr>
                <w:noProof/>
                <w:sz w:val="20"/>
                <w:szCs w:val="20"/>
              </w:rPr>
            </w:pPr>
            <w:r w:rsidRPr="00F51F43">
              <w:rPr>
                <w:noProof/>
                <w:sz w:val="20"/>
                <w:szCs w:val="20"/>
              </w:rPr>
              <w:t>razgledavanje vatrogasnog prostora, razgledavanje Muzeja, upoznavanje sa poslovima vatrogasaca</w:t>
            </w:r>
          </w:p>
        </w:tc>
        <w:tc>
          <w:tcPr>
            <w:tcW w:w="2928" w:type="dxa"/>
            <w:tcMar>
              <w:top w:w="80" w:type="dxa"/>
              <w:left w:w="80" w:type="dxa"/>
              <w:bottom w:w="80" w:type="dxa"/>
              <w:right w:w="80" w:type="dxa"/>
            </w:tcMar>
            <w:vAlign w:val="center"/>
          </w:tcPr>
          <w:p w14:paraId="75DED6FF"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172A5B30" w14:textId="77777777" w:rsidTr="00871FBD">
        <w:trPr>
          <w:cantSplit/>
          <w:jc w:val="center"/>
        </w:trPr>
        <w:tc>
          <w:tcPr>
            <w:tcW w:w="507" w:type="dxa"/>
            <w:tcMar>
              <w:top w:w="80" w:type="dxa"/>
              <w:left w:w="80" w:type="dxa"/>
              <w:bottom w:w="80" w:type="dxa"/>
              <w:right w:w="80" w:type="dxa"/>
            </w:tcMar>
            <w:vAlign w:val="center"/>
          </w:tcPr>
          <w:p w14:paraId="4D0DF87A" w14:textId="77777777" w:rsidR="00871FBD" w:rsidRPr="00F51F43" w:rsidRDefault="00871FBD" w:rsidP="00871FBD">
            <w:pPr>
              <w:spacing w:after="0" w:line="240" w:lineRule="auto"/>
              <w:jc w:val="center"/>
              <w:rPr>
                <w:noProof/>
                <w:sz w:val="20"/>
                <w:szCs w:val="20"/>
              </w:rPr>
            </w:pPr>
            <w:r w:rsidRPr="00F51F43">
              <w:rPr>
                <w:noProof/>
                <w:sz w:val="20"/>
                <w:szCs w:val="20"/>
              </w:rPr>
              <w:t>90.</w:t>
            </w:r>
          </w:p>
        </w:tc>
        <w:tc>
          <w:tcPr>
            <w:tcW w:w="1395" w:type="dxa"/>
            <w:tcMar>
              <w:top w:w="80" w:type="dxa"/>
              <w:left w:w="80" w:type="dxa"/>
              <w:bottom w:w="80" w:type="dxa"/>
              <w:right w:w="80" w:type="dxa"/>
            </w:tcMar>
            <w:vAlign w:val="center"/>
          </w:tcPr>
          <w:p w14:paraId="2C022E66"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6ABAC855" w14:textId="77777777" w:rsidR="00871FBD" w:rsidRPr="00F51F43" w:rsidRDefault="00871FBD" w:rsidP="00871FBD">
            <w:pPr>
              <w:spacing w:after="0" w:line="240" w:lineRule="auto"/>
              <w:jc w:val="center"/>
              <w:rPr>
                <w:noProof/>
                <w:sz w:val="20"/>
                <w:szCs w:val="20"/>
              </w:rPr>
            </w:pPr>
            <w:r w:rsidRPr="00F51F43">
              <w:rPr>
                <w:noProof/>
                <w:sz w:val="20"/>
                <w:szCs w:val="20"/>
              </w:rPr>
              <w:t>jezero Šoderica</w:t>
            </w:r>
          </w:p>
        </w:tc>
        <w:tc>
          <w:tcPr>
            <w:tcW w:w="1015" w:type="dxa"/>
            <w:tcMar>
              <w:top w:w="80" w:type="dxa"/>
              <w:left w:w="80" w:type="dxa"/>
              <w:bottom w:w="80" w:type="dxa"/>
              <w:right w:w="80" w:type="dxa"/>
            </w:tcMar>
            <w:vAlign w:val="center"/>
          </w:tcPr>
          <w:p w14:paraId="1AA45772" w14:textId="77777777" w:rsidR="00871FBD" w:rsidRPr="00F51F43" w:rsidRDefault="00871FBD" w:rsidP="00871FBD">
            <w:pPr>
              <w:spacing w:after="0" w:line="240" w:lineRule="auto"/>
              <w:jc w:val="center"/>
              <w:rPr>
                <w:noProof/>
                <w:sz w:val="20"/>
                <w:szCs w:val="20"/>
              </w:rPr>
            </w:pPr>
          </w:p>
        </w:tc>
        <w:tc>
          <w:tcPr>
            <w:tcW w:w="761" w:type="dxa"/>
            <w:tcMar>
              <w:top w:w="80" w:type="dxa"/>
              <w:left w:w="80" w:type="dxa"/>
              <w:bottom w:w="80" w:type="dxa"/>
              <w:right w:w="80" w:type="dxa"/>
            </w:tcMar>
            <w:vAlign w:val="center"/>
          </w:tcPr>
          <w:p w14:paraId="2DBB7FD7"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0D242344" w14:textId="77777777" w:rsidR="00871FBD" w:rsidRPr="00F51F43" w:rsidRDefault="00871FBD" w:rsidP="00871FBD">
            <w:pPr>
              <w:spacing w:after="0" w:line="240" w:lineRule="auto"/>
              <w:jc w:val="center"/>
              <w:rPr>
                <w:noProof/>
                <w:sz w:val="20"/>
                <w:szCs w:val="20"/>
              </w:rPr>
            </w:pPr>
            <w:r w:rsidRPr="00F51F43">
              <w:rPr>
                <w:noProof/>
                <w:sz w:val="20"/>
                <w:szCs w:val="20"/>
              </w:rPr>
              <w:t>Krijesnice</w:t>
            </w:r>
          </w:p>
        </w:tc>
        <w:tc>
          <w:tcPr>
            <w:tcW w:w="1701" w:type="dxa"/>
            <w:tcMar>
              <w:top w:w="80" w:type="dxa"/>
              <w:left w:w="80" w:type="dxa"/>
              <w:bottom w:w="80" w:type="dxa"/>
              <w:right w:w="80" w:type="dxa"/>
            </w:tcMar>
            <w:vAlign w:val="center"/>
          </w:tcPr>
          <w:p w14:paraId="3E69981B" w14:textId="77777777" w:rsidR="00871FBD" w:rsidRPr="00F51F43" w:rsidRDefault="00871FBD" w:rsidP="00871FBD">
            <w:pPr>
              <w:spacing w:after="0" w:line="240" w:lineRule="auto"/>
              <w:jc w:val="center"/>
              <w:rPr>
                <w:noProof/>
                <w:sz w:val="20"/>
                <w:szCs w:val="20"/>
              </w:rPr>
            </w:pPr>
          </w:p>
        </w:tc>
        <w:tc>
          <w:tcPr>
            <w:tcW w:w="3207" w:type="dxa"/>
            <w:tcMar>
              <w:top w:w="80" w:type="dxa"/>
              <w:left w:w="80" w:type="dxa"/>
              <w:bottom w:w="80" w:type="dxa"/>
              <w:right w:w="80" w:type="dxa"/>
            </w:tcMar>
            <w:vAlign w:val="center"/>
          </w:tcPr>
          <w:p w14:paraId="73FD2AAF" w14:textId="77777777" w:rsidR="00871FBD" w:rsidRPr="00F51F43" w:rsidRDefault="00871FBD" w:rsidP="00871FBD">
            <w:pPr>
              <w:spacing w:after="0" w:line="240" w:lineRule="auto"/>
              <w:jc w:val="center"/>
              <w:rPr>
                <w:noProof/>
                <w:sz w:val="20"/>
                <w:szCs w:val="20"/>
              </w:rPr>
            </w:pPr>
          </w:p>
        </w:tc>
        <w:tc>
          <w:tcPr>
            <w:tcW w:w="2928" w:type="dxa"/>
            <w:tcMar>
              <w:top w:w="80" w:type="dxa"/>
              <w:left w:w="80" w:type="dxa"/>
              <w:bottom w:w="80" w:type="dxa"/>
              <w:right w:w="80" w:type="dxa"/>
            </w:tcMar>
            <w:vAlign w:val="center"/>
          </w:tcPr>
          <w:p w14:paraId="525B6479" w14:textId="77777777" w:rsidR="00871FBD" w:rsidRPr="00F51F43" w:rsidRDefault="00871FBD" w:rsidP="00871FBD">
            <w:pPr>
              <w:spacing w:after="0" w:line="240" w:lineRule="auto"/>
              <w:jc w:val="center"/>
              <w:rPr>
                <w:noProof/>
                <w:sz w:val="20"/>
                <w:szCs w:val="20"/>
              </w:rPr>
            </w:pPr>
            <w:r w:rsidRPr="00F51F43">
              <w:rPr>
                <w:noProof/>
                <w:sz w:val="20"/>
                <w:szCs w:val="20"/>
              </w:rPr>
              <w:t>izjave djece, fotodokumentacija</w:t>
            </w:r>
          </w:p>
        </w:tc>
      </w:tr>
      <w:tr w:rsidR="00871FBD" w:rsidRPr="00F51F43" w14:paraId="0F9E1121" w14:textId="77777777" w:rsidTr="00871FBD">
        <w:trPr>
          <w:cantSplit/>
          <w:jc w:val="center"/>
        </w:trPr>
        <w:tc>
          <w:tcPr>
            <w:tcW w:w="507" w:type="dxa"/>
            <w:tcMar>
              <w:top w:w="80" w:type="dxa"/>
              <w:left w:w="80" w:type="dxa"/>
              <w:bottom w:w="80" w:type="dxa"/>
              <w:right w:w="80" w:type="dxa"/>
            </w:tcMar>
            <w:vAlign w:val="center"/>
          </w:tcPr>
          <w:p w14:paraId="4EF90320" w14:textId="77777777" w:rsidR="00871FBD" w:rsidRPr="00F51F43" w:rsidRDefault="00871FBD" w:rsidP="00871FBD">
            <w:pPr>
              <w:spacing w:after="0" w:line="240" w:lineRule="auto"/>
              <w:jc w:val="center"/>
              <w:rPr>
                <w:noProof/>
                <w:sz w:val="20"/>
                <w:szCs w:val="20"/>
              </w:rPr>
            </w:pPr>
            <w:r w:rsidRPr="00F51F43">
              <w:rPr>
                <w:noProof/>
                <w:sz w:val="20"/>
                <w:szCs w:val="20"/>
              </w:rPr>
              <w:t>91.</w:t>
            </w:r>
          </w:p>
        </w:tc>
        <w:tc>
          <w:tcPr>
            <w:tcW w:w="1395" w:type="dxa"/>
            <w:tcMar>
              <w:top w:w="80" w:type="dxa"/>
              <w:left w:w="80" w:type="dxa"/>
              <w:bottom w:w="80" w:type="dxa"/>
              <w:right w:w="80" w:type="dxa"/>
            </w:tcMar>
            <w:vAlign w:val="center"/>
          </w:tcPr>
          <w:p w14:paraId="41F9AF6D"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22CBC968" w14:textId="77777777" w:rsidR="00871FBD" w:rsidRPr="00F51F43" w:rsidRDefault="00871FBD" w:rsidP="00871FBD">
            <w:pPr>
              <w:spacing w:after="0" w:line="240" w:lineRule="auto"/>
              <w:jc w:val="center"/>
              <w:rPr>
                <w:noProof/>
                <w:sz w:val="20"/>
                <w:szCs w:val="20"/>
              </w:rPr>
            </w:pPr>
            <w:r w:rsidRPr="00F51F43">
              <w:rPr>
                <w:noProof/>
                <w:sz w:val="20"/>
                <w:szCs w:val="20"/>
              </w:rPr>
              <w:t>Vatrogasni dom Koprivnica</w:t>
            </w:r>
          </w:p>
        </w:tc>
        <w:tc>
          <w:tcPr>
            <w:tcW w:w="1015" w:type="dxa"/>
            <w:tcMar>
              <w:top w:w="80" w:type="dxa"/>
              <w:left w:w="80" w:type="dxa"/>
              <w:bottom w:w="80" w:type="dxa"/>
              <w:right w:w="80" w:type="dxa"/>
            </w:tcMar>
            <w:vAlign w:val="center"/>
          </w:tcPr>
          <w:p w14:paraId="7EFA6854" w14:textId="77777777" w:rsidR="00871FBD" w:rsidRPr="00F51F43" w:rsidRDefault="00871FBD" w:rsidP="00871FBD">
            <w:pPr>
              <w:spacing w:after="0" w:line="240" w:lineRule="auto"/>
              <w:jc w:val="center"/>
              <w:rPr>
                <w:noProof/>
                <w:sz w:val="20"/>
                <w:szCs w:val="20"/>
              </w:rPr>
            </w:pPr>
          </w:p>
        </w:tc>
        <w:tc>
          <w:tcPr>
            <w:tcW w:w="761" w:type="dxa"/>
            <w:tcMar>
              <w:top w:w="80" w:type="dxa"/>
              <w:left w:w="80" w:type="dxa"/>
              <w:bottom w:w="80" w:type="dxa"/>
              <w:right w:w="80" w:type="dxa"/>
            </w:tcMar>
            <w:vAlign w:val="center"/>
          </w:tcPr>
          <w:p w14:paraId="67815EA4"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6918AACB" w14:textId="77777777" w:rsidR="00871FBD" w:rsidRPr="00F51F43" w:rsidRDefault="00871FBD" w:rsidP="00871FBD">
            <w:pPr>
              <w:spacing w:after="0" w:line="240" w:lineRule="auto"/>
              <w:jc w:val="center"/>
              <w:rPr>
                <w:noProof/>
                <w:sz w:val="20"/>
                <w:szCs w:val="20"/>
              </w:rPr>
            </w:pPr>
            <w:r w:rsidRPr="00F51F43">
              <w:rPr>
                <w:noProof/>
                <w:sz w:val="20"/>
                <w:szCs w:val="20"/>
              </w:rPr>
              <w:t>Krijesnice</w:t>
            </w:r>
          </w:p>
        </w:tc>
        <w:tc>
          <w:tcPr>
            <w:tcW w:w="1701" w:type="dxa"/>
            <w:tcMar>
              <w:top w:w="80" w:type="dxa"/>
              <w:left w:w="80" w:type="dxa"/>
              <w:bottom w:w="80" w:type="dxa"/>
              <w:right w:w="80" w:type="dxa"/>
            </w:tcMar>
            <w:vAlign w:val="center"/>
          </w:tcPr>
          <w:p w14:paraId="725D1931" w14:textId="77777777" w:rsidR="00871FBD" w:rsidRPr="00F51F43" w:rsidRDefault="00871FBD" w:rsidP="00871FBD">
            <w:pPr>
              <w:spacing w:after="0" w:line="240" w:lineRule="auto"/>
              <w:jc w:val="center"/>
              <w:rPr>
                <w:noProof/>
                <w:sz w:val="20"/>
                <w:szCs w:val="20"/>
              </w:rPr>
            </w:pPr>
          </w:p>
        </w:tc>
        <w:tc>
          <w:tcPr>
            <w:tcW w:w="3207" w:type="dxa"/>
            <w:tcMar>
              <w:top w:w="80" w:type="dxa"/>
              <w:left w:w="80" w:type="dxa"/>
              <w:bottom w:w="80" w:type="dxa"/>
              <w:right w:w="80" w:type="dxa"/>
            </w:tcMar>
            <w:vAlign w:val="center"/>
          </w:tcPr>
          <w:p w14:paraId="789C58C5" w14:textId="77777777" w:rsidR="00871FBD" w:rsidRPr="00F51F43" w:rsidRDefault="00871FBD" w:rsidP="00871FBD">
            <w:pPr>
              <w:spacing w:after="0" w:line="240" w:lineRule="auto"/>
              <w:jc w:val="center"/>
              <w:rPr>
                <w:noProof/>
                <w:sz w:val="20"/>
                <w:szCs w:val="20"/>
              </w:rPr>
            </w:pPr>
          </w:p>
        </w:tc>
        <w:tc>
          <w:tcPr>
            <w:tcW w:w="2928" w:type="dxa"/>
            <w:tcMar>
              <w:top w:w="80" w:type="dxa"/>
              <w:left w:w="80" w:type="dxa"/>
              <w:bottom w:w="80" w:type="dxa"/>
              <w:right w:w="80" w:type="dxa"/>
            </w:tcMar>
            <w:vAlign w:val="center"/>
          </w:tcPr>
          <w:p w14:paraId="21067408" w14:textId="77777777" w:rsidR="00871FBD" w:rsidRPr="00F51F43" w:rsidRDefault="00871FBD" w:rsidP="00871FBD">
            <w:pPr>
              <w:spacing w:after="0" w:line="240" w:lineRule="auto"/>
              <w:jc w:val="center"/>
              <w:rPr>
                <w:noProof/>
                <w:sz w:val="20"/>
                <w:szCs w:val="20"/>
              </w:rPr>
            </w:pPr>
            <w:r w:rsidRPr="00F51F43">
              <w:rPr>
                <w:noProof/>
                <w:sz w:val="20"/>
                <w:szCs w:val="20"/>
              </w:rPr>
              <w:t>izjave djece, fotodokumentacija</w:t>
            </w:r>
          </w:p>
        </w:tc>
      </w:tr>
      <w:tr w:rsidR="00871FBD" w:rsidRPr="00F51F43" w14:paraId="1794F7DD" w14:textId="77777777" w:rsidTr="00871FBD">
        <w:trPr>
          <w:cantSplit/>
          <w:jc w:val="center"/>
        </w:trPr>
        <w:tc>
          <w:tcPr>
            <w:tcW w:w="507" w:type="dxa"/>
            <w:tcMar>
              <w:top w:w="80" w:type="dxa"/>
              <w:left w:w="80" w:type="dxa"/>
              <w:bottom w:w="80" w:type="dxa"/>
              <w:right w:w="80" w:type="dxa"/>
            </w:tcMar>
            <w:vAlign w:val="center"/>
          </w:tcPr>
          <w:p w14:paraId="3E03D7A2" w14:textId="77777777" w:rsidR="00871FBD" w:rsidRPr="00F51F43" w:rsidRDefault="00871FBD" w:rsidP="00871FBD">
            <w:pPr>
              <w:spacing w:after="0" w:line="240" w:lineRule="auto"/>
              <w:jc w:val="center"/>
              <w:rPr>
                <w:noProof/>
                <w:sz w:val="20"/>
                <w:szCs w:val="20"/>
              </w:rPr>
            </w:pPr>
            <w:r w:rsidRPr="00F51F43">
              <w:rPr>
                <w:noProof/>
                <w:sz w:val="20"/>
                <w:szCs w:val="20"/>
              </w:rPr>
              <w:t>92.</w:t>
            </w:r>
          </w:p>
        </w:tc>
        <w:tc>
          <w:tcPr>
            <w:tcW w:w="1395" w:type="dxa"/>
            <w:tcMar>
              <w:top w:w="80" w:type="dxa"/>
              <w:left w:w="80" w:type="dxa"/>
              <w:bottom w:w="80" w:type="dxa"/>
              <w:right w:w="80" w:type="dxa"/>
            </w:tcMar>
            <w:vAlign w:val="center"/>
          </w:tcPr>
          <w:p w14:paraId="347447FB"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6BFA31C3" w14:textId="77777777" w:rsidR="00871FBD" w:rsidRPr="00F51F43" w:rsidRDefault="00871FBD" w:rsidP="00871FBD">
            <w:pPr>
              <w:spacing w:after="0" w:line="240" w:lineRule="auto"/>
              <w:jc w:val="center"/>
              <w:rPr>
                <w:noProof/>
                <w:sz w:val="20"/>
                <w:szCs w:val="20"/>
              </w:rPr>
            </w:pPr>
            <w:r w:rsidRPr="00F51F43">
              <w:rPr>
                <w:noProof/>
                <w:sz w:val="20"/>
                <w:szCs w:val="20"/>
              </w:rPr>
              <w:t>Podravska banka</w:t>
            </w:r>
          </w:p>
        </w:tc>
        <w:tc>
          <w:tcPr>
            <w:tcW w:w="1015" w:type="dxa"/>
            <w:tcMar>
              <w:top w:w="80" w:type="dxa"/>
              <w:left w:w="80" w:type="dxa"/>
              <w:bottom w:w="80" w:type="dxa"/>
              <w:right w:w="80" w:type="dxa"/>
            </w:tcMar>
            <w:vAlign w:val="center"/>
          </w:tcPr>
          <w:p w14:paraId="7853EDEA"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46DB0F63"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5CEA19A9" w14:textId="77777777" w:rsidR="00871FBD" w:rsidRPr="00F51F43" w:rsidRDefault="00871FBD" w:rsidP="00871FBD">
            <w:pPr>
              <w:spacing w:after="0" w:line="240" w:lineRule="auto"/>
              <w:jc w:val="center"/>
              <w:rPr>
                <w:noProof/>
                <w:sz w:val="20"/>
                <w:szCs w:val="20"/>
              </w:rPr>
            </w:pPr>
            <w:r w:rsidRPr="00F51F43">
              <w:rPr>
                <w:noProof/>
                <w:sz w:val="20"/>
                <w:szCs w:val="20"/>
              </w:rPr>
              <w:t>Krijesnice</w:t>
            </w:r>
          </w:p>
        </w:tc>
        <w:tc>
          <w:tcPr>
            <w:tcW w:w="1701" w:type="dxa"/>
            <w:tcMar>
              <w:top w:w="80" w:type="dxa"/>
              <w:left w:w="80" w:type="dxa"/>
              <w:bottom w:w="80" w:type="dxa"/>
              <w:right w:w="80" w:type="dxa"/>
            </w:tcMar>
            <w:vAlign w:val="center"/>
          </w:tcPr>
          <w:p w14:paraId="1BE75A4A" w14:textId="77777777" w:rsidR="00871FBD" w:rsidRPr="00F51F43" w:rsidRDefault="00871FBD" w:rsidP="00871FBD">
            <w:pPr>
              <w:spacing w:after="0" w:line="240" w:lineRule="auto"/>
              <w:jc w:val="center"/>
              <w:rPr>
                <w:noProof/>
                <w:sz w:val="20"/>
                <w:szCs w:val="20"/>
              </w:rPr>
            </w:pPr>
            <w:r w:rsidRPr="00F51F43">
              <w:rPr>
                <w:noProof/>
                <w:sz w:val="20"/>
                <w:szCs w:val="20"/>
              </w:rPr>
              <w:t>djelatnik banke</w:t>
            </w:r>
          </w:p>
        </w:tc>
        <w:tc>
          <w:tcPr>
            <w:tcW w:w="3207" w:type="dxa"/>
            <w:tcMar>
              <w:top w:w="80" w:type="dxa"/>
              <w:left w:w="80" w:type="dxa"/>
              <w:bottom w:w="80" w:type="dxa"/>
              <w:right w:w="80" w:type="dxa"/>
            </w:tcMar>
            <w:vAlign w:val="center"/>
          </w:tcPr>
          <w:p w14:paraId="157F7FF5" w14:textId="77777777" w:rsidR="00871FBD" w:rsidRPr="00F51F43" w:rsidRDefault="00871FBD" w:rsidP="00871FBD">
            <w:pPr>
              <w:spacing w:after="0" w:line="240" w:lineRule="auto"/>
              <w:jc w:val="center"/>
              <w:rPr>
                <w:noProof/>
                <w:sz w:val="20"/>
                <w:szCs w:val="20"/>
              </w:rPr>
            </w:pPr>
            <w:r w:rsidRPr="00F51F43">
              <w:rPr>
                <w:noProof/>
                <w:sz w:val="20"/>
                <w:szCs w:val="20"/>
              </w:rPr>
              <w:t>POSJET BANCI, UPOZNAVANEJ DJELATNIKA I PROSTORA, RAZGOVOR O NOVCU I ŠTEDNJI I PROMATRANJE RADA DJELATNIKA</w:t>
            </w:r>
          </w:p>
        </w:tc>
        <w:tc>
          <w:tcPr>
            <w:tcW w:w="2928" w:type="dxa"/>
            <w:tcMar>
              <w:top w:w="80" w:type="dxa"/>
              <w:left w:w="80" w:type="dxa"/>
              <w:bottom w:w="80" w:type="dxa"/>
              <w:right w:w="80" w:type="dxa"/>
            </w:tcMar>
            <w:vAlign w:val="center"/>
          </w:tcPr>
          <w:p w14:paraId="575CA0E3" w14:textId="77777777" w:rsidR="00871FBD" w:rsidRPr="00F51F43" w:rsidRDefault="00871FBD" w:rsidP="00871FBD">
            <w:pPr>
              <w:spacing w:after="0" w:line="240" w:lineRule="auto"/>
              <w:jc w:val="center"/>
              <w:rPr>
                <w:noProof/>
                <w:sz w:val="20"/>
                <w:szCs w:val="20"/>
              </w:rPr>
            </w:pPr>
            <w:r w:rsidRPr="00F51F43">
              <w:rPr>
                <w:noProof/>
                <w:sz w:val="20"/>
                <w:szCs w:val="20"/>
              </w:rPr>
              <w:t>izjave djece, likovni radovi, razgovor, promatranje</w:t>
            </w:r>
          </w:p>
        </w:tc>
      </w:tr>
      <w:tr w:rsidR="00871FBD" w:rsidRPr="00F51F43" w14:paraId="7CC67664" w14:textId="77777777" w:rsidTr="00871FBD">
        <w:trPr>
          <w:cantSplit/>
          <w:jc w:val="center"/>
        </w:trPr>
        <w:tc>
          <w:tcPr>
            <w:tcW w:w="507" w:type="dxa"/>
            <w:tcMar>
              <w:top w:w="80" w:type="dxa"/>
              <w:left w:w="80" w:type="dxa"/>
              <w:bottom w:w="80" w:type="dxa"/>
              <w:right w:w="80" w:type="dxa"/>
            </w:tcMar>
            <w:vAlign w:val="center"/>
          </w:tcPr>
          <w:p w14:paraId="48F59321"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93.</w:t>
            </w:r>
          </w:p>
        </w:tc>
        <w:tc>
          <w:tcPr>
            <w:tcW w:w="1395" w:type="dxa"/>
            <w:tcMar>
              <w:top w:w="80" w:type="dxa"/>
              <w:left w:w="80" w:type="dxa"/>
              <w:bottom w:w="80" w:type="dxa"/>
              <w:right w:w="80" w:type="dxa"/>
            </w:tcMar>
            <w:vAlign w:val="center"/>
          </w:tcPr>
          <w:p w14:paraId="101A3B86"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596A31AF" w14:textId="77777777" w:rsidR="00871FBD" w:rsidRPr="00F51F43" w:rsidRDefault="00871FBD" w:rsidP="00871FBD">
            <w:pPr>
              <w:spacing w:after="0" w:line="240" w:lineRule="auto"/>
              <w:jc w:val="center"/>
              <w:rPr>
                <w:noProof/>
                <w:sz w:val="20"/>
                <w:szCs w:val="20"/>
              </w:rPr>
            </w:pPr>
            <w:r w:rsidRPr="00F51F43">
              <w:rPr>
                <w:noProof/>
                <w:sz w:val="20"/>
                <w:szCs w:val="20"/>
              </w:rPr>
              <w:t>Crkva Presvetog trojstva</w:t>
            </w:r>
          </w:p>
        </w:tc>
        <w:tc>
          <w:tcPr>
            <w:tcW w:w="1015" w:type="dxa"/>
            <w:tcMar>
              <w:top w:w="80" w:type="dxa"/>
              <w:left w:w="80" w:type="dxa"/>
              <w:bottom w:w="80" w:type="dxa"/>
              <w:right w:w="80" w:type="dxa"/>
            </w:tcMar>
            <w:vAlign w:val="center"/>
          </w:tcPr>
          <w:p w14:paraId="5A00F4A5"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71B63142"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758CB094" w14:textId="77777777" w:rsidR="00871FBD" w:rsidRPr="00F51F43" w:rsidRDefault="00871FBD" w:rsidP="00871FBD">
            <w:pPr>
              <w:spacing w:after="0" w:line="240" w:lineRule="auto"/>
              <w:jc w:val="center"/>
              <w:rPr>
                <w:noProof/>
                <w:sz w:val="20"/>
                <w:szCs w:val="20"/>
              </w:rPr>
            </w:pPr>
            <w:r w:rsidRPr="00F51F43">
              <w:rPr>
                <w:noProof/>
                <w:sz w:val="20"/>
                <w:szCs w:val="20"/>
              </w:rPr>
              <w:t>Krijesnice</w:t>
            </w:r>
          </w:p>
        </w:tc>
        <w:tc>
          <w:tcPr>
            <w:tcW w:w="1701" w:type="dxa"/>
            <w:tcMar>
              <w:top w:w="80" w:type="dxa"/>
              <w:left w:w="80" w:type="dxa"/>
              <w:bottom w:w="80" w:type="dxa"/>
              <w:right w:w="80" w:type="dxa"/>
            </w:tcMar>
            <w:vAlign w:val="center"/>
          </w:tcPr>
          <w:p w14:paraId="315F047E" w14:textId="77777777" w:rsidR="00871FBD" w:rsidRPr="00F51F43" w:rsidRDefault="00871FBD" w:rsidP="00871FBD">
            <w:pPr>
              <w:spacing w:after="0" w:line="240" w:lineRule="auto"/>
              <w:jc w:val="center"/>
              <w:rPr>
                <w:noProof/>
                <w:sz w:val="20"/>
                <w:szCs w:val="20"/>
              </w:rPr>
            </w:pPr>
            <w:r w:rsidRPr="00F51F43">
              <w:rPr>
                <w:noProof/>
                <w:sz w:val="20"/>
                <w:szCs w:val="20"/>
              </w:rPr>
              <w:t>svećenik</w:t>
            </w:r>
          </w:p>
        </w:tc>
        <w:tc>
          <w:tcPr>
            <w:tcW w:w="3207" w:type="dxa"/>
            <w:tcMar>
              <w:top w:w="80" w:type="dxa"/>
              <w:left w:w="80" w:type="dxa"/>
              <w:bottom w:w="80" w:type="dxa"/>
              <w:right w:w="80" w:type="dxa"/>
            </w:tcMar>
            <w:vAlign w:val="center"/>
          </w:tcPr>
          <w:p w14:paraId="253C30D0" w14:textId="77777777" w:rsidR="00871FBD" w:rsidRPr="00F51F43" w:rsidRDefault="00871FBD" w:rsidP="00871FBD">
            <w:pPr>
              <w:spacing w:after="0" w:line="240" w:lineRule="auto"/>
              <w:jc w:val="center"/>
              <w:rPr>
                <w:noProof/>
                <w:sz w:val="20"/>
                <w:szCs w:val="20"/>
              </w:rPr>
            </w:pPr>
            <w:r w:rsidRPr="00F51F43">
              <w:rPr>
                <w:noProof/>
                <w:sz w:val="20"/>
                <w:szCs w:val="20"/>
              </w:rPr>
              <w:t>POSJET CRKVI, UPOZNAVANJE SVEĆENIKA, ZVONARA</w:t>
            </w:r>
          </w:p>
        </w:tc>
        <w:tc>
          <w:tcPr>
            <w:tcW w:w="2928" w:type="dxa"/>
            <w:tcMar>
              <w:top w:w="80" w:type="dxa"/>
              <w:left w:w="80" w:type="dxa"/>
              <w:bottom w:w="80" w:type="dxa"/>
              <w:right w:w="80" w:type="dxa"/>
            </w:tcMar>
            <w:vAlign w:val="center"/>
          </w:tcPr>
          <w:p w14:paraId="112969A4" w14:textId="77777777" w:rsidR="00871FBD" w:rsidRPr="00F51F43" w:rsidRDefault="00871FBD" w:rsidP="00871FBD">
            <w:pPr>
              <w:spacing w:after="0" w:line="240" w:lineRule="auto"/>
              <w:jc w:val="center"/>
              <w:rPr>
                <w:noProof/>
                <w:sz w:val="20"/>
                <w:szCs w:val="20"/>
              </w:rPr>
            </w:pPr>
            <w:r w:rsidRPr="00F51F43">
              <w:rPr>
                <w:noProof/>
                <w:sz w:val="20"/>
                <w:szCs w:val="20"/>
              </w:rPr>
              <w:t>izjave djece, likovni radovi, razgovor, promatranje</w:t>
            </w:r>
          </w:p>
        </w:tc>
      </w:tr>
      <w:tr w:rsidR="00871FBD" w:rsidRPr="00F51F43" w14:paraId="2E94E16D" w14:textId="77777777" w:rsidTr="00871FBD">
        <w:trPr>
          <w:cantSplit/>
          <w:jc w:val="center"/>
        </w:trPr>
        <w:tc>
          <w:tcPr>
            <w:tcW w:w="507" w:type="dxa"/>
            <w:tcMar>
              <w:top w:w="80" w:type="dxa"/>
              <w:left w:w="80" w:type="dxa"/>
              <w:bottom w:w="80" w:type="dxa"/>
              <w:right w:w="80" w:type="dxa"/>
            </w:tcMar>
            <w:vAlign w:val="center"/>
          </w:tcPr>
          <w:p w14:paraId="64B8D4E9" w14:textId="77777777" w:rsidR="00871FBD" w:rsidRPr="00F51F43" w:rsidRDefault="00871FBD" w:rsidP="00871FBD">
            <w:pPr>
              <w:spacing w:after="0" w:line="240" w:lineRule="auto"/>
              <w:jc w:val="center"/>
              <w:rPr>
                <w:noProof/>
                <w:sz w:val="20"/>
                <w:szCs w:val="20"/>
              </w:rPr>
            </w:pPr>
            <w:r w:rsidRPr="00F51F43">
              <w:rPr>
                <w:noProof/>
                <w:sz w:val="20"/>
                <w:szCs w:val="20"/>
              </w:rPr>
              <w:t>94.</w:t>
            </w:r>
          </w:p>
        </w:tc>
        <w:tc>
          <w:tcPr>
            <w:tcW w:w="1395" w:type="dxa"/>
            <w:tcMar>
              <w:top w:w="80" w:type="dxa"/>
              <w:left w:w="80" w:type="dxa"/>
              <w:bottom w:w="80" w:type="dxa"/>
              <w:right w:w="80" w:type="dxa"/>
            </w:tcMar>
            <w:vAlign w:val="center"/>
          </w:tcPr>
          <w:p w14:paraId="21CCCEC8"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492583DB" w14:textId="77777777" w:rsidR="00871FBD" w:rsidRPr="00F51F43" w:rsidRDefault="00871FBD" w:rsidP="00871FBD">
            <w:pPr>
              <w:spacing w:after="0" w:line="240" w:lineRule="auto"/>
              <w:jc w:val="center"/>
              <w:rPr>
                <w:noProof/>
                <w:sz w:val="20"/>
                <w:szCs w:val="20"/>
              </w:rPr>
            </w:pPr>
            <w:r w:rsidRPr="00F51F43">
              <w:rPr>
                <w:noProof/>
                <w:sz w:val="20"/>
                <w:szCs w:val="20"/>
              </w:rPr>
              <w:t>POŠTA</w:t>
            </w:r>
          </w:p>
        </w:tc>
        <w:tc>
          <w:tcPr>
            <w:tcW w:w="1015" w:type="dxa"/>
            <w:tcMar>
              <w:top w:w="80" w:type="dxa"/>
              <w:left w:w="80" w:type="dxa"/>
              <w:bottom w:w="80" w:type="dxa"/>
              <w:right w:w="80" w:type="dxa"/>
            </w:tcMar>
            <w:vAlign w:val="center"/>
          </w:tcPr>
          <w:p w14:paraId="3F40410D" w14:textId="77777777" w:rsidR="00871FBD" w:rsidRPr="00F51F43" w:rsidRDefault="00871FBD" w:rsidP="00871FBD">
            <w:pPr>
              <w:spacing w:after="0" w:line="240" w:lineRule="auto"/>
              <w:jc w:val="center"/>
              <w:rPr>
                <w:noProof/>
                <w:sz w:val="20"/>
                <w:szCs w:val="20"/>
              </w:rPr>
            </w:pPr>
            <w:r w:rsidRPr="00F51F43">
              <w:rPr>
                <w:noProof/>
                <w:sz w:val="20"/>
                <w:szCs w:val="20"/>
              </w:rPr>
              <w:t>siječanj</w:t>
            </w:r>
          </w:p>
        </w:tc>
        <w:tc>
          <w:tcPr>
            <w:tcW w:w="761" w:type="dxa"/>
            <w:tcMar>
              <w:top w:w="80" w:type="dxa"/>
              <w:left w:w="80" w:type="dxa"/>
              <w:bottom w:w="80" w:type="dxa"/>
              <w:right w:w="80" w:type="dxa"/>
            </w:tcMar>
            <w:vAlign w:val="center"/>
          </w:tcPr>
          <w:p w14:paraId="1F0C570F"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37748AEE" w14:textId="77777777" w:rsidR="00871FBD" w:rsidRPr="00F51F43" w:rsidRDefault="00871FBD" w:rsidP="00871FBD">
            <w:pPr>
              <w:spacing w:after="0" w:line="240" w:lineRule="auto"/>
              <w:jc w:val="center"/>
              <w:rPr>
                <w:noProof/>
                <w:sz w:val="20"/>
                <w:szCs w:val="20"/>
              </w:rPr>
            </w:pPr>
            <w:r w:rsidRPr="00F51F43">
              <w:rPr>
                <w:noProof/>
                <w:sz w:val="20"/>
                <w:szCs w:val="20"/>
              </w:rPr>
              <w:t>Krijesnice</w:t>
            </w:r>
          </w:p>
        </w:tc>
        <w:tc>
          <w:tcPr>
            <w:tcW w:w="1701" w:type="dxa"/>
            <w:tcMar>
              <w:top w:w="80" w:type="dxa"/>
              <w:left w:w="80" w:type="dxa"/>
              <w:bottom w:w="80" w:type="dxa"/>
              <w:right w:w="80" w:type="dxa"/>
            </w:tcMar>
            <w:vAlign w:val="center"/>
          </w:tcPr>
          <w:p w14:paraId="0D0293F2" w14:textId="77777777" w:rsidR="00871FBD" w:rsidRPr="00F51F43" w:rsidRDefault="00871FBD" w:rsidP="00871FBD">
            <w:pPr>
              <w:spacing w:after="0" w:line="240" w:lineRule="auto"/>
              <w:jc w:val="center"/>
              <w:rPr>
                <w:noProof/>
                <w:sz w:val="20"/>
                <w:szCs w:val="20"/>
              </w:rPr>
            </w:pPr>
            <w:r w:rsidRPr="00F51F43">
              <w:rPr>
                <w:noProof/>
                <w:sz w:val="20"/>
                <w:szCs w:val="20"/>
              </w:rPr>
              <w:t>djelanik/ica pošte</w:t>
            </w:r>
          </w:p>
        </w:tc>
        <w:tc>
          <w:tcPr>
            <w:tcW w:w="3207" w:type="dxa"/>
            <w:tcMar>
              <w:top w:w="80" w:type="dxa"/>
              <w:left w:w="80" w:type="dxa"/>
              <w:bottom w:w="80" w:type="dxa"/>
              <w:right w:w="80" w:type="dxa"/>
            </w:tcMar>
            <w:vAlign w:val="center"/>
          </w:tcPr>
          <w:p w14:paraId="36F26955" w14:textId="77777777" w:rsidR="00871FBD" w:rsidRPr="00F51F43" w:rsidRDefault="00871FBD" w:rsidP="00871FBD">
            <w:pPr>
              <w:spacing w:after="0" w:line="240" w:lineRule="auto"/>
              <w:jc w:val="center"/>
              <w:rPr>
                <w:noProof/>
                <w:sz w:val="20"/>
                <w:szCs w:val="20"/>
              </w:rPr>
            </w:pPr>
            <w:r w:rsidRPr="00F51F43">
              <w:rPr>
                <w:noProof/>
                <w:sz w:val="20"/>
                <w:szCs w:val="20"/>
              </w:rPr>
              <w:t>POSJET POŠTI</w:t>
            </w:r>
          </w:p>
        </w:tc>
        <w:tc>
          <w:tcPr>
            <w:tcW w:w="2928" w:type="dxa"/>
            <w:tcMar>
              <w:top w:w="80" w:type="dxa"/>
              <w:left w:w="80" w:type="dxa"/>
              <w:bottom w:w="80" w:type="dxa"/>
              <w:right w:w="80" w:type="dxa"/>
            </w:tcMar>
            <w:vAlign w:val="center"/>
          </w:tcPr>
          <w:p w14:paraId="0CBFA11F" w14:textId="77777777" w:rsidR="00871FBD" w:rsidRPr="00F51F43" w:rsidRDefault="00871FBD" w:rsidP="00871FBD">
            <w:pPr>
              <w:spacing w:after="0" w:line="240" w:lineRule="auto"/>
              <w:jc w:val="center"/>
              <w:rPr>
                <w:noProof/>
                <w:sz w:val="20"/>
                <w:szCs w:val="20"/>
              </w:rPr>
            </w:pPr>
            <w:r w:rsidRPr="00F51F43">
              <w:rPr>
                <w:noProof/>
                <w:sz w:val="20"/>
                <w:szCs w:val="20"/>
              </w:rPr>
              <w:t>izjave djece, likovni radovi, razgovor, promatranje</w:t>
            </w:r>
          </w:p>
        </w:tc>
      </w:tr>
      <w:tr w:rsidR="00871FBD" w:rsidRPr="00F51F43" w14:paraId="25167930" w14:textId="77777777" w:rsidTr="00871FBD">
        <w:trPr>
          <w:cantSplit/>
          <w:jc w:val="center"/>
        </w:trPr>
        <w:tc>
          <w:tcPr>
            <w:tcW w:w="507" w:type="dxa"/>
            <w:tcMar>
              <w:top w:w="80" w:type="dxa"/>
              <w:left w:w="80" w:type="dxa"/>
              <w:bottom w:w="80" w:type="dxa"/>
              <w:right w:w="80" w:type="dxa"/>
            </w:tcMar>
            <w:vAlign w:val="center"/>
          </w:tcPr>
          <w:p w14:paraId="2098F129" w14:textId="77777777" w:rsidR="00871FBD" w:rsidRPr="00F51F43" w:rsidRDefault="00871FBD" w:rsidP="00871FBD">
            <w:pPr>
              <w:spacing w:after="0" w:line="240" w:lineRule="auto"/>
              <w:jc w:val="center"/>
              <w:rPr>
                <w:noProof/>
                <w:sz w:val="20"/>
                <w:szCs w:val="20"/>
              </w:rPr>
            </w:pPr>
            <w:r w:rsidRPr="00F51F43">
              <w:rPr>
                <w:noProof/>
                <w:sz w:val="20"/>
                <w:szCs w:val="20"/>
              </w:rPr>
              <w:t>95.</w:t>
            </w:r>
          </w:p>
        </w:tc>
        <w:tc>
          <w:tcPr>
            <w:tcW w:w="1395" w:type="dxa"/>
            <w:tcMar>
              <w:top w:w="80" w:type="dxa"/>
              <w:left w:w="80" w:type="dxa"/>
              <w:bottom w:w="80" w:type="dxa"/>
              <w:right w:w="80" w:type="dxa"/>
            </w:tcMar>
            <w:vAlign w:val="center"/>
          </w:tcPr>
          <w:p w14:paraId="26686E37"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0F58EFED" w14:textId="77777777" w:rsidR="00871FBD" w:rsidRPr="00F51F43" w:rsidRDefault="00871FBD" w:rsidP="00871FBD">
            <w:pPr>
              <w:spacing w:after="0" w:line="240" w:lineRule="auto"/>
              <w:jc w:val="center"/>
              <w:rPr>
                <w:noProof/>
                <w:sz w:val="20"/>
                <w:szCs w:val="20"/>
              </w:rPr>
            </w:pPr>
            <w:r w:rsidRPr="00F51F43">
              <w:rPr>
                <w:noProof/>
                <w:sz w:val="20"/>
                <w:szCs w:val="20"/>
              </w:rPr>
              <w:t>Vatrogasni dom Legrad</w:t>
            </w:r>
          </w:p>
        </w:tc>
        <w:tc>
          <w:tcPr>
            <w:tcW w:w="1015" w:type="dxa"/>
            <w:tcMar>
              <w:top w:w="80" w:type="dxa"/>
              <w:left w:w="80" w:type="dxa"/>
              <w:bottom w:w="80" w:type="dxa"/>
              <w:right w:w="80" w:type="dxa"/>
            </w:tcMar>
            <w:vAlign w:val="center"/>
          </w:tcPr>
          <w:p w14:paraId="61F9168F"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2BE36662" w14:textId="77777777" w:rsidR="00871FBD" w:rsidRPr="00F51F43" w:rsidRDefault="00871FBD" w:rsidP="00871FBD">
            <w:pPr>
              <w:spacing w:after="0" w:line="240" w:lineRule="auto"/>
              <w:jc w:val="center"/>
              <w:rPr>
                <w:noProof/>
                <w:sz w:val="20"/>
                <w:szCs w:val="20"/>
              </w:rPr>
            </w:pPr>
            <w:r w:rsidRPr="00F51F43">
              <w:rPr>
                <w:noProof/>
                <w:sz w:val="20"/>
                <w:szCs w:val="20"/>
              </w:rPr>
              <w:t>13</w:t>
            </w:r>
          </w:p>
        </w:tc>
        <w:tc>
          <w:tcPr>
            <w:tcW w:w="1054" w:type="dxa"/>
            <w:tcMar>
              <w:top w:w="80" w:type="dxa"/>
              <w:left w:w="80" w:type="dxa"/>
              <w:bottom w:w="80" w:type="dxa"/>
              <w:right w:w="80" w:type="dxa"/>
            </w:tcMar>
            <w:vAlign w:val="center"/>
          </w:tcPr>
          <w:p w14:paraId="4DDB8FCC" w14:textId="77777777" w:rsidR="00871FBD" w:rsidRPr="00F51F43" w:rsidRDefault="00871FBD" w:rsidP="00871FBD">
            <w:pPr>
              <w:spacing w:after="0" w:line="240" w:lineRule="auto"/>
              <w:jc w:val="center"/>
              <w:rPr>
                <w:noProof/>
                <w:sz w:val="20"/>
                <w:szCs w:val="20"/>
              </w:rPr>
            </w:pPr>
            <w:r w:rsidRPr="00F51F43">
              <w:rPr>
                <w:noProof/>
                <w:sz w:val="20"/>
                <w:szCs w:val="20"/>
              </w:rPr>
              <w:t>Krijesnice</w:t>
            </w:r>
          </w:p>
        </w:tc>
        <w:tc>
          <w:tcPr>
            <w:tcW w:w="1701" w:type="dxa"/>
            <w:tcMar>
              <w:top w:w="80" w:type="dxa"/>
              <w:left w:w="80" w:type="dxa"/>
              <w:bottom w:w="80" w:type="dxa"/>
              <w:right w:w="80" w:type="dxa"/>
            </w:tcMar>
            <w:vAlign w:val="center"/>
          </w:tcPr>
          <w:p w14:paraId="7B2868E9" w14:textId="77777777" w:rsidR="00871FBD" w:rsidRPr="00F51F43" w:rsidRDefault="00871FBD" w:rsidP="00871FBD">
            <w:pPr>
              <w:spacing w:after="0" w:line="240" w:lineRule="auto"/>
              <w:jc w:val="center"/>
              <w:rPr>
                <w:noProof/>
                <w:sz w:val="20"/>
                <w:szCs w:val="20"/>
              </w:rPr>
            </w:pPr>
          </w:p>
        </w:tc>
        <w:tc>
          <w:tcPr>
            <w:tcW w:w="3207" w:type="dxa"/>
            <w:tcMar>
              <w:top w:w="80" w:type="dxa"/>
              <w:left w:w="80" w:type="dxa"/>
              <w:bottom w:w="80" w:type="dxa"/>
              <w:right w:w="80" w:type="dxa"/>
            </w:tcMar>
            <w:vAlign w:val="center"/>
          </w:tcPr>
          <w:p w14:paraId="584DB0BF" w14:textId="77777777" w:rsidR="00871FBD" w:rsidRPr="00F51F43" w:rsidRDefault="00871FBD" w:rsidP="00871FBD">
            <w:pPr>
              <w:spacing w:after="0" w:line="240" w:lineRule="auto"/>
              <w:jc w:val="center"/>
              <w:rPr>
                <w:noProof/>
                <w:sz w:val="20"/>
                <w:szCs w:val="20"/>
              </w:rPr>
            </w:pPr>
            <w:r w:rsidRPr="00F51F43">
              <w:rPr>
                <w:noProof/>
                <w:sz w:val="20"/>
                <w:szCs w:val="20"/>
              </w:rPr>
              <w:t>POSJET VATROGASNOM DOMU</w:t>
            </w:r>
          </w:p>
        </w:tc>
        <w:tc>
          <w:tcPr>
            <w:tcW w:w="2928" w:type="dxa"/>
            <w:tcMar>
              <w:top w:w="80" w:type="dxa"/>
              <w:left w:w="80" w:type="dxa"/>
              <w:bottom w:w="80" w:type="dxa"/>
              <w:right w:w="80" w:type="dxa"/>
            </w:tcMar>
            <w:vAlign w:val="center"/>
          </w:tcPr>
          <w:p w14:paraId="37828433" w14:textId="77777777" w:rsidR="00871FBD" w:rsidRPr="00F51F43" w:rsidRDefault="00871FBD" w:rsidP="00871FBD">
            <w:pPr>
              <w:spacing w:after="0" w:line="240" w:lineRule="auto"/>
              <w:jc w:val="center"/>
              <w:rPr>
                <w:noProof/>
                <w:sz w:val="20"/>
                <w:szCs w:val="20"/>
              </w:rPr>
            </w:pPr>
            <w:r w:rsidRPr="00F51F43">
              <w:rPr>
                <w:noProof/>
                <w:sz w:val="20"/>
                <w:szCs w:val="20"/>
              </w:rPr>
              <w:t>izjave djece, likovni radovi, razgovor, promatranje</w:t>
            </w:r>
          </w:p>
        </w:tc>
      </w:tr>
      <w:tr w:rsidR="00871FBD" w:rsidRPr="00F51F43" w14:paraId="7B4496C2" w14:textId="77777777" w:rsidTr="00871FBD">
        <w:trPr>
          <w:cantSplit/>
          <w:jc w:val="center"/>
        </w:trPr>
        <w:tc>
          <w:tcPr>
            <w:tcW w:w="507" w:type="dxa"/>
            <w:tcMar>
              <w:top w:w="80" w:type="dxa"/>
              <w:left w:w="80" w:type="dxa"/>
              <w:bottom w:w="80" w:type="dxa"/>
              <w:right w:w="80" w:type="dxa"/>
            </w:tcMar>
            <w:vAlign w:val="center"/>
          </w:tcPr>
          <w:p w14:paraId="6A33E60D" w14:textId="77777777" w:rsidR="00871FBD" w:rsidRPr="00F51F43" w:rsidRDefault="00871FBD" w:rsidP="00871FBD">
            <w:pPr>
              <w:spacing w:after="0" w:line="240" w:lineRule="auto"/>
              <w:jc w:val="center"/>
              <w:rPr>
                <w:noProof/>
                <w:sz w:val="20"/>
                <w:szCs w:val="20"/>
              </w:rPr>
            </w:pPr>
            <w:r w:rsidRPr="00F51F43">
              <w:rPr>
                <w:noProof/>
                <w:sz w:val="20"/>
                <w:szCs w:val="20"/>
              </w:rPr>
              <w:t>96.</w:t>
            </w:r>
          </w:p>
        </w:tc>
        <w:tc>
          <w:tcPr>
            <w:tcW w:w="1395" w:type="dxa"/>
            <w:tcMar>
              <w:top w:w="80" w:type="dxa"/>
              <w:left w:w="80" w:type="dxa"/>
              <w:bottom w:w="80" w:type="dxa"/>
              <w:right w:w="80" w:type="dxa"/>
            </w:tcMar>
            <w:vAlign w:val="center"/>
          </w:tcPr>
          <w:p w14:paraId="640D62BA"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709169E3" w14:textId="77777777" w:rsidR="00871FBD" w:rsidRPr="00F51F43" w:rsidRDefault="00871FBD" w:rsidP="00871FBD">
            <w:pPr>
              <w:spacing w:after="0" w:line="240" w:lineRule="auto"/>
              <w:jc w:val="center"/>
              <w:rPr>
                <w:noProof/>
                <w:sz w:val="20"/>
                <w:szCs w:val="20"/>
              </w:rPr>
            </w:pPr>
            <w:r w:rsidRPr="00F51F43">
              <w:rPr>
                <w:noProof/>
                <w:sz w:val="20"/>
                <w:szCs w:val="20"/>
              </w:rPr>
              <w:t>Bajkovita Šuma</w:t>
            </w:r>
          </w:p>
        </w:tc>
        <w:tc>
          <w:tcPr>
            <w:tcW w:w="1015" w:type="dxa"/>
            <w:tcMar>
              <w:top w:w="80" w:type="dxa"/>
              <w:left w:w="80" w:type="dxa"/>
              <w:bottom w:w="80" w:type="dxa"/>
              <w:right w:w="80" w:type="dxa"/>
            </w:tcMar>
            <w:vAlign w:val="center"/>
          </w:tcPr>
          <w:p w14:paraId="15980E06"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055EA6AB" w14:textId="77777777" w:rsidR="00871FBD" w:rsidRPr="00F51F43" w:rsidRDefault="00871FBD" w:rsidP="00871FBD">
            <w:pPr>
              <w:spacing w:after="0" w:line="240" w:lineRule="auto"/>
              <w:jc w:val="center"/>
              <w:rPr>
                <w:noProof/>
                <w:sz w:val="20"/>
                <w:szCs w:val="20"/>
              </w:rPr>
            </w:pPr>
            <w:r w:rsidRPr="00F51F43">
              <w:rPr>
                <w:noProof/>
                <w:sz w:val="20"/>
                <w:szCs w:val="20"/>
              </w:rPr>
              <w:t>33</w:t>
            </w:r>
          </w:p>
        </w:tc>
        <w:tc>
          <w:tcPr>
            <w:tcW w:w="1054" w:type="dxa"/>
            <w:tcMar>
              <w:top w:w="80" w:type="dxa"/>
              <w:left w:w="80" w:type="dxa"/>
              <w:bottom w:w="80" w:type="dxa"/>
              <w:right w:w="80" w:type="dxa"/>
            </w:tcMar>
            <w:vAlign w:val="center"/>
          </w:tcPr>
          <w:p w14:paraId="1B2CA13A" w14:textId="77777777" w:rsidR="00871FBD" w:rsidRPr="00F51F43" w:rsidRDefault="00871FBD" w:rsidP="00871FBD">
            <w:pPr>
              <w:spacing w:after="0" w:line="240" w:lineRule="auto"/>
              <w:jc w:val="center"/>
              <w:rPr>
                <w:noProof/>
                <w:sz w:val="20"/>
                <w:szCs w:val="20"/>
              </w:rPr>
            </w:pPr>
            <w:r w:rsidRPr="00F51F43">
              <w:rPr>
                <w:noProof/>
                <w:sz w:val="20"/>
                <w:szCs w:val="20"/>
              </w:rPr>
              <w:t>Leptirići, Pčelice</w:t>
            </w:r>
          </w:p>
        </w:tc>
        <w:tc>
          <w:tcPr>
            <w:tcW w:w="1701" w:type="dxa"/>
            <w:tcMar>
              <w:top w:w="80" w:type="dxa"/>
              <w:left w:w="80" w:type="dxa"/>
              <w:bottom w:w="80" w:type="dxa"/>
              <w:right w:w="80" w:type="dxa"/>
            </w:tcMar>
            <w:vAlign w:val="center"/>
          </w:tcPr>
          <w:p w14:paraId="1A31DCE7" w14:textId="77777777" w:rsidR="00871FBD" w:rsidRPr="00F51F43" w:rsidRDefault="00871FBD" w:rsidP="00871FBD">
            <w:pPr>
              <w:spacing w:after="0" w:line="240" w:lineRule="auto"/>
              <w:jc w:val="center"/>
              <w:rPr>
                <w:noProof/>
                <w:sz w:val="20"/>
                <w:szCs w:val="20"/>
              </w:rPr>
            </w:pPr>
            <w:r w:rsidRPr="00F51F43">
              <w:rPr>
                <w:noProof/>
                <w:sz w:val="20"/>
                <w:szCs w:val="20"/>
              </w:rPr>
              <w:t>Voditelji programa</w:t>
            </w:r>
          </w:p>
        </w:tc>
        <w:tc>
          <w:tcPr>
            <w:tcW w:w="3207" w:type="dxa"/>
            <w:tcMar>
              <w:top w:w="80" w:type="dxa"/>
              <w:left w:w="80" w:type="dxa"/>
              <w:bottom w:w="80" w:type="dxa"/>
              <w:right w:w="80" w:type="dxa"/>
            </w:tcMar>
            <w:vAlign w:val="center"/>
          </w:tcPr>
          <w:p w14:paraId="05F4518E" w14:textId="77777777" w:rsidR="00871FBD" w:rsidRPr="00F51F43" w:rsidRDefault="00871FBD" w:rsidP="00871FBD">
            <w:pPr>
              <w:spacing w:after="0" w:line="240" w:lineRule="auto"/>
              <w:jc w:val="center"/>
              <w:rPr>
                <w:noProof/>
                <w:sz w:val="20"/>
                <w:szCs w:val="20"/>
              </w:rPr>
            </w:pPr>
            <w:r w:rsidRPr="00F51F43">
              <w:rPr>
                <w:noProof/>
                <w:sz w:val="20"/>
                <w:szCs w:val="20"/>
              </w:rPr>
              <w:t>posjeta šumi bajki, posjeta farmi jelena</w:t>
            </w:r>
          </w:p>
        </w:tc>
        <w:tc>
          <w:tcPr>
            <w:tcW w:w="2928" w:type="dxa"/>
            <w:tcMar>
              <w:top w:w="80" w:type="dxa"/>
              <w:left w:w="80" w:type="dxa"/>
              <w:bottom w:w="80" w:type="dxa"/>
              <w:right w:w="80" w:type="dxa"/>
            </w:tcMar>
            <w:vAlign w:val="center"/>
          </w:tcPr>
          <w:p w14:paraId="08E95A94" w14:textId="77777777" w:rsidR="00871FBD" w:rsidRPr="00F51F43" w:rsidRDefault="00871FBD" w:rsidP="00871FBD">
            <w:pPr>
              <w:spacing w:after="0" w:line="240" w:lineRule="auto"/>
              <w:jc w:val="center"/>
              <w:rPr>
                <w:noProof/>
                <w:sz w:val="20"/>
                <w:szCs w:val="20"/>
              </w:rPr>
            </w:pPr>
            <w:r w:rsidRPr="00F51F43">
              <w:rPr>
                <w:noProof/>
                <w:sz w:val="20"/>
                <w:szCs w:val="20"/>
              </w:rPr>
              <w:t>fotodokumentacija, bilješke odgojitelja</w:t>
            </w:r>
          </w:p>
        </w:tc>
      </w:tr>
      <w:tr w:rsidR="00871FBD" w:rsidRPr="00F51F43" w14:paraId="7EB48071" w14:textId="77777777" w:rsidTr="00871FBD">
        <w:trPr>
          <w:cantSplit/>
          <w:jc w:val="center"/>
        </w:trPr>
        <w:tc>
          <w:tcPr>
            <w:tcW w:w="507" w:type="dxa"/>
            <w:tcMar>
              <w:top w:w="80" w:type="dxa"/>
              <w:left w:w="80" w:type="dxa"/>
              <w:bottom w:w="80" w:type="dxa"/>
              <w:right w:w="80" w:type="dxa"/>
            </w:tcMar>
            <w:vAlign w:val="center"/>
          </w:tcPr>
          <w:p w14:paraId="11589D1F" w14:textId="77777777" w:rsidR="00871FBD" w:rsidRPr="00F51F43" w:rsidRDefault="00871FBD" w:rsidP="00871FBD">
            <w:pPr>
              <w:spacing w:after="0" w:line="240" w:lineRule="auto"/>
              <w:jc w:val="center"/>
              <w:rPr>
                <w:noProof/>
                <w:sz w:val="20"/>
                <w:szCs w:val="20"/>
              </w:rPr>
            </w:pPr>
            <w:r w:rsidRPr="00F51F43">
              <w:rPr>
                <w:noProof/>
                <w:sz w:val="20"/>
                <w:szCs w:val="20"/>
              </w:rPr>
              <w:t>97.</w:t>
            </w:r>
          </w:p>
        </w:tc>
        <w:tc>
          <w:tcPr>
            <w:tcW w:w="1395" w:type="dxa"/>
            <w:tcMar>
              <w:top w:w="80" w:type="dxa"/>
              <w:left w:w="80" w:type="dxa"/>
              <w:bottom w:w="80" w:type="dxa"/>
              <w:right w:w="80" w:type="dxa"/>
            </w:tcMar>
            <w:vAlign w:val="center"/>
          </w:tcPr>
          <w:p w14:paraId="0F905F7E"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30AC2537" w14:textId="77777777" w:rsidR="00871FBD" w:rsidRPr="00F51F43" w:rsidRDefault="00871FBD" w:rsidP="00871FBD">
            <w:pPr>
              <w:spacing w:after="0" w:line="240" w:lineRule="auto"/>
              <w:jc w:val="center"/>
              <w:rPr>
                <w:noProof/>
                <w:sz w:val="20"/>
                <w:szCs w:val="20"/>
              </w:rPr>
            </w:pPr>
            <w:r w:rsidRPr="00F51F43">
              <w:rPr>
                <w:noProof/>
                <w:sz w:val="20"/>
                <w:szCs w:val="20"/>
              </w:rPr>
              <w:t>DV Gola</w:t>
            </w:r>
          </w:p>
        </w:tc>
        <w:tc>
          <w:tcPr>
            <w:tcW w:w="1015" w:type="dxa"/>
            <w:tcMar>
              <w:top w:w="80" w:type="dxa"/>
              <w:left w:w="80" w:type="dxa"/>
              <w:bottom w:w="80" w:type="dxa"/>
              <w:right w:w="80" w:type="dxa"/>
            </w:tcMar>
            <w:vAlign w:val="center"/>
          </w:tcPr>
          <w:p w14:paraId="571C6A8C" w14:textId="77777777" w:rsidR="00871FBD" w:rsidRPr="00F51F43" w:rsidRDefault="00871FBD" w:rsidP="00871FBD">
            <w:pPr>
              <w:spacing w:after="0" w:line="240" w:lineRule="auto"/>
              <w:jc w:val="center"/>
              <w:rPr>
                <w:noProof/>
                <w:sz w:val="20"/>
                <w:szCs w:val="20"/>
              </w:rPr>
            </w:pPr>
            <w:r w:rsidRPr="00F51F43">
              <w:rPr>
                <w:noProof/>
                <w:sz w:val="20"/>
                <w:szCs w:val="20"/>
              </w:rPr>
              <w:t>studeni</w:t>
            </w:r>
          </w:p>
        </w:tc>
        <w:tc>
          <w:tcPr>
            <w:tcW w:w="761" w:type="dxa"/>
            <w:tcMar>
              <w:top w:w="80" w:type="dxa"/>
              <w:left w:w="80" w:type="dxa"/>
              <w:bottom w:w="80" w:type="dxa"/>
              <w:right w:w="80" w:type="dxa"/>
            </w:tcMar>
            <w:vAlign w:val="center"/>
          </w:tcPr>
          <w:p w14:paraId="78306635"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73CDE7ED"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3D4765DC" w14:textId="77777777" w:rsidR="00871FBD" w:rsidRPr="00F51F43" w:rsidRDefault="00871FBD" w:rsidP="00871FBD">
            <w:pPr>
              <w:spacing w:after="0" w:line="240" w:lineRule="auto"/>
              <w:jc w:val="center"/>
              <w:rPr>
                <w:noProof/>
                <w:sz w:val="20"/>
                <w:szCs w:val="20"/>
              </w:rPr>
            </w:pPr>
            <w:r w:rsidRPr="00F51F43">
              <w:rPr>
                <w:noProof/>
                <w:sz w:val="20"/>
                <w:szCs w:val="20"/>
              </w:rPr>
              <w:t>Odgojitelji</w:t>
            </w:r>
          </w:p>
        </w:tc>
        <w:tc>
          <w:tcPr>
            <w:tcW w:w="3207" w:type="dxa"/>
            <w:tcMar>
              <w:top w:w="80" w:type="dxa"/>
              <w:left w:w="80" w:type="dxa"/>
              <w:bottom w:w="80" w:type="dxa"/>
              <w:right w:w="80" w:type="dxa"/>
            </w:tcMar>
            <w:vAlign w:val="center"/>
          </w:tcPr>
          <w:p w14:paraId="771B7F03" w14:textId="77777777" w:rsidR="00871FBD" w:rsidRPr="00F51F43" w:rsidRDefault="00871FBD" w:rsidP="00871FBD">
            <w:pPr>
              <w:spacing w:after="0" w:line="240" w:lineRule="auto"/>
              <w:jc w:val="center"/>
              <w:rPr>
                <w:noProof/>
                <w:sz w:val="20"/>
                <w:szCs w:val="20"/>
              </w:rPr>
            </w:pPr>
            <w:r w:rsidRPr="00F51F43">
              <w:rPr>
                <w:noProof/>
                <w:sz w:val="20"/>
                <w:szCs w:val="20"/>
              </w:rPr>
              <w:t>posjeta vrtiću i druženje djece</w:t>
            </w:r>
          </w:p>
        </w:tc>
        <w:tc>
          <w:tcPr>
            <w:tcW w:w="2928" w:type="dxa"/>
            <w:tcMar>
              <w:top w:w="80" w:type="dxa"/>
              <w:left w:w="80" w:type="dxa"/>
              <w:bottom w:w="80" w:type="dxa"/>
              <w:right w:w="80" w:type="dxa"/>
            </w:tcMar>
            <w:vAlign w:val="center"/>
          </w:tcPr>
          <w:p w14:paraId="74E48AFA" w14:textId="77777777" w:rsidR="00871FBD" w:rsidRPr="00F51F43" w:rsidRDefault="00871FBD" w:rsidP="00871FBD">
            <w:pPr>
              <w:spacing w:after="0" w:line="240" w:lineRule="auto"/>
              <w:jc w:val="center"/>
              <w:rPr>
                <w:noProof/>
                <w:sz w:val="20"/>
                <w:szCs w:val="20"/>
              </w:rPr>
            </w:pPr>
            <w:r w:rsidRPr="00F51F43">
              <w:rPr>
                <w:noProof/>
                <w:sz w:val="20"/>
                <w:szCs w:val="20"/>
              </w:rPr>
              <w:t>fotodokumentacija, bilješke odgojitelja</w:t>
            </w:r>
          </w:p>
        </w:tc>
      </w:tr>
      <w:tr w:rsidR="00871FBD" w:rsidRPr="00F51F43" w14:paraId="3505157B" w14:textId="77777777" w:rsidTr="00871FBD">
        <w:trPr>
          <w:cantSplit/>
          <w:jc w:val="center"/>
        </w:trPr>
        <w:tc>
          <w:tcPr>
            <w:tcW w:w="507" w:type="dxa"/>
            <w:tcMar>
              <w:top w:w="80" w:type="dxa"/>
              <w:left w:w="80" w:type="dxa"/>
              <w:bottom w:w="80" w:type="dxa"/>
              <w:right w:w="80" w:type="dxa"/>
            </w:tcMar>
            <w:vAlign w:val="center"/>
          </w:tcPr>
          <w:p w14:paraId="6DB07758" w14:textId="77777777" w:rsidR="00871FBD" w:rsidRPr="00F51F43" w:rsidRDefault="00871FBD" w:rsidP="00871FBD">
            <w:pPr>
              <w:spacing w:after="0" w:line="240" w:lineRule="auto"/>
              <w:jc w:val="center"/>
              <w:rPr>
                <w:noProof/>
                <w:sz w:val="20"/>
                <w:szCs w:val="20"/>
              </w:rPr>
            </w:pPr>
            <w:r w:rsidRPr="00F51F43">
              <w:rPr>
                <w:noProof/>
                <w:sz w:val="20"/>
                <w:szCs w:val="20"/>
              </w:rPr>
              <w:t>98.</w:t>
            </w:r>
          </w:p>
        </w:tc>
        <w:tc>
          <w:tcPr>
            <w:tcW w:w="1395" w:type="dxa"/>
            <w:tcMar>
              <w:top w:w="80" w:type="dxa"/>
              <w:left w:w="80" w:type="dxa"/>
              <w:bottom w:w="80" w:type="dxa"/>
              <w:right w:w="80" w:type="dxa"/>
            </w:tcMar>
            <w:vAlign w:val="center"/>
          </w:tcPr>
          <w:p w14:paraId="25DF5465"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03B5700D" w14:textId="77777777" w:rsidR="00871FBD" w:rsidRPr="00F51F43" w:rsidRDefault="00871FBD" w:rsidP="00871FBD">
            <w:pPr>
              <w:spacing w:after="0" w:line="240" w:lineRule="auto"/>
              <w:jc w:val="center"/>
              <w:rPr>
                <w:noProof/>
                <w:sz w:val="20"/>
                <w:szCs w:val="20"/>
              </w:rPr>
            </w:pPr>
            <w:r w:rsidRPr="00F51F43">
              <w:rPr>
                <w:noProof/>
                <w:sz w:val="20"/>
                <w:szCs w:val="20"/>
              </w:rPr>
              <w:t>Šoderica</w:t>
            </w:r>
          </w:p>
        </w:tc>
        <w:tc>
          <w:tcPr>
            <w:tcW w:w="1015" w:type="dxa"/>
            <w:tcMar>
              <w:top w:w="80" w:type="dxa"/>
              <w:left w:w="80" w:type="dxa"/>
              <w:bottom w:w="80" w:type="dxa"/>
              <w:right w:w="80" w:type="dxa"/>
            </w:tcMar>
            <w:vAlign w:val="center"/>
          </w:tcPr>
          <w:p w14:paraId="62984F87" w14:textId="77777777" w:rsidR="00871FBD" w:rsidRPr="00F51F43" w:rsidRDefault="00871FBD" w:rsidP="00871FBD">
            <w:pPr>
              <w:spacing w:after="0" w:line="240" w:lineRule="auto"/>
              <w:jc w:val="center"/>
              <w:rPr>
                <w:noProof/>
                <w:sz w:val="20"/>
                <w:szCs w:val="20"/>
              </w:rPr>
            </w:pPr>
            <w:r w:rsidRPr="00F51F43">
              <w:rPr>
                <w:noProof/>
                <w:sz w:val="20"/>
                <w:szCs w:val="20"/>
              </w:rPr>
              <w:t>ožujak</w:t>
            </w:r>
          </w:p>
        </w:tc>
        <w:tc>
          <w:tcPr>
            <w:tcW w:w="761" w:type="dxa"/>
            <w:tcMar>
              <w:top w:w="80" w:type="dxa"/>
              <w:left w:w="80" w:type="dxa"/>
              <w:bottom w:w="80" w:type="dxa"/>
              <w:right w:w="80" w:type="dxa"/>
            </w:tcMar>
            <w:vAlign w:val="center"/>
          </w:tcPr>
          <w:p w14:paraId="082FDFB7"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2FA611A6"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10FFE08E" w14:textId="77777777" w:rsidR="00871FBD" w:rsidRPr="00F51F43" w:rsidRDefault="00871FBD" w:rsidP="00871FBD">
            <w:pPr>
              <w:spacing w:after="0" w:line="240" w:lineRule="auto"/>
              <w:jc w:val="center"/>
              <w:rPr>
                <w:noProof/>
                <w:sz w:val="20"/>
                <w:szCs w:val="20"/>
              </w:rPr>
            </w:pPr>
            <w:r w:rsidRPr="00F51F43">
              <w:rPr>
                <w:noProof/>
                <w:sz w:val="20"/>
                <w:szCs w:val="20"/>
              </w:rPr>
              <w:t>Ured za zaštitu okoliša</w:t>
            </w:r>
          </w:p>
        </w:tc>
        <w:tc>
          <w:tcPr>
            <w:tcW w:w="3207" w:type="dxa"/>
            <w:tcMar>
              <w:top w:w="80" w:type="dxa"/>
              <w:left w:w="80" w:type="dxa"/>
              <w:bottom w:w="80" w:type="dxa"/>
              <w:right w:w="80" w:type="dxa"/>
            </w:tcMar>
            <w:vAlign w:val="center"/>
          </w:tcPr>
          <w:p w14:paraId="4356537E" w14:textId="77777777" w:rsidR="00871FBD" w:rsidRPr="00F51F43" w:rsidRDefault="00871FBD" w:rsidP="00871FBD">
            <w:pPr>
              <w:spacing w:after="0" w:line="240" w:lineRule="auto"/>
              <w:jc w:val="center"/>
              <w:rPr>
                <w:noProof/>
                <w:sz w:val="20"/>
                <w:szCs w:val="20"/>
              </w:rPr>
            </w:pPr>
            <w:r w:rsidRPr="00F51F43">
              <w:rPr>
                <w:noProof/>
                <w:sz w:val="20"/>
                <w:szCs w:val="20"/>
              </w:rPr>
              <w:t>edukativne radionice, šetnje Lutkarska predstava</w:t>
            </w:r>
          </w:p>
        </w:tc>
        <w:tc>
          <w:tcPr>
            <w:tcW w:w="2928" w:type="dxa"/>
            <w:tcMar>
              <w:top w:w="80" w:type="dxa"/>
              <w:left w:w="80" w:type="dxa"/>
              <w:bottom w:w="80" w:type="dxa"/>
              <w:right w:w="80" w:type="dxa"/>
            </w:tcMar>
            <w:vAlign w:val="center"/>
          </w:tcPr>
          <w:p w14:paraId="61CDF38B" w14:textId="77777777" w:rsidR="00871FBD" w:rsidRPr="00F51F43" w:rsidRDefault="00871FBD" w:rsidP="00871FBD">
            <w:pPr>
              <w:spacing w:after="0" w:line="240" w:lineRule="auto"/>
              <w:jc w:val="center"/>
              <w:rPr>
                <w:noProof/>
                <w:sz w:val="20"/>
                <w:szCs w:val="20"/>
              </w:rPr>
            </w:pPr>
            <w:r w:rsidRPr="00F51F43">
              <w:rPr>
                <w:noProof/>
                <w:sz w:val="20"/>
                <w:szCs w:val="20"/>
              </w:rPr>
              <w:t>fotodokumentacija, bilješke odgojitelja</w:t>
            </w:r>
          </w:p>
        </w:tc>
      </w:tr>
      <w:tr w:rsidR="00871FBD" w:rsidRPr="00F51F43" w14:paraId="45E2A2F9" w14:textId="77777777" w:rsidTr="00871FBD">
        <w:trPr>
          <w:cantSplit/>
          <w:jc w:val="center"/>
        </w:trPr>
        <w:tc>
          <w:tcPr>
            <w:tcW w:w="507" w:type="dxa"/>
            <w:tcMar>
              <w:top w:w="80" w:type="dxa"/>
              <w:left w:w="80" w:type="dxa"/>
              <w:bottom w:w="80" w:type="dxa"/>
              <w:right w:w="80" w:type="dxa"/>
            </w:tcMar>
            <w:vAlign w:val="center"/>
          </w:tcPr>
          <w:p w14:paraId="1F15DE70" w14:textId="77777777" w:rsidR="00871FBD" w:rsidRPr="00F51F43" w:rsidRDefault="00871FBD" w:rsidP="00871FBD">
            <w:pPr>
              <w:spacing w:after="0" w:line="240" w:lineRule="auto"/>
              <w:jc w:val="center"/>
              <w:rPr>
                <w:noProof/>
                <w:sz w:val="20"/>
                <w:szCs w:val="20"/>
              </w:rPr>
            </w:pPr>
            <w:r w:rsidRPr="00F51F43">
              <w:rPr>
                <w:noProof/>
                <w:sz w:val="20"/>
                <w:szCs w:val="20"/>
              </w:rPr>
              <w:t>99.</w:t>
            </w:r>
          </w:p>
        </w:tc>
        <w:tc>
          <w:tcPr>
            <w:tcW w:w="1395" w:type="dxa"/>
            <w:tcMar>
              <w:top w:w="80" w:type="dxa"/>
              <w:left w:w="80" w:type="dxa"/>
              <w:bottom w:w="80" w:type="dxa"/>
              <w:right w:w="80" w:type="dxa"/>
            </w:tcMar>
            <w:vAlign w:val="center"/>
          </w:tcPr>
          <w:p w14:paraId="25031E7E"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03B59D45" w14:textId="77777777" w:rsidR="00871FBD" w:rsidRPr="00F51F43" w:rsidRDefault="00871FBD" w:rsidP="00871FBD">
            <w:pPr>
              <w:spacing w:after="0" w:line="240" w:lineRule="auto"/>
              <w:jc w:val="center"/>
              <w:rPr>
                <w:noProof/>
                <w:sz w:val="20"/>
                <w:szCs w:val="20"/>
              </w:rPr>
            </w:pPr>
            <w:r w:rsidRPr="00F51F43">
              <w:rPr>
                <w:noProof/>
                <w:sz w:val="20"/>
                <w:szCs w:val="20"/>
              </w:rPr>
              <w:t>Legrad Podravska banka</w:t>
            </w:r>
          </w:p>
        </w:tc>
        <w:tc>
          <w:tcPr>
            <w:tcW w:w="1015" w:type="dxa"/>
            <w:tcMar>
              <w:top w:w="80" w:type="dxa"/>
              <w:left w:w="80" w:type="dxa"/>
              <w:bottom w:w="80" w:type="dxa"/>
              <w:right w:w="80" w:type="dxa"/>
            </w:tcMar>
            <w:vAlign w:val="center"/>
          </w:tcPr>
          <w:p w14:paraId="695F1D35"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00F05C7D"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2018DFE9"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75529F78" w14:textId="77777777" w:rsidR="00871FBD" w:rsidRPr="00F51F43" w:rsidRDefault="00871FBD" w:rsidP="00871FBD">
            <w:pPr>
              <w:spacing w:after="0" w:line="240" w:lineRule="auto"/>
              <w:jc w:val="center"/>
              <w:rPr>
                <w:noProof/>
                <w:sz w:val="20"/>
                <w:szCs w:val="20"/>
              </w:rPr>
            </w:pPr>
            <w:r w:rsidRPr="00F51F43">
              <w:rPr>
                <w:noProof/>
                <w:sz w:val="20"/>
                <w:szCs w:val="20"/>
              </w:rPr>
              <w:t>Djelatnik Podravske banke</w:t>
            </w:r>
          </w:p>
        </w:tc>
        <w:tc>
          <w:tcPr>
            <w:tcW w:w="3207" w:type="dxa"/>
            <w:tcMar>
              <w:top w:w="80" w:type="dxa"/>
              <w:left w:w="80" w:type="dxa"/>
              <w:bottom w:w="80" w:type="dxa"/>
              <w:right w:w="80" w:type="dxa"/>
            </w:tcMar>
            <w:vAlign w:val="center"/>
          </w:tcPr>
          <w:p w14:paraId="7DBCC247"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w:t>
            </w:r>
          </w:p>
        </w:tc>
        <w:tc>
          <w:tcPr>
            <w:tcW w:w="2928" w:type="dxa"/>
            <w:tcMar>
              <w:top w:w="80" w:type="dxa"/>
              <w:left w:w="80" w:type="dxa"/>
              <w:bottom w:w="80" w:type="dxa"/>
              <w:right w:w="80" w:type="dxa"/>
            </w:tcMar>
            <w:vAlign w:val="center"/>
          </w:tcPr>
          <w:p w14:paraId="4D7613CE"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5AB62BEF" w14:textId="77777777" w:rsidTr="00871FBD">
        <w:trPr>
          <w:cantSplit/>
          <w:jc w:val="center"/>
        </w:trPr>
        <w:tc>
          <w:tcPr>
            <w:tcW w:w="507" w:type="dxa"/>
            <w:tcMar>
              <w:top w:w="80" w:type="dxa"/>
              <w:left w:w="80" w:type="dxa"/>
              <w:bottom w:w="80" w:type="dxa"/>
              <w:right w:w="80" w:type="dxa"/>
            </w:tcMar>
            <w:vAlign w:val="center"/>
          </w:tcPr>
          <w:p w14:paraId="2292FBD5" w14:textId="77777777" w:rsidR="00871FBD" w:rsidRPr="00F51F43" w:rsidRDefault="00871FBD" w:rsidP="00871FBD">
            <w:pPr>
              <w:spacing w:after="0" w:line="240" w:lineRule="auto"/>
              <w:jc w:val="center"/>
              <w:rPr>
                <w:noProof/>
                <w:sz w:val="20"/>
                <w:szCs w:val="20"/>
              </w:rPr>
            </w:pPr>
            <w:r w:rsidRPr="00F51F43">
              <w:rPr>
                <w:noProof/>
                <w:sz w:val="20"/>
                <w:szCs w:val="20"/>
              </w:rPr>
              <w:t>100.</w:t>
            </w:r>
          </w:p>
        </w:tc>
        <w:tc>
          <w:tcPr>
            <w:tcW w:w="1395" w:type="dxa"/>
            <w:tcMar>
              <w:top w:w="80" w:type="dxa"/>
              <w:left w:w="80" w:type="dxa"/>
              <w:bottom w:w="80" w:type="dxa"/>
              <w:right w:w="80" w:type="dxa"/>
            </w:tcMar>
            <w:vAlign w:val="center"/>
          </w:tcPr>
          <w:p w14:paraId="7BD3D7E4"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090E4AE8" w14:textId="77777777" w:rsidR="00871FBD" w:rsidRPr="00F51F43" w:rsidRDefault="00871FBD" w:rsidP="00871FBD">
            <w:pPr>
              <w:spacing w:after="0" w:line="240" w:lineRule="auto"/>
              <w:jc w:val="center"/>
              <w:rPr>
                <w:noProof/>
                <w:sz w:val="20"/>
                <w:szCs w:val="20"/>
              </w:rPr>
            </w:pPr>
            <w:r w:rsidRPr="00F51F43">
              <w:rPr>
                <w:noProof/>
                <w:sz w:val="20"/>
                <w:szCs w:val="20"/>
              </w:rPr>
              <w:t>Legrad Pošta</w:t>
            </w:r>
          </w:p>
        </w:tc>
        <w:tc>
          <w:tcPr>
            <w:tcW w:w="1015" w:type="dxa"/>
            <w:tcMar>
              <w:top w:w="80" w:type="dxa"/>
              <w:left w:w="80" w:type="dxa"/>
              <w:bottom w:w="80" w:type="dxa"/>
              <w:right w:w="80" w:type="dxa"/>
            </w:tcMar>
            <w:vAlign w:val="center"/>
          </w:tcPr>
          <w:p w14:paraId="045C4A2D"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6396540C"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192336F0"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76FF6236" w14:textId="77777777" w:rsidR="00871FBD" w:rsidRPr="00F51F43" w:rsidRDefault="00871FBD" w:rsidP="00871FBD">
            <w:pPr>
              <w:spacing w:after="0" w:line="240" w:lineRule="auto"/>
              <w:jc w:val="center"/>
              <w:rPr>
                <w:noProof/>
                <w:sz w:val="20"/>
                <w:szCs w:val="20"/>
              </w:rPr>
            </w:pPr>
            <w:r w:rsidRPr="00F51F43">
              <w:rPr>
                <w:noProof/>
                <w:sz w:val="20"/>
                <w:szCs w:val="20"/>
              </w:rPr>
              <w:t>Djelatnica pošte</w:t>
            </w:r>
          </w:p>
        </w:tc>
        <w:tc>
          <w:tcPr>
            <w:tcW w:w="3207" w:type="dxa"/>
            <w:tcMar>
              <w:top w:w="80" w:type="dxa"/>
              <w:left w:w="80" w:type="dxa"/>
              <w:bottom w:w="80" w:type="dxa"/>
              <w:right w:w="80" w:type="dxa"/>
            </w:tcMar>
            <w:vAlign w:val="center"/>
          </w:tcPr>
          <w:p w14:paraId="3E67A754"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w:t>
            </w:r>
          </w:p>
        </w:tc>
        <w:tc>
          <w:tcPr>
            <w:tcW w:w="2928" w:type="dxa"/>
            <w:tcMar>
              <w:top w:w="80" w:type="dxa"/>
              <w:left w:w="80" w:type="dxa"/>
              <w:bottom w:w="80" w:type="dxa"/>
              <w:right w:w="80" w:type="dxa"/>
            </w:tcMar>
            <w:vAlign w:val="center"/>
          </w:tcPr>
          <w:p w14:paraId="298B2925"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7E5CD75B" w14:textId="77777777" w:rsidTr="00871FBD">
        <w:trPr>
          <w:cantSplit/>
          <w:jc w:val="center"/>
        </w:trPr>
        <w:tc>
          <w:tcPr>
            <w:tcW w:w="507" w:type="dxa"/>
            <w:tcMar>
              <w:top w:w="80" w:type="dxa"/>
              <w:left w:w="80" w:type="dxa"/>
              <w:bottom w:w="80" w:type="dxa"/>
              <w:right w:w="80" w:type="dxa"/>
            </w:tcMar>
            <w:vAlign w:val="center"/>
          </w:tcPr>
          <w:p w14:paraId="19C05235" w14:textId="77777777" w:rsidR="00871FBD" w:rsidRPr="00F51F43" w:rsidRDefault="00871FBD" w:rsidP="00871FBD">
            <w:pPr>
              <w:spacing w:after="0" w:line="240" w:lineRule="auto"/>
              <w:jc w:val="center"/>
              <w:rPr>
                <w:noProof/>
                <w:sz w:val="20"/>
                <w:szCs w:val="20"/>
              </w:rPr>
            </w:pPr>
            <w:r w:rsidRPr="00F51F43">
              <w:rPr>
                <w:noProof/>
                <w:sz w:val="20"/>
                <w:szCs w:val="20"/>
              </w:rPr>
              <w:t>101.</w:t>
            </w:r>
          </w:p>
        </w:tc>
        <w:tc>
          <w:tcPr>
            <w:tcW w:w="1395" w:type="dxa"/>
            <w:tcMar>
              <w:top w:w="80" w:type="dxa"/>
              <w:left w:w="80" w:type="dxa"/>
              <w:bottom w:w="80" w:type="dxa"/>
              <w:right w:w="80" w:type="dxa"/>
            </w:tcMar>
            <w:vAlign w:val="center"/>
          </w:tcPr>
          <w:p w14:paraId="021E81B1"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67620CE2" w14:textId="77777777" w:rsidR="00871FBD" w:rsidRPr="00F51F43" w:rsidRDefault="00871FBD" w:rsidP="00871FBD">
            <w:pPr>
              <w:spacing w:after="0" w:line="240" w:lineRule="auto"/>
              <w:jc w:val="center"/>
              <w:rPr>
                <w:noProof/>
                <w:sz w:val="20"/>
                <w:szCs w:val="20"/>
              </w:rPr>
            </w:pPr>
            <w:r w:rsidRPr="00F51F43">
              <w:rPr>
                <w:noProof/>
                <w:sz w:val="20"/>
                <w:szCs w:val="20"/>
              </w:rPr>
              <w:t>Legrad Župa Presvetog Trojstva</w:t>
            </w:r>
          </w:p>
        </w:tc>
        <w:tc>
          <w:tcPr>
            <w:tcW w:w="1015" w:type="dxa"/>
            <w:tcMar>
              <w:top w:w="80" w:type="dxa"/>
              <w:left w:w="80" w:type="dxa"/>
              <w:bottom w:w="80" w:type="dxa"/>
              <w:right w:w="80" w:type="dxa"/>
            </w:tcMar>
            <w:vAlign w:val="center"/>
          </w:tcPr>
          <w:p w14:paraId="3795330A"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71D3D78D"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67014304"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3674E7F7" w14:textId="77777777" w:rsidR="00871FBD" w:rsidRPr="00F51F43" w:rsidRDefault="00871FBD" w:rsidP="00871FBD">
            <w:pPr>
              <w:spacing w:after="0" w:line="240" w:lineRule="auto"/>
              <w:jc w:val="center"/>
              <w:rPr>
                <w:noProof/>
                <w:sz w:val="20"/>
                <w:szCs w:val="20"/>
              </w:rPr>
            </w:pPr>
            <w:r w:rsidRPr="00F51F43">
              <w:rPr>
                <w:noProof/>
                <w:sz w:val="20"/>
                <w:szCs w:val="20"/>
              </w:rPr>
              <w:t>Svećenik</w:t>
            </w:r>
          </w:p>
        </w:tc>
        <w:tc>
          <w:tcPr>
            <w:tcW w:w="3207" w:type="dxa"/>
            <w:tcMar>
              <w:top w:w="80" w:type="dxa"/>
              <w:left w:w="80" w:type="dxa"/>
              <w:bottom w:w="80" w:type="dxa"/>
              <w:right w:w="80" w:type="dxa"/>
            </w:tcMar>
            <w:vAlign w:val="center"/>
          </w:tcPr>
          <w:p w14:paraId="3DF3BDB5"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w:t>
            </w:r>
          </w:p>
        </w:tc>
        <w:tc>
          <w:tcPr>
            <w:tcW w:w="2928" w:type="dxa"/>
            <w:tcMar>
              <w:top w:w="80" w:type="dxa"/>
              <w:left w:w="80" w:type="dxa"/>
              <w:bottom w:w="80" w:type="dxa"/>
              <w:right w:w="80" w:type="dxa"/>
            </w:tcMar>
            <w:vAlign w:val="center"/>
          </w:tcPr>
          <w:p w14:paraId="4AC18D76"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w:t>
            </w:r>
          </w:p>
        </w:tc>
      </w:tr>
      <w:tr w:rsidR="00871FBD" w:rsidRPr="00F51F43" w14:paraId="7C59EDA5" w14:textId="77777777" w:rsidTr="00871FBD">
        <w:trPr>
          <w:cantSplit/>
          <w:jc w:val="center"/>
        </w:trPr>
        <w:tc>
          <w:tcPr>
            <w:tcW w:w="507" w:type="dxa"/>
            <w:tcMar>
              <w:top w:w="80" w:type="dxa"/>
              <w:left w:w="80" w:type="dxa"/>
              <w:bottom w:w="80" w:type="dxa"/>
              <w:right w:w="80" w:type="dxa"/>
            </w:tcMar>
            <w:vAlign w:val="center"/>
          </w:tcPr>
          <w:p w14:paraId="4ABEC90D" w14:textId="77777777" w:rsidR="00871FBD" w:rsidRPr="00F51F43" w:rsidRDefault="00871FBD" w:rsidP="00871FBD">
            <w:pPr>
              <w:spacing w:after="0" w:line="240" w:lineRule="auto"/>
              <w:jc w:val="center"/>
              <w:rPr>
                <w:noProof/>
                <w:sz w:val="20"/>
                <w:szCs w:val="20"/>
              </w:rPr>
            </w:pPr>
            <w:r w:rsidRPr="00F51F43">
              <w:rPr>
                <w:noProof/>
                <w:sz w:val="20"/>
                <w:szCs w:val="20"/>
              </w:rPr>
              <w:t>102.</w:t>
            </w:r>
          </w:p>
        </w:tc>
        <w:tc>
          <w:tcPr>
            <w:tcW w:w="1395" w:type="dxa"/>
            <w:tcMar>
              <w:top w:w="80" w:type="dxa"/>
              <w:left w:w="80" w:type="dxa"/>
              <w:bottom w:w="80" w:type="dxa"/>
              <w:right w:w="80" w:type="dxa"/>
            </w:tcMar>
            <w:vAlign w:val="center"/>
          </w:tcPr>
          <w:p w14:paraId="1433CF77"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22AAD69C" w14:textId="77777777" w:rsidR="00871FBD" w:rsidRPr="00F51F43" w:rsidRDefault="00871FBD" w:rsidP="00871FBD">
            <w:pPr>
              <w:spacing w:after="0" w:line="240" w:lineRule="auto"/>
              <w:jc w:val="center"/>
              <w:rPr>
                <w:noProof/>
                <w:sz w:val="20"/>
                <w:szCs w:val="20"/>
              </w:rPr>
            </w:pPr>
            <w:r w:rsidRPr="00F51F43">
              <w:rPr>
                <w:noProof/>
                <w:sz w:val="20"/>
                <w:szCs w:val="20"/>
              </w:rPr>
              <w:t>Legrad Dobrovoljno vatrogasno društvo</w:t>
            </w:r>
          </w:p>
        </w:tc>
        <w:tc>
          <w:tcPr>
            <w:tcW w:w="1015" w:type="dxa"/>
            <w:tcMar>
              <w:top w:w="80" w:type="dxa"/>
              <w:left w:w="80" w:type="dxa"/>
              <w:bottom w:w="80" w:type="dxa"/>
              <w:right w:w="80" w:type="dxa"/>
            </w:tcMar>
            <w:vAlign w:val="center"/>
          </w:tcPr>
          <w:p w14:paraId="0EF7D200"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54400DBC" w14:textId="77777777" w:rsidR="00871FBD" w:rsidRPr="00F51F43" w:rsidRDefault="00871FBD" w:rsidP="00871FBD">
            <w:pPr>
              <w:spacing w:after="0" w:line="240" w:lineRule="auto"/>
              <w:jc w:val="center"/>
              <w:rPr>
                <w:noProof/>
                <w:sz w:val="20"/>
                <w:szCs w:val="20"/>
              </w:rPr>
            </w:pPr>
            <w:r w:rsidRPr="00F51F43">
              <w:rPr>
                <w:noProof/>
                <w:sz w:val="20"/>
                <w:szCs w:val="20"/>
              </w:rPr>
              <w:t>17</w:t>
            </w:r>
          </w:p>
        </w:tc>
        <w:tc>
          <w:tcPr>
            <w:tcW w:w="1054" w:type="dxa"/>
            <w:tcMar>
              <w:top w:w="80" w:type="dxa"/>
              <w:left w:w="80" w:type="dxa"/>
              <w:bottom w:w="80" w:type="dxa"/>
              <w:right w:w="80" w:type="dxa"/>
            </w:tcMar>
            <w:vAlign w:val="center"/>
          </w:tcPr>
          <w:p w14:paraId="385BC6EE" w14:textId="77777777" w:rsidR="00871FBD" w:rsidRPr="00F51F43" w:rsidRDefault="00871FBD" w:rsidP="00871FBD">
            <w:pPr>
              <w:spacing w:after="0" w:line="240" w:lineRule="auto"/>
              <w:jc w:val="center"/>
              <w:rPr>
                <w:noProof/>
                <w:sz w:val="20"/>
                <w:szCs w:val="20"/>
              </w:rPr>
            </w:pPr>
            <w:r w:rsidRPr="00F51F43">
              <w:rPr>
                <w:noProof/>
                <w:sz w:val="20"/>
                <w:szCs w:val="20"/>
              </w:rPr>
              <w:t>Leptirići</w:t>
            </w:r>
          </w:p>
        </w:tc>
        <w:tc>
          <w:tcPr>
            <w:tcW w:w="1701" w:type="dxa"/>
            <w:tcMar>
              <w:top w:w="80" w:type="dxa"/>
              <w:left w:w="80" w:type="dxa"/>
              <w:bottom w:w="80" w:type="dxa"/>
              <w:right w:w="80" w:type="dxa"/>
            </w:tcMar>
            <w:vAlign w:val="center"/>
          </w:tcPr>
          <w:p w14:paraId="33EB65F0" w14:textId="77777777" w:rsidR="00871FBD" w:rsidRPr="00F51F43" w:rsidRDefault="00871FBD" w:rsidP="00871FBD">
            <w:pPr>
              <w:spacing w:after="0" w:line="240" w:lineRule="auto"/>
              <w:jc w:val="center"/>
              <w:rPr>
                <w:noProof/>
                <w:sz w:val="20"/>
                <w:szCs w:val="20"/>
              </w:rPr>
            </w:pPr>
            <w:r w:rsidRPr="00F51F43">
              <w:rPr>
                <w:noProof/>
                <w:sz w:val="20"/>
                <w:szCs w:val="20"/>
              </w:rPr>
              <w:t>Vatrogasci</w:t>
            </w:r>
          </w:p>
        </w:tc>
        <w:tc>
          <w:tcPr>
            <w:tcW w:w="3207" w:type="dxa"/>
            <w:tcMar>
              <w:top w:w="80" w:type="dxa"/>
              <w:left w:w="80" w:type="dxa"/>
              <w:bottom w:w="80" w:type="dxa"/>
              <w:right w:w="80" w:type="dxa"/>
            </w:tcMar>
            <w:vAlign w:val="center"/>
          </w:tcPr>
          <w:p w14:paraId="68B27AFB" w14:textId="77777777" w:rsidR="00871FBD" w:rsidRPr="00F51F43" w:rsidRDefault="00871FBD" w:rsidP="00871FBD">
            <w:pPr>
              <w:spacing w:after="0" w:line="240" w:lineRule="auto"/>
              <w:jc w:val="center"/>
              <w:rPr>
                <w:noProof/>
                <w:sz w:val="20"/>
                <w:szCs w:val="20"/>
              </w:rPr>
            </w:pPr>
            <w:r w:rsidRPr="00F51F43">
              <w:rPr>
                <w:noProof/>
                <w:sz w:val="20"/>
                <w:szCs w:val="20"/>
              </w:rPr>
              <w:t>razgledavanje vatrogasnog prostora, razgledavanje Muzeja, upoznavanje sa vatrogasnom opremom</w:t>
            </w:r>
          </w:p>
        </w:tc>
        <w:tc>
          <w:tcPr>
            <w:tcW w:w="2928" w:type="dxa"/>
            <w:tcMar>
              <w:top w:w="80" w:type="dxa"/>
              <w:left w:w="80" w:type="dxa"/>
              <w:bottom w:w="80" w:type="dxa"/>
              <w:right w:w="80" w:type="dxa"/>
            </w:tcMar>
            <w:vAlign w:val="center"/>
          </w:tcPr>
          <w:p w14:paraId="2224E460"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685B3285" w14:textId="77777777" w:rsidTr="00871FBD">
        <w:trPr>
          <w:cantSplit/>
          <w:jc w:val="center"/>
        </w:trPr>
        <w:tc>
          <w:tcPr>
            <w:tcW w:w="507" w:type="dxa"/>
            <w:tcMar>
              <w:top w:w="80" w:type="dxa"/>
              <w:left w:w="80" w:type="dxa"/>
              <w:bottom w:w="80" w:type="dxa"/>
              <w:right w:w="80" w:type="dxa"/>
            </w:tcMar>
            <w:vAlign w:val="center"/>
          </w:tcPr>
          <w:p w14:paraId="20FECAAE" w14:textId="77777777" w:rsidR="00871FBD" w:rsidRPr="00F51F43" w:rsidRDefault="00871FBD" w:rsidP="00871FBD">
            <w:pPr>
              <w:spacing w:after="0" w:line="240" w:lineRule="auto"/>
              <w:jc w:val="center"/>
              <w:rPr>
                <w:noProof/>
                <w:sz w:val="20"/>
                <w:szCs w:val="20"/>
              </w:rPr>
            </w:pPr>
            <w:r w:rsidRPr="00F51F43">
              <w:rPr>
                <w:noProof/>
                <w:sz w:val="20"/>
                <w:szCs w:val="20"/>
              </w:rPr>
              <w:t>103.</w:t>
            </w:r>
          </w:p>
        </w:tc>
        <w:tc>
          <w:tcPr>
            <w:tcW w:w="1395" w:type="dxa"/>
            <w:tcMar>
              <w:top w:w="80" w:type="dxa"/>
              <w:left w:w="80" w:type="dxa"/>
              <w:bottom w:w="80" w:type="dxa"/>
              <w:right w:w="80" w:type="dxa"/>
            </w:tcMar>
            <w:vAlign w:val="center"/>
          </w:tcPr>
          <w:p w14:paraId="69B232E0"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7456A805"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3B78B031"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200C22B1"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0C9BA071"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4966D51C" w14:textId="77777777" w:rsidR="00871FBD" w:rsidRPr="00F51F43" w:rsidRDefault="00871FBD" w:rsidP="00871FBD">
            <w:pPr>
              <w:spacing w:after="0" w:line="240" w:lineRule="auto"/>
              <w:jc w:val="center"/>
              <w:rPr>
                <w:noProof/>
                <w:sz w:val="20"/>
                <w:szCs w:val="20"/>
              </w:rPr>
            </w:pPr>
            <w:r w:rsidRPr="00F51F43">
              <w:rPr>
                <w:noProof/>
                <w:sz w:val="20"/>
                <w:szCs w:val="20"/>
              </w:rPr>
              <w:t>kino Velebit</w:t>
            </w:r>
          </w:p>
        </w:tc>
        <w:tc>
          <w:tcPr>
            <w:tcW w:w="3207" w:type="dxa"/>
            <w:tcMar>
              <w:top w:w="80" w:type="dxa"/>
              <w:left w:w="80" w:type="dxa"/>
              <w:bottom w:w="80" w:type="dxa"/>
              <w:right w:w="80" w:type="dxa"/>
            </w:tcMar>
            <w:vAlign w:val="center"/>
          </w:tcPr>
          <w:p w14:paraId="090A66A5" w14:textId="77777777" w:rsidR="00871FBD" w:rsidRPr="00F51F43" w:rsidRDefault="00871FBD" w:rsidP="00871FBD">
            <w:pPr>
              <w:spacing w:after="0" w:line="240" w:lineRule="auto"/>
              <w:jc w:val="center"/>
              <w:rPr>
                <w:noProof/>
                <w:sz w:val="20"/>
                <w:szCs w:val="20"/>
              </w:rPr>
            </w:pPr>
            <w:r w:rsidRPr="00F51F43">
              <w:rPr>
                <w:noProof/>
                <w:sz w:val="20"/>
                <w:szCs w:val="20"/>
              </w:rPr>
              <w:t>posjet Muzeju grada Koprivnice, projekcija animiranog filma</w:t>
            </w:r>
          </w:p>
        </w:tc>
        <w:tc>
          <w:tcPr>
            <w:tcW w:w="2928" w:type="dxa"/>
            <w:tcMar>
              <w:top w:w="80" w:type="dxa"/>
              <w:left w:w="80" w:type="dxa"/>
              <w:bottom w:w="80" w:type="dxa"/>
              <w:right w:w="80" w:type="dxa"/>
            </w:tcMar>
            <w:vAlign w:val="center"/>
          </w:tcPr>
          <w:p w14:paraId="6F1088C0"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reakcije suradnika</w:t>
            </w:r>
          </w:p>
        </w:tc>
      </w:tr>
      <w:tr w:rsidR="00871FBD" w:rsidRPr="00F51F43" w14:paraId="42C3F54A" w14:textId="77777777" w:rsidTr="00871FBD">
        <w:trPr>
          <w:cantSplit/>
          <w:jc w:val="center"/>
        </w:trPr>
        <w:tc>
          <w:tcPr>
            <w:tcW w:w="507" w:type="dxa"/>
            <w:tcMar>
              <w:top w:w="80" w:type="dxa"/>
              <w:left w:w="80" w:type="dxa"/>
              <w:bottom w:w="80" w:type="dxa"/>
              <w:right w:w="80" w:type="dxa"/>
            </w:tcMar>
            <w:vAlign w:val="center"/>
          </w:tcPr>
          <w:p w14:paraId="0DAE136D"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104.</w:t>
            </w:r>
          </w:p>
        </w:tc>
        <w:tc>
          <w:tcPr>
            <w:tcW w:w="1395" w:type="dxa"/>
            <w:tcMar>
              <w:top w:w="80" w:type="dxa"/>
              <w:left w:w="80" w:type="dxa"/>
              <w:bottom w:w="80" w:type="dxa"/>
              <w:right w:w="80" w:type="dxa"/>
            </w:tcMar>
            <w:vAlign w:val="center"/>
          </w:tcPr>
          <w:p w14:paraId="6A2C00C8"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3526DDBC"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2F155069"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5FBAA130"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15C68E80"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7D5572BA" w14:textId="77777777" w:rsidR="00871FBD" w:rsidRPr="00F51F43" w:rsidRDefault="00871FBD" w:rsidP="00871FBD">
            <w:pPr>
              <w:spacing w:after="0" w:line="240" w:lineRule="auto"/>
              <w:jc w:val="center"/>
              <w:rPr>
                <w:noProof/>
                <w:sz w:val="20"/>
                <w:szCs w:val="20"/>
              </w:rPr>
            </w:pPr>
            <w:r w:rsidRPr="00F51F43">
              <w:rPr>
                <w:noProof/>
                <w:sz w:val="20"/>
                <w:szCs w:val="20"/>
              </w:rPr>
              <w:t>Turistička zajednica grada Koprivnice</w:t>
            </w:r>
          </w:p>
        </w:tc>
        <w:tc>
          <w:tcPr>
            <w:tcW w:w="3207" w:type="dxa"/>
            <w:tcMar>
              <w:top w:w="80" w:type="dxa"/>
              <w:left w:w="80" w:type="dxa"/>
              <w:bottom w:w="80" w:type="dxa"/>
              <w:right w:w="80" w:type="dxa"/>
            </w:tcMar>
            <w:vAlign w:val="center"/>
          </w:tcPr>
          <w:p w14:paraId="521F4C8B" w14:textId="77777777" w:rsidR="00871FBD" w:rsidRPr="00F51F43" w:rsidRDefault="00871FBD" w:rsidP="00871FBD">
            <w:pPr>
              <w:spacing w:after="0" w:line="240" w:lineRule="auto"/>
              <w:jc w:val="center"/>
              <w:rPr>
                <w:noProof/>
                <w:sz w:val="20"/>
                <w:szCs w:val="20"/>
              </w:rPr>
            </w:pPr>
            <w:r w:rsidRPr="00F51F43">
              <w:rPr>
                <w:noProof/>
                <w:sz w:val="20"/>
                <w:szCs w:val="20"/>
              </w:rPr>
              <w:t>Božićna bajka</w:t>
            </w:r>
          </w:p>
        </w:tc>
        <w:tc>
          <w:tcPr>
            <w:tcW w:w="2928" w:type="dxa"/>
            <w:tcMar>
              <w:top w:w="80" w:type="dxa"/>
              <w:left w:w="80" w:type="dxa"/>
              <w:bottom w:w="80" w:type="dxa"/>
              <w:right w:w="80" w:type="dxa"/>
            </w:tcMar>
            <w:vAlign w:val="center"/>
          </w:tcPr>
          <w:p w14:paraId="15C85DD2"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reakcije suradnika</w:t>
            </w:r>
          </w:p>
        </w:tc>
      </w:tr>
      <w:tr w:rsidR="00871FBD" w:rsidRPr="00F51F43" w14:paraId="37A45885" w14:textId="77777777" w:rsidTr="00871FBD">
        <w:trPr>
          <w:cantSplit/>
          <w:jc w:val="center"/>
        </w:trPr>
        <w:tc>
          <w:tcPr>
            <w:tcW w:w="507" w:type="dxa"/>
            <w:tcMar>
              <w:top w:w="80" w:type="dxa"/>
              <w:left w:w="80" w:type="dxa"/>
              <w:bottom w:w="80" w:type="dxa"/>
              <w:right w:w="80" w:type="dxa"/>
            </w:tcMar>
            <w:vAlign w:val="center"/>
          </w:tcPr>
          <w:p w14:paraId="72A5F3F8" w14:textId="77777777" w:rsidR="00871FBD" w:rsidRPr="00F51F43" w:rsidRDefault="00871FBD" w:rsidP="00871FBD">
            <w:pPr>
              <w:spacing w:after="0" w:line="240" w:lineRule="auto"/>
              <w:jc w:val="center"/>
              <w:rPr>
                <w:noProof/>
                <w:sz w:val="20"/>
                <w:szCs w:val="20"/>
              </w:rPr>
            </w:pPr>
            <w:r w:rsidRPr="00F51F43">
              <w:rPr>
                <w:noProof/>
                <w:sz w:val="20"/>
                <w:szCs w:val="20"/>
              </w:rPr>
              <w:t>105.</w:t>
            </w:r>
          </w:p>
        </w:tc>
        <w:tc>
          <w:tcPr>
            <w:tcW w:w="1395" w:type="dxa"/>
            <w:tcMar>
              <w:top w:w="80" w:type="dxa"/>
              <w:left w:w="80" w:type="dxa"/>
              <w:bottom w:w="80" w:type="dxa"/>
              <w:right w:w="80" w:type="dxa"/>
            </w:tcMar>
            <w:vAlign w:val="center"/>
          </w:tcPr>
          <w:p w14:paraId="638D53FF"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3FDC54D9" w14:textId="77777777" w:rsidR="00871FBD" w:rsidRPr="00F51F43" w:rsidRDefault="00871FBD" w:rsidP="00871FBD">
            <w:pPr>
              <w:spacing w:after="0" w:line="240" w:lineRule="auto"/>
              <w:jc w:val="center"/>
              <w:rPr>
                <w:noProof/>
                <w:sz w:val="20"/>
                <w:szCs w:val="20"/>
              </w:rPr>
            </w:pPr>
            <w:r w:rsidRPr="00F51F43">
              <w:rPr>
                <w:noProof/>
                <w:sz w:val="20"/>
                <w:szCs w:val="20"/>
              </w:rPr>
              <w:t>Šoderica Legrad</w:t>
            </w:r>
          </w:p>
        </w:tc>
        <w:tc>
          <w:tcPr>
            <w:tcW w:w="1015" w:type="dxa"/>
            <w:tcMar>
              <w:top w:w="80" w:type="dxa"/>
              <w:left w:w="80" w:type="dxa"/>
              <w:bottom w:w="80" w:type="dxa"/>
              <w:right w:w="80" w:type="dxa"/>
            </w:tcMar>
            <w:vAlign w:val="center"/>
          </w:tcPr>
          <w:p w14:paraId="02AFE24D"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308952CE"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1F3A7079"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1FF98EF3" w14:textId="77777777" w:rsidR="00871FBD" w:rsidRPr="00F51F43" w:rsidRDefault="00871FBD" w:rsidP="00871FBD">
            <w:pPr>
              <w:spacing w:after="0" w:line="240" w:lineRule="auto"/>
              <w:jc w:val="center"/>
              <w:rPr>
                <w:noProof/>
                <w:sz w:val="20"/>
                <w:szCs w:val="20"/>
              </w:rPr>
            </w:pPr>
            <w:r w:rsidRPr="00F51F43">
              <w:rPr>
                <w:noProof/>
                <w:sz w:val="20"/>
                <w:szCs w:val="20"/>
              </w:rPr>
              <w:t>Turistička zajednica grada Koprivnice</w:t>
            </w:r>
          </w:p>
        </w:tc>
        <w:tc>
          <w:tcPr>
            <w:tcW w:w="3207" w:type="dxa"/>
            <w:tcMar>
              <w:top w:w="80" w:type="dxa"/>
              <w:left w:w="80" w:type="dxa"/>
              <w:bottom w:w="80" w:type="dxa"/>
              <w:right w:w="80" w:type="dxa"/>
            </w:tcMar>
            <w:vAlign w:val="center"/>
          </w:tcPr>
          <w:p w14:paraId="43EDD492" w14:textId="77777777" w:rsidR="00871FBD" w:rsidRPr="00F51F43" w:rsidRDefault="00871FBD" w:rsidP="00871FBD">
            <w:pPr>
              <w:spacing w:after="0" w:line="240" w:lineRule="auto"/>
              <w:jc w:val="center"/>
              <w:rPr>
                <w:noProof/>
                <w:sz w:val="20"/>
                <w:szCs w:val="20"/>
              </w:rPr>
            </w:pPr>
            <w:r w:rsidRPr="00F51F43">
              <w:rPr>
                <w:noProof/>
                <w:sz w:val="20"/>
                <w:szCs w:val="20"/>
              </w:rPr>
              <w:t>obilazak i edukativno predavanje</w:t>
            </w:r>
          </w:p>
        </w:tc>
        <w:tc>
          <w:tcPr>
            <w:tcW w:w="2928" w:type="dxa"/>
            <w:tcMar>
              <w:top w:w="80" w:type="dxa"/>
              <w:left w:w="80" w:type="dxa"/>
              <w:bottom w:w="80" w:type="dxa"/>
              <w:right w:w="80" w:type="dxa"/>
            </w:tcMar>
            <w:vAlign w:val="center"/>
          </w:tcPr>
          <w:p w14:paraId="1600CC25"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reakcije suradnika</w:t>
            </w:r>
          </w:p>
        </w:tc>
      </w:tr>
      <w:tr w:rsidR="00871FBD" w:rsidRPr="00F51F43" w14:paraId="0F2D231F" w14:textId="77777777" w:rsidTr="00871FBD">
        <w:trPr>
          <w:cantSplit/>
          <w:jc w:val="center"/>
        </w:trPr>
        <w:tc>
          <w:tcPr>
            <w:tcW w:w="507" w:type="dxa"/>
            <w:tcMar>
              <w:top w:w="80" w:type="dxa"/>
              <w:left w:w="80" w:type="dxa"/>
              <w:bottom w:w="80" w:type="dxa"/>
              <w:right w:w="80" w:type="dxa"/>
            </w:tcMar>
            <w:vAlign w:val="center"/>
          </w:tcPr>
          <w:p w14:paraId="36E4BF2F" w14:textId="77777777" w:rsidR="00871FBD" w:rsidRPr="00F51F43" w:rsidRDefault="00871FBD" w:rsidP="00871FBD">
            <w:pPr>
              <w:spacing w:after="0" w:line="240" w:lineRule="auto"/>
              <w:jc w:val="center"/>
              <w:rPr>
                <w:noProof/>
                <w:sz w:val="20"/>
                <w:szCs w:val="20"/>
              </w:rPr>
            </w:pPr>
            <w:r w:rsidRPr="00F51F43">
              <w:rPr>
                <w:noProof/>
                <w:sz w:val="20"/>
                <w:szCs w:val="20"/>
              </w:rPr>
              <w:t>106.</w:t>
            </w:r>
          </w:p>
        </w:tc>
        <w:tc>
          <w:tcPr>
            <w:tcW w:w="1395" w:type="dxa"/>
            <w:tcMar>
              <w:top w:w="80" w:type="dxa"/>
              <w:left w:w="80" w:type="dxa"/>
              <w:bottom w:w="80" w:type="dxa"/>
              <w:right w:w="80" w:type="dxa"/>
            </w:tcMar>
            <w:vAlign w:val="center"/>
          </w:tcPr>
          <w:p w14:paraId="008731E3"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5D9193B3"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34DC29BF"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7D3A6305"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43F5A077"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4119D391" w14:textId="77777777" w:rsidR="00871FBD" w:rsidRPr="00F51F43" w:rsidRDefault="00871FBD" w:rsidP="00871FBD">
            <w:pPr>
              <w:spacing w:after="0" w:line="240" w:lineRule="auto"/>
              <w:jc w:val="center"/>
              <w:rPr>
                <w:noProof/>
                <w:sz w:val="20"/>
                <w:szCs w:val="20"/>
              </w:rPr>
            </w:pPr>
            <w:r w:rsidRPr="00F51F43">
              <w:rPr>
                <w:noProof/>
                <w:sz w:val="20"/>
                <w:szCs w:val="20"/>
              </w:rPr>
              <w:t>Gradska tržnica Koprivnica</w:t>
            </w:r>
          </w:p>
        </w:tc>
        <w:tc>
          <w:tcPr>
            <w:tcW w:w="3207" w:type="dxa"/>
            <w:tcMar>
              <w:top w:w="80" w:type="dxa"/>
              <w:left w:w="80" w:type="dxa"/>
              <w:bottom w:w="80" w:type="dxa"/>
              <w:right w:w="80" w:type="dxa"/>
            </w:tcMar>
            <w:vAlign w:val="center"/>
          </w:tcPr>
          <w:p w14:paraId="16D62F74" w14:textId="77777777" w:rsidR="00871FBD" w:rsidRPr="00F51F43" w:rsidRDefault="00871FBD" w:rsidP="00871FBD">
            <w:pPr>
              <w:spacing w:after="0" w:line="240" w:lineRule="auto"/>
              <w:jc w:val="center"/>
              <w:rPr>
                <w:noProof/>
                <w:sz w:val="20"/>
                <w:szCs w:val="20"/>
              </w:rPr>
            </w:pPr>
            <w:r w:rsidRPr="00F51F43">
              <w:rPr>
                <w:noProof/>
                <w:sz w:val="20"/>
                <w:szCs w:val="20"/>
              </w:rPr>
              <w:t>posjet tržnici</w:t>
            </w:r>
          </w:p>
        </w:tc>
        <w:tc>
          <w:tcPr>
            <w:tcW w:w="2928" w:type="dxa"/>
            <w:tcMar>
              <w:top w:w="80" w:type="dxa"/>
              <w:left w:w="80" w:type="dxa"/>
              <w:bottom w:w="80" w:type="dxa"/>
              <w:right w:w="80" w:type="dxa"/>
            </w:tcMar>
            <w:vAlign w:val="center"/>
          </w:tcPr>
          <w:p w14:paraId="31E73D73"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75D55A62" w14:textId="77777777" w:rsidTr="00871FBD">
        <w:trPr>
          <w:cantSplit/>
          <w:jc w:val="center"/>
        </w:trPr>
        <w:tc>
          <w:tcPr>
            <w:tcW w:w="507" w:type="dxa"/>
            <w:tcMar>
              <w:top w:w="80" w:type="dxa"/>
              <w:left w:w="80" w:type="dxa"/>
              <w:bottom w:w="80" w:type="dxa"/>
              <w:right w:w="80" w:type="dxa"/>
            </w:tcMar>
            <w:vAlign w:val="center"/>
          </w:tcPr>
          <w:p w14:paraId="51A91488" w14:textId="77777777" w:rsidR="00871FBD" w:rsidRPr="00F51F43" w:rsidRDefault="00871FBD" w:rsidP="00871FBD">
            <w:pPr>
              <w:spacing w:after="0" w:line="240" w:lineRule="auto"/>
              <w:jc w:val="center"/>
              <w:rPr>
                <w:noProof/>
                <w:sz w:val="20"/>
                <w:szCs w:val="20"/>
              </w:rPr>
            </w:pPr>
            <w:r w:rsidRPr="00F51F43">
              <w:rPr>
                <w:noProof/>
                <w:sz w:val="20"/>
                <w:szCs w:val="20"/>
              </w:rPr>
              <w:t>107.</w:t>
            </w:r>
          </w:p>
        </w:tc>
        <w:tc>
          <w:tcPr>
            <w:tcW w:w="1395" w:type="dxa"/>
            <w:tcMar>
              <w:top w:w="80" w:type="dxa"/>
              <w:left w:w="80" w:type="dxa"/>
              <w:bottom w:w="80" w:type="dxa"/>
              <w:right w:w="80" w:type="dxa"/>
            </w:tcMar>
            <w:vAlign w:val="center"/>
          </w:tcPr>
          <w:p w14:paraId="5E858F0E"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44CDEA45"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2AA13F45" w14:textId="77777777" w:rsidR="00871FBD" w:rsidRPr="00F51F43" w:rsidRDefault="00871FBD" w:rsidP="00871FBD">
            <w:pPr>
              <w:spacing w:after="0" w:line="240" w:lineRule="auto"/>
              <w:jc w:val="center"/>
              <w:rPr>
                <w:noProof/>
                <w:sz w:val="20"/>
                <w:szCs w:val="20"/>
              </w:rPr>
            </w:pPr>
            <w:r w:rsidRPr="00F51F43">
              <w:rPr>
                <w:noProof/>
                <w:sz w:val="20"/>
                <w:szCs w:val="20"/>
              </w:rPr>
              <w:t>lipanj</w:t>
            </w:r>
          </w:p>
        </w:tc>
        <w:tc>
          <w:tcPr>
            <w:tcW w:w="761" w:type="dxa"/>
            <w:tcMar>
              <w:top w:w="80" w:type="dxa"/>
              <w:left w:w="80" w:type="dxa"/>
              <w:bottom w:w="80" w:type="dxa"/>
              <w:right w:w="80" w:type="dxa"/>
            </w:tcMar>
            <w:vAlign w:val="center"/>
          </w:tcPr>
          <w:p w14:paraId="07050A9E"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67750CFD"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10802B97" w14:textId="77777777" w:rsidR="00871FBD" w:rsidRPr="00F51F43" w:rsidRDefault="00871FBD" w:rsidP="00871FBD">
            <w:pPr>
              <w:spacing w:after="0" w:line="240" w:lineRule="auto"/>
              <w:jc w:val="center"/>
              <w:rPr>
                <w:noProof/>
                <w:sz w:val="20"/>
                <w:szCs w:val="20"/>
              </w:rPr>
            </w:pPr>
            <w:r w:rsidRPr="00F51F43">
              <w:rPr>
                <w:noProof/>
                <w:sz w:val="20"/>
                <w:szCs w:val="20"/>
              </w:rPr>
              <w:t>Đurđevac</w:t>
            </w:r>
          </w:p>
        </w:tc>
        <w:tc>
          <w:tcPr>
            <w:tcW w:w="3207" w:type="dxa"/>
            <w:tcMar>
              <w:top w:w="80" w:type="dxa"/>
              <w:left w:w="80" w:type="dxa"/>
              <w:bottom w:w="80" w:type="dxa"/>
              <w:right w:w="80" w:type="dxa"/>
            </w:tcMar>
            <w:vAlign w:val="center"/>
          </w:tcPr>
          <w:p w14:paraId="201505FE" w14:textId="77777777" w:rsidR="00871FBD" w:rsidRPr="00F51F43" w:rsidRDefault="00871FBD" w:rsidP="00871FBD">
            <w:pPr>
              <w:spacing w:after="0" w:line="240" w:lineRule="auto"/>
              <w:jc w:val="center"/>
              <w:rPr>
                <w:noProof/>
                <w:sz w:val="20"/>
                <w:szCs w:val="20"/>
              </w:rPr>
            </w:pPr>
            <w:r w:rsidRPr="00F51F43">
              <w:rPr>
                <w:noProof/>
                <w:sz w:val="20"/>
                <w:szCs w:val="20"/>
              </w:rPr>
              <w:t>Vožnja autobusom do odredišta Upoznavanje sa prirodnim okruženjem Igre na otvorenom</w:t>
            </w:r>
          </w:p>
        </w:tc>
        <w:tc>
          <w:tcPr>
            <w:tcW w:w="2928" w:type="dxa"/>
            <w:tcMar>
              <w:top w:w="80" w:type="dxa"/>
              <w:left w:w="80" w:type="dxa"/>
              <w:bottom w:w="80" w:type="dxa"/>
              <w:right w:w="80" w:type="dxa"/>
            </w:tcMar>
            <w:vAlign w:val="center"/>
          </w:tcPr>
          <w:p w14:paraId="61939559"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reakcije suradnika</w:t>
            </w:r>
          </w:p>
        </w:tc>
      </w:tr>
      <w:tr w:rsidR="00871FBD" w:rsidRPr="00F51F43" w14:paraId="41570370" w14:textId="77777777" w:rsidTr="00871FBD">
        <w:trPr>
          <w:cantSplit/>
          <w:jc w:val="center"/>
        </w:trPr>
        <w:tc>
          <w:tcPr>
            <w:tcW w:w="507" w:type="dxa"/>
            <w:tcMar>
              <w:top w:w="80" w:type="dxa"/>
              <w:left w:w="80" w:type="dxa"/>
              <w:bottom w:w="80" w:type="dxa"/>
              <w:right w:w="80" w:type="dxa"/>
            </w:tcMar>
            <w:vAlign w:val="center"/>
          </w:tcPr>
          <w:p w14:paraId="14F966C1" w14:textId="77777777" w:rsidR="00871FBD" w:rsidRPr="00F51F43" w:rsidRDefault="00871FBD" w:rsidP="00871FBD">
            <w:pPr>
              <w:spacing w:after="0" w:line="240" w:lineRule="auto"/>
              <w:jc w:val="center"/>
              <w:rPr>
                <w:noProof/>
                <w:sz w:val="20"/>
                <w:szCs w:val="20"/>
              </w:rPr>
            </w:pPr>
            <w:r w:rsidRPr="00F51F43">
              <w:rPr>
                <w:noProof/>
                <w:sz w:val="20"/>
                <w:szCs w:val="20"/>
              </w:rPr>
              <w:t>108.</w:t>
            </w:r>
          </w:p>
        </w:tc>
        <w:tc>
          <w:tcPr>
            <w:tcW w:w="1395" w:type="dxa"/>
            <w:tcMar>
              <w:top w:w="80" w:type="dxa"/>
              <w:left w:w="80" w:type="dxa"/>
              <w:bottom w:w="80" w:type="dxa"/>
              <w:right w:w="80" w:type="dxa"/>
            </w:tcMar>
            <w:vAlign w:val="center"/>
          </w:tcPr>
          <w:p w14:paraId="3EE7A50C"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57B39A45" w14:textId="77777777" w:rsidR="00871FBD" w:rsidRPr="00F51F43" w:rsidRDefault="00871FBD" w:rsidP="00871FBD">
            <w:pPr>
              <w:spacing w:after="0" w:line="240" w:lineRule="auto"/>
              <w:jc w:val="center"/>
              <w:rPr>
                <w:noProof/>
                <w:sz w:val="20"/>
                <w:szCs w:val="20"/>
              </w:rPr>
            </w:pPr>
            <w:r w:rsidRPr="00F51F43">
              <w:rPr>
                <w:noProof/>
                <w:sz w:val="20"/>
                <w:szCs w:val="20"/>
              </w:rPr>
              <w:t>Koprivnica</w:t>
            </w:r>
          </w:p>
        </w:tc>
        <w:tc>
          <w:tcPr>
            <w:tcW w:w="1015" w:type="dxa"/>
            <w:tcMar>
              <w:top w:w="80" w:type="dxa"/>
              <w:left w:w="80" w:type="dxa"/>
              <w:bottom w:w="80" w:type="dxa"/>
              <w:right w:w="80" w:type="dxa"/>
            </w:tcMar>
            <w:vAlign w:val="center"/>
          </w:tcPr>
          <w:p w14:paraId="20322BE6"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3FCAE06F"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6510DFE8"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536AC276" w14:textId="77777777" w:rsidR="00871FBD" w:rsidRPr="00F51F43" w:rsidRDefault="00871FBD" w:rsidP="00871FBD">
            <w:pPr>
              <w:spacing w:after="0" w:line="240" w:lineRule="auto"/>
              <w:jc w:val="center"/>
              <w:rPr>
                <w:noProof/>
                <w:sz w:val="20"/>
                <w:szCs w:val="20"/>
              </w:rPr>
            </w:pPr>
            <w:r w:rsidRPr="00F51F43">
              <w:rPr>
                <w:noProof/>
                <w:sz w:val="20"/>
                <w:szCs w:val="20"/>
              </w:rPr>
              <w:t>Kino Velebit</w:t>
            </w:r>
          </w:p>
        </w:tc>
        <w:tc>
          <w:tcPr>
            <w:tcW w:w="3207" w:type="dxa"/>
            <w:tcMar>
              <w:top w:w="80" w:type="dxa"/>
              <w:left w:w="80" w:type="dxa"/>
              <w:bottom w:w="80" w:type="dxa"/>
              <w:right w:w="80" w:type="dxa"/>
            </w:tcMar>
            <w:vAlign w:val="center"/>
          </w:tcPr>
          <w:p w14:paraId="41B31A62" w14:textId="77777777" w:rsidR="00871FBD" w:rsidRPr="00F51F43" w:rsidRDefault="00871FBD" w:rsidP="00871FBD">
            <w:pPr>
              <w:spacing w:after="0" w:line="240" w:lineRule="auto"/>
              <w:jc w:val="center"/>
              <w:rPr>
                <w:noProof/>
                <w:sz w:val="20"/>
                <w:szCs w:val="20"/>
              </w:rPr>
            </w:pPr>
            <w:r w:rsidRPr="00F51F43">
              <w:rPr>
                <w:noProof/>
                <w:sz w:val="20"/>
                <w:szCs w:val="20"/>
              </w:rPr>
              <w:t>projekcija animiranog filma, slobodna igra na igralištu u Koprivnici</w:t>
            </w:r>
          </w:p>
        </w:tc>
        <w:tc>
          <w:tcPr>
            <w:tcW w:w="2928" w:type="dxa"/>
            <w:tcMar>
              <w:top w:w="80" w:type="dxa"/>
              <w:left w:w="80" w:type="dxa"/>
              <w:bottom w:w="80" w:type="dxa"/>
              <w:right w:w="80" w:type="dxa"/>
            </w:tcMar>
            <w:vAlign w:val="center"/>
          </w:tcPr>
          <w:p w14:paraId="0F080290"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17ABBB07" w14:textId="77777777" w:rsidTr="00871FBD">
        <w:trPr>
          <w:cantSplit/>
          <w:jc w:val="center"/>
        </w:trPr>
        <w:tc>
          <w:tcPr>
            <w:tcW w:w="507" w:type="dxa"/>
            <w:tcMar>
              <w:top w:w="80" w:type="dxa"/>
              <w:left w:w="80" w:type="dxa"/>
              <w:bottom w:w="80" w:type="dxa"/>
              <w:right w:w="80" w:type="dxa"/>
            </w:tcMar>
            <w:vAlign w:val="center"/>
          </w:tcPr>
          <w:p w14:paraId="422BB136" w14:textId="77777777" w:rsidR="00871FBD" w:rsidRPr="00F51F43" w:rsidRDefault="00871FBD" w:rsidP="00871FBD">
            <w:pPr>
              <w:spacing w:after="0" w:line="240" w:lineRule="auto"/>
              <w:jc w:val="center"/>
              <w:rPr>
                <w:noProof/>
                <w:sz w:val="20"/>
                <w:szCs w:val="20"/>
              </w:rPr>
            </w:pPr>
            <w:r w:rsidRPr="00F51F43">
              <w:rPr>
                <w:noProof/>
                <w:sz w:val="20"/>
                <w:szCs w:val="20"/>
              </w:rPr>
              <w:t>109.</w:t>
            </w:r>
          </w:p>
        </w:tc>
        <w:tc>
          <w:tcPr>
            <w:tcW w:w="1395" w:type="dxa"/>
            <w:tcMar>
              <w:top w:w="80" w:type="dxa"/>
              <w:left w:w="80" w:type="dxa"/>
              <w:bottom w:w="80" w:type="dxa"/>
              <w:right w:w="80" w:type="dxa"/>
            </w:tcMar>
            <w:vAlign w:val="center"/>
          </w:tcPr>
          <w:p w14:paraId="213A3012"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5052F901" w14:textId="77777777" w:rsidR="00871FBD" w:rsidRPr="00F51F43" w:rsidRDefault="00871FBD" w:rsidP="00871FBD">
            <w:pPr>
              <w:spacing w:after="0" w:line="240" w:lineRule="auto"/>
              <w:jc w:val="center"/>
              <w:rPr>
                <w:noProof/>
                <w:sz w:val="20"/>
                <w:szCs w:val="20"/>
              </w:rPr>
            </w:pPr>
            <w:r w:rsidRPr="00F51F43">
              <w:rPr>
                <w:noProof/>
                <w:sz w:val="20"/>
                <w:szCs w:val="20"/>
              </w:rPr>
              <w:t>Po izboru roditelja</w:t>
            </w:r>
          </w:p>
        </w:tc>
        <w:tc>
          <w:tcPr>
            <w:tcW w:w="1015" w:type="dxa"/>
            <w:tcMar>
              <w:top w:w="80" w:type="dxa"/>
              <w:left w:w="80" w:type="dxa"/>
              <w:bottom w:w="80" w:type="dxa"/>
              <w:right w:w="80" w:type="dxa"/>
            </w:tcMar>
            <w:vAlign w:val="center"/>
          </w:tcPr>
          <w:p w14:paraId="1A278CBB"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7A4EB4F3" w14:textId="77777777" w:rsidR="00871FBD" w:rsidRPr="00F51F43" w:rsidRDefault="00871FBD" w:rsidP="00871FBD">
            <w:pPr>
              <w:spacing w:after="0" w:line="240" w:lineRule="auto"/>
              <w:jc w:val="center"/>
              <w:rPr>
                <w:noProof/>
                <w:sz w:val="20"/>
                <w:szCs w:val="20"/>
              </w:rPr>
            </w:pPr>
            <w:r w:rsidRPr="00F51F43">
              <w:rPr>
                <w:noProof/>
                <w:sz w:val="20"/>
                <w:szCs w:val="20"/>
              </w:rPr>
              <w:t>15</w:t>
            </w:r>
          </w:p>
        </w:tc>
        <w:tc>
          <w:tcPr>
            <w:tcW w:w="1054" w:type="dxa"/>
            <w:tcMar>
              <w:top w:w="80" w:type="dxa"/>
              <w:left w:w="80" w:type="dxa"/>
              <w:bottom w:w="80" w:type="dxa"/>
              <w:right w:w="80" w:type="dxa"/>
            </w:tcMar>
            <w:vAlign w:val="center"/>
          </w:tcPr>
          <w:p w14:paraId="3880D85F" w14:textId="77777777" w:rsidR="00871FBD" w:rsidRPr="00F51F43" w:rsidRDefault="00871FBD" w:rsidP="00871FBD">
            <w:pPr>
              <w:spacing w:after="0" w:line="240" w:lineRule="auto"/>
              <w:jc w:val="center"/>
              <w:rPr>
                <w:noProof/>
                <w:sz w:val="20"/>
                <w:szCs w:val="20"/>
              </w:rPr>
            </w:pPr>
            <w:r w:rsidRPr="00F51F43">
              <w:rPr>
                <w:noProof/>
                <w:sz w:val="20"/>
                <w:szCs w:val="20"/>
              </w:rPr>
              <w:t>Pčelice</w:t>
            </w:r>
          </w:p>
        </w:tc>
        <w:tc>
          <w:tcPr>
            <w:tcW w:w="1701" w:type="dxa"/>
            <w:tcMar>
              <w:top w:w="80" w:type="dxa"/>
              <w:left w:w="80" w:type="dxa"/>
              <w:bottom w:w="80" w:type="dxa"/>
              <w:right w:w="80" w:type="dxa"/>
            </w:tcMar>
            <w:vAlign w:val="center"/>
          </w:tcPr>
          <w:p w14:paraId="41F9855C" w14:textId="77777777" w:rsidR="00871FBD" w:rsidRPr="00F51F43" w:rsidRDefault="00871FBD" w:rsidP="00871FBD">
            <w:pPr>
              <w:spacing w:after="0" w:line="240" w:lineRule="auto"/>
              <w:jc w:val="center"/>
              <w:rPr>
                <w:noProof/>
                <w:sz w:val="20"/>
                <w:szCs w:val="20"/>
              </w:rPr>
            </w:pPr>
            <w:r w:rsidRPr="00F51F43">
              <w:rPr>
                <w:noProof/>
                <w:sz w:val="20"/>
                <w:szCs w:val="20"/>
              </w:rPr>
              <w:t>turistička agencija</w:t>
            </w:r>
          </w:p>
        </w:tc>
        <w:tc>
          <w:tcPr>
            <w:tcW w:w="3207" w:type="dxa"/>
            <w:tcMar>
              <w:top w:w="80" w:type="dxa"/>
              <w:left w:w="80" w:type="dxa"/>
              <w:bottom w:w="80" w:type="dxa"/>
              <w:right w:w="80" w:type="dxa"/>
            </w:tcMar>
            <w:vAlign w:val="center"/>
          </w:tcPr>
          <w:p w14:paraId="1C7DF3E4" w14:textId="77777777" w:rsidR="00871FBD" w:rsidRPr="00F51F43" w:rsidRDefault="00871FBD" w:rsidP="00871FBD">
            <w:pPr>
              <w:spacing w:after="0" w:line="240" w:lineRule="auto"/>
              <w:jc w:val="center"/>
              <w:rPr>
                <w:noProof/>
                <w:sz w:val="20"/>
                <w:szCs w:val="20"/>
              </w:rPr>
            </w:pPr>
            <w:r w:rsidRPr="00F51F43">
              <w:rPr>
                <w:noProof/>
                <w:sz w:val="20"/>
                <w:szCs w:val="20"/>
              </w:rPr>
              <w:t>ovisno o interesu roditelja skupine</w:t>
            </w:r>
          </w:p>
        </w:tc>
        <w:tc>
          <w:tcPr>
            <w:tcW w:w="2928" w:type="dxa"/>
            <w:tcMar>
              <w:top w:w="80" w:type="dxa"/>
              <w:left w:w="80" w:type="dxa"/>
              <w:bottom w:w="80" w:type="dxa"/>
              <w:right w:w="80" w:type="dxa"/>
            </w:tcMar>
            <w:vAlign w:val="center"/>
          </w:tcPr>
          <w:p w14:paraId="270220A9"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w:t>
            </w:r>
          </w:p>
        </w:tc>
      </w:tr>
      <w:tr w:rsidR="00871FBD" w:rsidRPr="00F51F43" w14:paraId="3665905C" w14:textId="77777777" w:rsidTr="00871FBD">
        <w:trPr>
          <w:cantSplit/>
          <w:jc w:val="center"/>
        </w:trPr>
        <w:tc>
          <w:tcPr>
            <w:tcW w:w="507" w:type="dxa"/>
            <w:tcMar>
              <w:top w:w="80" w:type="dxa"/>
              <w:left w:w="80" w:type="dxa"/>
              <w:bottom w:w="80" w:type="dxa"/>
              <w:right w:w="80" w:type="dxa"/>
            </w:tcMar>
            <w:vAlign w:val="center"/>
          </w:tcPr>
          <w:p w14:paraId="3232C7E5" w14:textId="77777777" w:rsidR="00871FBD" w:rsidRPr="00F51F43" w:rsidRDefault="00871FBD" w:rsidP="00871FBD">
            <w:pPr>
              <w:spacing w:after="0" w:line="240" w:lineRule="auto"/>
              <w:jc w:val="center"/>
              <w:rPr>
                <w:noProof/>
                <w:sz w:val="20"/>
                <w:szCs w:val="20"/>
              </w:rPr>
            </w:pPr>
            <w:r w:rsidRPr="00F51F43">
              <w:rPr>
                <w:noProof/>
                <w:sz w:val="20"/>
                <w:szCs w:val="20"/>
              </w:rPr>
              <w:t>110.</w:t>
            </w:r>
          </w:p>
        </w:tc>
        <w:tc>
          <w:tcPr>
            <w:tcW w:w="1395" w:type="dxa"/>
            <w:tcMar>
              <w:top w:w="80" w:type="dxa"/>
              <w:left w:w="80" w:type="dxa"/>
              <w:bottom w:w="80" w:type="dxa"/>
              <w:right w:w="80" w:type="dxa"/>
            </w:tcMar>
            <w:vAlign w:val="center"/>
          </w:tcPr>
          <w:p w14:paraId="612B798D"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5BE2FC80" w14:textId="77777777" w:rsidR="00871FBD" w:rsidRPr="00F51F43" w:rsidRDefault="00871FBD" w:rsidP="00871FBD">
            <w:pPr>
              <w:spacing w:after="0" w:line="240" w:lineRule="auto"/>
              <w:jc w:val="center"/>
              <w:rPr>
                <w:noProof/>
                <w:sz w:val="20"/>
                <w:szCs w:val="20"/>
              </w:rPr>
            </w:pPr>
            <w:r w:rsidRPr="00F51F43">
              <w:rPr>
                <w:noProof/>
                <w:sz w:val="20"/>
                <w:szCs w:val="20"/>
              </w:rPr>
              <w:t>Legrad, Podravska banka</w:t>
            </w:r>
          </w:p>
        </w:tc>
        <w:tc>
          <w:tcPr>
            <w:tcW w:w="1015" w:type="dxa"/>
            <w:tcMar>
              <w:top w:w="80" w:type="dxa"/>
              <w:left w:w="80" w:type="dxa"/>
              <w:bottom w:w="80" w:type="dxa"/>
              <w:right w:w="80" w:type="dxa"/>
            </w:tcMar>
            <w:vAlign w:val="center"/>
          </w:tcPr>
          <w:p w14:paraId="2DFD9205" w14:textId="77777777" w:rsidR="00871FBD" w:rsidRPr="00F51F43" w:rsidRDefault="00871FBD" w:rsidP="00871FBD">
            <w:pPr>
              <w:spacing w:after="0" w:line="240" w:lineRule="auto"/>
              <w:jc w:val="center"/>
              <w:rPr>
                <w:noProof/>
                <w:sz w:val="20"/>
                <w:szCs w:val="20"/>
              </w:rPr>
            </w:pPr>
            <w:r w:rsidRPr="00F51F43">
              <w:rPr>
                <w:noProof/>
                <w:sz w:val="20"/>
                <w:szCs w:val="20"/>
              </w:rPr>
              <w:t>listopad</w:t>
            </w:r>
          </w:p>
        </w:tc>
        <w:tc>
          <w:tcPr>
            <w:tcW w:w="761" w:type="dxa"/>
            <w:tcMar>
              <w:top w:w="80" w:type="dxa"/>
              <w:left w:w="80" w:type="dxa"/>
              <w:bottom w:w="80" w:type="dxa"/>
              <w:right w:w="80" w:type="dxa"/>
            </w:tcMar>
            <w:vAlign w:val="center"/>
          </w:tcPr>
          <w:p w14:paraId="73D78349" w14:textId="77777777" w:rsidR="00871FBD" w:rsidRPr="00F51F43" w:rsidRDefault="00871FBD" w:rsidP="00871FBD">
            <w:pPr>
              <w:spacing w:after="0" w:line="240" w:lineRule="auto"/>
              <w:jc w:val="center"/>
              <w:rPr>
                <w:noProof/>
                <w:sz w:val="20"/>
                <w:szCs w:val="20"/>
              </w:rPr>
            </w:pPr>
            <w:r w:rsidRPr="00F51F43">
              <w:rPr>
                <w:noProof/>
                <w:sz w:val="20"/>
                <w:szCs w:val="20"/>
              </w:rPr>
              <w:t>55</w:t>
            </w:r>
          </w:p>
        </w:tc>
        <w:tc>
          <w:tcPr>
            <w:tcW w:w="1054" w:type="dxa"/>
            <w:tcMar>
              <w:top w:w="80" w:type="dxa"/>
              <w:left w:w="80" w:type="dxa"/>
              <w:bottom w:w="80" w:type="dxa"/>
              <w:right w:w="80" w:type="dxa"/>
            </w:tcMar>
            <w:vAlign w:val="center"/>
          </w:tcPr>
          <w:p w14:paraId="2DD46D93" w14:textId="77777777" w:rsidR="00871FBD" w:rsidRPr="00F51F43" w:rsidRDefault="00871FBD" w:rsidP="00871FBD">
            <w:pPr>
              <w:spacing w:after="0" w:line="240" w:lineRule="auto"/>
              <w:jc w:val="center"/>
              <w:rPr>
                <w:noProof/>
                <w:sz w:val="20"/>
                <w:szCs w:val="20"/>
              </w:rPr>
            </w:pPr>
            <w:r w:rsidRPr="00F51F43">
              <w:rPr>
                <w:noProof/>
                <w:sz w:val="20"/>
                <w:szCs w:val="20"/>
              </w:rPr>
              <w:t>Bubamare, Krijesnice, Leptirići, Pčelice</w:t>
            </w:r>
          </w:p>
        </w:tc>
        <w:tc>
          <w:tcPr>
            <w:tcW w:w="1701" w:type="dxa"/>
            <w:tcMar>
              <w:top w:w="80" w:type="dxa"/>
              <w:left w:w="80" w:type="dxa"/>
              <w:bottom w:w="80" w:type="dxa"/>
              <w:right w:w="80" w:type="dxa"/>
            </w:tcMar>
            <w:vAlign w:val="center"/>
          </w:tcPr>
          <w:p w14:paraId="497C632A" w14:textId="77777777" w:rsidR="00871FBD" w:rsidRPr="00F51F43" w:rsidRDefault="00871FBD" w:rsidP="00871FBD">
            <w:pPr>
              <w:spacing w:after="0" w:line="240" w:lineRule="auto"/>
              <w:jc w:val="center"/>
              <w:rPr>
                <w:noProof/>
                <w:sz w:val="20"/>
                <w:szCs w:val="20"/>
              </w:rPr>
            </w:pPr>
            <w:r w:rsidRPr="00F51F43">
              <w:rPr>
                <w:noProof/>
                <w:sz w:val="20"/>
                <w:szCs w:val="20"/>
              </w:rPr>
              <w:t>Djelatnik banke</w:t>
            </w:r>
          </w:p>
        </w:tc>
        <w:tc>
          <w:tcPr>
            <w:tcW w:w="3207" w:type="dxa"/>
            <w:tcMar>
              <w:top w:w="80" w:type="dxa"/>
              <w:left w:w="80" w:type="dxa"/>
              <w:bottom w:w="80" w:type="dxa"/>
              <w:right w:w="80" w:type="dxa"/>
            </w:tcMar>
            <w:vAlign w:val="center"/>
          </w:tcPr>
          <w:p w14:paraId="43F51607"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 i opreme, upoznavanje sa zanimanjem</w:t>
            </w:r>
          </w:p>
        </w:tc>
        <w:tc>
          <w:tcPr>
            <w:tcW w:w="2928" w:type="dxa"/>
            <w:tcMar>
              <w:top w:w="80" w:type="dxa"/>
              <w:left w:w="80" w:type="dxa"/>
              <w:bottom w:w="80" w:type="dxa"/>
              <w:right w:w="80" w:type="dxa"/>
            </w:tcMar>
            <w:vAlign w:val="center"/>
          </w:tcPr>
          <w:p w14:paraId="2C5AE73B"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fotodokumentacija</w:t>
            </w:r>
          </w:p>
        </w:tc>
      </w:tr>
      <w:tr w:rsidR="00871FBD" w:rsidRPr="00F51F43" w14:paraId="3077A729" w14:textId="77777777" w:rsidTr="00871FBD">
        <w:trPr>
          <w:cantSplit/>
          <w:jc w:val="center"/>
        </w:trPr>
        <w:tc>
          <w:tcPr>
            <w:tcW w:w="507" w:type="dxa"/>
            <w:tcMar>
              <w:top w:w="80" w:type="dxa"/>
              <w:left w:w="80" w:type="dxa"/>
              <w:bottom w:w="80" w:type="dxa"/>
              <w:right w:w="80" w:type="dxa"/>
            </w:tcMar>
            <w:vAlign w:val="center"/>
          </w:tcPr>
          <w:p w14:paraId="715FEFA9" w14:textId="77777777" w:rsidR="00871FBD" w:rsidRPr="00F51F43" w:rsidRDefault="00871FBD" w:rsidP="00871FBD">
            <w:pPr>
              <w:spacing w:after="0" w:line="240" w:lineRule="auto"/>
              <w:jc w:val="center"/>
              <w:rPr>
                <w:noProof/>
                <w:sz w:val="20"/>
                <w:szCs w:val="20"/>
              </w:rPr>
            </w:pPr>
            <w:r w:rsidRPr="00F51F43">
              <w:rPr>
                <w:noProof/>
                <w:sz w:val="20"/>
                <w:szCs w:val="20"/>
              </w:rPr>
              <w:t>111.</w:t>
            </w:r>
          </w:p>
        </w:tc>
        <w:tc>
          <w:tcPr>
            <w:tcW w:w="1395" w:type="dxa"/>
            <w:tcMar>
              <w:top w:w="80" w:type="dxa"/>
              <w:left w:w="80" w:type="dxa"/>
              <w:bottom w:w="80" w:type="dxa"/>
              <w:right w:w="80" w:type="dxa"/>
            </w:tcMar>
            <w:vAlign w:val="center"/>
          </w:tcPr>
          <w:p w14:paraId="087A2939"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518C28E0" w14:textId="77777777" w:rsidR="00871FBD" w:rsidRPr="00F51F43" w:rsidRDefault="00871FBD" w:rsidP="00871FBD">
            <w:pPr>
              <w:spacing w:after="0" w:line="240" w:lineRule="auto"/>
              <w:jc w:val="center"/>
              <w:rPr>
                <w:noProof/>
                <w:sz w:val="20"/>
                <w:szCs w:val="20"/>
              </w:rPr>
            </w:pPr>
            <w:r w:rsidRPr="00F51F43">
              <w:rPr>
                <w:noProof/>
                <w:sz w:val="20"/>
                <w:szCs w:val="20"/>
              </w:rPr>
              <w:t>Legrad, pošta</w:t>
            </w:r>
          </w:p>
        </w:tc>
        <w:tc>
          <w:tcPr>
            <w:tcW w:w="1015" w:type="dxa"/>
            <w:tcMar>
              <w:top w:w="80" w:type="dxa"/>
              <w:left w:w="80" w:type="dxa"/>
              <w:bottom w:w="80" w:type="dxa"/>
              <w:right w:w="80" w:type="dxa"/>
            </w:tcMar>
            <w:vAlign w:val="center"/>
          </w:tcPr>
          <w:p w14:paraId="090909EC" w14:textId="77777777" w:rsidR="00871FBD" w:rsidRPr="00F51F43" w:rsidRDefault="00871FBD" w:rsidP="00871FBD">
            <w:pPr>
              <w:spacing w:after="0" w:line="240" w:lineRule="auto"/>
              <w:jc w:val="center"/>
              <w:rPr>
                <w:noProof/>
                <w:sz w:val="20"/>
                <w:szCs w:val="20"/>
              </w:rPr>
            </w:pPr>
            <w:r w:rsidRPr="00F51F43">
              <w:rPr>
                <w:noProof/>
                <w:sz w:val="20"/>
                <w:szCs w:val="20"/>
              </w:rPr>
              <w:t>studeni</w:t>
            </w:r>
          </w:p>
        </w:tc>
        <w:tc>
          <w:tcPr>
            <w:tcW w:w="761" w:type="dxa"/>
            <w:tcMar>
              <w:top w:w="80" w:type="dxa"/>
              <w:left w:w="80" w:type="dxa"/>
              <w:bottom w:w="80" w:type="dxa"/>
              <w:right w:w="80" w:type="dxa"/>
            </w:tcMar>
            <w:vAlign w:val="center"/>
          </w:tcPr>
          <w:p w14:paraId="3ACE4F78" w14:textId="77777777" w:rsidR="00871FBD" w:rsidRPr="00F51F43" w:rsidRDefault="00871FBD" w:rsidP="00871FBD">
            <w:pPr>
              <w:spacing w:after="0" w:line="240" w:lineRule="auto"/>
              <w:jc w:val="center"/>
              <w:rPr>
                <w:noProof/>
                <w:sz w:val="20"/>
                <w:szCs w:val="20"/>
              </w:rPr>
            </w:pPr>
            <w:r w:rsidRPr="00F51F43">
              <w:rPr>
                <w:noProof/>
                <w:sz w:val="20"/>
                <w:szCs w:val="20"/>
              </w:rPr>
              <w:t>55</w:t>
            </w:r>
          </w:p>
        </w:tc>
        <w:tc>
          <w:tcPr>
            <w:tcW w:w="1054" w:type="dxa"/>
            <w:tcMar>
              <w:top w:w="80" w:type="dxa"/>
              <w:left w:w="80" w:type="dxa"/>
              <w:bottom w:w="80" w:type="dxa"/>
              <w:right w:w="80" w:type="dxa"/>
            </w:tcMar>
            <w:vAlign w:val="center"/>
          </w:tcPr>
          <w:p w14:paraId="17CB72EE" w14:textId="77777777" w:rsidR="00871FBD" w:rsidRPr="00F51F43" w:rsidRDefault="00871FBD" w:rsidP="00871FBD">
            <w:pPr>
              <w:spacing w:after="0" w:line="240" w:lineRule="auto"/>
              <w:jc w:val="center"/>
              <w:rPr>
                <w:noProof/>
                <w:sz w:val="20"/>
                <w:szCs w:val="20"/>
              </w:rPr>
            </w:pPr>
            <w:r w:rsidRPr="00F51F43">
              <w:rPr>
                <w:noProof/>
                <w:sz w:val="20"/>
                <w:szCs w:val="20"/>
              </w:rPr>
              <w:t>Leptirići, Pčelice</w:t>
            </w:r>
          </w:p>
        </w:tc>
        <w:tc>
          <w:tcPr>
            <w:tcW w:w="1701" w:type="dxa"/>
            <w:tcMar>
              <w:top w:w="80" w:type="dxa"/>
              <w:left w:w="80" w:type="dxa"/>
              <w:bottom w:w="80" w:type="dxa"/>
              <w:right w:w="80" w:type="dxa"/>
            </w:tcMar>
            <w:vAlign w:val="center"/>
          </w:tcPr>
          <w:p w14:paraId="7304E11C" w14:textId="77777777" w:rsidR="00871FBD" w:rsidRPr="00F51F43" w:rsidRDefault="00871FBD" w:rsidP="00871FBD">
            <w:pPr>
              <w:spacing w:after="0" w:line="240" w:lineRule="auto"/>
              <w:jc w:val="center"/>
              <w:rPr>
                <w:noProof/>
                <w:sz w:val="20"/>
                <w:szCs w:val="20"/>
              </w:rPr>
            </w:pPr>
            <w:r w:rsidRPr="00F51F43">
              <w:rPr>
                <w:noProof/>
                <w:sz w:val="20"/>
                <w:szCs w:val="20"/>
              </w:rPr>
              <w:t>Djelatnica pošte</w:t>
            </w:r>
          </w:p>
        </w:tc>
        <w:tc>
          <w:tcPr>
            <w:tcW w:w="3207" w:type="dxa"/>
            <w:tcMar>
              <w:top w:w="80" w:type="dxa"/>
              <w:left w:w="80" w:type="dxa"/>
              <w:bottom w:w="80" w:type="dxa"/>
              <w:right w:w="80" w:type="dxa"/>
            </w:tcMar>
            <w:vAlign w:val="center"/>
          </w:tcPr>
          <w:p w14:paraId="1D3CE869"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 upoznavanje sa zanimanjem</w:t>
            </w:r>
          </w:p>
        </w:tc>
        <w:tc>
          <w:tcPr>
            <w:tcW w:w="2928" w:type="dxa"/>
            <w:tcMar>
              <w:top w:w="80" w:type="dxa"/>
              <w:left w:w="80" w:type="dxa"/>
              <w:bottom w:w="80" w:type="dxa"/>
              <w:right w:w="80" w:type="dxa"/>
            </w:tcMar>
            <w:vAlign w:val="center"/>
          </w:tcPr>
          <w:p w14:paraId="44ACB3B9"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fotodokumentacija</w:t>
            </w:r>
          </w:p>
        </w:tc>
      </w:tr>
      <w:tr w:rsidR="00871FBD" w:rsidRPr="00F51F43" w14:paraId="0F070795" w14:textId="77777777" w:rsidTr="00871FBD">
        <w:trPr>
          <w:cantSplit/>
          <w:jc w:val="center"/>
        </w:trPr>
        <w:tc>
          <w:tcPr>
            <w:tcW w:w="507" w:type="dxa"/>
            <w:tcMar>
              <w:top w:w="80" w:type="dxa"/>
              <w:left w:w="80" w:type="dxa"/>
              <w:bottom w:w="80" w:type="dxa"/>
              <w:right w:w="80" w:type="dxa"/>
            </w:tcMar>
            <w:vAlign w:val="center"/>
          </w:tcPr>
          <w:p w14:paraId="79549965" w14:textId="77777777" w:rsidR="00871FBD" w:rsidRPr="00F51F43" w:rsidRDefault="00871FBD" w:rsidP="00871FBD">
            <w:pPr>
              <w:spacing w:after="0" w:line="240" w:lineRule="auto"/>
              <w:jc w:val="center"/>
              <w:rPr>
                <w:noProof/>
                <w:sz w:val="20"/>
                <w:szCs w:val="20"/>
              </w:rPr>
            </w:pPr>
            <w:r w:rsidRPr="00F51F43">
              <w:rPr>
                <w:noProof/>
                <w:sz w:val="20"/>
                <w:szCs w:val="20"/>
              </w:rPr>
              <w:t>112.</w:t>
            </w:r>
          </w:p>
        </w:tc>
        <w:tc>
          <w:tcPr>
            <w:tcW w:w="1395" w:type="dxa"/>
            <w:tcMar>
              <w:top w:w="80" w:type="dxa"/>
              <w:left w:w="80" w:type="dxa"/>
              <w:bottom w:w="80" w:type="dxa"/>
              <w:right w:w="80" w:type="dxa"/>
            </w:tcMar>
            <w:vAlign w:val="center"/>
          </w:tcPr>
          <w:p w14:paraId="3D8DBF2A"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01EB7153" w14:textId="77777777" w:rsidR="00871FBD" w:rsidRPr="00F51F43" w:rsidRDefault="00871FBD" w:rsidP="00871FBD">
            <w:pPr>
              <w:spacing w:after="0" w:line="240" w:lineRule="auto"/>
              <w:jc w:val="center"/>
              <w:rPr>
                <w:noProof/>
                <w:sz w:val="20"/>
                <w:szCs w:val="20"/>
              </w:rPr>
            </w:pPr>
            <w:r w:rsidRPr="00F51F43">
              <w:rPr>
                <w:noProof/>
                <w:sz w:val="20"/>
                <w:szCs w:val="20"/>
              </w:rPr>
              <w:t>Legrad župa Presvetog Trojstva</w:t>
            </w:r>
          </w:p>
        </w:tc>
        <w:tc>
          <w:tcPr>
            <w:tcW w:w="1015" w:type="dxa"/>
            <w:tcMar>
              <w:top w:w="80" w:type="dxa"/>
              <w:left w:w="80" w:type="dxa"/>
              <w:bottom w:w="80" w:type="dxa"/>
              <w:right w:w="80" w:type="dxa"/>
            </w:tcMar>
            <w:vAlign w:val="center"/>
          </w:tcPr>
          <w:p w14:paraId="40672012" w14:textId="77777777" w:rsidR="00871FBD" w:rsidRPr="00F51F43" w:rsidRDefault="00871FBD" w:rsidP="00871FBD">
            <w:pPr>
              <w:spacing w:after="0" w:line="240" w:lineRule="auto"/>
              <w:jc w:val="center"/>
              <w:rPr>
                <w:noProof/>
                <w:sz w:val="20"/>
                <w:szCs w:val="20"/>
              </w:rPr>
            </w:pPr>
            <w:r w:rsidRPr="00F51F43">
              <w:rPr>
                <w:noProof/>
                <w:sz w:val="20"/>
                <w:szCs w:val="20"/>
              </w:rPr>
              <w:t>prosinac</w:t>
            </w:r>
          </w:p>
        </w:tc>
        <w:tc>
          <w:tcPr>
            <w:tcW w:w="761" w:type="dxa"/>
            <w:tcMar>
              <w:top w:w="80" w:type="dxa"/>
              <w:left w:w="80" w:type="dxa"/>
              <w:bottom w:w="80" w:type="dxa"/>
              <w:right w:w="80" w:type="dxa"/>
            </w:tcMar>
            <w:vAlign w:val="center"/>
          </w:tcPr>
          <w:p w14:paraId="4F461EBE" w14:textId="77777777" w:rsidR="00871FBD" w:rsidRPr="00F51F43" w:rsidRDefault="00871FBD" w:rsidP="00871FBD">
            <w:pPr>
              <w:spacing w:after="0" w:line="240" w:lineRule="auto"/>
              <w:jc w:val="center"/>
              <w:rPr>
                <w:noProof/>
                <w:sz w:val="20"/>
                <w:szCs w:val="20"/>
              </w:rPr>
            </w:pPr>
            <w:r w:rsidRPr="00F51F43">
              <w:rPr>
                <w:noProof/>
                <w:sz w:val="20"/>
                <w:szCs w:val="20"/>
              </w:rPr>
              <w:t>31</w:t>
            </w:r>
          </w:p>
        </w:tc>
        <w:tc>
          <w:tcPr>
            <w:tcW w:w="1054" w:type="dxa"/>
            <w:tcMar>
              <w:top w:w="80" w:type="dxa"/>
              <w:left w:w="80" w:type="dxa"/>
              <w:bottom w:w="80" w:type="dxa"/>
              <w:right w:w="80" w:type="dxa"/>
            </w:tcMar>
            <w:vAlign w:val="center"/>
          </w:tcPr>
          <w:p w14:paraId="50164573" w14:textId="77777777" w:rsidR="00871FBD" w:rsidRPr="00F51F43" w:rsidRDefault="00871FBD" w:rsidP="00871FBD">
            <w:pPr>
              <w:spacing w:after="0" w:line="240" w:lineRule="auto"/>
              <w:jc w:val="center"/>
              <w:rPr>
                <w:noProof/>
                <w:sz w:val="20"/>
                <w:szCs w:val="20"/>
              </w:rPr>
            </w:pPr>
            <w:r w:rsidRPr="00F51F43">
              <w:rPr>
                <w:noProof/>
                <w:sz w:val="20"/>
                <w:szCs w:val="20"/>
              </w:rPr>
              <w:t>Leptirići, Pčelice</w:t>
            </w:r>
          </w:p>
        </w:tc>
        <w:tc>
          <w:tcPr>
            <w:tcW w:w="1701" w:type="dxa"/>
            <w:tcMar>
              <w:top w:w="80" w:type="dxa"/>
              <w:left w:w="80" w:type="dxa"/>
              <w:bottom w:w="80" w:type="dxa"/>
              <w:right w:w="80" w:type="dxa"/>
            </w:tcMar>
            <w:vAlign w:val="center"/>
          </w:tcPr>
          <w:p w14:paraId="0173323C" w14:textId="77777777" w:rsidR="00871FBD" w:rsidRPr="00F51F43" w:rsidRDefault="00871FBD" w:rsidP="00871FBD">
            <w:pPr>
              <w:spacing w:after="0" w:line="240" w:lineRule="auto"/>
              <w:jc w:val="center"/>
              <w:rPr>
                <w:noProof/>
                <w:sz w:val="20"/>
                <w:szCs w:val="20"/>
              </w:rPr>
            </w:pPr>
            <w:r w:rsidRPr="00F51F43">
              <w:rPr>
                <w:noProof/>
                <w:sz w:val="20"/>
                <w:szCs w:val="20"/>
              </w:rPr>
              <w:t>Svećenik</w:t>
            </w:r>
          </w:p>
        </w:tc>
        <w:tc>
          <w:tcPr>
            <w:tcW w:w="3207" w:type="dxa"/>
            <w:tcMar>
              <w:top w:w="80" w:type="dxa"/>
              <w:left w:w="80" w:type="dxa"/>
              <w:bottom w:w="80" w:type="dxa"/>
              <w:right w:w="80" w:type="dxa"/>
            </w:tcMar>
            <w:vAlign w:val="center"/>
          </w:tcPr>
          <w:p w14:paraId="3B5AD906"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 Upoznavanje sa predmetima</w:t>
            </w:r>
          </w:p>
        </w:tc>
        <w:tc>
          <w:tcPr>
            <w:tcW w:w="2928" w:type="dxa"/>
            <w:tcMar>
              <w:top w:w="80" w:type="dxa"/>
              <w:left w:w="80" w:type="dxa"/>
              <w:bottom w:w="80" w:type="dxa"/>
              <w:right w:w="80" w:type="dxa"/>
            </w:tcMar>
            <w:vAlign w:val="center"/>
          </w:tcPr>
          <w:p w14:paraId="2744A1FC"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fotodokumentacija</w:t>
            </w:r>
          </w:p>
        </w:tc>
      </w:tr>
      <w:tr w:rsidR="00871FBD" w:rsidRPr="00F51F43" w14:paraId="4508D1E7" w14:textId="77777777" w:rsidTr="00871FBD">
        <w:trPr>
          <w:cantSplit/>
          <w:jc w:val="center"/>
        </w:trPr>
        <w:tc>
          <w:tcPr>
            <w:tcW w:w="507" w:type="dxa"/>
            <w:tcMar>
              <w:top w:w="80" w:type="dxa"/>
              <w:left w:w="80" w:type="dxa"/>
              <w:bottom w:w="80" w:type="dxa"/>
              <w:right w:w="80" w:type="dxa"/>
            </w:tcMar>
            <w:vAlign w:val="center"/>
          </w:tcPr>
          <w:p w14:paraId="1BBA9A1A" w14:textId="77777777" w:rsidR="00871FBD" w:rsidRPr="00F51F43" w:rsidRDefault="00871FBD" w:rsidP="00871FBD">
            <w:pPr>
              <w:spacing w:after="0" w:line="240" w:lineRule="auto"/>
              <w:jc w:val="center"/>
              <w:rPr>
                <w:noProof/>
                <w:sz w:val="20"/>
                <w:szCs w:val="20"/>
              </w:rPr>
            </w:pPr>
            <w:r w:rsidRPr="00F51F43">
              <w:rPr>
                <w:noProof/>
                <w:sz w:val="20"/>
                <w:szCs w:val="20"/>
              </w:rPr>
              <w:lastRenderedPageBreak/>
              <w:t>113.</w:t>
            </w:r>
          </w:p>
        </w:tc>
        <w:tc>
          <w:tcPr>
            <w:tcW w:w="1395" w:type="dxa"/>
            <w:tcMar>
              <w:top w:w="80" w:type="dxa"/>
              <w:left w:w="80" w:type="dxa"/>
              <w:bottom w:w="80" w:type="dxa"/>
              <w:right w:w="80" w:type="dxa"/>
            </w:tcMar>
            <w:vAlign w:val="center"/>
          </w:tcPr>
          <w:p w14:paraId="60B6890C"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55B474A3" w14:textId="77777777" w:rsidR="00871FBD" w:rsidRPr="00F51F43" w:rsidRDefault="00871FBD" w:rsidP="00871FBD">
            <w:pPr>
              <w:spacing w:after="0" w:line="240" w:lineRule="auto"/>
              <w:jc w:val="center"/>
              <w:rPr>
                <w:noProof/>
                <w:sz w:val="20"/>
                <w:szCs w:val="20"/>
              </w:rPr>
            </w:pPr>
            <w:r w:rsidRPr="00F51F43">
              <w:rPr>
                <w:noProof/>
                <w:sz w:val="20"/>
                <w:szCs w:val="20"/>
              </w:rPr>
              <w:t>Lovački dom „Kuna“ Legrad</w:t>
            </w:r>
          </w:p>
        </w:tc>
        <w:tc>
          <w:tcPr>
            <w:tcW w:w="1015" w:type="dxa"/>
            <w:tcMar>
              <w:top w:w="80" w:type="dxa"/>
              <w:left w:w="80" w:type="dxa"/>
              <w:bottom w:w="80" w:type="dxa"/>
              <w:right w:w="80" w:type="dxa"/>
            </w:tcMar>
            <w:vAlign w:val="center"/>
          </w:tcPr>
          <w:p w14:paraId="06EB84E8" w14:textId="77777777" w:rsidR="00871FBD" w:rsidRPr="00F51F43" w:rsidRDefault="00871FBD" w:rsidP="00871FBD">
            <w:pPr>
              <w:spacing w:after="0" w:line="240" w:lineRule="auto"/>
              <w:jc w:val="center"/>
              <w:rPr>
                <w:noProof/>
                <w:sz w:val="20"/>
                <w:szCs w:val="20"/>
              </w:rPr>
            </w:pPr>
            <w:r w:rsidRPr="00F51F43">
              <w:rPr>
                <w:noProof/>
                <w:sz w:val="20"/>
                <w:szCs w:val="20"/>
              </w:rPr>
              <w:t>siječanj</w:t>
            </w:r>
          </w:p>
        </w:tc>
        <w:tc>
          <w:tcPr>
            <w:tcW w:w="761" w:type="dxa"/>
            <w:tcMar>
              <w:top w:w="80" w:type="dxa"/>
              <w:left w:w="80" w:type="dxa"/>
              <w:bottom w:w="80" w:type="dxa"/>
              <w:right w:w="80" w:type="dxa"/>
            </w:tcMar>
            <w:vAlign w:val="center"/>
          </w:tcPr>
          <w:p w14:paraId="14567D25" w14:textId="77777777" w:rsidR="00871FBD" w:rsidRPr="00F51F43" w:rsidRDefault="00871FBD" w:rsidP="00871FBD">
            <w:pPr>
              <w:spacing w:after="0" w:line="240" w:lineRule="auto"/>
              <w:jc w:val="center"/>
              <w:rPr>
                <w:noProof/>
                <w:sz w:val="20"/>
                <w:szCs w:val="20"/>
              </w:rPr>
            </w:pPr>
            <w:r w:rsidRPr="00F51F43">
              <w:rPr>
                <w:noProof/>
                <w:sz w:val="20"/>
                <w:szCs w:val="20"/>
              </w:rPr>
              <w:t>31</w:t>
            </w:r>
          </w:p>
        </w:tc>
        <w:tc>
          <w:tcPr>
            <w:tcW w:w="1054" w:type="dxa"/>
            <w:tcMar>
              <w:top w:w="80" w:type="dxa"/>
              <w:left w:w="80" w:type="dxa"/>
              <w:bottom w:w="80" w:type="dxa"/>
              <w:right w:w="80" w:type="dxa"/>
            </w:tcMar>
            <w:vAlign w:val="center"/>
          </w:tcPr>
          <w:p w14:paraId="550BA525" w14:textId="77777777" w:rsidR="00871FBD" w:rsidRPr="00F51F43" w:rsidRDefault="00871FBD" w:rsidP="00871FBD">
            <w:pPr>
              <w:spacing w:after="0" w:line="240" w:lineRule="auto"/>
              <w:jc w:val="center"/>
              <w:rPr>
                <w:noProof/>
                <w:sz w:val="20"/>
                <w:szCs w:val="20"/>
              </w:rPr>
            </w:pPr>
            <w:r w:rsidRPr="00F51F43">
              <w:rPr>
                <w:noProof/>
                <w:sz w:val="20"/>
                <w:szCs w:val="20"/>
              </w:rPr>
              <w:t>Leptirići, Pčelice</w:t>
            </w:r>
          </w:p>
        </w:tc>
        <w:tc>
          <w:tcPr>
            <w:tcW w:w="1701" w:type="dxa"/>
            <w:tcMar>
              <w:top w:w="80" w:type="dxa"/>
              <w:left w:w="80" w:type="dxa"/>
              <w:bottom w:w="80" w:type="dxa"/>
              <w:right w:w="80" w:type="dxa"/>
            </w:tcMar>
            <w:vAlign w:val="center"/>
          </w:tcPr>
          <w:p w14:paraId="3ACB58D4" w14:textId="77777777" w:rsidR="00871FBD" w:rsidRPr="00F51F43" w:rsidRDefault="00871FBD" w:rsidP="00871FBD">
            <w:pPr>
              <w:spacing w:after="0" w:line="240" w:lineRule="auto"/>
              <w:jc w:val="center"/>
              <w:rPr>
                <w:noProof/>
                <w:sz w:val="20"/>
                <w:szCs w:val="20"/>
              </w:rPr>
            </w:pPr>
            <w:r w:rsidRPr="00F51F43">
              <w:rPr>
                <w:noProof/>
                <w:sz w:val="20"/>
                <w:szCs w:val="20"/>
              </w:rPr>
              <w:t>Lovac</w:t>
            </w:r>
          </w:p>
        </w:tc>
        <w:tc>
          <w:tcPr>
            <w:tcW w:w="3207" w:type="dxa"/>
            <w:tcMar>
              <w:top w:w="80" w:type="dxa"/>
              <w:left w:w="80" w:type="dxa"/>
              <w:bottom w:w="80" w:type="dxa"/>
              <w:right w:w="80" w:type="dxa"/>
            </w:tcMar>
            <w:vAlign w:val="center"/>
          </w:tcPr>
          <w:p w14:paraId="261B956F" w14:textId="77777777" w:rsidR="00871FBD" w:rsidRPr="00F51F43" w:rsidRDefault="00871FBD" w:rsidP="00871FBD">
            <w:pPr>
              <w:spacing w:after="0" w:line="240" w:lineRule="auto"/>
              <w:jc w:val="center"/>
              <w:rPr>
                <w:noProof/>
                <w:sz w:val="20"/>
                <w:szCs w:val="20"/>
              </w:rPr>
            </w:pPr>
            <w:r w:rsidRPr="00F51F43">
              <w:rPr>
                <w:noProof/>
                <w:sz w:val="20"/>
                <w:szCs w:val="20"/>
              </w:rPr>
              <w:t>Razgledavanje lovačkog doma Upoznavanje sa dužnostima lovca</w:t>
            </w:r>
          </w:p>
        </w:tc>
        <w:tc>
          <w:tcPr>
            <w:tcW w:w="2928" w:type="dxa"/>
            <w:tcMar>
              <w:top w:w="80" w:type="dxa"/>
              <w:left w:w="80" w:type="dxa"/>
              <w:bottom w:w="80" w:type="dxa"/>
              <w:right w:w="80" w:type="dxa"/>
            </w:tcMar>
            <w:vAlign w:val="center"/>
          </w:tcPr>
          <w:p w14:paraId="0B4083B1"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fotodokumentacija</w:t>
            </w:r>
          </w:p>
        </w:tc>
      </w:tr>
      <w:tr w:rsidR="00871FBD" w:rsidRPr="00F51F43" w14:paraId="0E98088E" w14:textId="77777777" w:rsidTr="00871FBD">
        <w:trPr>
          <w:cantSplit/>
          <w:jc w:val="center"/>
        </w:trPr>
        <w:tc>
          <w:tcPr>
            <w:tcW w:w="507" w:type="dxa"/>
            <w:tcMar>
              <w:top w:w="80" w:type="dxa"/>
              <w:left w:w="80" w:type="dxa"/>
              <w:bottom w:w="80" w:type="dxa"/>
              <w:right w:w="80" w:type="dxa"/>
            </w:tcMar>
            <w:vAlign w:val="center"/>
          </w:tcPr>
          <w:p w14:paraId="7E695205" w14:textId="77777777" w:rsidR="00871FBD" w:rsidRPr="00F51F43" w:rsidRDefault="00871FBD" w:rsidP="00871FBD">
            <w:pPr>
              <w:spacing w:after="0" w:line="240" w:lineRule="auto"/>
              <w:jc w:val="center"/>
              <w:rPr>
                <w:noProof/>
                <w:sz w:val="20"/>
                <w:szCs w:val="20"/>
              </w:rPr>
            </w:pPr>
            <w:r w:rsidRPr="00F51F43">
              <w:rPr>
                <w:noProof/>
                <w:sz w:val="20"/>
                <w:szCs w:val="20"/>
              </w:rPr>
              <w:t>114.</w:t>
            </w:r>
          </w:p>
        </w:tc>
        <w:tc>
          <w:tcPr>
            <w:tcW w:w="1395" w:type="dxa"/>
            <w:tcMar>
              <w:top w:w="80" w:type="dxa"/>
              <w:left w:w="80" w:type="dxa"/>
              <w:bottom w:w="80" w:type="dxa"/>
              <w:right w:w="80" w:type="dxa"/>
            </w:tcMar>
            <w:vAlign w:val="center"/>
          </w:tcPr>
          <w:p w14:paraId="297C987B"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2BF27A88" w14:textId="77777777" w:rsidR="00871FBD" w:rsidRPr="00F51F43" w:rsidRDefault="00871FBD" w:rsidP="00871FBD">
            <w:pPr>
              <w:spacing w:after="0" w:line="240" w:lineRule="auto"/>
              <w:jc w:val="center"/>
              <w:rPr>
                <w:noProof/>
                <w:sz w:val="20"/>
                <w:szCs w:val="20"/>
              </w:rPr>
            </w:pPr>
            <w:r w:rsidRPr="00F51F43">
              <w:rPr>
                <w:noProof/>
                <w:sz w:val="20"/>
                <w:szCs w:val="20"/>
              </w:rPr>
              <w:t>DVD Legrad</w:t>
            </w:r>
          </w:p>
        </w:tc>
        <w:tc>
          <w:tcPr>
            <w:tcW w:w="1015" w:type="dxa"/>
            <w:tcMar>
              <w:top w:w="80" w:type="dxa"/>
              <w:left w:w="80" w:type="dxa"/>
              <w:bottom w:w="80" w:type="dxa"/>
              <w:right w:w="80" w:type="dxa"/>
            </w:tcMar>
            <w:vAlign w:val="center"/>
          </w:tcPr>
          <w:p w14:paraId="105370B3"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6C174CD4" w14:textId="77777777" w:rsidR="00871FBD" w:rsidRPr="00F51F43" w:rsidRDefault="00871FBD" w:rsidP="00871FBD">
            <w:pPr>
              <w:spacing w:after="0" w:line="240" w:lineRule="auto"/>
              <w:jc w:val="center"/>
              <w:rPr>
                <w:noProof/>
                <w:sz w:val="20"/>
                <w:szCs w:val="20"/>
              </w:rPr>
            </w:pPr>
            <w:r w:rsidRPr="00F51F43">
              <w:rPr>
                <w:noProof/>
                <w:sz w:val="20"/>
                <w:szCs w:val="20"/>
              </w:rPr>
              <w:t>31</w:t>
            </w:r>
          </w:p>
        </w:tc>
        <w:tc>
          <w:tcPr>
            <w:tcW w:w="1054" w:type="dxa"/>
            <w:tcMar>
              <w:top w:w="80" w:type="dxa"/>
              <w:left w:w="80" w:type="dxa"/>
              <w:bottom w:w="80" w:type="dxa"/>
              <w:right w:w="80" w:type="dxa"/>
            </w:tcMar>
            <w:vAlign w:val="center"/>
          </w:tcPr>
          <w:p w14:paraId="54EB5DFF" w14:textId="77777777" w:rsidR="00871FBD" w:rsidRPr="00F51F43" w:rsidRDefault="00871FBD" w:rsidP="00871FBD">
            <w:pPr>
              <w:spacing w:after="0" w:line="240" w:lineRule="auto"/>
              <w:jc w:val="center"/>
              <w:rPr>
                <w:noProof/>
                <w:sz w:val="20"/>
                <w:szCs w:val="20"/>
              </w:rPr>
            </w:pPr>
            <w:r w:rsidRPr="00F51F43">
              <w:rPr>
                <w:noProof/>
                <w:sz w:val="20"/>
                <w:szCs w:val="20"/>
              </w:rPr>
              <w:t>Leptirići, Pčelice</w:t>
            </w:r>
          </w:p>
        </w:tc>
        <w:tc>
          <w:tcPr>
            <w:tcW w:w="1701" w:type="dxa"/>
            <w:tcMar>
              <w:top w:w="80" w:type="dxa"/>
              <w:left w:w="80" w:type="dxa"/>
              <w:bottom w:w="80" w:type="dxa"/>
              <w:right w:w="80" w:type="dxa"/>
            </w:tcMar>
            <w:vAlign w:val="center"/>
          </w:tcPr>
          <w:p w14:paraId="6481D893" w14:textId="77777777" w:rsidR="00871FBD" w:rsidRPr="00F51F43" w:rsidRDefault="00871FBD" w:rsidP="00871FBD">
            <w:pPr>
              <w:spacing w:after="0" w:line="240" w:lineRule="auto"/>
              <w:jc w:val="center"/>
              <w:rPr>
                <w:noProof/>
                <w:sz w:val="20"/>
                <w:szCs w:val="20"/>
              </w:rPr>
            </w:pPr>
            <w:r w:rsidRPr="00F51F43">
              <w:rPr>
                <w:noProof/>
                <w:sz w:val="20"/>
                <w:szCs w:val="20"/>
              </w:rPr>
              <w:t>Predsjednik DVD Legrad</w:t>
            </w:r>
          </w:p>
        </w:tc>
        <w:tc>
          <w:tcPr>
            <w:tcW w:w="3207" w:type="dxa"/>
            <w:tcMar>
              <w:top w:w="80" w:type="dxa"/>
              <w:left w:w="80" w:type="dxa"/>
              <w:bottom w:w="80" w:type="dxa"/>
              <w:right w:w="80" w:type="dxa"/>
            </w:tcMar>
            <w:vAlign w:val="center"/>
          </w:tcPr>
          <w:p w14:paraId="645E708B" w14:textId="77777777" w:rsidR="00871FBD" w:rsidRPr="00F51F43" w:rsidRDefault="00871FBD" w:rsidP="00871FBD">
            <w:pPr>
              <w:spacing w:after="0" w:line="240" w:lineRule="auto"/>
              <w:jc w:val="center"/>
              <w:rPr>
                <w:noProof/>
                <w:sz w:val="20"/>
                <w:szCs w:val="20"/>
              </w:rPr>
            </w:pPr>
            <w:r w:rsidRPr="00F51F43">
              <w:rPr>
                <w:noProof/>
                <w:sz w:val="20"/>
                <w:szCs w:val="20"/>
              </w:rPr>
              <w:t>razgledavanje vatrogasnog muzeja i opreme</w:t>
            </w:r>
          </w:p>
        </w:tc>
        <w:tc>
          <w:tcPr>
            <w:tcW w:w="2928" w:type="dxa"/>
            <w:tcMar>
              <w:top w:w="80" w:type="dxa"/>
              <w:left w:w="80" w:type="dxa"/>
              <w:bottom w:w="80" w:type="dxa"/>
              <w:right w:w="80" w:type="dxa"/>
            </w:tcMar>
            <w:vAlign w:val="center"/>
          </w:tcPr>
          <w:p w14:paraId="161068FA"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fotodokumentacija</w:t>
            </w:r>
          </w:p>
        </w:tc>
      </w:tr>
      <w:tr w:rsidR="00871FBD" w:rsidRPr="00F51F43" w14:paraId="6D32C9DC" w14:textId="77777777" w:rsidTr="00871FBD">
        <w:trPr>
          <w:cantSplit/>
          <w:jc w:val="center"/>
        </w:trPr>
        <w:tc>
          <w:tcPr>
            <w:tcW w:w="507" w:type="dxa"/>
            <w:tcMar>
              <w:top w:w="80" w:type="dxa"/>
              <w:left w:w="80" w:type="dxa"/>
              <w:bottom w:w="80" w:type="dxa"/>
              <w:right w:w="80" w:type="dxa"/>
            </w:tcMar>
            <w:vAlign w:val="center"/>
          </w:tcPr>
          <w:p w14:paraId="798CD8DE" w14:textId="77777777" w:rsidR="00871FBD" w:rsidRPr="00F51F43" w:rsidRDefault="00871FBD" w:rsidP="00871FBD">
            <w:pPr>
              <w:spacing w:after="0" w:line="240" w:lineRule="auto"/>
              <w:jc w:val="center"/>
              <w:rPr>
                <w:noProof/>
                <w:sz w:val="20"/>
                <w:szCs w:val="20"/>
              </w:rPr>
            </w:pPr>
            <w:r w:rsidRPr="00F51F43">
              <w:rPr>
                <w:noProof/>
                <w:sz w:val="20"/>
                <w:szCs w:val="20"/>
              </w:rPr>
              <w:t>115.</w:t>
            </w:r>
          </w:p>
        </w:tc>
        <w:tc>
          <w:tcPr>
            <w:tcW w:w="1395" w:type="dxa"/>
            <w:tcMar>
              <w:top w:w="80" w:type="dxa"/>
              <w:left w:w="80" w:type="dxa"/>
              <w:bottom w:w="80" w:type="dxa"/>
              <w:right w:w="80" w:type="dxa"/>
            </w:tcMar>
            <w:vAlign w:val="center"/>
          </w:tcPr>
          <w:p w14:paraId="2B68C013"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6C9D6374" w14:textId="77777777" w:rsidR="00871FBD" w:rsidRPr="00F51F43" w:rsidRDefault="00871FBD" w:rsidP="00871FBD">
            <w:pPr>
              <w:spacing w:after="0" w:line="240" w:lineRule="auto"/>
              <w:jc w:val="center"/>
              <w:rPr>
                <w:noProof/>
                <w:sz w:val="20"/>
                <w:szCs w:val="20"/>
              </w:rPr>
            </w:pPr>
            <w:r w:rsidRPr="00F51F43">
              <w:rPr>
                <w:noProof/>
                <w:sz w:val="20"/>
                <w:szCs w:val="20"/>
              </w:rPr>
              <w:t>liječnik opće medicine</w:t>
            </w:r>
          </w:p>
        </w:tc>
        <w:tc>
          <w:tcPr>
            <w:tcW w:w="1015" w:type="dxa"/>
            <w:tcMar>
              <w:top w:w="80" w:type="dxa"/>
              <w:left w:w="80" w:type="dxa"/>
              <w:bottom w:w="80" w:type="dxa"/>
              <w:right w:w="80" w:type="dxa"/>
            </w:tcMar>
            <w:vAlign w:val="center"/>
          </w:tcPr>
          <w:p w14:paraId="6CFD4F13" w14:textId="77777777" w:rsidR="00871FBD" w:rsidRPr="00F51F43" w:rsidRDefault="00871FBD" w:rsidP="00871FBD">
            <w:pPr>
              <w:spacing w:after="0" w:line="240" w:lineRule="auto"/>
              <w:jc w:val="center"/>
              <w:rPr>
                <w:noProof/>
                <w:sz w:val="20"/>
                <w:szCs w:val="20"/>
              </w:rPr>
            </w:pPr>
            <w:r w:rsidRPr="00F51F43">
              <w:rPr>
                <w:noProof/>
                <w:sz w:val="20"/>
                <w:szCs w:val="20"/>
              </w:rPr>
              <w:t>travanj</w:t>
            </w:r>
          </w:p>
        </w:tc>
        <w:tc>
          <w:tcPr>
            <w:tcW w:w="761" w:type="dxa"/>
            <w:tcMar>
              <w:top w:w="80" w:type="dxa"/>
              <w:left w:w="80" w:type="dxa"/>
              <w:bottom w:w="80" w:type="dxa"/>
              <w:right w:w="80" w:type="dxa"/>
            </w:tcMar>
            <w:vAlign w:val="center"/>
          </w:tcPr>
          <w:p w14:paraId="4CCF8882" w14:textId="77777777" w:rsidR="00871FBD" w:rsidRPr="00F51F43" w:rsidRDefault="00871FBD" w:rsidP="00871FBD">
            <w:pPr>
              <w:spacing w:after="0" w:line="240" w:lineRule="auto"/>
              <w:jc w:val="center"/>
              <w:rPr>
                <w:noProof/>
                <w:sz w:val="20"/>
                <w:szCs w:val="20"/>
              </w:rPr>
            </w:pPr>
            <w:r w:rsidRPr="00F51F43">
              <w:rPr>
                <w:noProof/>
                <w:sz w:val="20"/>
                <w:szCs w:val="20"/>
              </w:rPr>
              <w:t>55</w:t>
            </w:r>
          </w:p>
        </w:tc>
        <w:tc>
          <w:tcPr>
            <w:tcW w:w="1054" w:type="dxa"/>
            <w:tcMar>
              <w:top w:w="80" w:type="dxa"/>
              <w:left w:w="80" w:type="dxa"/>
              <w:bottom w:w="80" w:type="dxa"/>
              <w:right w:w="80" w:type="dxa"/>
            </w:tcMar>
            <w:vAlign w:val="center"/>
          </w:tcPr>
          <w:p w14:paraId="50B4BFC3" w14:textId="77777777" w:rsidR="00871FBD" w:rsidRPr="00F51F43" w:rsidRDefault="00871FBD" w:rsidP="00871FBD">
            <w:pPr>
              <w:spacing w:after="0" w:line="240" w:lineRule="auto"/>
              <w:jc w:val="center"/>
              <w:rPr>
                <w:noProof/>
                <w:sz w:val="20"/>
                <w:szCs w:val="20"/>
              </w:rPr>
            </w:pPr>
            <w:r w:rsidRPr="00F51F43">
              <w:rPr>
                <w:noProof/>
                <w:sz w:val="20"/>
                <w:szCs w:val="20"/>
              </w:rPr>
              <w:t>Leptirići, Pčelice</w:t>
            </w:r>
          </w:p>
        </w:tc>
        <w:tc>
          <w:tcPr>
            <w:tcW w:w="1701" w:type="dxa"/>
            <w:tcMar>
              <w:top w:w="80" w:type="dxa"/>
              <w:left w:w="80" w:type="dxa"/>
              <w:bottom w:w="80" w:type="dxa"/>
              <w:right w:w="80" w:type="dxa"/>
            </w:tcMar>
            <w:vAlign w:val="center"/>
          </w:tcPr>
          <w:p w14:paraId="412D8231" w14:textId="77777777" w:rsidR="00871FBD" w:rsidRPr="00F51F43" w:rsidRDefault="00871FBD" w:rsidP="00871FBD">
            <w:pPr>
              <w:spacing w:after="0" w:line="240" w:lineRule="auto"/>
              <w:jc w:val="center"/>
              <w:rPr>
                <w:noProof/>
                <w:sz w:val="20"/>
                <w:szCs w:val="20"/>
              </w:rPr>
            </w:pPr>
            <w:r w:rsidRPr="00F51F43">
              <w:rPr>
                <w:noProof/>
                <w:sz w:val="20"/>
                <w:szCs w:val="20"/>
              </w:rPr>
              <w:t>Zlata Trnski-Sabolić</w:t>
            </w:r>
          </w:p>
        </w:tc>
        <w:tc>
          <w:tcPr>
            <w:tcW w:w="3207" w:type="dxa"/>
            <w:tcMar>
              <w:top w:w="80" w:type="dxa"/>
              <w:left w:w="80" w:type="dxa"/>
              <w:bottom w:w="80" w:type="dxa"/>
              <w:right w:w="80" w:type="dxa"/>
            </w:tcMar>
            <w:vAlign w:val="center"/>
          </w:tcPr>
          <w:p w14:paraId="09E8704A" w14:textId="77777777" w:rsidR="00871FBD" w:rsidRPr="00F51F43" w:rsidRDefault="00871FBD" w:rsidP="00871FBD">
            <w:pPr>
              <w:spacing w:after="0" w:line="240" w:lineRule="auto"/>
              <w:jc w:val="center"/>
              <w:rPr>
                <w:noProof/>
                <w:sz w:val="20"/>
                <w:szCs w:val="20"/>
              </w:rPr>
            </w:pPr>
            <w:r w:rsidRPr="00F51F43">
              <w:rPr>
                <w:noProof/>
                <w:sz w:val="20"/>
                <w:szCs w:val="20"/>
              </w:rPr>
              <w:t>razgledavanje prostora, upoznavanje sa zanimanjem liječnika</w:t>
            </w:r>
          </w:p>
        </w:tc>
        <w:tc>
          <w:tcPr>
            <w:tcW w:w="2928" w:type="dxa"/>
            <w:tcMar>
              <w:top w:w="80" w:type="dxa"/>
              <w:left w:w="80" w:type="dxa"/>
              <w:bottom w:w="80" w:type="dxa"/>
              <w:right w:w="80" w:type="dxa"/>
            </w:tcMar>
            <w:vAlign w:val="center"/>
          </w:tcPr>
          <w:p w14:paraId="35287C3C"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fotodokumentacija</w:t>
            </w:r>
          </w:p>
        </w:tc>
      </w:tr>
      <w:tr w:rsidR="00871FBD" w:rsidRPr="00F51F43" w14:paraId="1C42137D" w14:textId="77777777" w:rsidTr="00871FBD">
        <w:trPr>
          <w:cantSplit/>
          <w:jc w:val="center"/>
        </w:trPr>
        <w:tc>
          <w:tcPr>
            <w:tcW w:w="507" w:type="dxa"/>
            <w:tcMar>
              <w:top w:w="80" w:type="dxa"/>
              <w:left w:w="80" w:type="dxa"/>
              <w:bottom w:w="80" w:type="dxa"/>
              <w:right w:w="80" w:type="dxa"/>
            </w:tcMar>
            <w:vAlign w:val="center"/>
          </w:tcPr>
          <w:p w14:paraId="5076E260" w14:textId="77777777" w:rsidR="00871FBD" w:rsidRPr="00F51F43" w:rsidRDefault="00871FBD" w:rsidP="00871FBD">
            <w:pPr>
              <w:spacing w:after="0" w:line="240" w:lineRule="auto"/>
              <w:jc w:val="center"/>
              <w:rPr>
                <w:noProof/>
                <w:sz w:val="20"/>
                <w:szCs w:val="20"/>
              </w:rPr>
            </w:pPr>
            <w:r w:rsidRPr="00F51F43">
              <w:rPr>
                <w:noProof/>
                <w:sz w:val="20"/>
                <w:szCs w:val="20"/>
              </w:rPr>
              <w:t>116.</w:t>
            </w:r>
          </w:p>
        </w:tc>
        <w:tc>
          <w:tcPr>
            <w:tcW w:w="1395" w:type="dxa"/>
            <w:tcMar>
              <w:top w:w="80" w:type="dxa"/>
              <w:left w:w="80" w:type="dxa"/>
              <w:bottom w:w="80" w:type="dxa"/>
              <w:right w:w="80" w:type="dxa"/>
            </w:tcMar>
            <w:vAlign w:val="center"/>
          </w:tcPr>
          <w:p w14:paraId="7BD7549D" w14:textId="77777777" w:rsidR="00871FBD" w:rsidRPr="00F51F43" w:rsidRDefault="00871FBD" w:rsidP="00871FBD">
            <w:pPr>
              <w:spacing w:after="0" w:line="240" w:lineRule="auto"/>
              <w:jc w:val="center"/>
              <w:rPr>
                <w:noProof/>
                <w:sz w:val="20"/>
                <w:szCs w:val="20"/>
              </w:rPr>
            </w:pPr>
            <w:r w:rsidRPr="00F51F43">
              <w:rPr>
                <w:noProof/>
                <w:sz w:val="20"/>
                <w:szCs w:val="20"/>
              </w:rPr>
              <w:t>„Dabrić“ Legrad</w:t>
            </w:r>
          </w:p>
        </w:tc>
        <w:tc>
          <w:tcPr>
            <w:tcW w:w="1903" w:type="dxa"/>
            <w:tcMar>
              <w:top w:w="80" w:type="dxa"/>
              <w:left w:w="80" w:type="dxa"/>
              <w:bottom w:w="80" w:type="dxa"/>
              <w:right w:w="80" w:type="dxa"/>
            </w:tcMar>
            <w:vAlign w:val="center"/>
          </w:tcPr>
          <w:p w14:paraId="0ED5FFC7" w14:textId="77777777" w:rsidR="00871FBD" w:rsidRPr="00F51F43" w:rsidRDefault="00871FBD" w:rsidP="00871FBD">
            <w:pPr>
              <w:spacing w:after="0" w:line="240" w:lineRule="auto"/>
              <w:jc w:val="center"/>
              <w:rPr>
                <w:noProof/>
                <w:sz w:val="20"/>
                <w:szCs w:val="20"/>
              </w:rPr>
            </w:pPr>
            <w:r w:rsidRPr="00F51F43">
              <w:rPr>
                <w:noProof/>
                <w:sz w:val="20"/>
                <w:szCs w:val="20"/>
              </w:rPr>
              <w:t>stomatološka ordinacija</w:t>
            </w:r>
          </w:p>
        </w:tc>
        <w:tc>
          <w:tcPr>
            <w:tcW w:w="1015" w:type="dxa"/>
            <w:tcMar>
              <w:top w:w="80" w:type="dxa"/>
              <w:left w:w="80" w:type="dxa"/>
              <w:bottom w:w="80" w:type="dxa"/>
              <w:right w:w="80" w:type="dxa"/>
            </w:tcMar>
            <w:vAlign w:val="center"/>
          </w:tcPr>
          <w:p w14:paraId="42C228C5" w14:textId="77777777" w:rsidR="00871FBD" w:rsidRPr="00F51F43" w:rsidRDefault="00871FBD" w:rsidP="00871FBD">
            <w:pPr>
              <w:spacing w:after="0" w:line="240" w:lineRule="auto"/>
              <w:jc w:val="center"/>
              <w:rPr>
                <w:noProof/>
                <w:sz w:val="20"/>
                <w:szCs w:val="20"/>
              </w:rPr>
            </w:pPr>
            <w:r w:rsidRPr="00F51F43">
              <w:rPr>
                <w:noProof/>
                <w:sz w:val="20"/>
                <w:szCs w:val="20"/>
              </w:rPr>
              <w:t>svibanj</w:t>
            </w:r>
          </w:p>
        </w:tc>
        <w:tc>
          <w:tcPr>
            <w:tcW w:w="761" w:type="dxa"/>
            <w:tcMar>
              <w:top w:w="80" w:type="dxa"/>
              <w:left w:w="80" w:type="dxa"/>
              <w:bottom w:w="80" w:type="dxa"/>
              <w:right w:w="80" w:type="dxa"/>
            </w:tcMar>
            <w:vAlign w:val="center"/>
          </w:tcPr>
          <w:p w14:paraId="2DA2DF3D" w14:textId="77777777" w:rsidR="00871FBD" w:rsidRPr="00F51F43" w:rsidRDefault="00871FBD" w:rsidP="00871FBD">
            <w:pPr>
              <w:spacing w:after="0" w:line="240" w:lineRule="auto"/>
              <w:jc w:val="center"/>
              <w:rPr>
                <w:noProof/>
                <w:sz w:val="20"/>
                <w:szCs w:val="20"/>
              </w:rPr>
            </w:pPr>
            <w:r w:rsidRPr="00F51F43">
              <w:rPr>
                <w:noProof/>
                <w:sz w:val="20"/>
                <w:szCs w:val="20"/>
              </w:rPr>
              <w:t>31</w:t>
            </w:r>
          </w:p>
        </w:tc>
        <w:tc>
          <w:tcPr>
            <w:tcW w:w="1054" w:type="dxa"/>
            <w:tcMar>
              <w:top w:w="80" w:type="dxa"/>
              <w:left w:w="80" w:type="dxa"/>
              <w:bottom w:w="80" w:type="dxa"/>
              <w:right w:w="80" w:type="dxa"/>
            </w:tcMar>
            <w:vAlign w:val="center"/>
          </w:tcPr>
          <w:p w14:paraId="5C5B008C" w14:textId="77777777" w:rsidR="00871FBD" w:rsidRPr="00F51F43" w:rsidRDefault="00871FBD" w:rsidP="00871FBD">
            <w:pPr>
              <w:spacing w:after="0" w:line="240" w:lineRule="auto"/>
              <w:jc w:val="center"/>
              <w:rPr>
                <w:noProof/>
                <w:sz w:val="20"/>
                <w:szCs w:val="20"/>
              </w:rPr>
            </w:pPr>
            <w:r w:rsidRPr="00F51F43">
              <w:rPr>
                <w:noProof/>
                <w:sz w:val="20"/>
                <w:szCs w:val="20"/>
              </w:rPr>
              <w:t>Leptirići, Pčelice</w:t>
            </w:r>
          </w:p>
        </w:tc>
        <w:tc>
          <w:tcPr>
            <w:tcW w:w="1701" w:type="dxa"/>
            <w:tcMar>
              <w:top w:w="80" w:type="dxa"/>
              <w:left w:w="80" w:type="dxa"/>
              <w:bottom w:w="80" w:type="dxa"/>
              <w:right w:w="80" w:type="dxa"/>
            </w:tcMar>
            <w:vAlign w:val="center"/>
          </w:tcPr>
          <w:p w14:paraId="2A30EF73" w14:textId="77777777" w:rsidR="00871FBD" w:rsidRPr="00F51F43" w:rsidRDefault="00871FBD" w:rsidP="00871FBD">
            <w:pPr>
              <w:spacing w:after="0" w:line="240" w:lineRule="auto"/>
              <w:jc w:val="center"/>
              <w:rPr>
                <w:noProof/>
                <w:sz w:val="20"/>
                <w:szCs w:val="20"/>
              </w:rPr>
            </w:pPr>
            <w:r w:rsidRPr="00F51F43">
              <w:rPr>
                <w:noProof/>
                <w:sz w:val="20"/>
                <w:szCs w:val="20"/>
              </w:rPr>
              <w:t>Lara Zrna</w:t>
            </w:r>
          </w:p>
        </w:tc>
        <w:tc>
          <w:tcPr>
            <w:tcW w:w="3207" w:type="dxa"/>
            <w:tcMar>
              <w:top w:w="80" w:type="dxa"/>
              <w:left w:w="80" w:type="dxa"/>
              <w:bottom w:w="80" w:type="dxa"/>
              <w:right w:w="80" w:type="dxa"/>
            </w:tcMar>
            <w:vAlign w:val="center"/>
          </w:tcPr>
          <w:p w14:paraId="325EDA88" w14:textId="77777777" w:rsidR="00871FBD" w:rsidRPr="00F51F43" w:rsidRDefault="00871FBD" w:rsidP="00871FBD">
            <w:pPr>
              <w:spacing w:after="0" w:line="240" w:lineRule="auto"/>
              <w:jc w:val="center"/>
              <w:rPr>
                <w:noProof/>
                <w:sz w:val="20"/>
                <w:szCs w:val="20"/>
              </w:rPr>
            </w:pPr>
            <w:r w:rsidRPr="00F51F43">
              <w:rPr>
                <w:noProof/>
                <w:sz w:val="20"/>
                <w:szCs w:val="20"/>
              </w:rPr>
              <w:t>upoznavanje sa zanimanjem stomatologa, razgledavanje prostora</w:t>
            </w:r>
          </w:p>
        </w:tc>
        <w:tc>
          <w:tcPr>
            <w:tcW w:w="2928" w:type="dxa"/>
            <w:tcMar>
              <w:top w:w="80" w:type="dxa"/>
              <w:left w:w="80" w:type="dxa"/>
              <w:bottom w:w="80" w:type="dxa"/>
              <w:right w:w="80" w:type="dxa"/>
            </w:tcMar>
            <w:vAlign w:val="center"/>
          </w:tcPr>
          <w:p w14:paraId="7BF25F61" w14:textId="77777777" w:rsidR="00871FBD" w:rsidRPr="00F51F43" w:rsidRDefault="00871FBD" w:rsidP="00871FBD">
            <w:pPr>
              <w:spacing w:after="0" w:line="240" w:lineRule="auto"/>
              <w:jc w:val="center"/>
              <w:rPr>
                <w:noProof/>
                <w:sz w:val="20"/>
                <w:szCs w:val="20"/>
              </w:rPr>
            </w:pPr>
            <w:r w:rsidRPr="00F51F43">
              <w:rPr>
                <w:noProof/>
                <w:sz w:val="20"/>
                <w:szCs w:val="20"/>
              </w:rPr>
              <w:t>reakcije djece, izjave djece, reakcije roditelja, fotodokumentacija</w:t>
            </w:r>
          </w:p>
        </w:tc>
      </w:tr>
    </w:tbl>
    <w:p w14:paraId="2DF250A4" w14:textId="77777777" w:rsidR="00871FBD" w:rsidRPr="00F51F43" w:rsidRDefault="00871FBD" w:rsidP="0035237B">
      <w:pPr>
        <w:tabs>
          <w:tab w:val="left" w:pos="3544"/>
        </w:tabs>
        <w:rPr>
          <w:b/>
          <w:noProof/>
        </w:rPr>
      </w:pPr>
    </w:p>
    <w:p w14:paraId="440C8031" w14:textId="77777777" w:rsidR="000555A3" w:rsidRPr="00F51F43" w:rsidRDefault="000555A3" w:rsidP="0035237B">
      <w:pPr>
        <w:tabs>
          <w:tab w:val="left" w:pos="3544"/>
        </w:tabs>
        <w:rPr>
          <w:b/>
          <w:noProof/>
        </w:rPr>
      </w:pPr>
    </w:p>
    <w:p w14:paraId="2E9E9EC2" w14:textId="77777777" w:rsidR="00125C93" w:rsidRPr="00F51F43" w:rsidRDefault="00125C93" w:rsidP="00D72A7C">
      <w:pPr>
        <w:tabs>
          <w:tab w:val="left" w:pos="3544"/>
        </w:tabs>
        <w:rPr>
          <w:noProof/>
        </w:rPr>
        <w:sectPr w:rsidR="00125C93" w:rsidRPr="00F51F43" w:rsidSect="00E91365">
          <w:pgSz w:w="16840" w:h="11907" w:orient="landscape" w:code="9"/>
          <w:pgMar w:top="1418" w:right="1440" w:bottom="1417" w:left="1440" w:header="720" w:footer="720" w:gutter="0"/>
          <w:cols w:space="720"/>
          <w:docGrid w:linePitch="326"/>
        </w:sectPr>
      </w:pPr>
    </w:p>
    <w:p w14:paraId="163D52D8" w14:textId="77777777" w:rsidR="003D7468" w:rsidRPr="00F51F43" w:rsidRDefault="00D72A7C" w:rsidP="00307ADD">
      <w:pPr>
        <w:pStyle w:val="Naslov1"/>
        <w:tabs>
          <w:tab w:val="left" w:pos="3544"/>
        </w:tabs>
        <w:rPr>
          <w:noProof/>
        </w:rPr>
      </w:pPr>
      <w:bookmarkStart w:id="32" w:name="_Toc241563348"/>
      <w:r w:rsidRPr="00F51F43">
        <w:rPr>
          <w:noProof/>
        </w:rPr>
        <w:lastRenderedPageBreak/>
        <w:t xml:space="preserve">6. </w:t>
      </w:r>
      <w:r w:rsidR="00812D11" w:rsidRPr="00F51F43">
        <w:rPr>
          <w:noProof/>
        </w:rPr>
        <w:t>STRUČNO</w:t>
      </w:r>
      <w:r w:rsidR="003D7468" w:rsidRPr="00F51F43">
        <w:rPr>
          <w:noProof/>
        </w:rPr>
        <w:t xml:space="preserve"> USAVRŠAVANJE</w:t>
      </w:r>
      <w:bookmarkEnd w:id="32"/>
    </w:p>
    <w:p w14:paraId="499FDE31" w14:textId="77777777" w:rsidR="001731FF" w:rsidRPr="00F51F43" w:rsidRDefault="001731FF" w:rsidP="001731FF">
      <w:pPr>
        <w:rPr>
          <w:noProof/>
        </w:rPr>
      </w:pPr>
    </w:p>
    <w:p w14:paraId="151BE0B6" w14:textId="77777777" w:rsidR="001731FF" w:rsidRPr="00F51F43" w:rsidRDefault="001731FF" w:rsidP="001731FF">
      <w:pPr>
        <w:rPr>
          <w:noProof/>
        </w:rPr>
      </w:pPr>
      <w:r w:rsidRPr="00F51F43">
        <w:rPr>
          <w:noProof/>
        </w:rPr>
        <w:t>CILJ</w:t>
      </w:r>
    </w:p>
    <w:p w14:paraId="69885099" w14:textId="77777777" w:rsidR="001731FF" w:rsidRPr="00F51F43" w:rsidRDefault="001731FF" w:rsidP="001731FF">
      <w:pPr>
        <w:rPr>
          <w:noProof/>
        </w:rPr>
      </w:pPr>
      <w:r w:rsidRPr="00F51F43">
        <w:rPr>
          <w:noProof/>
        </w:rPr>
        <w:t>Promišljanje suvremenih načina</w:t>
      </w:r>
      <w:r w:rsidR="00201587" w:rsidRPr="00F51F43">
        <w:rPr>
          <w:noProof/>
        </w:rPr>
        <w:t xml:space="preserve"> usavršavanja</w:t>
      </w:r>
      <w:r w:rsidR="00B56D50" w:rsidRPr="00F51F43">
        <w:rPr>
          <w:noProof/>
        </w:rPr>
        <w:t xml:space="preserve"> </w:t>
      </w:r>
      <w:r w:rsidRPr="00F51F43">
        <w:rPr>
          <w:noProof/>
        </w:rPr>
        <w:t>i osiguravanje uvjeta za d</w:t>
      </w:r>
      <w:r w:rsidR="00B56D50" w:rsidRPr="00F51F43">
        <w:rPr>
          <w:noProof/>
        </w:rPr>
        <w:t>aljnje stručno usavršavanje odgoji</w:t>
      </w:r>
      <w:r w:rsidRPr="00F51F43">
        <w:rPr>
          <w:noProof/>
        </w:rPr>
        <w:t>telja, stručnih suradnika i ostalih djelatnika</w:t>
      </w:r>
    </w:p>
    <w:p w14:paraId="2D88FD69" w14:textId="77777777" w:rsidR="001731FF" w:rsidRPr="00F51F43" w:rsidRDefault="001731FF" w:rsidP="001731FF">
      <w:pPr>
        <w:rPr>
          <w:noProof/>
        </w:rPr>
      </w:pPr>
    </w:p>
    <w:p w14:paraId="7B6E7A56" w14:textId="77777777" w:rsidR="001731FF" w:rsidRPr="00F51F43" w:rsidRDefault="001731FF" w:rsidP="001731FF">
      <w:pPr>
        <w:rPr>
          <w:noProof/>
        </w:rPr>
      </w:pPr>
      <w:r w:rsidRPr="00F51F43">
        <w:rPr>
          <w:noProof/>
        </w:rPr>
        <w:t>BITNE ZADAĆE</w:t>
      </w:r>
    </w:p>
    <w:p w14:paraId="5858233C" w14:textId="77777777" w:rsidR="001731FF" w:rsidRPr="00F51F43" w:rsidRDefault="001731FF" w:rsidP="001731FF">
      <w:pPr>
        <w:rPr>
          <w:noProof/>
        </w:rPr>
      </w:pPr>
      <w:r w:rsidRPr="00F51F43">
        <w:rPr>
          <w:noProof/>
        </w:rPr>
        <w:t>- podržavanje razvoja osobnih potencijala i jačanje st</w:t>
      </w:r>
      <w:r w:rsidR="00B56D50" w:rsidRPr="00F51F43">
        <w:rPr>
          <w:noProof/>
        </w:rPr>
        <w:t>ručne kompetencije odgoji</w:t>
      </w:r>
      <w:r w:rsidRPr="00F51F43">
        <w:rPr>
          <w:noProof/>
        </w:rPr>
        <w:t>telja i stručnih suradnika kroz edukacije, iskustveno učenje i timski rad na istraživanju i unapređivanju odgojne prakse</w:t>
      </w:r>
    </w:p>
    <w:p w14:paraId="484CA783" w14:textId="77777777" w:rsidR="00B56D50" w:rsidRPr="00F51F43" w:rsidRDefault="00B56D50" w:rsidP="001731FF">
      <w:pPr>
        <w:rPr>
          <w:noProof/>
        </w:rPr>
      </w:pPr>
      <w:r w:rsidRPr="00F51F43">
        <w:rPr>
          <w:noProof/>
        </w:rPr>
        <w:t>- razvijanje sposobnosti samorefleksije, odnosno usklađivanja implicitne i eksplicitne pedagogije</w:t>
      </w:r>
      <w:r w:rsidR="001D79C1" w:rsidRPr="00F51F43">
        <w:rPr>
          <w:noProof/>
        </w:rPr>
        <w:t xml:space="preserve"> odgojitelja</w:t>
      </w:r>
    </w:p>
    <w:p w14:paraId="3FC329F3" w14:textId="77777777" w:rsidR="001731FF" w:rsidRPr="00F51F43" w:rsidRDefault="001731FF" w:rsidP="001731FF">
      <w:pPr>
        <w:rPr>
          <w:noProof/>
        </w:rPr>
      </w:pPr>
      <w:r w:rsidRPr="00F51F43">
        <w:rPr>
          <w:noProof/>
        </w:rPr>
        <w:t>- osvještavanje značaja grupne refleksije o odgojno-obrazovnom radu i senzibilizacija odraslih za razvijanje „zajednice koja uči“</w:t>
      </w:r>
    </w:p>
    <w:p w14:paraId="3D2D358E" w14:textId="77777777" w:rsidR="001731FF" w:rsidRPr="00F51F43" w:rsidRDefault="001731FF" w:rsidP="001731FF">
      <w:pPr>
        <w:rPr>
          <w:noProof/>
        </w:rPr>
      </w:pPr>
      <w:r w:rsidRPr="00F51F43">
        <w:rPr>
          <w:noProof/>
        </w:rPr>
        <w:t>- poticanje kontinuiranog izgrađivanja prepoznatljive kulture Vrtića</w:t>
      </w:r>
    </w:p>
    <w:p w14:paraId="0A6C601B" w14:textId="77777777" w:rsidR="00E63D83" w:rsidRPr="00F51F43" w:rsidRDefault="00E63D83" w:rsidP="00E63D83">
      <w:pPr>
        <w:tabs>
          <w:tab w:val="left" w:pos="709"/>
        </w:tabs>
        <w:rPr>
          <w:noProof/>
        </w:rPr>
      </w:pPr>
      <w:r w:rsidRPr="00F51F43">
        <w:rPr>
          <w:noProof/>
        </w:rPr>
        <w:tab/>
      </w:r>
      <w:r w:rsidR="001D79C1" w:rsidRPr="00F51F43">
        <w:rPr>
          <w:noProof/>
        </w:rPr>
        <w:t>Ravnateljica, pedagoginja</w:t>
      </w:r>
      <w:r w:rsidR="00957D95" w:rsidRPr="00F51F43">
        <w:rPr>
          <w:noProof/>
        </w:rPr>
        <w:t>, psihologinja, zdravstvena voditeljica</w:t>
      </w:r>
      <w:r w:rsidR="001D79C1" w:rsidRPr="00F51F43">
        <w:rPr>
          <w:noProof/>
        </w:rPr>
        <w:t xml:space="preserve"> i odgoji</w:t>
      </w:r>
      <w:r w:rsidRPr="00F51F43">
        <w:rPr>
          <w:noProof/>
        </w:rPr>
        <w:t>teljice prisustvovat će stručnim skupovima, predavanjima, seminarima, regionalnim supervizijskim susretima:</w:t>
      </w:r>
    </w:p>
    <w:p w14:paraId="7AAFA546" w14:textId="77777777" w:rsidR="00E63D83" w:rsidRPr="00F51F43" w:rsidRDefault="00E63D83" w:rsidP="00E63D83">
      <w:pPr>
        <w:tabs>
          <w:tab w:val="left" w:pos="3544"/>
        </w:tabs>
        <w:rPr>
          <w:noProof/>
        </w:rPr>
      </w:pPr>
      <w:r w:rsidRPr="00F51F43">
        <w:rPr>
          <w:noProof/>
        </w:rPr>
        <w:t>- stručni skupovi u organizaciji AZOO prema Katalogu stručnog usavršavanja tijekom pedagoške godine</w:t>
      </w:r>
    </w:p>
    <w:p w14:paraId="3F647AD8" w14:textId="77777777" w:rsidR="00E63D83" w:rsidRPr="00F51F43" w:rsidRDefault="00E63D83" w:rsidP="00E63D83">
      <w:pPr>
        <w:tabs>
          <w:tab w:val="left" w:pos="3544"/>
        </w:tabs>
        <w:rPr>
          <w:noProof/>
        </w:rPr>
      </w:pPr>
      <w:r w:rsidRPr="00F51F43">
        <w:rPr>
          <w:noProof/>
        </w:rPr>
        <w:t>- stručni skupovi, seminari i edukacije u organizaciji</w:t>
      </w:r>
      <w:r w:rsidR="00EF5A76" w:rsidRPr="00F51F43">
        <w:rPr>
          <w:noProof/>
        </w:rPr>
        <w:t xml:space="preserve"> Dječjeg vrtića Vrapčić</w:t>
      </w:r>
      <w:r w:rsidR="001D79C1" w:rsidRPr="00F51F43">
        <w:rPr>
          <w:noProof/>
        </w:rPr>
        <w:t xml:space="preserve"> i</w:t>
      </w:r>
      <w:r w:rsidRPr="00F51F43">
        <w:rPr>
          <w:noProof/>
        </w:rPr>
        <w:t xml:space="preserve"> ostalih organizatora</w:t>
      </w:r>
    </w:p>
    <w:p w14:paraId="0CC99999" w14:textId="77777777" w:rsidR="00E63D83" w:rsidRPr="00F51F43" w:rsidRDefault="00E63D83" w:rsidP="00E63D83">
      <w:pPr>
        <w:tabs>
          <w:tab w:val="left" w:pos="3544"/>
        </w:tabs>
        <w:rPr>
          <w:noProof/>
        </w:rPr>
      </w:pPr>
      <w:r w:rsidRPr="00F51F43">
        <w:rPr>
          <w:noProof/>
        </w:rPr>
        <w:t>- aktivno sudjelovanje u strukovnim sekcija</w:t>
      </w:r>
      <w:r w:rsidR="00EF5A76" w:rsidRPr="00F51F43">
        <w:rPr>
          <w:noProof/>
        </w:rPr>
        <w:t>ma i udrugama (pedagog,</w:t>
      </w:r>
      <w:r w:rsidR="001D79C1" w:rsidRPr="00F51F43">
        <w:rPr>
          <w:noProof/>
        </w:rPr>
        <w:t xml:space="preserve"> odgojitelji</w:t>
      </w:r>
      <w:r w:rsidRPr="00F51F43">
        <w:rPr>
          <w:noProof/>
        </w:rPr>
        <w:t>)</w:t>
      </w:r>
    </w:p>
    <w:p w14:paraId="2D162FFD" w14:textId="77777777" w:rsidR="00E63D83" w:rsidRPr="00F51F43" w:rsidRDefault="00E63D83" w:rsidP="00E63D83">
      <w:pPr>
        <w:tabs>
          <w:tab w:val="left" w:pos="3544"/>
        </w:tabs>
        <w:rPr>
          <w:noProof/>
        </w:rPr>
      </w:pPr>
      <w:r w:rsidRPr="00F51F43">
        <w:rPr>
          <w:noProof/>
        </w:rPr>
        <w:t>- edukacije u skladu sa zakonskom regulativom svih radnika (zaštita na radu, protupožarna zaštita, higijenski minimum, računovodstveni poslovi, pravni propisi)</w:t>
      </w:r>
    </w:p>
    <w:p w14:paraId="473BD999" w14:textId="77777777" w:rsidR="00E63D83" w:rsidRPr="00F51F43" w:rsidRDefault="00E63D83" w:rsidP="00E63D83">
      <w:pPr>
        <w:tabs>
          <w:tab w:val="left" w:pos="3544"/>
        </w:tabs>
        <w:rPr>
          <w:noProof/>
        </w:rPr>
      </w:pPr>
    </w:p>
    <w:p w14:paraId="5E179082" w14:textId="77777777" w:rsidR="00E63D83" w:rsidRPr="00F51F43" w:rsidRDefault="00E63D83" w:rsidP="00E63D83">
      <w:pPr>
        <w:tabs>
          <w:tab w:val="left" w:pos="3544"/>
        </w:tabs>
        <w:rPr>
          <w:noProof/>
        </w:rPr>
      </w:pPr>
      <w:r w:rsidRPr="00F51F43">
        <w:rPr>
          <w:noProof/>
        </w:rPr>
        <w:t>NAČINI PRAĆENJA, EVALUIRANJA I DOKUMENTIRANJA</w:t>
      </w:r>
    </w:p>
    <w:p w14:paraId="490FA178" w14:textId="77777777" w:rsidR="00E63D83" w:rsidRPr="00F51F43" w:rsidRDefault="00E63D83" w:rsidP="00E63D83">
      <w:pPr>
        <w:tabs>
          <w:tab w:val="left" w:pos="3544"/>
        </w:tabs>
        <w:rPr>
          <w:noProof/>
        </w:rPr>
      </w:pPr>
      <w:r w:rsidRPr="00F51F43">
        <w:rPr>
          <w:noProof/>
        </w:rPr>
        <w:lastRenderedPageBreak/>
        <w:t>- evidencija individualnog stručnog usavr</w:t>
      </w:r>
      <w:r w:rsidR="007137E3" w:rsidRPr="00F51F43">
        <w:rPr>
          <w:noProof/>
        </w:rPr>
        <w:t>šavanja u Programu</w:t>
      </w:r>
      <w:r w:rsidRPr="00F51F43">
        <w:rPr>
          <w:noProof/>
        </w:rPr>
        <w:t xml:space="preserve"> stručnog usavršavanja za tekuću pedagošku godinu te evidencija prisustva internim i eksternim oblicima stručnog usavršavanja</w:t>
      </w:r>
    </w:p>
    <w:p w14:paraId="77B2550D" w14:textId="77777777" w:rsidR="00E63D83" w:rsidRPr="00F51F43" w:rsidRDefault="00E63D83" w:rsidP="00E63D83">
      <w:pPr>
        <w:tabs>
          <w:tab w:val="left" w:pos="3544"/>
        </w:tabs>
        <w:rPr>
          <w:noProof/>
        </w:rPr>
      </w:pPr>
      <w:r w:rsidRPr="00F51F43">
        <w:rPr>
          <w:noProof/>
        </w:rPr>
        <w:t>- potvrde o sudjelovanju na eksternim oblicima stručnog usavršavanja</w:t>
      </w:r>
    </w:p>
    <w:p w14:paraId="0F75D979" w14:textId="77777777" w:rsidR="00E63D83" w:rsidRPr="00F51F43" w:rsidRDefault="00E63D83" w:rsidP="00E63D83">
      <w:pPr>
        <w:tabs>
          <w:tab w:val="left" w:pos="3544"/>
        </w:tabs>
        <w:rPr>
          <w:noProof/>
        </w:rPr>
      </w:pPr>
      <w:r w:rsidRPr="00F51F43">
        <w:rPr>
          <w:noProof/>
        </w:rPr>
        <w:t xml:space="preserve">- </w:t>
      </w:r>
      <w:r w:rsidR="001D79C1" w:rsidRPr="00F51F43">
        <w:rPr>
          <w:noProof/>
        </w:rPr>
        <w:t>zapisnici odgoji</w:t>
      </w:r>
      <w:r w:rsidRPr="00F51F43">
        <w:rPr>
          <w:noProof/>
        </w:rPr>
        <w:t>teljskih vijeća, internih stručnih aktiva usavršavanja i planiranja te radnih dogovora</w:t>
      </w:r>
    </w:p>
    <w:p w14:paraId="3724B346" w14:textId="77777777" w:rsidR="00E63D83" w:rsidRPr="00F51F43" w:rsidRDefault="00E63D83" w:rsidP="00E63D83">
      <w:pPr>
        <w:tabs>
          <w:tab w:val="left" w:pos="3544"/>
        </w:tabs>
        <w:rPr>
          <w:noProof/>
        </w:rPr>
      </w:pPr>
      <w:r w:rsidRPr="00F51F43">
        <w:rPr>
          <w:noProof/>
        </w:rPr>
        <w:t>- evidencija i dokumentacija o stažiranju odg</w:t>
      </w:r>
      <w:r w:rsidR="001D79C1" w:rsidRPr="00F51F43">
        <w:rPr>
          <w:noProof/>
        </w:rPr>
        <w:t>oji</w:t>
      </w:r>
      <w:r w:rsidRPr="00F51F43">
        <w:rPr>
          <w:noProof/>
        </w:rPr>
        <w:t>telja-pripravnika te realizacije stručno-pedagoške prakse studenata</w:t>
      </w:r>
    </w:p>
    <w:p w14:paraId="15FE66BD" w14:textId="77777777" w:rsidR="007137E3" w:rsidRPr="00F51F43" w:rsidRDefault="007137E3" w:rsidP="00E63D83">
      <w:pPr>
        <w:tabs>
          <w:tab w:val="left" w:pos="3544"/>
        </w:tabs>
        <w:rPr>
          <w:noProof/>
        </w:rPr>
      </w:pPr>
    </w:p>
    <w:p w14:paraId="5BB82020" w14:textId="77777777" w:rsidR="00E63D83" w:rsidRPr="00F51F43" w:rsidRDefault="00E63D83" w:rsidP="00E63D83">
      <w:pPr>
        <w:tabs>
          <w:tab w:val="left" w:pos="3544"/>
        </w:tabs>
        <w:rPr>
          <w:noProof/>
        </w:rPr>
      </w:pPr>
      <w:r w:rsidRPr="00F51F43">
        <w:rPr>
          <w:noProof/>
        </w:rPr>
        <w:t>INDIKATORI POSTIGNUĆA</w:t>
      </w:r>
    </w:p>
    <w:p w14:paraId="41B53FB2" w14:textId="77777777" w:rsidR="00E63D83" w:rsidRPr="00F51F43" w:rsidRDefault="00E63D83" w:rsidP="00E63D83">
      <w:pPr>
        <w:tabs>
          <w:tab w:val="left" w:pos="3544"/>
        </w:tabs>
        <w:rPr>
          <w:noProof/>
        </w:rPr>
      </w:pPr>
      <w:r w:rsidRPr="00F51F43">
        <w:rPr>
          <w:noProof/>
        </w:rPr>
        <w:t xml:space="preserve">- suradnička atmosfera </w:t>
      </w:r>
      <w:r w:rsidR="001D79C1" w:rsidRPr="00F51F43">
        <w:rPr>
          <w:noProof/>
        </w:rPr>
        <w:t>i odnos unutar timskog rada odgoji</w:t>
      </w:r>
      <w:r w:rsidRPr="00F51F43">
        <w:rPr>
          <w:noProof/>
        </w:rPr>
        <w:t>telja, stručnih suradnika, ravnatelja i drugih radnika ka unapređivanju pojedinih aspekata odgojno-obrazovne prakse</w:t>
      </w:r>
    </w:p>
    <w:p w14:paraId="615961DC" w14:textId="77777777" w:rsidR="00E63D83" w:rsidRPr="00F51F43" w:rsidRDefault="00E63D83" w:rsidP="00E63D83">
      <w:pPr>
        <w:tabs>
          <w:tab w:val="left" w:pos="3544"/>
        </w:tabs>
        <w:rPr>
          <w:noProof/>
        </w:rPr>
      </w:pPr>
      <w:r w:rsidRPr="00F51F43">
        <w:rPr>
          <w:noProof/>
        </w:rPr>
        <w:t>- aktivno</w:t>
      </w:r>
      <w:r w:rsidR="001D79C1" w:rsidRPr="00F51F43">
        <w:rPr>
          <w:noProof/>
        </w:rPr>
        <w:t xml:space="preserve"> i uvažavajuće sudjelovanje odgoji</w:t>
      </w:r>
      <w:r w:rsidRPr="00F51F43">
        <w:rPr>
          <w:noProof/>
        </w:rPr>
        <w:t>telja na organiziranim internim oblicima grupnog usavršavanja</w:t>
      </w:r>
    </w:p>
    <w:p w14:paraId="3D0C18BA" w14:textId="77777777" w:rsidR="00E63D83" w:rsidRPr="00F51F43" w:rsidRDefault="00E63D83" w:rsidP="00E63D83">
      <w:pPr>
        <w:tabs>
          <w:tab w:val="left" w:pos="3544"/>
        </w:tabs>
        <w:rPr>
          <w:noProof/>
        </w:rPr>
      </w:pPr>
      <w:r w:rsidRPr="00F51F43">
        <w:rPr>
          <w:noProof/>
        </w:rPr>
        <w:t>- kvalitetni primjeri uspješne primjene novih spoznaja u neposrednom radu s djecom i roditeljima</w:t>
      </w:r>
    </w:p>
    <w:p w14:paraId="141D6F50" w14:textId="77777777" w:rsidR="00E63D83" w:rsidRPr="00F51F43" w:rsidRDefault="00E63D83" w:rsidP="00E63D83">
      <w:pPr>
        <w:tabs>
          <w:tab w:val="left" w:pos="3544"/>
        </w:tabs>
        <w:rPr>
          <w:noProof/>
        </w:rPr>
      </w:pPr>
      <w:r w:rsidRPr="00F51F43">
        <w:rPr>
          <w:noProof/>
        </w:rPr>
        <w:t>- kvalitetni pomaci u procesu stažiranja i uspjeh pri polagan</w:t>
      </w:r>
      <w:r w:rsidR="001D79C1" w:rsidRPr="00F51F43">
        <w:rPr>
          <w:noProof/>
        </w:rPr>
        <w:t>ju stručnog ispita odgo</w:t>
      </w:r>
      <w:r w:rsidRPr="00F51F43">
        <w:rPr>
          <w:noProof/>
        </w:rPr>
        <w:t>j</w:t>
      </w:r>
      <w:r w:rsidR="001D79C1" w:rsidRPr="00F51F43">
        <w:rPr>
          <w:noProof/>
        </w:rPr>
        <w:t>i</w:t>
      </w:r>
      <w:r w:rsidRPr="00F51F43">
        <w:rPr>
          <w:noProof/>
        </w:rPr>
        <w:t>telja-pripravnika</w:t>
      </w:r>
    </w:p>
    <w:p w14:paraId="48441E70" w14:textId="77777777" w:rsidR="00E63D83" w:rsidRPr="00F51F43" w:rsidRDefault="00E63D83" w:rsidP="00E63D83">
      <w:pPr>
        <w:tabs>
          <w:tab w:val="left" w:pos="3544"/>
        </w:tabs>
        <w:rPr>
          <w:noProof/>
        </w:rPr>
      </w:pPr>
      <w:r w:rsidRPr="00F51F43">
        <w:rPr>
          <w:noProof/>
        </w:rPr>
        <w:t>- kvalitetne procjene uspješnosti realizacije stručno-pedagoške prakse studenata</w:t>
      </w:r>
    </w:p>
    <w:p w14:paraId="78508860" w14:textId="77777777" w:rsidR="00E63D83" w:rsidRPr="00F51F43" w:rsidRDefault="00E63D83" w:rsidP="00E63D83">
      <w:pPr>
        <w:tabs>
          <w:tab w:val="left" w:pos="3544"/>
        </w:tabs>
        <w:rPr>
          <w:noProof/>
        </w:rPr>
      </w:pPr>
    </w:p>
    <w:p w14:paraId="448CB4F9" w14:textId="77777777" w:rsidR="00E63D83" w:rsidRPr="00F51F43" w:rsidRDefault="00E63D83" w:rsidP="00E63D83">
      <w:pPr>
        <w:tabs>
          <w:tab w:val="left" w:pos="3544"/>
        </w:tabs>
        <w:rPr>
          <w:noProof/>
        </w:rPr>
      </w:pPr>
      <w:r w:rsidRPr="00F51F43">
        <w:rPr>
          <w:noProof/>
        </w:rPr>
        <w:t>VRIJEME REALIZACIJE</w:t>
      </w:r>
    </w:p>
    <w:p w14:paraId="65079616" w14:textId="77777777" w:rsidR="00E63D83" w:rsidRPr="00F51F43" w:rsidRDefault="00E63D83" w:rsidP="00E63D83">
      <w:pPr>
        <w:tabs>
          <w:tab w:val="left" w:pos="3544"/>
        </w:tabs>
        <w:rPr>
          <w:noProof/>
        </w:rPr>
      </w:pPr>
      <w:r w:rsidRPr="00F51F43">
        <w:rPr>
          <w:noProof/>
        </w:rPr>
        <w:t>- kontinuirano tijekom cijele pedagoške godine, prema potrebi i dogovoru</w:t>
      </w:r>
    </w:p>
    <w:p w14:paraId="6F15BDD4" w14:textId="77777777" w:rsidR="00E63D83" w:rsidRPr="00F51F43" w:rsidRDefault="00E63D83" w:rsidP="00E63D83">
      <w:pPr>
        <w:tabs>
          <w:tab w:val="left" w:pos="3544"/>
        </w:tabs>
        <w:rPr>
          <w:noProof/>
        </w:rPr>
      </w:pPr>
    </w:p>
    <w:p w14:paraId="3020672D" w14:textId="77777777" w:rsidR="00E63D83" w:rsidRPr="00F51F43" w:rsidRDefault="00E63D83" w:rsidP="00E63D83">
      <w:pPr>
        <w:tabs>
          <w:tab w:val="left" w:pos="3544"/>
        </w:tabs>
        <w:rPr>
          <w:noProof/>
        </w:rPr>
      </w:pPr>
      <w:r w:rsidRPr="00F51F43">
        <w:rPr>
          <w:noProof/>
        </w:rPr>
        <w:t>NOSITELJI REALIZACIJE</w:t>
      </w:r>
    </w:p>
    <w:p w14:paraId="6622F83F" w14:textId="77777777" w:rsidR="00E63D83" w:rsidRPr="00F51F43" w:rsidRDefault="00E63D83" w:rsidP="00E63D83">
      <w:pPr>
        <w:tabs>
          <w:tab w:val="left" w:pos="3544"/>
        </w:tabs>
        <w:rPr>
          <w:noProof/>
        </w:rPr>
      </w:pPr>
      <w:r w:rsidRPr="00F51F43">
        <w:rPr>
          <w:noProof/>
        </w:rPr>
        <w:t>- ravnatelj, st</w:t>
      </w:r>
      <w:r w:rsidR="000C5444" w:rsidRPr="00F51F43">
        <w:rPr>
          <w:noProof/>
        </w:rPr>
        <w:t>ručni suradnici, odgoji</w:t>
      </w:r>
      <w:r w:rsidRPr="00F51F43">
        <w:rPr>
          <w:noProof/>
        </w:rPr>
        <w:t xml:space="preserve">telji, </w:t>
      </w:r>
      <w:r w:rsidR="000C5444" w:rsidRPr="00F51F43">
        <w:rPr>
          <w:noProof/>
        </w:rPr>
        <w:t>odgoji</w:t>
      </w:r>
      <w:r w:rsidR="00C96D19" w:rsidRPr="00F51F43">
        <w:rPr>
          <w:noProof/>
        </w:rPr>
        <w:t>telji-</w:t>
      </w:r>
      <w:r w:rsidRPr="00F51F43">
        <w:rPr>
          <w:noProof/>
        </w:rPr>
        <w:t>pripravnici, studenti</w:t>
      </w:r>
      <w:r w:rsidRPr="00F51F43">
        <w:rPr>
          <w:noProof/>
        </w:rPr>
        <w:cr/>
      </w:r>
    </w:p>
    <w:p w14:paraId="669A6CFD" w14:textId="77777777" w:rsidR="009A2748" w:rsidRPr="00F51F43" w:rsidRDefault="009A2748" w:rsidP="00125C93">
      <w:pPr>
        <w:ind w:firstLine="720"/>
        <w:rPr>
          <w:noProof/>
        </w:rPr>
      </w:pPr>
      <w:r w:rsidRPr="00F51F43">
        <w:rPr>
          <w:noProof/>
        </w:rPr>
        <w:t>Odgojitelji i st</w:t>
      </w:r>
      <w:r w:rsidR="00F220AD" w:rsidRPr="00F51F43">
        <w:rPr>
          <w:noProof/>
        </w:rPr>
        <w:t>r</w:t>
      </w:r>
      <w:r w:rsidRPr="00F51F43">
        <w:rPr>
          <w:noProof/>
        </w:rPr>
        <w:t>učni suradnici dužni su prema Zakonu o predškolskom odgoj</w:t>
      </w:r>
      <w:r w:rsidR="002A7868" w:rsidRPr="00F51F43">
        <w:rPr>
          <w:noProof/>
        </w:rPr>
        <w:t>u i obrazovanju</w:t>
      </w:r>
      <w:r w:rsidRPr="00F51F43">
        <w:rPr>
          <w:noProof/>
        </w:rPr>
        <w:t>, kao i prema Pravilniku o obrascima i sadržaju pedagoške dokumentacije i evide</w:t>
      </w:r>
      <w:r w:rsidR="002E52EB" w:rsidRPr="00F51F43">
        <w:rPr>
          <w:noProof/>
        </w:rPr>
        <w:t>ncije o djeci u dječjem vrtiću (NN 83/01)</w:t>
      </w:r>
      <w:r w:rsidRPr="00F51F43">
        <w:rPr>
          <w:noProof/>
        </w:rPr>
        <w:t xml:space="preserve"> ostvariti Program stručnog usavršavanja.</w:t>
      </w:r>
    </w:p>
    <w:p w14:paraId="4D541986" w14:textId="77777777" w:rsidR="00290A38" w:rsidRPr="00F51F43" w:rsidRDefault="009A2748" w:rsidP="002E52EB">
      <w:pPr>
        <w:ind w:firstLine="720"/>
        <w:rPr>
          <w:noProof/>
        </w:rPr>
      </w:pPr>
      <w:r w:rsidRPr="00F51F43">
        <w:rPr>
          <w:noProof/>
        </w:rPr>
        <w:lastRenderedPageBreak/>
        <w:t xml:space="preserve">Za </w:t>
      </w:r>
      <w:r w:rsidR="00FE53E9" w:rsidRPr="00F51F43">
        <w:rPr>
          <w:noProof/>
        </w:rPr>
        <w:t>pedagošku godinu 202</w:t>
      </w:r>
      <w:r w:rsidR="00957D95" w:rsidRPr="00F51F43">
        <w:rPr>
          <w:noProof/>
        </w:rPr>
        <w:t>6</w:t>
      </w:r>
      <w:r w:rsidR="00FE53E9" w:rsidRPr="00F51F43">
        <w:rPr>
          <w:noProof/>
        </w:rPr>
        <w:t>./</w:t>
      </w:r>
      <w:r w:rsidR="00957D95" w:rsidRPr="00F51F43">
        <w:rPr>
          <w:noProof/>
        </w:rPr>
        <w:t>2027</w:t>
      </w:r>
      <w:r w:rsidRPr="00F51F43">
        <w:rPr>
          <w:noProof/>
        </w:rPr>
        <w:t>. predvidjeli smo vanjska i unutarnja stručna us</w:t>
      </w:r>
      <w:r w:rsidR="002E52EB" w:rsidRPr="00F51F43">
        <w:rPr>
          <w:noProof/>
        </w:rPr>
        <w:t>avršavanja</w:t>
      </w:r>
      <w:r w:rsidRPr="00F51F43">
        <w:rPr>
          <w:noProof/>
        </w:rPr>
        <w:t xml:space="preserve"> čiji je cilj jačanje profesionalni</w:t>
      </w:r>
      <w:r w:rsidR="002E52EB" w:rsidRPr="00F51F43">
        <w:rPr>
          <w:noProof/>
        </w:rPr>
        <w:t>h kompetencija svih djelatnika V</w:t>
      </w:r>
      <w:r w:rsidRPr="00F51F43">
        <w:rPr>
          <w:noProof/>
        </w:rPr>
        <w:t>rtića te osvješćivanje naših uloga kao refleksivnih praktičara.</w:t>
      </w:r>
      <w:r w:rsidR="0084623F" w:rsidRPr="00F51F43">
        <w:rPr>
          <w:noProof/>
        </w:rPr>
        <w:t xml:space="preserve"> </w:t>
      </w:r>
    </w:p>
    <w:p w14:paraId="2E640DEF" w14:textId="77777777" w:rsidR="009A2748" w:rsidRPr="00F51F43" w:rsidRDefault="009A2748" w:rsidP="002E52EB">
      <w:pPr>
        <w:ind w:firstLine="720"/>
        <w:rPr>
          <w:noProof/>
        </w:rPr>
      </w:pPr>
      <w:r w:rsidRPr="00F51F43">
        <w:rPr>
          <w:noProof/>
        </w:rPr>
        <w:t>Vanjska stručna usavršavanja odvijat će se prema Katalogu stručnih skupova Agencije za odgoj i obrazovanje, a uklj</w:t>
      </w:r>
      <w:r w:rsidR="002E52EB" w:rsidRPr="00F51F43">
        <w:rPr>
          <w:noProof/>
        </w:rPr>
        <w:t>učit ćemo se i u</w:t>
      </w:r>
      <w:r w:rsidRPr="00F51F43">
        <w:rPr>
          <w:noProof/>
        </w:rPr>
        <w:t xml:space="preserve"> edukacije u organizaciji nadležnog Ministarstva</w:t>
      </w:r>
      <w:r w:rsidR="002E52EB" w:rsidRPr="00F51F43">
        <w:rPr>
          <w:noProof/>
        </w:rPr>
        <w:t xml:space="preserve"> znanosti i obrazovanja</w:t>
      </w:r>
      <w:r w:rsidRPr="00F51F43">
        <w:rPr>
          <w:noProof/>
        </w:rPr>
        <w:t xml:space="preserve"> te drugih </w:t>
      </w:r>
      <w:r w:rsidR="002E52EB" w:rsidRPr="00F51F43">
        <w:rPr>
          <w:noProof/>
        </w:rPr>
        <w:t>stručnih učilišta i institucija</w:t>
      </w:r>
      <w:r w:rsidR="00FD5A74" w:rsidRPr="00F51F43">
        <w:rPr>
          <w:noProof/>
        </w:rPr>
        <w:t>,</w:t>
      </w:r>
      <w:r w:rsidRPr="00F51F43">
        <w:rPr>
          <w:noProof/>
        </w:rPr>
        <w:t xml:space="preserve"> HP</w:t>
      </w:r>
      <w:r w:rsidR="002E52EB" w:rsidRPr="00F51F43">
        <w:rPr>
          <w:noProof/>
        </w:rPr>
        <w:t>K</w:t>
      </w:r>
      <w:r w:rsidRPr="00F51F43">
        <w:rPr>
          <w:noProof/>
        </w:rPr>
        <w:t>Z-a, KUVB-a, k</w:t>
      </w:r>
      <w:r w:rsidR="00FD5A74" w:rsidRPr="00F51F43">
        <w:rPr>
          <w:noProof/>
        </w:rPr>
        <w:t>oje će se nuditi tijekom pedagoške godine</w:t>
      </w:r>
      <w:r w:rsidRPr="00F51F43">
        <w:rPr>
          <w:noProof/>
        </w:rPr>
        <w:t xml:space="preserve"> </w:t>
      </w:r>
      <w:r w:rsidR="00FD5A74" w:rsidRPr="00F51F43">
        <w:rPr>
          <w:noProof/>
        </w:rPr>
        <w:t>s obzirom na to da do donošenja Godišnjeg plana i programa rada</w:t>
      </w:r>
      <w:r w:rsidRPr="00F51F43">
        <w:rPr>
          <w:noProof/>
        </w:rPr>
        <w:t xml:space="preserve"> i Kurikuluma</w:t>
      </w:r>
      <w:r w:rsidR="00FD5A74" w:rsidRPr="00F51F43">
        <w:rPr>
          <w:noProof/>
        </w:rPr>
        <w:t xml:space="preserve"> Dječjeg vrtića Vrapčić</w:t>
      </w:r>
      <w:r w:rsidRPr="00F51F43">
        <w:rPr>
          <w:noProof/>
        </w:rPr>
        <w:t xml:space="preserve"> njihovi planovi nisu</w:t>
      </w:r>
      <w:r w:rsidR="00FD5A74" w:rsidRPr="00F51F43">
        <w:rPr>
          <w:noProof/>
        </w:rPr>
        <w:t xml:space="preserve"> u cijelosti</w:t>
      </w:r>
      <w:r w:rsidRPr="00F51F43">
        <w:rPr>
          <w:noProof/>
        </w:rPr>
        <w:t xml:space="preserve"> objavljeni na službenim</w:t>
      </w:r>
      <w:r w:rsidR="00FD5A74" w:rsidRPr="00F51F43">
        <w:rPr>
          <w:noProof/>
        </w:rPr>
        <w:t xml:space="preserve"> internetskim</w:t>
      </w:r>
      <w:r w:rsidRPr="00F51F43">
        <w:rPr>
          <w:noProof/>
        </w:rPr>
        <w:t xml:space="preserve"> stranicama.  </w:t>
      </w:r>
    </w:p>
    <w:p w14:paraId="4F776503" w14:textId="77777777" w:rsidR="009A2748" w:rsidRPr="00F51F43" w:rsidRDefault="009A2748" w:rsidP="00FD5A74">
      <w:pPr>
        <w:ind w:firstLine="720"/>
        <w:rPr>
          <w:noProof/>
        </w:rPr>
      </w:pPr>
      <w:r w:rsidRPr="00F51F43">
        <w:rPr>
          <w:noProof/>
        </w:rPr>
        <w:t>Također, planiramo provođenje edukacija u skladu sa zakonskom regulativom (zaštita na radu, protupožarna zaštita, higijenski minimum, pravni propisi, financijsko savjetovanje).</w:t>
      </w:r>
    </w:p>
    <w:p w14:paraId="326B001A" w14:textId="77777777" w:rsidR="009A2748" w:rsidRPr="00F51F43" w:rsidRDefault="009A2748" w:rsidP="00FD5A74">
      <w:pPr>
        <w:ind w:firstLine="720"/>
        <w:rPr>
          <w:noProof/>
        </w:rPr>
      </w:pPr>
      <w:r w:rsidRPr="00F51F43">
        <w:rPr>
          <w:noProof/>
        </w:rPr>
        <w:t>Unutarnja stručna usavršavanja odvijat će se kroz rad odgojitel</w:t>
      </w:r>
      <w:r w:rsidR="00FD5A74" w:rsidRPr="00F51F43">
        <w:rPr>
          <w:noProof/>
        </w:rPr>
        <w:t>jskih vijeća i internih stručnih aktiva</w:t>
      </w:r>
      <w:r w:rsidRPr="00F51F43">
        <w:rPr>
          <w:noProof/>
        </w:rPr>
        <w:t xml:space="preserve"> na kojima će se prezentirati vanjska stručna usavršavanja te organizirati predavanja i radionice veza</w:t>
      </w:r>
      <w:r w:rsidR="00FD5A74" w:rsidRPr="00F51F43">
        <w:rPr>
          <w:noProof/>
        </w:rPr>
        <w:t>ne uz aktualne teme pedagoške i</w:t>
      </w:r>
      <w:r w:rsidRPr="00F51F43">
        <w:rPr>
          <w:noProof/>
        </w:rPr>
        <w:t xml:space="preserve"> psihološke problematike. Osim što će ta usavršavanja provoditi </w:t>
      </w:r>
      <w:r w:rsidR="00B237FE" w:rsidRPr="00F51F43">
        <w:rPr>
          <w:noProof/>
        </w:rPr>
        <w:t>stručni tim i zdravstvena voditeljica</w:t>
      </w:r>
      <w:r w:rsidRPr="00F51F43">
        <w:rPr>
          <w:noProof/>
        </w:rPr>
        <w:t>, nastojat ćemo organizirati edukacije k</w:t>
      </w:r>
      <w:r w:rsidR="00FD5A74" w:rsidRPr="00F51F43">
        <w:rPr>
          <w:noProof/>
        </w:rPr>
        <w:t>oje će voditi vanjski predavači:</w:t>
      </w:r>
      <w:r w:rsidRPr="00F51F43">
        <w:rPr>
          <w:noProof/>
        </w:rPr>
        <w:t xml:space="preserve"> </w:t>
      </w:r>
      <w:r w:rsidR="00FD5A74" w:rsidRPr="00F51F43">
        <w:rPr>
          <w:noProof/>
        </w:rPr>
        <w:t>psiholozi, logopedi, edukatori-</w:t>
      </w:r>
      <w:r w:rsidRPr="00F51F43">
        <w:rPr>
          <w:noProof/>
        </w:rPr>
        <w:t>rehabilitatori, socijalni radnici, zdravstveni djelatnici.</w:t>
      </w:r>
    </w:p>
    <w:p w14:paraId="4DEFC162" w14:textId="77777777" w:rsidR="009A2748" w:rsidRPr="00F51F43" w:rsidRDefault="009A2748" w:rsidP="00FD5A74">
      <w:pPr>
        <w:ind w:firstLine="720"/>
        <w:rPr>
          <w:noProof/>
        </w:rPr>
      </w:pPr>
      <w:r w:rsidRPr="00F51F43">
        <w:rPr>
          <w:noProof/>
        </w:rPr>
        <w:t>U izboru tema vanjskih i unutarnjih stručnih usavršavanja vodit ćemo se ukazanim profesionalnim potrebama i osobnim interesima djelatnika.</w:t>
      </w:r>
    </w:p>
    <w:p w14:paraId="01DAA193" w14:textId="77777777" w:rsidR="000F353D" w:rsidRPr="00F51F43" w:rsidRDefault="00A00D3D" w:rsidP="00FD5A74">
      <w:pPr>
        <w:ind w:firstLine="720"/>
        <w:rPr>
          <w:noProof/>
        </w:rPr>
      </w:pPr>
      <w:r w:rsidRPr="00F51F43">
        <w:rPr>
          <w:noProof/>
        </w:rPr>
        <w:t xml:space="preserve">Planira se daljnji rad na intenziviranju suradnje s vrtićima s područja Grada Koprivnice </w:t>
      </w:r>
      <w:r w:rsidR="000F353D" w:rsidRPr="00F51F43">
        <w:rPr>
          <w:noProof/>
        </w:rPr>
        <w:t>te</w:t>
      </w:r>
      <w:r w:rsidR="00EB44AC" w:rsidRPr="00F51F43">
        <w:rPr>
          <w:noProof/>
        </w:rPr>
        <w:t xml:space="preserve"> s drugim ustanovama</w:t>
      </w:r>
      <w:r w:rsidR="000F353D" w:rsidRPr="00F51F43">
        <w:rPr>
          <w:noProof/>
        </w:rPr>
        <w:t xml:space="preserve"> za rani i pred</w:t>
      </w:r>
      <w:r w:rsidR="00EB44AC" w:rsidRPr="00F51F43">
        <w:rPr>
          <w:noProof/>
        </w:rPr>
        <w:t>školski odgoj i obrazovanje</w:t>
      </w:r>
      <w:r w:rsidRPr="00F51F43">
        <w:rPr>
          <w:noProof/>
        </w:rPr>
        <w:t xml:space="preserve"> i</w:t>
      </w:r>
      <w:r w:rsidR="00EB44AC" w:rsidRPr="00F51F43">
        <w:rPr>
          <w:noProof/>
        </w:rPr>
        <w:t xml:space="preserve"> osnovnim školama</w:t>
      </w:r>
      <w:r w:rsidRPr="00F51F43">
        <w:rPr>
          <w:noProof/>
        </w:rPr>
        <w:t xml:space="preserve">. </w:t>
      </w:r>
    </w:p>
    <w:p w14:paraId="3B753721" w14:textId="77777777" w:rsidR="009A2748" w:rsidRPr="00F51F43" w:rsidRDefault="009A2748" w:rsidP="00A534EF">
      <w:pPr>
        <w:rPr>
          <w:noProof/>
        </w:rPr>
      </w:pPr>
    </w:p>
    <w:p w14:paraId="1AD0C5B5" w14:textId="77777777" w:rsidR="009A2748" w:rsidRPr="00F51F43" w:rsidRDefault="009A2748" w:rsidP="00B673DD">
      <w:pPr>
        <w:tabs>
          <w:tab w:val="left" w:pos="3544"/>
        </w:tabs>
        <w:rPr>
          <w:b/>
          <w:noProof/>
        </w:rPr>
      </w:pPr>
    </w:p>
    <w:p w14:paraId="563D7DA1" w14:textId="77777777" w:rsidR="00B673DD" w:rsidRPr="00F51F43" w:rsidRDefault="00B673DD" w:rsidP="00290A38">
      <w:pPr>
        <w:tabs>
          <w:tab w:val="left" w:pos="3544"/>
        </w:tabs>
        <w:rPr>
          <w:noProof/>
        </w:rPr>
      </w:pPr>
    </w:p>
    <w:p w14:paraId="10097144" w14:textId="77777777" w:rsidR="00C103C8" w:rsidRPr="00F51F43" w:rsidRDefault="00C103C8" w:rsidP="00C103C8">
      <w:pPr>
        <w:rPr>
          <w:noProof/>
        </w:rPr>
      </w:pPr>
    </w:p>
    <w:p w14:paraId="554B0722" w14:textId="77777777" w:rsidR="00C103C8" w:rsidRPr="00F51F43" w:rsidRDefault="00C103C8" w:rsidP="00CE6567">
      <w:pPr>
        <w:rPr>
          <w:b/>
          <w:noProof/>
          <w:lang w:eastAsia="en-US" w:bidi="en-US"/>
        </w:rPr>
        <w:sectPr w:rsidR="00C103C8" w:rsidRPr="00F51F43" w:rsidSect="00125C93">
          <w:pgSz w:w="11907" w:h="16840" w:code="9"/>
          <w:pgMar w:top="1440" w:right="1417" w:bottom="1440" w:left="1418" w:header="720" w:footer="720" w:gutter="0"/>
          <w:cols w:space="720"/>
          <w:docGrid w:linePitch="326"/>
        </w:sectPr>
      </w:pPr>
    </w:p>
    <w:p w14:paraId="3A5D7D7E" w14:textId="77777777" w:rsidR="00CE6567" w:rsidRPr="00F51F43" w:rsidRDefault="00B673DD" w:rsidP="00307ADD">
      <w:pPr>
        <w:pStyle w:val="Naslov2"/>
        <w:rPr>
          <w:noProof/>
          <w:lang w:eastAsia="en-US" w:bidi="en-US"/>
        </w:rPr>
      </w:pPr>
      <w:bookmarkStart w:id="33" w:name="_Toc241563349"/>
      <w:r w:rsidRPr="00F51F43">
        <w:rPr>
          <w:noProof/>
          <w:lang w:eastAsia="en-US" w:bidi="en-US"/>
        </w:rPr>
        <w:lastRenderedPageBreak/>
        <w:t>6.</w:t>
      </w:r>
      <w:r w:rsidR="00290A38" w:rsidRPr="00F51F43">
        <w:rPr>
          <w:noProof/>
          <w:lang w:eastAsia="en-US" w:bidi="en-US"/>
        </w:rPr>
        <w:t xml:space="preserve">1. </w:t>
      </w:r>
      <w:r w:rsidR="00C103C8" w:rsidRPr="00F51F43">
        <w:rPr>
          <w:noProof/>
          <w:lang w:eastAsia="en-US" w:bidi="en-US"/>
        </w:rPr>
        <w:t xml:space="preserve"> </w:t>
      </w:r>
      <w:r w:rsidR="000731B7" w:rsidRPr="00F51F43">
        <w:rPr>
          <w:noProof/>
          <w:lang w:eastAsia="en-US" w:bidi="en-US"/>
        </w:rPr>
        <w:t>PLAN I PROGRAM ODGOJI</w:t>
      </w:r>
      <w:r w:rsidR="00CE6567" w:rsidRPr="00F51F43">
        <w:rPr>
          <w:noProof/>
          <w:lang w:eastAsia="en-US" w:bidi="en-US"/>
        </w:rPr>
        <w:t>TELJSKIH VIJEĆA</w:t>
      </w:r>
      <w:bookmarkEnd w:id="33"/>
    </w:p>
    <w:p w14:paraId="2FA411F5" w14:textId="77777777" w:rsidR="00CE6567" w:rsidRPr="00F51F43" w:rsidRDefault="00EF5A76" w:rsidP="0035237B">
      <w:pPr>
        <w:keepNext/>
        <w:tabs>
          <w:tab w:val="left" w:pos="3544"/>
        </w:tabs>
        <w:spacing w:before="120"/>
        <w:jc w:val="left"/>
        <w:rPr>
          <w:b/>
          <w:bCs/>
          <w:noProof/>
        </w:rPr>
      </w:pPr>
      <w:r w:rsidRPr="00F51F43">
        <w:rPr>
          <w:b/>
          <w:bCs/>
          <w:noProof/>
        </w:rPr>
        <w:t>Tablica 21</w:t>
      </w:r>
      <w:r w:rsidR="00740183" w:rsidRPr="00F51F43">
        <w:rPr>
          <w:b/>
          <w:bCs/>
          <w:noProof/>
        </w:rPr>
        <w:t>: Plan i program odgoji</w:t>
      </w:r>
      <w:r w:rsidR="00C103C8" w:rsidRPr="00F51F43">
        <w:rPr>
          <w:b/>
          <w:bCs/>
          <w:noProof/>
        </w:rPr>
        <w:t>teljskih</w:t>
      </w:r>
      <w:r w:rsidR="00F44BBF" w:rsidRPr="00F51F43">
        <w:rPr>
          <w:b/>
          <w:bCs/>
          <w:noProof/>
        </w:rPr>
        <w:t xml:space="preserve"> vijeća za pedagošku godinu </w:t>
      </w:r>
      <w:r w:rsidR="00F3426D" w:rsidRPr="00F51F43">
        <w:rPr>
          <w:b/>
          <w:bCs/>
          <w:noProof/>
        </w:rPr>
        <w:t>2026./2027</w:t>
      </w:r>
      <w:r w:rsidR="00DE6677" w:rsidRPr="00F51F43">
        <w:rPr>
          <w:b/>
          <w:bCs/>
          <w:noProof/>
        </w:rPr>
        <w:t>.</w:t>
      </w:r>
    </w:p>
    <w:tbl>
      <w:tblPr>
        <w:tblStyle w:val="Reetkatablice"/>
        <w:tblW w:w="13549" w:type="dxa"/>
        <w:jc w:val="center"/>
        <w:tblLayout w:type="fixed"/>
        <w:tblLook w:val="04A0" w:firstRow="1" w:lastRow="0" w:firstColumn="1" w:lastColumn="0" w:noHBand="0" w:noVBand="1"/>
      </w:tblPr>
      <w:tblGrid>
        <w:gridCol w:w="817"/>
        <w:gridCol w:w="1276"/>
        <w:gridCol w:w="1417"/>
        <w:gridCol w:w="7625"/>
        <w:gridCol w:w="2414"/>
      </w:tblGrid>
      <w:tr w:rsidR="00F3426D" w:rsidRPr="00F51F43" w14:paraId="03B68AF6" w14:textId="77777777" w:rsidTr="00F3426D">
        <w:trPr>
          <w:cantSplit/>
          <w:trHeight w:val="616"/>
          <w:tblHeader/>
          <w:jc w:val="center"/>
        </w:trPr>
        <w:tc>
          <w:tcPr>
            <w:tcW w:w="817" w:type="dxa"/>
            <w:shd w:val="clear" w:color="auto" w:fill="D9EAD3"/>
            <w:tcMar>
              <w:top w:w="80" w:type="dxa"/>
              <w:left w:w="80" w:type="dxa"/>
              <w:bottom w:w="80" w:type="dxa"/>
              <w:right w:w="80" w:type="dxa"/>
            </w:tcMar>
            <w:vAlign w:val="center"/>
          </w:tcPr>
          <w:p w14:paraId="4451ACE9" w14:textId="77777777" w:rsidR="00F3426D" w:rsidRPr="00F51F43" w:rsidRDefault="00F3426D" w:rsidP="00CE6567">
            <w:pPr>
              <w:spacing w:after="0" w:line="240" w:lineRule="auto"/>
              <w:jc w:val="center"/>
              <w:rPr>
                <w:b/>
                <w:noProof/>
                <w:sz w:val="20"/>
                <w:szCs w:val="20"/>
                <w:lang w:eastAsia="en-US" w:bidi="en-US"/>
              </w:rPr>
            </w:pPr>
          </w:p>
          <w:p w14:paraId="0C63365F" w14:textId="77777777" w:rsidR="00F3426D" w:rsidRPr="00F51F43" w:rsidRDefault="00F3426D" w:rsidP="00CE6567">
            <w:pPr>
              <w:spacing w:after="0" w:line="240" w:lineRule="auto"/>
              <w:jc w:val="center"/>
              <w:rPr>
                <w:b/>
                <w:noProof/>
                <w:sz w:val="20"/>
                <w:szCs w:val="20"/>
                <w:lang w:eastAsia="en-US" w:bidi="en-US"/>
              </w:rPr>
            </w:pPr>
            <w:r w:rsidRPr="00F51F43">
              <w:rPr>
                <w:b/>
                <w:noProof/>
                <w:sz w:val="20"/>
                <w:szCs w:val="20"/>
                <w:lang w:eastAsia="en-US" w:bidi="en-US"/>
              </w:rPr>
              <w:t>R.BR.</w:t>
            </w:r>
          </w:p>
        </w:tc>
        <w:tc>
          <w:tcPr>
            <w:tcW w:w="1276" w:type="dxa"/>
            <w:shd w:val="clear" w:color="auto" w:fill="D9EAD3"/>
            <w:tcMar>
              <w:top w:w="80" w:type="dxa"/>
              <w:left w:w="80" w:type="dxa"/>
              <w:bottom w:w="80" w:type="dxa"/>
              <w:right w:w="80" w:type="dxa"/>
            </w:tcMar>
            <w:vAlign w:val="center"/>
          </w:tcPr>
          <w:p w14:paraId="5529982D" w14:textId="77777777" w:rsidR="00F3426D" w:rsidRPr="00F51F43" w:rsidRDefault="00F3426D" w:rsidP="00CE6567">
            <w:pPr>
              <w:spacing w:after="0" w:line="240" w:lineRule="auto"/>
              <w:jc w:val="center"/>
              <w:rPr>
                <w:b/>
                <w:noProof/>
                <w:sz w:val="20"/>
                <w:szCs w:val="20"/>
                <w:lang w:eastAsia="en-US" w:bidi="en-US"/>
              </w:rPr>
            </w:pPr>
            <w:r w:rsidRPr="00F51F43">
              <w:rPr>
                <w:b/>
                <w:noProof/>
                <w:sz w:val="20"/>
                <w:szCs w:val="20"/>
                <w:lang w:eastAsia="en-US" w:bidi="en-US"/>
              </w:rPr>
              <w:t>VRIJEME REALIZA-CIJE</w:t>
            </w:r>
          </w:p>
        </w:tc>
        <w:tc>
          <w:tcPr>
            <w:tcW w:w="1417" w:type="dxa"/>
            <w:shd w:val="clear" w:color="auto" w:fill="D9EAD3"/>
            <w:tcMar>
              <w:top w:w="80" w:type="dxa"/>
              <w:left w:w="80" w:type="dxa"/>
              <w:bottom w:w="80" w:type="dxa"/>
              <w:right w:w="80" w:type="dxa"/>
            </w:tcMar>
            <w:vAlign w:val="center"/>
          </w:tcPr>
          <w:p w14:paraId="37BFE2FF" w14:textId="77777777" w:rsidR="00F3426D" w:rsidRPr="00F51F43" w:rsidRDefault="00F3426D" w:rsidP="00CE6567">
            <w:pPr>
              <w:spacing w:after="0" w:line="240" w:lineRule="auto"/>
              <w:jc w:val="center"/>
              <w:rPr>
                <w:b/>
                <w:noProof/>
                <w:sz w:val="20"/>
                <w:szCs w:val="20"/>
                <w:lang w:eastAsia="en-US" w:bidi="en-US"/>
              </w:rPr>
            </w:pPr>
          </w:p>
          <w:p w14:paraId="577412A6" w14:textId="77777777" w:rsidR="00F3426D" w:rsidRPr="00F51F43" w:rsidRDefault="00F3426D" w:rsidP="00CE6567">
            <w:pPr>
              <w:spacing w:after="0" w:line="240" w:lineRule="auto"/>
              <w:jc w:val="center"/>
              <w:rPr>
                <w:b/>
                <w:noProof/>
                <w:sz w:val="20"/>
                <w:szCs w:val="20"/>
                <w:lang w:eastAsia="en-US" w:bidi="en-US"/>
              </w:rPr>
            </w:pPr>
            <w:r w:rsidRPr="00F51F43">
              <w:rPr>
                <w:b/>
                <w:noProof/>
                <w:sz w:val="20"/>
                <w:szCs w:val="20"/>
                <w:lang w:eastAsia="en-US" w:bidi="en-US"/>
              </w:rPr>
              <w:t>NOSITELJI</w:t>
            </w:r>
          </w:p>
        </w:tc>
        <w:tc>
          <w:tcPr>
            <w:tcW w:w="7625" w:type="dxa"/>
            <w:shd w:val="clear" w:color="auto" w:fill="D9EAD3"/>
            <w:tcMar>
              <w:top w:w="80" w:type="dxa"/>
              <w:left w:w="80" w:type="dxa"/>
              <w:bottom w:w="80" w:type="dxa"/>
              <w:right w:w="80" w:type="dxa"/>
            </w:tcMar>
            <w:vAlign w:val="center"/>
          </w:tcPr>
          <w:p w14:paraId="1AFC451F" w14:textId="77777777" w:rsidR="00F3426D" w:rsidRPr="00F51F43" w:rsidRDefault="00F3426D" w:rsidP="00CE6567">
            <w:pPr>
              <w:spacing w:after="0" w:line="240" w:lineRule="auto"/>
              <w:jc w:val="center"/>
              <w:rPr>
                <w:b/>
                <w:noProof/>
                <w:sz w:val="20"/>
                <w:szCs w:val="20"/>
                <w:lang w:eastAsia="en-US" w:bidi="en-US"/>
              </w:rPr>
            </w:pPr>
          </w:p>
          <w:p w14:paraId="5AF46F6E" w14:textId="77777777" w:rsidR="00F3426D" w:rsidRPr="00F51F43" w:rsidRDefault="00F3426D" w:rsidP="00CE6567">
            <w:pPr>
              <w:spacing w:after="0" w:line="240" w:lineRule="auto"/>
              <w:jc w:val="center"/>
              <w:rPr>
                <w:b/>
                <w:noProof/>
                <w:sz w:val="20"/>
                <w:szCs w:val="20"/>
                <w:lang w:eastAsia="en-US" w:bidi="en-US"/>
              </w:rPr>
            </w:pPr>
            <w:r w:rsidRPr="00F51F43">
              <w:rPr>
                <w:b/>
                <w:noProof/>
                <w:sz w:val="20"/>
                <w:szCs w:val="20"/>
                <w:lang w:eastAsia="en-US" w:bidi="en-US"/>
              </w:rPr>
              <w:t>CILJEVI I ZADATCI</w:t>
            </w:r>
          </w:p>
        </w:tc>
        <w:tc>
          <w:tcPr>
            <w:tcW w:w="2414" w:type="dxa"/>
            <w:shd w:val="clear" w:color="auto" w:fill="D9EAD3"/>
            <w:tcMar>
              <w:top w:w="80" w:type="dxa"/>
              <w:left w:w="80" w:type="dxa"/>
              <w:bottom w:w="80" w:type="dxa"/>
              <w:right w:w="80" w:type="dxa"/>
            </w:tcMar>
            <w:vAlign w:val="center"/>
          </w:tcPr>
          <w:p w14:paraId="6E63BF80" w14:textId="77777777" w:rsidR="00F3426D" w:rsidRPr="00F51F43" w:rsidRDefault="00F3426D" w:rsidP="00CE6567">
            <w:pPr>
              <w:spacing w:after="0" w:line="240" w:lineRule="auto"/>
              <w:jc w:val="center"/>
              <w:rPr>
                <w:b/>
                <w:noProof/>
                <w:sz w:val="20"/>
                <w:szCs w:val="20"/>
                <w:lang w:eastAsia="en-US" w:bidi="en-US"/>
              </w:rPr>
            </w:pPr>
            <w:r w:rsidRPr="00F51F43">
              <w:rPr>
                <w:b/>
                <w:noProof/>
                <w:sz w:val="20"/>
                <w:szCs w:val="20"/>
                <w:lang w:eastAsia="en-US" w:bidi="en-US"/>
              </w:rPr>
              <w:t>ŠTO JE POTREBNO OSIGURATI</w:t>
            </w:r>
          </w:p>
        </w:tc>
      </w:tr>
      <w:tr w:rsidR="00F3426D" w:rsidRPr="00F51F43" w14:paraId="11534FE8" w14:textId="77777777" w:rsidTr="00F3426D">
        <w:trPr>
          <w:cantSplit/>
          <w:jc w:val="center"/>
        </w:trPr>
        <w:tc>
          <w:tcPr>
            <w:tcW w:w="817" w:type="dxa"/>
            <w:tcMar>
              <w:top w:w="80" w:type="dxa"/>
              <w:left w:w="80" w:type="dxa"/>
              <w:bottom w:w="80" w:type="dxa"/>
              <w:right w:w="80" w:type="dxa"/>
            </w:tcMar>
            <w:vAlign w:val="center"/>
          </w:tcPr>
          <w:p w14:paraId="0CFDC3C8" w14:textId="77777777" w:rsidR="00F3426D" w:rsidRPr="00F51F43" w:rsidRDefault="00F3426D" w:rsidP="007F6E88">
            <w:pPr>
              <w:spacing w:after="0" w:line="240" w:lineRule="auto"/>
              <w:jc w:val="center"/>
              <w:rPr>
                <w:noProof/>
                <w:sz w:val="20"/>
                <w:szCs w:val="20"/>
                <w:lang w:bidi="en-US"/>
              </w:rPr>
            </w:pPr>
          </w:p>
          <w:p w14:paraId="7E4C7CE9" w14:textId="77777777" w:rsidR="00F3426D" w:rsidRPr="00F51F43" w:rsidRDefault="00F3426D" w:rsidP="007F6E88">
            <w:pPr>
              <w:spacing w:after="0" w:line="240" w:lineRule="auto"/>
              <w:jc w:val="center"/>
              <w:rPr>
                <w:noProof/>
                <w:sz w:val="20"/>
                <w:szCs w:val="20"/>
                <w:lang w:bidi="en-US"/>
              </w:rPr>
            </w:pPr>
          </w:p>
          <w:p w14:paraId="5760EBC2" w14:textId="77777777" w:rsidR="00F3426D" w:rsidRPr="00F51F43" w:rsidRDefault="00F3426D" w:rsidP="007F6E88">
            <w:pPr>
              <w:spacing w:after="0" w:line="240" w:lineRule="auto"/>
              <w:rPr>
                <w:noProof/>
                <w:sz w:val="20"/>
                <w:szCs w:val="20"/>
                <w:lang w:bidi="en-US"/>
              </w:rPr>
            </w:pPr>
          </w:p>
          <w:p w14:paraId="3C4147B8"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1.</w:t>
            </w:r>
          </w:p>
        </w:tc>
        <w:tc>
          <w:tcPr>
            <w:tcW w:w="1276" w:type="dxa"/>
            <w:tcMar>
              <w:top w:w="80" w:type="dxa"/>
              <w:left w:w="80" w:type="dxa"/>
              <w:bottom w:w="80" w:type="dxa"/>
              <w:right w:w="80" w:type="dxa"/>
            </w:tcMar>
            <w:vAlign w:val="center"/>
          </w:tcPr>
          <w:p w14:paraId="2F693A4E" w14:textId="77777777" w:rsidR="00F3426D" w:rsidRPr="00F51F43" w:rsidRDefault="00F3426D" w:rsidP="007F6E88">
            <w:pPr>
              <w:spacing w:after="0" w:line="240" w:lineRule="auto"/>
              <w:jc w:val="center"/>
              <w:rPr>
                <w:noProof/>
                <w:sz w:val="20"/>
                <w:szCs w:val="20"/>
                <w:lang w:bidi="en-US"/>
              </w:rPr>
            </w:pPr>
          </w:p>
          <w:p w14:paraId="72EEA1B8" w14:textId="77777777" w:rsidR="00F3426D" w:rsidRPr="00F51F43" w:rsidRDefault="00F3426D" w:rsidP="007F6E88">
            <w:pPr>
              <w:spacing w:after="0" w:line="240" w:lineRule="auto"/>
              <w:jc w:val="center"/>
              <w:rPr>
                <w:noProof/>
                <w:sz w:val="20"/>
                <w:szCs w:val="20"/>
                <w:lang w:bidi="en-US"/>
              </w:rPr>
            </w:pPr>
          </w:p>
          <w:p w14:paraId="47BEF273" w14:textId="77777777" w:rsidR="00F3426D" w:rsidRPr="00F51F43" w:rsidRDefault="00F3426D" w:rsidP="007F6E88">
            <w:pPr>
              <w:spacing w:after="0" w:line="240" w:lineRule="auto"/>
              <w:rPr>
                <w:noProof/>
                <w:sz w:val="20"/>
                <w:szCs w:val="20"/>
                <w:lang w:bidi="en-US"/>
              </w:rPr>
            </w:pPr>
          </w:p>
          <w:p w14:paraId="0368011E"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utorak, 29.9.2026.</w:t>
            </w:r>
          </w:p>
          <w:p w14:paraId="47FF9F7C" w14:textId="77777777" w:rsidR="00F3426D" w:rsidRPr="00F51F43" w:rsidRDefault="00F3426D" w:rsidP="007F6E88">
            <w:pPr>
              <w:spacing w:after="0" w:line="240" w:lineRule="auto"/>
              <w:jc w:val="center"/>
              <w:rPr>
                <w:noProof/>
                <w:sz w:val="20"/>
                <w:szCs w:val="20"/>
                <w:lang w:bidi="en-US"/>
              </w:rPr>
            </w:pPr>
          </w:p>
        </w:tc>
        <w:tc>
          <w:tcPr>
            <w:tcW w:w="1417" w:type="dxa"/>
            <w:tcMar>
              <w:top w:w="80" w:type="dxa"/>
              <w:left w:w="80" w:type="dxa"/>
              <w:bottom w:w="80" w:type="dxa"/>
              <w:right w:w="80" w:type="dxa"/>
            </w:tcMar>
            <w:vAlign w:val="center"/>
          </w:tcPr>
          <w:p w14:paraId="34962BBE" w14:textId="77777777" w:rsidR="00F3426D" w:rsidRPr="00F51F43" w:rsidRDefault="00F3426D" w:rsidP="007F6E88">
            <w:pPr>
              <w:spacing w:after="0" w:line="240" w:lineRule="auto"/>
              <w:jc w:val="center"/>
              <w:rPr>
                <w:noProof/>
                <w:sz w:val="20"/>
                <w:szCs w:val="20"/>
                <w:lang w:bidi="en-US"/>
              </w:rPr>
            </w:pPr>
          </w:p>
          <w:p w14:paraId="0018EDBF" w14:textId="77777777" w:rsidR="00F3426D" w:rsidRPr="00F51F43" w:rsidRDefault="00F3426D" w:rsidP="007F6E88">
            <w:pPr>
              <w:spacing w:after="0" w:line="240" w:lineRule="auto"/>
              <w:jc w:val="center"/>
              <w:rPr>
                <w:noProof/>
                <w:sz w:val="20"/>
                <w:szCs w:val="20"/>
                <w:lang w:bidi="en-US"/>
              </w:rPr>
            </w:pPr>
          </w:p>
          <w:p w14:paraId="57656412" w14:textId="77777777" w:rsidR="00F3426D" w:rsidRPr="00F51F43" w:rsidRDefault="00F3426D" w:rsidP="007F6E88">
            <w:pPr>
              <w:spacing w:after="0" w:line="240" w:lineRule="auto"/>
              <w:jc w:val="center"/>
              <w:rPr>
                <w:noProof/>
                <w:sz w:val="20"/>
                <w:szCs w:val="20"/>
                <w:lang w:bidi="en-US"/>
              </w:rPr>
            </w:pPr>
          </w:p>
          <w:p w14:paraId="67BCDC68"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Ravnateljica, stručni tim, odgojiteljice</w:t>
            </w:r>
          </w:p>
          <w:p w14:paraId="53606F67" w14:textId="77777777" w:rsidR="00F3426D" w:rsidRPr="00F51F43" w:rsidRDefault="00F3426D" w:rsidP="007F6E88">
            <w:pPr>
              <w:spacing w:after="0" w:line="240" w:lineRule="auto"/>
              <w:jc w:val="center"/>
              <w:rPr>
                <w:noProof/>
                <w:sz w:val="20"/>
                <w:szCs w:val="20"/>
                <w:lang w:bidi="en-US"/>
              </w:rPr>
            </w:pPr>
          </w:p>
        </w:tc>
        <w:tc>
          <w:tcPr>
            <w:tcW w:w="7625" w:type="dxa"/>
            <w:tcMar>
              <w:top w:w="80" w:type="dxa"/>
              <w:left w:w="80" w:type="dxa"/>
              <w:bottom w:w="80" w:type="dxa"/>
              <w:right w:w="80" w:type="dxa"/>
            </w:tcMar>
            <w:vAlign w:val="center"/>
          </w:tcPr>
          <w:p w14:paraId="359E924B"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 analiza procesa prilagodbe djece u jasličkim i vrtićkim skupinama</w:t>
            </w:r>
          </w:p>
          <w:p w14:paraId="1F5F12DA"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 analiza rezultata anketa o zadovoljstvu roditelja</w:t>
            </w:r>
          </w:p>
          <w:p w14:paraId="1D62F33D"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 donošenje plana rada odgojno-obrazovnih djelatnika</w:t>
            </w:r>
          </w:p>
          <w:p w14:paraId="781A2DEB"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 xml:space="preserve">- predstavljanje Godišnjeg plana i programa rada </w:t>
            </w:r>
          </w:p>
          <w:p w14:paraId="1F608A82"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 organizacija izvođenja kraćih programa</w:t>
            </w:r>
          </w:p>
          <w:p w14:paraId="55AE53B3"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 dogovor o organizaciji izleta, posjeta, sportskih i kulturnih događanja u predstojećem periodu</w:t>
            </w:r>
          </w:p>
        </w:tc>
        <w:tc>
          <w:tcPr>
            <w:tcW w:w="2414" w:type="dxa"/>
            <w:tcMar>
              <w:top w:w="80" w:type="dxa"/>
              <w:left w:w="80" w:type="dxa"/>
              <w:bottom w:w="80" w:type="dxa"/>
              <w:right w:w="80" w:type="dxa"/>
            </w:tcMar>
            <w:vAlign w:val="center"/>
          </w:tcPr>
          <w:p w14:paraId="1BCDD5E4" w14:textId="77777777" w:rsidR="00F3426D" w:rsidRPr="00F51F43" w:rsidRDefault="00F3426D" w:rsidP="007F6E88">
            <w:pPr>
              <w:spacing w:after="0" w:line="240" w:lineRule="auto"/>
              <w:jc w:val="center"/>
              <w:rPr>
                <w:noProof/>
                <w:sz w:val="20"/>
                <w:szCs w:val="20"/>
                <w:lang w:bidi="en-US"/>
              </w:rPr>
            </w:pPr>
          </w:p>
          <w:p w14:paraId="429359D4"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laptop</w:t>
            </w:r>
          </w:p>
          <w:p w14:paraId="29E9F73A"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projektor</w:t>
            </w:r>
          </w:p>
          <w:p w14:paraId="0FBE446A" w14:textId="77777777" w:rsidR="00F3426D" w:rsidRPr="00F51F43" w:rsidRDefault="00F3426D" w:rsidP="007F6E88">
            <w:pPr>
              <w:spacing w:after="0" w:line="240" w:lineRule="auto"/>
              <w:jc w:val="center"/>
              <w:rPr>
                <w:noProof/>
                <w:sz w:val="20"/>
                <w:szCs w:val="20"/>
                <w:lang w:bidi="en-US"/>
              </w:rPr>
            </w:pPr>
            <w:r w:rsidRPr="00F51F43">
              <w:rPr>
                <w:noProof/>
                <w:sz w:val="20"/>
                <w:szCs w:val="20"/>
                <w:lang w:bidi="en-US"/>
              </w:rPr>
              <w:t>platno</w:t>
            </w:r>
          </w:p>
        </w:tc>
      </w:tr>
      <w:tr w:rsidR="00F3426D" w:rsidRPr="00F51F43" w14:paraId="6F5F2E6D" w14:textId="77777777" w:rsidTr="00F3426D">
        <w:trPr>
          <w:cantSplit/>
          <w:jc w:val="center"/>
        </w:trPr>
        <w:tc>
          <w:tcPr>
            <w:tcW w:w="817" w:type="dxa"/>
            <w:tcMar>
              <w:top w:w="80" w:type="dxa"/>
              <w:left w:w="80" w:type="dxa"/>
              <w:bottom w:w="80" w:type="dxa"/>
              <w:right w:w="80" w:type="dxa"/>
            </w:tcMar>
            <w:vAlign w:val="center"/>
          </w:tcPr>
          <w:p w14:paraId="442D3001" w14:textId="77777777" w:rsidR="00F3426D" w:rsidRPr="00F51F43" w:rsidRDefault="00F3426D" w:rsidP="00F3426D">
            <w:pPr>
              <w:spacing w:after="0" w:line="240" w:lineRule="auto"/>
              <w:jc w:val="center"/>
              <w:rPr>
                <w:noProof/>
                <w:sz w:val="20"/>
                <w:szCs w:val="20"/>
                <w:lang w:bidi="en-US"/>
              </w:rPr>
            </w:pPr>
          </w:p>
          <w:p w14:paraId="14975D19"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2.</w:t>
            </w:r>
          </w:p>
        </w:tc>
        <w:tc>
          <w:tcPr>
            <w:tcW w:w="1276" w:type="dxa"/>
            <w:tcMar>
              <w:top w:w="80" w:type="dxa"/>
              <w:left w:w="80" w:type="dxa"/>
              <w:bottom w:w="80" w:type="dxa"/>
              <w:right w:w="80" w:type="dxa"/>
            </w:tcMar>
            <w:vAlign w:val="center"/>
          </w:tcPr>
          <w:p w14:paraId="0DDB4D8B"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utorak, 24.11.2026.</w:t>
            </w:r>
          </w:p>
        </w:tc>
        <w:tc>
          <w:tcPr>
            <w:tcW w:w="1417" w:type="dxa"/>
            <w:tcMar>
              <w:top w:w="80" w:type="dxa"/>
              <w:left w:w="80" w:type="dxa"/>
              <w:bottom w:w="80" w:type="dxa"/>
              <w:right w:w="80" w:type="dxa"/>
            </w:tcMar>
            <w:vAlign w:val="center"/>
          </w:tcPr>
          <w:p w14:paraId="313A8F96"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Ravnateljica, stručni tim, odgojiteljice</w:t>
            </w:r>
          </w:p>
        </w:tc>
        <w:tc>
          <w:tcPr>
            <w:tcW w:w="7625" w:type="dxa"/>
            <w:tcMar>
              <w:top w:w="80" w:type="dxa"/>
              <w:left w:w="80" w:type="dxa"/>
              <w:bottom w:w="80" w:type="dxa"/>
              <w:right w:w="80" w:type="dxa"/>
            </w:tcMar>
            <w:vAlign w:val="center"/>
          </w:tcPr>
          <w:p w14:paraId="2EA328E9"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dogovor o organizaciji izleta, posjeta, sportskih i kulturnih događanja u predstojećem periodu</w:t>
            </w:r>
          </w:p>
        </w:tc>
        <w:tc>
          <w:tcPr>
            <w:tcW w:w="2414" w:type="dxa"/>
            <w:tcMar>
              <w:top w:w="80" w:type="dxa"/>
              <w:left w:w="80" w:type="dxa"/>
              <w:bottom w:w="80" w:type="dxa"/>
              <w:right w:w="80" w:type="dxa"/>
            </w:tcMar>
            <w:vAlign w:val="center"/>
          </w:tcPr>
          <w:p w14:paraId="44654E0F"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laptop</w:t>
            </w:r>
          </w:p>
          <w:p w14:paraId="7D706000"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projektor</w:t>
            </w:r>
          </w:p>
          <w:p w14:paraId="5B1FD5F0"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platno</w:t>
            </w:r>
          </w:p>
        </w:tc>
      </w:tr>
      <w:tr w:rsidR="00F3426D" w:rsidRPr="00F51F43" w14:paraId="1BBF6741" w14:textId="77777777" w:rsidTr="00F3426D">
        <w:trPr>
          <w:cantSplit/>
          <w:jc w:val="center"/>
        </w:trPr>
        <w:tc>
          <w:tcPr>
            <w:tcW w:w="817" w:type="dxa"/>
            <w:tcMar>
              <w:top w:w="80" w:type="dxa"/>
              <w:left w:w="80" w:type="dxa"/>
              <w:bottom w:w="80" w:type="dxa"/>
              <w:right w:w="80" w:type="dxa"/>
            </w:tcMar>
            <w:vAlign w:val="center"/>
          </w:tcPr>
          <w:p w14:paraId="31850E6C" w14:textId="77777777" w:rsidR="00F3426D" w:rsidRPr="00F51F43" w:rsidRDefault="00F3426D" w:rsidP="00F3426D">
            <w:pPr>
              <w:spacing w:after="0" w:line="240" w:lineRule="auto"/>
              <w:jc w:val="center"/>
              <w:rPr>
                <w:noProof/>
                <w:sz w:val="20"/>
                <w:szCs w:val="20"/>
                <w:lang w:bidi="en-US"/>
              </w:rPr>
            </w:pPr>
          </w:p>
          <w:p w14:paraId="588724C4" w14:textId="77777777" w:rsidR="00F3426D" w:rsidRPr="00F51F43" w:rsidRDefault="00F3426D" w:rsidP="00F3426D">
            <w:pPr>
              <w:spacing w:after="0" w:line="240" w:lineRule="auto"/>
              <w:jc w:val="center"/>
              <w:rPr>
                <w:noProof/>
                <w:sz w:val="20"/>
                <w:szCs w:val="20"/>
                <w:lang w:bidi="en-US"/>
              </w:rPr>
            </w:pPr>
          </w:p>
          <w:p w14:paraId="539A63BF"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3.</w:t>
            </w:r>
          </w:p>
        </w:tc>
        <w:tc>
          <w:tcPr>
            <w:tcW w:w="1276" w:type="dxa"/>
            <w:tcMar>
              <w:top w:w="80" w:type="dxa"/>
              <w:left w:w="80" w:type="dxa"/>
              <w:bottom w:w="80" w:type="dxa"/>
              <w:right w:w="80" w:type="dxa"/>
            </w:tcMar>
            <w:vAlign w:val="center"/>
          </w:tcPr>
          <w:p w14:paraId="64F1697B"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četvrtak, 28.1.2027.</w:t>
            </w:r>
          </w:p>
        </w:tc>
        <w:tc>
          <w:tcPr>
            <w:tcW w:w="1417" w:type="dxa"/>
            <w:tcMar>
              <w:top w:w="80" w:type="dxa"/>
              <w:left w:w="80" w:type="dxa"/>
              <w:bottom w:w="80" w:type="dxa"/>
              <w:right w:w="80" w:type="dxa"/>
            </w:tcMar>
            <w:vAlign w:val="center"/>
          </w:tcPr>
          <w:p w14:paraId="1C687E62"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Ravnateljica, stručni tim, odgojiteljice</w:t>
            </w:r>
          </w:p>
        </w:tc>
        <w:tc>
          <w:tcPr>
            <w:tcW w:w="7625" w:type="dxa"/>
            <w:tcMar>
              <w:top w:w="80" w:type="dxa"/>
              <w:left w:w="80" w:type="dxa"/>
              <w:bottom w:w="80" w:type="dxa"/>
              <w:right w:w="80" w:type="dxa"/>
            </w:tcMar>
            <w:vAlign w:val="center"/>
          </w:tcPr>
          <w:p w14:paraId="6FC54240"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dogovor o organizaciji izleta, posjeta, sportskih i kulturnih događanja u predstojećem periodu</w:t>
            </w:r>
          </w:p>
        </w:tc>
        <w:tc>
          <w:tcPr>
            <w:tcW w:w="2414" w:type="dxa"/>
            <w:tcMar>
              <w:top w:w="80" w:type="dxa"/>
              <w:left w:w="80" w:type="dxa"/>
              <w:bottom w:w="80" w:type="dxa"/>
              <w:right w:w="80" w:type="dxa"/>
            </w:tcMar>
            <w:vAlign w:val="center"/>
          </w:tcPr>
          <w:p w14:paraId="7D8B8A7B" w14:textId="77777777" w:rsidR="00F3426D" w:rsidRPr="00F51F43" w:rsidRDefault="00F3426D" w:rsidP="00F3426D">
            <w:pPr>
              <w:spacing w:after="0" w:line="240" w:lineRule="auto"/>
              <w:jc w:val="center"/>
              <w:rPr>
                <w:noProof/>
                <w:sz w:val="20"/>
                <w:szCs w:val="20"/>
                <w:lang w:bidi="en-US"/>
              </w:rPr>
            </w:pPr>
          </w:p>
          <w:p w14:paraId="6D4C8CFD"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laptop</w:t>
            </w:r>
          </w:p>
          <w:p w14:paraId="2CC9ACF0"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projektor</w:t>
            </w:r>
          </w:p>
          <w:p w14:paraId="4FFC43BC"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platno</w:t>
            </w:r>
          </w:p>
        </w:tc>
      </w:tr>
      <w:tr w:rsidR="00F3426D" w:rsidRPr="00F51F43" w14:paraId="49F52806" w14:textId="77777777" w:rsidTr="00F3426D">
        <w:trPr>
          <w:cantSplit/>
          <w:jc w:val="center"/>
        </w:trPr>
        <w:tc>
          <w:tcPr>
            <w:tcW w:w="817" w:type="dxa"/>
            <w:tcMar>
              <w:top w:w="80" w:type="dxa"/>
              <w:left w:w="80" w:type="dxa"/>
              <w:bottom w:w="80" w:type="dxa"/>
              <w:right w:w="80" w:type="dxa"/>
            </w:tcMar>
            <w:vAlign w:val="center"/>
          </w:tcPr>
          <w:p w14:paraId="18E8E7EE" w14:textId="77777777" w:rsidR="00F3426D" w:rsidRPr="00F51F43" w:rsidRDefault="00F3426D" w:rsidP="00F3426D">
            <w:pPr>
              <w:spacing w:after="0" w:line="240" w:lineRule="auto"/>
              <w:jc w:val="center"/>
              <w:rPr>
                <w:noProof/>
                <w:sz w:val="20"/>
                <w:szCs w:val="20"/>
                <w:lang w:bidi="en-US"/>
              </w:rPr>
            </w:pPr>
          </w:p>
          <w:p w14:paraId="3A165B98"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4.</w:t>
            </w:r>
          </w:p>
        </w:tc>
        <w:tc>
          <w:tcPr>
            <w:tcW w:w="1276" w:type="dxa"/>
            <w:tcMar>
              <w:top w:w="80" w:type="dxa"/>
              <w:left w:w="80" w:type="dxa"/>
              <w:bottom w:w="80" w:type="dxa"/>
              <w:right w:w="80" w:type="dxa"/>
            </w:tcMar>
            <w:vAlign w:val="center"/>
          </w:tcPr>
          <w:p w14:paraId="06C4B0A9" w14:textId="77777777" w:rsidR="00F3426D" w:rsidRPr="00F51F43" w:rsidRDefault="00F3426D" w:rsidP="00F3426D">
            <w:pPr>
              <w:spacing w:after="0" w:line="240" w:lineRule="auto"/>
              <w:jc w:val="center"/>
              <w:rPr>
                <w:noProof/>
                <w:sz w:val="20"/>
                <w:szCs w:val="20"/>
                <w:lang w:bidi="en-US"/>
              </w:rPr>
            </w:pPr>
          </w:p>
          <w:p w14:paraId="42BA0016"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četvrtak, 25.3.2027.</w:t>
            </w:r>
          </w:p>
        </w:tc>
        <w:tc>
          <w:tcPr>
            <w:tcW w:w="1417" w:type="dxa"/>
            <w:tcMar>
              <w:top w:w="80" w:type="dxa"/>
              <w:left w:w="80" w:type="dxa"/>
              <w:bottom w:w="80" w:type="dxa"/>
              <w:right w:w="80" w:type="dxa"/>
            </w:tcMar>
            <w:vAlign w:val="center"/>
          </w:tcPr>
          <w:p w14:paraId="74A22AC6"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Ravnateljica, stručni tim, odgojiteljice</w:t>
            </w:r>
          </w:p>
        </w:tc>
        <w:tc>
          <w:tcPr>
            <w:tcW w:w="7625" w:type="dxa"/>
            <w:tcMar>
              <w:top w:w="80" w:type="dxa"/>
              <w:left w:w="80" w:type="dxa"/>
              <w:bottom w:w="80" w:type="dxa"/>
              <w:right w:w="80" w:type="dxa"/>
            </w:tcMar>
            <w:vAlign w:val="center"/>
          </w:tcPr>
          <w:p w14:paraId="0C4FE585"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dogovor o organizaciji izleta, posjeta, sportskih i kulturnih događanja u predstojećem periodu</w:t>
            </w:r>
          </w:p>
        </w:tc>
        <w:tc>
          <w:tcPr>
            <w:tcW w:w="2414" w:type="dxa"/>
            <w:tcMar>
              <w:top w:w="80" w:type="dxa"/>
              <w:left w:w="80" w:type="dxa"/>
              <w:bottom w:w="80" w:type="dxa"/>
              <w:right w:w="80" w:type="dxa"/>
            </w:tcMar>
            <w:vAlign w:val="center"/>
          </w:tcPr>
          <w:p w14:paraId="7024CEE5" w14:textId="77777777" w:rsidR="00F3426D" w:rsidRPr="00F51F43" w:rsidRDefault="00F3426D" w:rsidP="00F3426D">
            <w:pPr>
              <w:spacing w:after="0" w:line="240" w:lineRule="auto"/>
              <w:jc w:val="center"/>
              <w:rPr>
                <w:noProof/>
                <w:sz w:val="20"/>
                <w:szCs w:val="20"/>
                <w:lang w:bidi="en-US"/>
              </w:rPr>
            </w:pPr>
          </w:p>
          <w:p w14:paraId="4F220E24"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laptop</w:t>
            </w:r>
          </w:p>
          <w:p w14:paraId="68856B18"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projektor</w:t>
            </w:r>
          </w:p>
          <w:p w14:paraId="616A66C3"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platno</w:t>
            </w:r>
          </w:p>
        </w:tc>
      </w:tr>
      <w:tr w:rsidR="00F3426D" w:rsidRPr="00F51F43" w14:paraId="69AE652C" w14:textId="77777777" w:rsidTr="00F3426D">
        <w:trPr>
          <w:cantSplit/>
          <w:jc w:val="center"/>
        </w:trPr>
        <w:tc>
          <w:tcPr>
            <w:tcW w:w="817" w:type="dxa"/>
            <w:tcMar>
              <w:top w:w="80" w:type="dxa"/>
              <w:left w:w="80" w:type="dxa"/>
              <w:bottom w:w="80" w:type="dxa"/>
              <w:right w:w="80" w:type="dxa"/>
            </w:tcMar>
            <w:vAlign w:val="center"/>
          </w:tcPr>
          <w:p w14:paraId="5D0D3835" w14:textId="77777777" w:rsidR="00F3426D" w:rsidRPr="00F51F43" w:rsidRDefault="00F3426D" w:rsidP="00F3426D">
            <w:pPr>
              <w:spacing w:after="0" w:line="240" w:lineRule="auto"/>
              <w:rPr>
                <w:noProof/>
                <w:sz w:val="20"/>
                <w:szCs w:val="20"/>
                <w:lang w:bidi="en-US"/>
              </w:rPr>
            </w:pPr>
          </w:p>
          <w:p w14:paraId="5F3234C6"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5.</w:t>
            </w:r>
          </w:p>
          <w:p w14:paraId="241F82DF" w14:textId="77777777" w:rsidR="00F3426D" w:rsidRPr="00F51F43" w:rsidRDefault="00F3426D" w:rsidP="00F3426D">
            <w:pPr>
              <w:spacing w:after="0" w:line="240" w:lineRule="auto"/>
              <w:jc w:val="center"/>
              <w:rPr>
                <w:noProof/>
                <w:sz w:val="20"/>
                <w:szCs w:val="20"/>
                <w:lang w:bidi="en-US"/>
              </w:rPr>
            </w:pPr>
          </w:p>
        </w:tc>
        <w:tc>
          <w:tcPr>
            <w:tcW w:w="1276" w:type="dxa"/>
            <w:tcMar>
              <w:top w:w="80" w:type="dxa"/>
              <w:left w:w="80" w:type="dxa"/>
              <w:bottom w:w="80" w:type="dxa"/>
              <w:right w:w="80" w:type="dxa"/>
            </w:tcMar>
            <w:vAlign w:val="center"/>
          </w:tcPr>
          <w:p w14:paraId="67EC70E9" w14:textId="77777777" w:rsidR="00F3426D" w:rsidRPr="00F51F43" w:rsidRDefault="00F3426D" w:rsidP="00F3426D">
            <w:pPr>
              <w:spacing w:after="0" w:line="240" w:lineRule="auto"/>
              <w:rPr>
                <w:noProof/>
                <w:sz w:val="20"/>
                <w:szCs w:val="20"/>
                <w:lang w:bidi="en-US"/>
              </w:rPr>
            </w:pPr>
          </w:p>
          <w:p w14:paraId="74B49AEB"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xml:space="preserve">utorak, </w:t>
            </w:r>
          </w:p>
          <w:p w14:paraId="4FA82860"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25.5.2027.</w:t>
            </w:r>
          </w:p>
        </w:tc>
        <w:tc>
          <w:tcPr>
            <w:tcW w:w="1417" w:type="dxa"/>
            <w:tcMar>
              <w:top w:w="80" w:type="dxa"/>
              <w:left w:w="80" w:type="dxa"/>
              <w:bottom w:w="80" w:type="dxa"/>
              <w:right w:w="80" w:type="dxa"/>
            </w:tcMar>
            <w:vAlign w:val="center"/>
          </w:tcPr>
          <w:p w14:paraId="0121C039"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Ravnateljica, stručni tim, odgojiteljice</w:t>
            </w:r>
          </w:p>
        </w:tc>
        <w:tc>
          <w:tcPr>
            <w:tcW w:w="7625" w:type="dxa"/>
            <w:tcMar>
              <w:top w:w="80" w:type="dxa"/>
              <w:left w:w="80" w:type="dxa"/>
              <w:bottom w:w="80" w:type="dxa"/>
              <w:right w:w="80" w:type="dxa"/>
            </w:tcMar>
            <w:vAlign w:val="center"/>
          </w:tcPr>
          <w:p w14:paraId="06D7F9EA"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dogovor o organizaciji izleta, posjeta, sportskih i kulturnih događanja u predstojećem periodu</w:t>
            </w:r>
          </w:p>
          <w:p w14:paraId="269B4A1F"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dogovor o završnoj svečanosti i obilježavanju dana Dječjeg vrtića Vrapčić</w:t>
            </w:r>
          </w:p>
        </w:tc>
        <w:tc>
          <w:tcPr>
            <w:tcW w:w="2414" w:type="dxa"/>
            <w:tcMar>
              <w:top w:w="80" w:type="dxa"/>
              <w:left w:w="80" w:type="dxa"/>
              <w:bottom w:w="80" w:type="dxa"/>
              <w:right w:w="80" w:type="dxa"/>
            </w:tcMar>
            <w:vAlign w:val="center"/>
          </w:tcPr>
          <w:p w14:paraId="2E774A83" w14:textId="77777777" w:rsidR="00F3426D" w:rsidRPr="00F51F43" w:rsidRDefault="00F3426D" w:rsidP="00F3426D">
            <w:pPr>
              <w:spacing w:after="0" w:line="240" w:lineRule="auto"/>
              <w:jc w:val="center"/>
              <w:rPr>
                <w:noProof/>
                <w:sz w:val="20"/>
                <w:szCs w:val="20"/>
                <w:lang w:bidi="en-US"/>
              </w:rPr>
            </w:pPr>
          </w:p>
          <w:p w14:paraId="31724B1C"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laptop</w:t>
            </w:r>
          </w:p>
          <w:p w14:paraId="08B84642"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projektor</w:t>
            </w:r>
          </w:p>
          <w:p w14:paraId="206BFBFA"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platno</w:t>
            </w:r>
          </w:p>
        </w:tc>
      </w:tr>
      <w:tr w:rsidR="00F3426D" w:rsidRPr="00F51F43" w14:paraId="5469FC16" w14:textId="77777777" w:rsidTr="00F3426D">
        <w:trPr>
          <w:cantSplit/>
          <w:jc w:val="center"/>
        </w:trPr>
        <w:tc>
          <w:tcPr>
            <w:tcW w:w="817" w:type="dxa"/>
            <w:tcMar>
              <w:top w:w="80" w:type="dxa"/>
              <w:left w:w="80" w:type="dxa"/>
              <w:bottom w:w="80" w:type="dxa"/>
              <w:right w:w="80" w:type="dxa"/>
            </w:tcMar>
            <w:vAlign w:val="center"/>
          </w:tcPr>
          <w:p w14:paraId="626C25C8" w14:textId="77777777" w:rsidR="00F3426D" w:rsidRPr="00F51F43" w:rsidRDefault="00F3426D" w:rsidP="00F3426D">
            <w:pPr>
              <w:spacing w:after="0" w:line="240" w:lineRule="auto"/>
              <w:jc w:val="center"/>
              <w:rPr>
                <w:noProof/>
                <w:sz w:val="20"/>
                <w:szCs w:val="20"/>
                <w:lang w:bidi="en-US"/>
              </w:rPr>
            </w:pPr>
          </w:p>
          <w:p w14:paraId="69F25540" w14:textId="77777777" w:rsidR="00F3426D" w:rsidRPr="00F51F43" w:rsidRDefault="00F3426D" w:rsidP="00F3426D">
            <w:pPr>
              <w:spacing w:after="0" w:line="240" w:lineRule="auto"/>
              <w:jc w:val="center"/>
              <w:rPr>
                <w:noProof/>
                <w:sz w:val="20"/>
                <w:szCs w:val="20"/>
                <w:lang w:bidi="en-US"/>
              </w:rPr>
            </w:pPr>
          </w:p>
          <w:p w14:paraId="10BD7229"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6.</w:t>
            </w:r>
          </w:p>
          <w:p w14:paraId="4ED156AD" w14:textId="77777777" w:rsidR="00F3426D" w:rsidRPr="00F51F43" w:rsidRDefault="00F3426D" w:rsidP="00F3426D">
            <w:pPr>
              <w:spacing w:after="0" w:line="240" w:lineRule="auto"/>
              <w:jc w:val="center"/>
              <w:rPr>
                <w:noProof/>
                <w:sz w:val="20"/>
                <w:szCs w:val="20"/>
                <w:lang w:bidi="en-US"/>
              </w:rPr>
            </w:pPr>
          </w:p>
        </w:tc>
        <w:tc>
          <w:tcPr>
            <w:tcW w:w="1276" w:type="dxa"/>
            <w:tcMar>
              <w:top w:w="80" w:type="dxa"/>
              <w:left w:w="80" w:type="dxa"/>
              <w:bottom w:w="80" w:type="dxa"/>
              <w:right w:w="80" w:type="dxa"/>
            </w:tcMar>
            <w:vAlign w:val="center"/>
          </w:tcPr>
          <w:p w14:paraId="4FF70523" w14:textId="77777777" w:rsidR="00F3426D" w:rsidRPr="00F51F43" w:rsidRDefault="00F3426D" w:rsidP="00F3426D">
            <w:pPr>
              <w:spacing w:after="0" w:line="240" w:lineRule="auto"/>
              <w:jc w:val="center"/>
              <w:rPr>
                <w:noProof/>
                <w:sz w:val="20"/>
                <w:szCs w:val="20"/>
                <w:lang w:bidi="en-US"/>
              </w:rPr>
            </w:pPr>
          </w:p>
          <w:p w14:paraId="528CE4D5"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srijeda, 30.6.2027.</w:t>
            </w:r>
          </w:p>
          <w:p w14:paraId="0233A669" w14:textId="77777777" w:rsidR="00F3426D" w:rsidRPr="00F51F43" w:rsidRDefault="00F3426D" w:rsidP="00F3426D">
            <w:pPr>
              <w:spacing w:after="0" w:line="240" w:lineRule="auto"/>
              <w:rPr>
                <w:noProof/>
                <w:sz w:val="20"/>
                <w:szCs w:val="20"/>
                <w:lang w:bidi="en-US"/>
              </w:rPr>
            </w:pPr>
          </w:p>
        </w:tc>
        <w:tc>
          <w:tcPr>
            <w:tcW w:w="1417" w:type="dxa"/>
            <w:tcMar>
              <w:top w:w="80" w:type="dxa"/>
              <w:left w:w="80" w:type="dxa"/>
              <w:bottom w:w="80" w:type="dxa"/>
              <w:right w:w="80" w:type="dxa"/>
            </w:tcMar>
            <w:vAlign w:val="center"/>
          </w:tcPr>
          <w:p w14:paraId="1283B442"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Ravnateljica, stručni tim, odgojiteljice</w:t>
            </w:r>
          </w:p>
        </w:tc>
        <w:tc>
          <w:tcPr>
            <w:tcW w:w="7625" w:type="dxa"/>
            <w:tcMar>
              <w:top w:w="80" w:type="dxa"/>
              <w:left w:w="80" w:type="dxa"/>
              <w:bottom w:w="80" w:type="dxa"/>
              <w:right w:w="80" w:type="dxa"/>
            </w:tcMar>
            <w:vAlign w:val="center"/>
          </w:tcPr>
          <w:p w14:paraId="61A6FE9A"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ljetna organizacija rada Vrtića u kolovozu i vođenje pedagoške dokumentacije u tom periodu</w:t>
            </w:r>
          </w:p>
          <w:p w14:paraId="5E823462"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planiranje godišnjih odmora djelatnika</w:t>
            </w:r>
          </w:p>
          <w:p w14:paraId="442076A8"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razmjena primjera dobre prakse</w:t>
            </w:r>
          </w:p>
          <w:p w14:paraId="2C74E9D1"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samovrednovanje rada Dječjeg vrtića Vrapčić za tekuću pedagošku godinu</w:t>
            </w:r>
          </w:p>
          <w:p w14:paraId="1C3AC827" w14:textId="77777777" w:rsidR="00F3426D" w:rsidRPr="00F51F43" w:rsidRDefault="00F3426D" w:rsidP="00F3426D">
            <w:pPr>
              <w:spacing w:after="0" w:line="240" w:lineRule="auto"/>
              <w:jc w:val="center"/>
              <w:rPr>
                <w:noProof/>
                <w:sz w:val="20"/>
                <w:szCs w:val="20"/>
                <w:lang w:bidi="en-US"/>
              </w:rPr>
            </w:pPr>
          </w:p>
        </w:tc>
        <w:tc>
          <w:tcPr>
            <w:tcW w:w="2414" w:type="dxa"/>
            <w:tcMar>
              <w:top w:w="80" w:type="dxa"/>
              <w:left w:w="80" w:type="dxa"/>
              <w:bottom w:w="80" w:type="dxa"/>
              <w:right w:w="80" w:type="dxa"/>
            </w:tcMar>
            <w:vAlign w:val="center"/>
          </w:tcPr>
          <w:p w14:paraId="161D2FC0" w14:textId="77777777" w:rsidR="00F3426D" w:rsidRPr="00F51F43" w:rsidRDefault="00F3426D" w:rsidP="00F3426D">
            <w:pPr>
              <w:spacing w:after="0" w:line="240" w:lineRule="auto"/>
              <w:jc w:val="center"/>
              <w:rPr>
                <w:noProof/>
                <w:sz w:val="20"/>
                <w:szCs w:val="20"/>
                <w:lang w:bidi="en-US"/>
              </w:rPr>
            </w:pPr>
          </w:p>
          <w:p w14:paraId="78BD9956"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laptop</w:t>
            </w:r>
          </w:p>
          <w:p w14:paraId="1CB0681D"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projektor</w:t>
            </w:r>
          </w:p>
          <w:p w14:paraId="3696DB5B"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platno</w:t>
            </w:r>
          </w:p>
        </w:tc>
      </w:tr>
      <w:tr w:rsidR="00F3426D" w:rsidRPr="00F51F43" w14:paraId="0C649DD7" w14:textId="77777777" w:rsidTr="00F3426D">
        <w:trPr>
          <w:cantSplit/>
          <w:jc w:val="center"/>
        </w:trPr>
        <w:tc>
          <w:tcPr>
            <w:tcW w:w="81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F8C385" w14:textId="77777777" w:rsidR="00F3426D" w:rsidRPr="00F51F43" w:rsidRDefault="00F3426D" w:rsidP="00F3426D">
            <w:pPr>
              <w:spacing w:after="0" w:line="240" w:lineRule="auto"/>
              <w:jc w:val="center"/>
              <w:rPr>
                <w:noProof/>
                <w:sz w:val="20"/>
                <w:szCs w:val="20"/>
                <w:lang w:bidi="en-US"/>
              </w:rPr>
            </w:pPr>
          </w:p>
          <w:p w14:paraId="62716B87" w14:textId="77777777" w:rsidR="00F3426D" w:rsidRPr="00F51F43" w:rsidRDefault="00F3426D" w:rsidP="00F3426D">
            <w:pPr>
              <w:spacing w:after="0" w:line="240" w:lineRule="auto"/>
              <w:jc w:val="center"/>
              <w:rPr>
                <w:noProof/>
                <w:sz w:val="20"/>
                <w:szCs w:val="20"/>
                <w:lang w:bidi="en-US"/>
              </w:rPr>
            </w:pPr>
          </w:p>
          <w:p w14:paraId="34370C50"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xml:space="preserve">7. </w:t>
            </w:r>
          </w:p>
          <w:p w14:paraId="3EE01814" w14:textId="77777777" w:rsidR="00F3426D" w:rsidRPr="00F51F43" w:rsidRDefault="00F3426D" w:rsidP="00F3426D">
            <w:pPr>
              <w:spacing w:after="0" w:line="240" w:lineRule="auto"/>
              <w:jc w:val="center"/>
              <w:rPr>
                <w:noProof/>
                <w:sz w:val="20"/>
                <w:szCs w:val="20"/>
                <w:lang w:bidi="en-US"/>
              </w:rPr>
            </w:pPr>
          </w:p>
          <w:p w14:paraId="360887E4" w14:textId="77777777" w:rsidR="00F3426D" w:rsidRPr="00F51F43" w:rsidRDefault="00F3426D" w:rsidP="00F3426D">
            <w:pPr>
              <w:spacing w:after="0" w:line="240" w:lineRule="auto"/>
              <w:jc w:val="center"/>
              <w:rPr>
                <w:noProof/>
                <w:sz w:val="20"/>
                <w:szCs w:val="20"/>
                <w:lang w:bidi="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51FA64" w14:textId="77777777" w:rsidR="00F3426D" w:rsidRPr="00F51F43" w:rsidRDefault="00F3426D" w:rsidP="00F3426D">
            <w:pPr>
              <w:spacing w:after="0" w:line="240" w:lineRule="auto"/>
              <w:jc w:val="center"/>
              <w:rPr>
                <w:noProof/>
                <w:sz w:val="20"/>
                <w:szCs w:val="20"/>
                <w:lang w:bidi="en-US"/>
              </w:rPr>
            </w:pPr>
          </w:p>
          <w:p w14:paraId="63FF8985"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xml:space="preserve">srijeda, 25.8.2027. </w:t>
            </w:r>
          </w:p>
          <w:p w14:paraId="5D4BA030" w14:textId="77777777" w:rsidR="00F3426D" w:rsidRPr="00F51F43" w:rsidRDefault="00F3426D" w:rsidP="00F3426D">
            <w:pPr>
              <w:spacing w:after="0" w:line="240" w:lineRule="auto"/>
              <w:jc w:val="center"/>
              <w:rPr>
                <w:noProof/>
                <w:sz w:val="20"/>
                <w:szCs w:val="20"/>
                <w:lang w:bidi="en-US"/>
              </w:rPr>
            </w:pPr>
          </w:p>
          <w:p w14:paraId="394D36BE" w14:textId="77777777" w:rsidR="00F3426D" w:rsidRPr="00F51F43" w:rsidRDefault="00F3426D" w:rsidP="00F3426D">
            <w:pPr>
              <w:spacing w:after="0" w:line="240" w:lineRule="auto"/>
              <w:rPr>
                <w:noProof/>
                <w:sz w:val="20"/>
                <w:szCs w:val="20"/>
                <w:lang w:bidi="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39E0AD" w14:textId="77777777" w:rsidR="00F3426D" w:rsidRPr="00F51F43" w:rsidRDefault="00F3426D" w:rsidP="00F3426D">
            <w:pPr>
              <w:spacing w:after="0" w:line="240" w:lineRule="auto"/>
              <w:rPr>
                <w:noProof/>
                <w:sz w:val="20"/>
                <w:szCs w:val="20"/>
                <w:lang w:bidi="en-US"/>
              </w:rPr>
            </w:pPr>
            <w:r w:rsidRPr="00F51F43">
              <w:rPr>
                <w:noProof/>
                <w:sz w:val="20"/>
                <w:szCs w:val="20"/>
                <w:lang w:bidi="en-US"/>
              </w:rPr>
              <w:t>Ravnateljica, stručni tim, odgojiteljice</w:t>
            </w:r>
          </w:p>
        </w:tc>
        <w:tc>
          <w:tcPr>
            <w:tcW w:w="762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6D3BE4"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analiza ostvarenosti postavljenih ciljeva iz prošle pedagoške godine</w:t>
            </w:r>
          </w:p>
          <w:p w14:paraId="369F7B03"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analiza ostvarivanja satnice na kraju pedagoške godine</w:t>
            </w:r>
          </w:p>
          <w:p w14:paraId="1F3EEC1F"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rasporedi odgojitelja po skupinama, smjenama i prostorima u novoj pedagoškoj godini</w:t>
            </w:r>
          </w:p>
          <w:p w14:paraId="4BF5266C"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organizacija rada odgojitelja, vrijeme preklapanja, ispunjenje radnog vremena</w:t>
            </w:r>
          </w:p>
          <w:p w14:paraId="16CFC9D0"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planiranje Godišnjeg plana i programa</w:t>
            </w:r>
          </w:p>
          <w:p w14:paraId="3C7DFC77"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 priprema za proces prilagodbe</w:t>
            </w:r>
          </w:p>
        </w:tc>
        <w:tc>
          <w:tcPr>
            <w:tcW w:w="241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4B3B25" w14:textId="77777777" w:rsidR="00F3426D" w:rsidRPr="00F51F43" w:rsidRDefault="00F3426D" w:rsidP="00F3426D">
            <w:pPr>
              <w:spacing w:after="0" w:line="240" w:lineRule="auto"/>
              <w:jc w:val="center"/>
              <w:rPr>
                <w:noProof/>
                <w:sz w:val="20"/>
                <w:szCs w:val="20"/>
                <w:lang w:bidi="en-US"/>
              </w:rPr>
            </w:pPr>
          </w:p>
          <w:p w14:paraId="0928D316"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laptop</w:t>
            </w:r>
          </w:p>
          <w:p w14:paraId="7E36A1E5"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projektor</w:t>
            </w:r>
          </w:p>
          <w:p w14:paraId="10EDC328" w14:textId="77777777" w:rsidR="00F3426D" w:rsidRPr="00F51F43" w:rsidRDefault="00F3426D" w:rsidP="00F3426D">
            <w:pPr>
              <w:spacing w:after="0" w:line="240" w:lineRule="auto"/>
              <w:jc w:val="center"/>
              <w:rPr>
                <w:noProof/>
                <w:sz w:val="20"/>
                <w:szCs w:val="20"/>
                <w:lang w:bidi="en-US"/>
              </w:rPr>
            </w:pPr>
            <w:r w:rsidRPr="00F51F43">
              <w:rPr>
                <w:noProof/>
                <w:sz w:val="20"/>
                <w:szCs w:val="20"/>
                <w:lang w:bidi="en-US"/>
              </w:rPr>
              <w:t>platno</w:t>
            </w:r>
          </w:p>
        </w:tc>
      </w:tr>
    </w:tbl>
    <w:p w14:paraId="0B07FF73" w14:textId="77777777" w:rsidR="00E32FD0" w:rsidRPr="00F51F43" w:rsidRDefault="00E32FD0" w:rsidP="00B673DD">
      <w:pPr>
        <w:rPr>
          <w:b/>
          <w:noProof/>
          <w:lang w:eastAsia="en-US" w:bidi="en-US"/>
        </w:rPr>
      </w:pPr>
    </w:p>
    <w:p w14:paraId="4CDF970C" w14:textId="77777777" w:rsidR="00B673DD" w:rsidRPr="00F51F43" w:rsidRDefault="00B673DD" w:rsidP="00307ADD">
      <w:pPr>
        <w:pStyle w:val="Naslov2"/>
        <w:rPr>
          <w:noProof/>
          <w:lang w:eastAsia="en-US" w:bidi="en-US"/>
        </w:rPr>
      </w:pPr>
      <w:bookmarkStart w:id="34" w:name="_Toc241563350"/>
      <w:r w:rsidRPr="00F51F43">
        <w:rPr>
          <w:noProof/>
          <w:lang w:eastAsia="en-US" w:bidi="en-US"/>
        </w:rPr>
        <w:t>6.</w:t>
      </w:r>
      <w:r w:rsidR="00290A38" w:rsidRPr="00F51F43">
        <w:rPr>
          <w:noProof/>
          <w:lang w:eastAsia="en-US" w:bidi="en-US"/>
        </w:rPr>
        <w:t>2.</w:t>
      </w:r>
      <w:r w:rsidRPr="00F51F43">
        <w:rPr>
          <w:noProof/>
          <w:lang w:eastAsia="en-US" w:bidi="en-US"/>
        </w:rPr>
        <w:t xml:space="preserve"> STRUČNO USAVRŠAVANJE U USTANOVI</w:t>
      </w:r>
      <w:bookmarkEnd w:id="34"/>
    </w:p>
    <w:p w14:paraId="38B29102" w14:textId="77777777" w:rsidR="00B673DD" w:rsidRPr="00F51F43" w:rsidRDefault="00EF5A76" w:rsidP="00B673DD">
      <w:pPr>
        <w:keepNext/>
        <w:spacing w:before="120"/>
        <w:jc w:val="left"/>
        <w:rPr>
          <w:b/>
          <w:bCs/>
          <w:noProof/>
          <w:lang w:eastAsia="en-US" w:bidi="en-US"/>
        </w:rPr>
      </w:pPr>
      <w:r w:rsidRPr="00F51F43">
        <w:rPr>
          <w:b/>
          <w:bCs/>
          <w:noProof/>
          <w:lang w:eastAsia="en-US" w:bidi="en-US"/>
        </w:rPr>
        <w:t>Tablica 22</w:t>
      </w:r>
      <w:r w:rsidR="00B673DD" w:rsidRPr="00F51F43">
        <w:rPr>
          <w:b/>
          <w:bCs/>
          <w:noProof/>
          <w:lang w:eastAsia="en-US" w:bidi="en-US"/>
        </w:rPr>
        <w:t xml:space="preserve">: Plan i program stručnog usavršavanja u ustanovi </w:t>
      </w:r>
    </w:p>
    <w:tbl>
      <w:tblPr>
        <w:tblStyle w:val="Reetkatablice"/>
        <w:tblW w:w="0" w:type="auto"/>
        <w:jc w:val="center"/>
        <w:tblLayout w:type="fixed"/>
        <w:tblLook w:val="04A0" w:firstRow="1" w:lastRow="0" w:firstColumn="1" w:lastColumn="0" w:noHBand="0" w:noVBand="1"/>
      </w:tblPr>
      <w:tblGrid>
        <w:gridCol w:w="845"/>
        <w:gridCol w:w="1701"/>
        <w:gridCol w:w="1842"/>
        <w:gridCol w:w="3261"/>
        <w:gridCol w:w="3118"/>
        <w:gridCol w:w="2897"/>
      </w:tblGrid>
      <w:tr w:rsidR="001E6E11" w:rsidRPr="00F51F43" w14:paraId="4C93111C" w14:textId="77777777" w:rsidTr="00777679">
        <w:trPr>
          <w:cantSplit/>
          <w:trHeight w:val="454"/>
          <w:tblHeader/>
          <w:jc w:val="center"/>
        </w:trPr>
        <w:tc>
          <w:tcPr>
            <w:tcW w:w="845" w:type="dxa"/>
            <w:shd w:val="clear" w:color="auto" w:fill="D9EAD3"/>
            <w:tcMar>
              <w:top w:w="80" w:type="dxa"/>
              <w:left w:w="80" w:type="dxa"/>
              <w:bottom w:w="80" w:type="dxa"/>
              <w:right w:w="80" w:type="dxa"/>
            </w:tcMar>
            <w:vAlign w:val="center"/>
          </w:tcPr>
          <w:p w14:paraId="3571D7EA" w14:textId="77777777" w:rsidR="001A3BF8" w:rsidRPr="00F51F43" w:rsidRDefault="001A3BF8" w:rsidP="00B673DD">
            <w:pPr>
              <w:spacing w:after="0" w:line="240" w:lineRule="auto"/>
              <w:jc w:val="center"/>
              <w:rPr>
                <w:b/>
                <w:noProof/>
                <w:sz w:val="20"/>
                <w:szCs w:val="20"/>
                <w:lang w:eastAsia="en-US" w:bidi="en-US"/>
              </w:rPr>
            </w:pPr>
            <w:r w:rsidRPr="00F51F43">
              <w:rPr>
                <w:b/>
                <w:noProof/>
                <w:sz w:val="20"/>
                <w:szCs w:val="20"/>
                <w:lang w:eastAsia="en-US" w:bidi="en-US"/>
              </w:rPr>
              <w:t>R.</w:t>
            </w:r>
            <w:r w:rsidR="006D42C0" w:rsidRPr="00F51F43">
              <w:rPr>
                <w:b/>
                <w:noProof/>
                <w:sz w:val="20"/>
                <w:szCs w:val="20"/>
                <w:lang w:eastAsia="en-US" w:bidi="en-US"/>
              </w:rPr>
              <w:t xml:space="preserve"> </w:t>
            </w:r>
            <w:r w:rsidRPr="00F51F43">
              <w:rPr>
                <w:b/>
                <w:noProof/>
                <w:sz w:val="20"/>
                <w:szCs w:val="20"/>
                <w:lang w:eastAsia="en-US" w:bidi="en-US"/>
              </w:rPr>
              <w:t>BR.</w:t>
            </w:r>
          </w:p>
        </w:tc>
        <w:tc>
          <w:tcPr>
            <w:tcW w:w="1701" w:type="dxa"/>
            <w:shd w:val="clear" w:color="auto" w:fill="D9EAD3"/>
            <w:tcMar>
              <w:top w:w="80" w:type="dxa"/>
              <w:left w:w="80" w:type="dxa"/>
              <w:bottom w:w="80" w:type="dxa"/>
              <w:right w:w="80" w:type="dxa"/>
            </w:tcMar>
            <w:vAlign w:val="center"/>
          </w:tcPr>
          <w:p w14:paraId="6B74EBD8" w14:textId="77777777" w:rsidR="001A3BF8" w:rsidRPr="00F51F43" w:rsidRDefault="001A3BF8" w:rsidP="001A3BF8">
            <w:pPr>
              <w:spacing w:after="0" w:line="240" w:lineRule="auto"/>
              <w:jc w:val="center"/>
              <w:rPr>
                <w:b/>
                <w:noProof/>
                <w:sz w:val="20"/>
                <w:szCs w:val="20"/>
                <w:lang w:eastAsia="en-US" w:bidi="en-US"/>
              </w:rPr>
            </w:pPr>
            <w:r w:rsidRPr="00F51F43">
              <w:rPr>
                <w:b/>
                <w:noProof/>
                <w:sz w:val="20"/>
                <w:szCs w:val="20"/>
                <w:lang w:eastAsia="en-US" w:bidi="en-US"/>
              </w:rPr>
              <w:t>VRIJEME REALIZACIJE</w:t>
            </w:r>
          </w:p>
        </w:tc>
        <w:tc>
          <w:tcPr>
            <w:tcW w:w="1842" w:type="dxa"/>
            <w:shd w:val="clear" w:color="auto" w:fill="D9EAD3"/>
            <w:tcMar>
              <w:top w:w="80" w:type="dxa"/>
              <w:left w:w="80" w:type="dxa"/>
              <w:bottom w:w="80" w:type="dxa"/>
              <w:right w:w="80" w:type="dxa"/>
            </w:tcMar>
            <w:vAlign w:val="center"/>
          </w:tcPr>
          <w:p w14:paraId="7F88B460" w14:textId="77777777" w:rsidR="001A3BF8" w:rsidRPr="00F51F43" w:rsidRDefault="001A3BF8" w:rsidP="001A3BF8">
            <w:pPr>
              <w:spacing w:after="0" w:line="240" w:lineRule="auto"/>
              <w:jc w:val="center"/>
              <w:rPr>
                <w:b/>
                <w:noProof/>
                <w:sz w:val="20"/>
                <w:szCs w:val="20"/>
                <w:lang w:eastAsia="en-US" w:bidi="en-US"/>
              </w:rPr>
            </w:pPr>
          </w:p>
          <w:p w14:paraId="3A7CD145" w14:textId="77777777" w:rsidR="001A3BF8" w:rsidRPr="00F51F43" w:rsidRDefault="001A3BF8" w:rsidP="001A3BF8">
            <w:pPr>
              <w:spacing w:after="0" w:line="240" w:lineRule="auto"/>
              <w:jc w:val="center"/>
              <w:rPr>
                <w:b/>
                <w:noProof/>
                <w:sz w:val="20"/>
                <w:szCs w:val="20"/>
                <w:lang w:eastAsia="en-US" w:bidi="en-US"/>
              </w:rPr>
            </w:pPr>
            <w:r w:rsidRPr="00F51F43">
              <w:rPr>
                <w:b/>
                <w:noProof/>
                <w:sz w:val="20"/>
                <w:szCs w:val="20"/>
                <w:lang w:eastAsia="en-US" w:bidi="en-US"/>
              </w:rPr>
              <w:t>NOSITELJI</w:t>
            </w:r>
          </w:p>
        </w:tc>
        <w:tc>
          <w:tcPr>
            <w:tcW w:w="3261" w:type="dxa"/>
            <w:shd w:val="clear" w:color="auto" w:fill="D9EAD3"/>
            <w:tcMar>
              <w:top w:w="80" w:type="dxa"/>
              <w:left w:w="80" w:type="dxa"/>
              <w:bottom w:w="80" w:type="dxa"/>
              <w:right w:w="80" w:type="dxa"/>
            </w:tcMar>
            <w:vAlign w:val="center"/>
          </w:tcPr>
          <w:p w14:paraId="61750A6C" w14:textId="77777777" w:rsidR="001A3BF8" w:rsidRPr="00F51F43" w:rsidRDefault="001A3BF8" w:rsidP="003668F1">
            <w:pPr>
              <w:spacing w:after="0" w:line="240" w:lineRule="auto"/>
              <w:jc w:val="center"/>
              <w:rPr>
                <w:b/>
                <w:noProof/>
                <w:sz w:val="20"/>
                <w:szCs w:val="20"/>
                <w:lang w:eastAsia="en-US" w:bidi="en-US"/>
              </w:rPr>
            </w:pPr>
          </w:p>
          <w:p w14:paraId="621DC093" w14:textId="77777777" w:rsidR="001A3BF8" w:rsidRPr="00F51F43" w:rsidRDefault="001A3BF8" w:rsidP="003668F1">
            <w:pPr>
              <w:spacing w:after="0" w:line="240" w:lineRule="auto"/>
              <w:jc w:val="center"/>
              <w:rPr>
                <w:b/>
                <w:noProof/>
                <w:sz w:val="20"/>
                <w:szCs w:val="20"/>
                <w:lang w:eastAsia="en-US" w:bidi="en-US"/>
              </w:rPr>
            </w:pPr>
            <w:r w:rsidRPr="00F51F43">
              <w:rPr>
                <w:b/>
                <w:noProof/>
                <w:sz w:val="20"/>
                <w:szCs w:val="20"/>
                <w:lang w:eastAsia="en-US" w:bidi="en-US"/>
              </w:rPr>
              <w:t>TEME</w:t>
            </w:r>
          </w:p>
        </w:tc>
        <w:tc>
          <w:tcPr>
            <w:tcW w:w="3118" w:type="dxa"/>
            <w:shd w:val="clear" w:color="auto" w:fill="D9EAD3"/>
            <w:tcMar>
              <w:top w:w="80" w:type="dxa"/>
              <w:left w:w="80" w:type="dxa"/>
              <w:bottom w:w="80" w:type="dxa"/>
              <w:right w:w="80" w:type="dxa"/>
            </w:tcMar>
            <w:vAlign w:val="center"/>
          </w:tcPr>
          <w:p w14:paraId="2A71C476" w14:textId="77777777" w:rsidR="001A3BF8" w:rsidRPr="00F51F43" w:rsidRDefault="001A3BF8" w:rsidP="003668F1">
            <w:pPr>
              <w:spacing w:after="0" w:line="240" w:lineRule="auto"/>
              <w:jc w:val="center"/>
              <w:rPr>
                <w:b/>
                <w:noProof/>
                <w:sz w:val="20"/>
                <w:szCs w:val="20"/>
                <w:lang w:eastAsia="en-US" w:bidi="en-US"/>
              </w:rPr>
            </w:pPr>
            <w:r w:rsidRPr="00F51F43">
              <w:rPr>
                <w:b/>
                <w:noProof/>
                <w:sz w:val="20"/>
                <w:szCs w:val="20"/>
                <w:lang w:eastAsia="en-US" w:bidi="en-US"/>
              </w:rPr>
              <w:t>ŠTO JE POTREBNO OSIGURATI</w:t>
            </w:r>
          </w:p>
        </w:tc>
        <w:tc>
          <w:tcPr>
            <w:tcW w:w="2897" w:type="dxa"/>
            <w:shd w:val="clear" w:color="auto" w:fill="D9EAD3"/>
            <w:tcMar>
              <w:top w:w="80" w:type="dxa"/>
              <w:left w:w="80" w:type="dxa"/>
              <w:bottom w:w="80" w:type="dxa"/>
              <w:right w:w="80" w:type="dxa"/>
            </w:tcMar>
            <w:vAlign w:val="center"/>
          </w:tcPr>
          <w:p w14:paraId="698A9C69" w14:textId="77777777" w:rsidR="001A3BF8" w:rsidRPr="00F51F43" w:rsidRDefault="001A3BF8" w:rsidP="003668F1">
            <w:pPr>
              <w:spacing w:after="0" w:line="240" w:lineRule="auto"/>
              <w:jc w:val="center"/>
              <w:rPr>
                <w:b/>
                <w:noProof/>
                <w:sz w:val="20"/>
                <w:szCs w:val="20"/>
                <w:lang w:eastAsia="en-US" w:bidi="en-US"/>
              </w:rPr>
            </w:pPr>
          </w:p>
          <w:p w14:paraId="059F552B" w14:textId="77777777" w:rsidR="001A3BF8" w:rsidRPr="00F51F43" w:rsidRDefault="001A3BF8" w:rsidP="003668F1">
            <w:pPr>
              <w:spacing w:after="0" w:line="240" w:lineRule="auto"/>
              <w:jc w:val="center"/>
              <w:rPr>
                <w:b/>
                <w:noProof/>
                <w:sz w:val="20"/>
                <w:szCs w:val="20"/>
                <w:lang w:eastAsia="en-US" w:bidi="en-US"/>
              </w:rPr>
            </w:pPr>
            <w:r w:rsidRPr="00F51F43">
              <w:rPr>
                <w:b/>
                <w:noProof/>
                <w:sz w:val="20"/>
                <w:szCs w:val="20"/>
                <w:lang w:eastAsia="en-US" w:bidi="en-US"/>
              </w:rPr>
              <w:t>NAČIN VREDNOVANJA</w:t>
            </w:r>
          </w:p>
        </w:tc>
      </w:tr>
      <w:tr w:rsidR="001E6E11" w:rsidRPr="00F51F43" w14:paraId="5069719A" w14:textId="77777777" w:rsidTr="00777679">
        <w:trPr>
          <w:cantSplit/>
          <w:jc w:val="center"/>
        </w:trPr>
        <w:tc>
          <w:tcPr>
            <w:tcW w:w="845" w:type="dxa"/>
            <w:tcMar>
              <w:top w:w="80" w:type="dxa"/>
              <w:left w:w="80" w:type="dxa"/>
              <w:bottom w:w="80" w:type="dxa"/>
              <w:right w:w="80" w:type="dxa"/>
            </w:tcMar>
            <w:vAlign w:val="center"/>
          </w:tcPr>
          <w:p w14:paraId="41044BBE"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1.</w:t>
            </w:r>
          </w:p>
        </w:tc>
        <w:tc>
          <w:tcPr>
            <w:tcW w:w="1701" w:type="dxa"/>
            <w:tcMar>
              <w:top w:w="80" w:type="dxa"/>
              <w:left w:w="80" w:type="dxa"/>
              <w:bottom w:w="80" w:type="dxa"/>
              <w:right w:w="80" w:type="dxa"/>
            </w:tcMar>
            <w:vAlign w:val="center"/>
          </w:tcPr>
          <w:p w14:paraId="5CDA996E"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rujan, listopad</w:t>
            </w:r>
          </w:p>
          <w:p w14:paraId="493CEFE5" w14:textId="77777777" w:rsidR="001E6E11" w:rsidRPr="00F51F43" w:rsidRDefault="001E6E11" w:rsidP="001E6E11">
            <w:pPr>
              <w:spacing w:after="0" w:line="240" w:lineRule="auto"/>
              <w:jc w:val="center"/>
              <w:rPr>
                <w:noProof/>
                <w:sz w:val="20"/>
                <w:szCs w:val="20"/>
                <w:lang w:eastAsia="en-US" w:bidi="en-US"/>
              </w:rPr>
            </w:pPr>
          </w:p>
        </w:tc>
        <w:tc>
          <w:tcPr>
            <w:tcW w:w="1842" w:type="dxa"/>
            <w:tcMar>
              <w:top w:w="80" w:type="dxa"/>
              <w:left w:w="80" w:type="dxa"/>
              <w:bottom w:w="80" w:type="dxa"/>
              <w:right w:w="80" w:type="dxa"/>
            </w:tcMar>
            <w:vAlign w:val="center"/>
          </w:tcPr>
          <w:p w14:paraId="41CC035A"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pedagoginja</w:t>
            </w:r>
          </w:p>
        </w:tc>
        <w:tc>
          <w:tcPr>
            <w:tcW w:w="3261" w:type="dxa"/>
            <w:tcMar>
              <w:top w:w="80" w:type="dxa"/>
              <w:left w:w="80" w:type="dxa"/>
              <w:bottom w:w="80" w:type="dxa"/>
              <w:right w:w="80" w:type="dxa"/>
            </w:tcMar>
            <w:vAlign w:val="center"/>
          </w:tcPr>
          <w:p w14:paraId="4AA9616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Šumska kupka i šumska pedagogija</w:t>
            </w:r>
          </w:p>
        </w:tc>
        <w:tc>
          <w:tcPr>
            <w:tcW w:w="3118" w:type="dxa"/>
            <w:tcMar>
              <w:top w:w="80" w:type="dxa"/>
              <w:left w:w="80" w:type="dxa"/>
              <w:bottom w:w="80" w:type="dxa"/>
              <w:right w:w="80" w:type="dxa"/>
            </w:tcMar>
            <w:vAlign w:val="center"/>
          </w:tcPr>
          <w:p w14:paraId="5F0A4764"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laptop</w:t>
            </w:r>
          </w:p>
          <w:p w14:paraId="2861B02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projektor</w:t>
            </w:r>
          </w:p>
          <w:p w14:paraId="46AFA66D"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platno</w:t>
            </w:r>
          </w:p>
        </w:tc>
        <w:tc>
          <w:tcPr>
            <w:tcW w:w="2897" w:type="dxa"/>
            <w:tcMar>
              <w:top w:w="80" w:type="dxa"/>
              <w:left w:w="80" w:type="dxa"/>
              <w:bottom w:w="80" w:type="dxa"/>
              <w:right w:w="80" w:type="dxa"/>
            </w:tcMar>
            <w:vAlign w:val="center"/>
          </w:tcPr>
          <w:p w14:paraId="5B9090C4"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evaluacijski listić</w:t>
            </w:r>
          </w:p>
          <w:p w14:paraId="540EA1FE"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reakcije odgojitelja i predavača</w:t>
            </w:r>
          </w:p>
        </w:tc>
      </w:tr>
      <w:tr w:rsidR="001E6E11" w:rsidRPr="00F51F43" w14:paraId="1ABC4DE3" w14:textId="77777777" w:rsidTr="00777679">
        <w:trPr>
          <w:cantSplit/>
          <w:jc w:val="center"/>
        </w:trPr>
        <w:tc>
          <w:tcPr>
            <w:tcW w:w="845" w:type="dxa"/>
            <w:tcMar>
              <w:top w:w="80" w:type="dxa"/>
              <w:left w:w="80" w:type="dxa"/>
              <w:bottom w:w="80" w:type="dxa"/>
              <w:right w:w="80" w:type="dxa"/>
            </w:tcMar>
            <w:vAlign w:val="center"/>
          </w:tcPr>
          <w:p w14:paraId="78380319" w14:textId="77777777" w:rsidR="001E6E11" w:rsidRPr="00F51F43" w:rsidRDefault="001E6E11" w:rsidP="001E6E11">
            <w:pPr>
              <w:spacing w:after="0" w:line="240" w:lineRule="auto"/>
              <w:jc w:val="center"/>
              <w:rPr>
                <w:noProof/>
                <w:sz w:val="20"/>
                <w:szCs w:val="20"/>
                <w:lang w:eastAsia="en-US" w:bidi="en-US"/>
              </w:rPr>
            </w:pPr>
          </w:p>
        </w:tc>
        <w:tc>
          <w:tcPr>
            <w:tcW w:w="1701" w:type="dxa"/>
            <w:tcMar>
              <w:top w:w="80" w:type="dxa"/>
              <w:left w:w="80" w:type="dxa"/>
              <w:bottom w:w="80" w:type="dxa"/>
              <w:right w:w="80" w:type="dxa"/>
            </w:tcMar>
            <w:vAlign w:val="center"/>
          </w:tcPr>
          <w:p w14:paraId="17DBD457"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 xml:space="preserve">listopad </w:t>
            </w:r>
          </w:p>
        </w:tc>
        <w:tc>
          <w:tcPr>
            <w:tcW w:w="1842" w:type="dxa"/>
            <w:tcMar>
              <w:top w:w="80" w:type="dxa"/>
              <w:left w:w="80" w:type="dxa"/>
              <w:bottom w:w="80" w:type="dxa"/>
              <w:right w:w="80" w:type="dxa"/>
            </w:tcMar>
            <w:vAlign w:val="center"/>
          </w:tcPr>
          <w:p w14:paraId="676DC3A0"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pedagoginja, psihologinja</w:t>
            </w:r>
          </w:p>
        </w:tc>
        <w:tc>
          <w:tcPr>
            <w:tcW w:w="3261" w:type="dxa"/>
            <w:tcMar>
              <w:top w:w="80" w:type="dxa"/>
              <w:left w:w="80" w:type="dxa"/>
              <w:bottom w:w="80" w:type="dxa"/>
              <w:right w:w="80" w:type="dxa"/>
            </w:tcMar>
            <w:vAlign w:val="center"/>
          </w:tcPr>
          <w:p w14:paraId="78F6CFE7"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 xml:space="preserve"> Dobar dan, kako ste?</w:t>
            </w:r>
            <w:r w:rsidRPr="00F51F43">
              <w:rPr>
                <w:noProof/>
                <w:sz w:val="20"/>
                <w:szCs w:val="20"/>
                <w:lang w:eastAsia="en-US" w:bidi="en-US"/>
              </w:rPr>
              <w:br/>
              <w:t>Šumska kupka i šumska pedagogija</w:t>
            </w:r>
          </w:p>
        </w:tc>
        <w:tc>
          <w:tcPr>
            <w:tcW w:w="3118" w:type="dxa"/>
            <w:tcMar>
              <w:top w:w="80" w:type="dxa"/>
              <w:left w:w="80" w:type="dxa"/>
              <w:bottom w:w="80" w:type="dxa"/>
              <w:right w:w="80" w:type="dxa"/>
            </w:tcMar>
            <w:vAlign w:val="center"/>
          </w:tcPr>
          <w:p w14:paraId="2F92B7A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laptop</w:t>
            </w:r>
          </w:p>
          <w:p w14:paraId="2A9C0FFB"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projektor</w:t>
            </w:r>
          </w:p>
          <w:p w14:paraId="401DDE42"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platno</w:t>
            </w:r>
          </w:p>
        </w:tc>
        <w:tc>
          <w:tcPr>
            <w:tcW w:w="2897" w:type="dxa"/>
            <w:tcMar>
              <w:top w:w="80" w:type="dxa"/>
              <w:left w:w="80" w:type="dxa"/>
              <w:bottom w:w="80" w:type="dxa"/>
              <w:right w:w="80" w:type="dxa"/>
            </w:tcMar>
            <w:vAlign w:val="center"/>
          </w:tcPr>
          <w:p w14:paraId="54E46E2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evaluacijski listić</w:t>
            </w:r>
          </w:p>
          <w:p w14:paraId="5A62C8C0"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reakcije odgojitelja i predavača</w:t>
            </w:r>
          </w:p>
        </w:tc>
      </w:tr>
      <w:tr w:rsidR="001E6E11" w:rsidRPr="00F51F43" w14:paraId="5B523149" w14:textId="77777777" w:rsidTr="00777679">
        <w:trPr>
          <w:cantSplit/>
          <w:trHeight w:val="132"/>
          <w:jc w:val="center"/>
        </w:trPr>
        <w:tc>
          <w:tcPr>
            <w:tcW w:w="845" w:type="dxa"/>
            <w:tcMar>
              <w:top w:w="80" w:type="dxa"/>
              <w:left w:w="80" w:type="dxa"/>
              <w:bottom w:w="80" w:type="dxa"/>
              <w:right w:w="80" w:type="dxa"/>
            </w:tcMar>
            <w:vAlign w:val="center"/>
          </w:tcPr>
          <w:p w14:paraId="4504B2AA"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lastRenderedPageBreak/>
              <w:t>2.</w:t>
            </w:r>
          </w:p>
        </w:tc>
        <w:tc>
          <w:tcPr>
            <w:tcW w:w="1701" w:type="dxa"/>
            <w:tcMar>
              <w:top w:w="80" w:type="dxa"/>
              <w:left w:w="80" w:type="dxa"/>
              <w:bottom w:w="80" w:type="dxa"/>
              <w:right w:w="80" w:type="dxa"/>
            </w:tcMar>
            <w:vAlign w:val="center"/>
          </w:tcPr>
          <w:p w14:paraId="6046FC3F"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studeni</w:t>
            </w:r>
          </w:p>
        </w:tc>
        <w:tc>
          <w:tcPr>
            <w:tcW w:w="1842" w:type="dxa"/>
            <w:tcMar>
              <w:top w:w="80" w:type="dxa"/>
              <w:left w:w="80" w:type="dxa"/>
              <w:bottom w:w="80" w:type="dxa"/>
              <w:right w:w="80" w:type="dxa"/>
            </w:tcMar>
            <w:vAlign w:val="center"/>
          </w:tcPr>
          <w:p w14:paraId="1E47EA96"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Centar Proventus</w:t>
            </w:r>
          </w:p>
        </w:tc>
        <w:tc>
          <w:tcPr>
            <w:tcW w:w="3261" w:type="dxa"/>
            <w:tcMar>
              <w:top w:w="80" w:type="dxa"/>
              <w:left w:w="80" w:type="dxa"/>
              <w:bottom w:w="80" w:type="dxa"/>
              <w:right w:w="80" w:type="dxa"/>
            </w:tcMar>
            <w:vAlign w:val="center"/>
          </w:tcPr>
          <w:p w14:paraId="47FF2CF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Tema prema izboru kolektiva</w:t>
            </w:r>
          </w:p>
        </w:tc>
        <w:tc>
          <w:tcPr>
            <w:tcW w:w="3118" w:type="dxa"/>
            <w:tcMar>
              <w:top w:w="80" w:type="dxa"/>
              <w:left w:w="80" w:type="dxa"/>
              <w:bottom w:w="80" w:type="dxa"/>
              <w:right w:w="80" w:type="dxa"/>
            </w:tcMar>
            <w:vAlign w:val="center"/>
          </w:tcPr>
          <w:p w14:paraId="236D13F1"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laptop</w:t>
            </w:r>
          </w:p>
          <w:p w14:paraId="2AA2C2F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projektor</w:t>
            </w:r>
          </w:p>
          <w:p w14:paraId="411E635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platno</w:t>
            </w:r>
          </w:p>
        </w:tc>
        <w:tc>
          <w:tcPr>
            <w:tcW w:w="2897" w:type="dxa"/>
            <w:tcMar>
              <w:top w:w="80" w:type="dxa"/>
              <w:left w:w="80" w:type="dxa"/>
              <w:bottom w:w="80" w:type="dxa"/>
              <w:right w:w="80" w:type="dxa"/>
            </w:tcMar>
            <w:vAlign w:val="center"/>
          </w:tcPr>
          <w:p w14:paraId="45D5996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evaluacijski listić</w:t>
            </w:r>
          </w:p>
          <w:p w14:paraId="2E6B095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reakcije odgojitelja i predavača</w:t>
            </w:r>
          </w:p>
        </w:tc>
      </w:tr>
      <w:tr w:rsidR="001E6E11" w:rsidRPr="00F51F43" w14:paraId="23F2E356" w14:textId="77777777" w:rsidTr="00777679">
        <w:trPr>
          <w:cantSplit/>
          <w:jc w:val="center"/>
        </w:trPr>
        <w:tc>
          <w:tcPr>
            <w:tcW w:w="845" w:type="dxa"/>
            <w:tcMar>
              <w:top w:w="80" w:type="dxa"/>
              <w:left w:w="80" w:type="dxa"/>
              <w:bottom w:w="80" w:type="dxa"/>
              <w:right w:w="80" w:type="dxa"/>
            </w:tcMar>
            <w:vAlign w:val="center"/>
          </w:tcPr>
          <w:p w14:paraId="7B399FD2"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3.</w:t>
            </w:r>
          </w:p>
        </w:tc>
        <w:tc>
          <w:tcPr>
            <w:tcW w:w="1701" w:type="dxa"/>
            <w:tcMar>
              <w:top w:w="80" w:type="dxa"/>
              <w:left w:w="80" w:type="dxa"/>
              <w:bottom w:w="80" w:type="dxa"/>
              <w:right w:w="80" w:type="dxa"/>
            </w:tcMar>
            <w:vAlign w:val="center"/>
          </w:tcPr>
          <w:p w14:paraId="6CB5477A"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 xml:space="preserve">prosinac </w:t>
            </w:r>
          </w:p>
        </w:tc>
        <w:tc>
          <w:tcPr>
            <w:tcW w:w="1842" w:type="dxa"/>
            <w:tcMar>
              <w:top w:w="80" w:type="dxa"/>
              <w:left w:w="80" w:type="dxa"/>
              <w:bottom w:w="80" w:type="dxa"/>
              <w:right w:w="80" w:type="dxa"/>
            </w:tcMar>
            <w:vAlign w:val="center"/>
          </w:tcPr>
          <w:p w14:paraId="01840DD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pedagoginja, psihologinja, ravnateljica</w:t>
            </w:r>
          </w:p>
        </w:tc>
        <w:tc>
          <w:tcPr>
            <w:tcW w:w="3261" w:type="dxa"/>
            <w:tcMar>
              <w:top w:w="80" w:type="dxa"/>
              <w:left w:w="80" w:type="dxa"/>
              <w:bottom w:w="80" w:type="dxa"/>
              <w:right w:w="80" w:type="dxa"/>
            </w:tcMar>
            <w:vAlign w:val="center"/>
          </w:tcPr>
          <w:p w14:paraId="42135741"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Kava i praksa – promocija digitalnog zbornika dobre prakse</w:t>
            </w:r>
          </w:p>
        </w:tc>
        <w:tc>
          <w:tcPr>
            <w:tcW w:w="3118" w:type="dxa"/>
            <w:tcMar>
              <w:top w:w="80" w:type="dxa"/>
              <w:left w:w="80" w:type="dxa"/>
              <w:bottom w:w="80" w:type="dxa"/>
              <w:right w:w="80" w:type="dxa"/>
            </w:tcMar>
            <w:vAlign w:val="center"/>
          </w:tcPr>
          <w:p w14:paraId="7B073F43"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laptop</w:t>
            </w:r>
          </w:p>
          <w:p w14:paraId="6012F329"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projektor</w:t>
            </w:r>
          </w:p>
          <w:p w14:paraId="5207559E"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platno</w:t>
            </w:r>
          </w:p>
        </w:tc>
        <w:tc>
          <w:tcPr>
            <w:tcW w:w="2897" w:type="dxa"/>
            <w:tcMar>
              <w:top w:w="80" w:type="dxa"/>
              <w:left w:w="80" w:type="dxa"/>
              <w:bottom w:w="80" w:type="dxa"/>
              <w:right w:w="80" w:type="dxa"/>
            </w:tcMar>
            <w:vAlign w:val="center"/>
          </w:tcPr>
          <w:p w14:paraId="7E6C738C"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evaluacijski listić</w:t>
            </w:r>
          </w:p>
          <w:p w14:paraId="2199CA4E"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reakcije odgojitelja i predavača</w:t>
            </w:r>
          </w:p>
        </w:tc>
      </w:tr>
      <w:tr w:rsidR="001E6E11" w:rsidRPr="00F51F43" w14:paraId="0584B972" w14:textId="77777777" w:rsidTr="00777679">
        <w:trPr>
          <w:cantSplit/>
          <w:jc w:val="center"/>
        </w:trPr>
        <w:tc>
          <w:tcPr>
            <w:tcW w:w="845" w:type="dxa"/>
            <w:tcMar>
              <w:top w:w="80" w:type="dxa"/>
              <w:left w:w="80" w:type="dxa"/>
              <w:bottom w:w="80" w:type="dxa"/>
              <w:right w:w="80" w:type="dxa"/>
            </w:tcMar>
            <w:vAlign w:val="center"/>
          </w:tcPr>
          <w:p w14:paraId="38081B4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4.</w:t>
            </w:r>
          </w:p>
        </w:tc>
        <w:tc>
          <w:tcPr>
            <w:tcW w:w="1701" w:type="dxa"/>
            <w:tcMar>
              <w:top w:w="80" w:type="dxa"/>
              <w:left w:w="80" w:type="dxa"/>
              <w:bottom w:w="80" w:type="dxa"/>
              <w:right w:w="80" w:type="dxa"/>
            </w:tcMar>
            <w:vAlign w:val="center"/>
          </w:tcPr>
          <w:p w14:paraId="2A0B661C"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siječanj</w:t>
            </w:r>
          </w:p>
        </w:tc>
        <w:tc>
          <w:tcPr>
            <w:tcW w:w="1842" w:type="dxa"/>
            <w:tcMar>
              <w:top w:w="80" w:type="dxa"/>
              <w:left w:w="80" w:type="dxa"/>
              <w:bottom w:w="80" w:type="dxa"/>
              <w:right w:w="80" w:type="dxa"/>
            </w:tcMar>
            <w:vAlign w:val="center"/>
          </w:tcPr>
          <w:p w14:paraId="1259088E"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stručni tim, odgojiteljice</w:t>
            </w:r>
          </w:p>
        </w:tc>
        <w:tc>
          <w:tcPr>
            <w:tcW w:w="3261" w:type="dxa"/>
            <w:tcMar>
              <w:top w:w="80" w:type="dxa"/>
              <w:left w:w="80" w:type="dxa"/>
              <w:bottom w:w="80" w:type="dxa"/>
              <w:right w:w="80" w:type="dxa"/>
            </w:tcMar>
            <w:vAlign w:val="center"/>
          </w:tcPr>
          <w:p w14:paraId="7CA9F4E4"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„Iz knjige u praksu“</w:t>
            </w:r>
          </w:p>
        </w:tc>
        <w:tc>
          <w:tcPr>
            <w:tcW w:w="3118" w:type="dxa"/>
            <w:tcMar>
              <w:top w:w="80" w:type="dxa"/>
              <w:left w:w="80" w:type="dxa"/>
              <w:bottom w:w="80" w:type="dxa"/>
              <w:right w:w="80" w:type="dxa"/>
            </w:tcMar>
            <w:vAlign w:val="center"/>
          </w:tcPr>
          <w:p w14:paraId="1F24CFB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laptop</w:t>
            </w:r>
          </w:p>
          <w:p w14:paraId="6241166A"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projektor</w:t>
            </w:r>
          </w:p>
          <w:p w14:paraId="7605BB2B"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platno</w:t>
            </w:r>
          </w:p>
        </w:tc>
        <w:tc>
          <w:tcPr>
            <w:tcW w:w="2897" w:type="dxa"/>
            <w:tcMar>
              <w:top w:w="80" w:type="dxa"/>
              <w:left w:w="80" w:type="dxa"/>
              <w:bottom w:w="80" w:type="dxa"/>
              <w:right w:w="80" w:type="dxa"/>
            </w:tcMar>
            <w:vAlign w:val="center"/>
          </w:tcPr>
          <w:p w14:paraId="54EA589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evaluacijski listić</w:t>
            </w:r>
          </w:p>
          <w:p w14:paraId="3D551EA0"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reakcije odgojitelja i predavača</w:t>
            </w:r>
          </w:p>
        </w:tc>
      </w:tr>
      <w:tr w:rsidR="001E6E11" w:rsidRPr="00F51F43" w14:paraId="05D9971B" w14:textId="77777777" w:rsidTr="00777679">
        <w:trPr>
          <w:cantSplit/>
          <w:jc w:val="center"/>
        </w:trPr>
        <w:tc>
          <w:tcPr>
            <w:tcW w:w="845" w:type="dxa"/>
            <w:tcMar>
              <w:top w:w="80" w:type="dxa"/>
              <w:left w:w="80" w:type="dxa"/>
              <w:bottom w:w="80" w:type="dxa"/>
              <w:right w:w="80" w:type="dxa"/>
            </w:tcMar>
            <w:vAlign w:val="center"/>
          </w:tcPr>
          <w:p w14:paraId="4FCAEB4F"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 xml:space="preserve">5. </w:t>
            </w:r>
          </w:p>
        </w:tc>
        <w:tc>
          <w:tcPr>
            <w:tcW w:w="1701" w:type="dxa"/>
            <w:tcMar>
              <w:top w:w="80" w:type="dxa"/>
              <w:left w:w="80" w:type="dxa"/>
              <w:bottom w:w="80" w:type="dxa"/>
              <w:right w:w="80" w:type="dxa"/>
            </w:tcMar>
            <w:vAlign w:val="center"/>
          </w:tcPr>
          <w:p w14:paraId="36B20593"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ožujak</w:t>
            </w:r>
          </w:p>
        </w:tc>
        <w:tc>
          <w:tcPr>
            <w:tcW w:w="1842" w:type="dxa"/>
            <w:tcMar>
              <w:top w:w="80" w:type="dxa"/>
              <w:left w:w="80" w:type="dxa"/>
              <w:bottom w:w="80" w:type="dxa"/>
              <w:right w:w="80" w:type="dxa"/>
            </w:tcMar>
            <w:vAlign w:val="center"/>
          </w:tcPr>
          <w:p w14:paraId="668CA401"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psihologinja</w:t>
            </w:r>
          </w:p>
        </w:tc>
        <w:tc>
          <w:tcPr>
            <w:tcW w:w="3261" w:type="dxa"/>
            <w:tcMar>
              <w:top w:w="80" w:type="dxa"/>
              <w:left w:w="80" w:type="dxa"/>
              <w:bottom w:w="80" w:type="dxa"/>
              <w:right w:w="80" w:type="dxa"/>
            </w:tcMar>
            <w:vAlign w:val="center"/>
          </w:tcPr>
          <w:p w14:paraId="3C7C9EC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Mentalno zdravlje odgojiteljica</w:t>
            </w:r>
          </w:p>
        </w:tc>
        <w:tc>
          <w:tcPr>
            <w:tcW w:w="3118" w:type="dxa"/>
            <w:tcMar>
              <w:top w:w="80" w:type="dxa"/>
              <w:left w:w="80" w:type="dxa"/>
              <w:bottom w:w="80" w:type="dxa"/>
              <w:right w:w="80" w:type="dxa"/>
            </w:tcMar>
            <w:vAlign w:val="center"/>
          </w:tcPr>
          <w:p w14:paraId="13E3AE5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laptop</w:t>
            </w:r>
          </w:p>
          <w:p w14:paraId="20A3A04A"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projektor</w:t>
            </w:r>
          </w:p>
          <w:p w14:paraId="4048ED3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platno</w:t>
            </w:r>
          </w:p>
        </w:tc>
        <w:tc>
          <w:tcPr>
            <w:tcW w:w="2897" w:type="dxa"/>
            <w:tcMar>
              <w:top w:w="80" w:type="dxa"/>
              <w:left w:w="80" w:type="dxa"/>
              <w:bottom w:w="80" w:type="dxa"/>
              <w:right w:w="80" w:type="dxa"/>
            </w:tcMar>
            <w:vAlign w:val="center"/>
          </w:tcPr>
          <w:p w14:paraId="48C0D82E"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evaluacijski listić</w:t>
            </w:r>
          </w:p>
          <w:p w14:paraId="293232F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reakcije odgojitelja i predavača</w:t>
            </w:r>
          </w:p>
        </w:tc>
      </w:tr>
      <w:tr w:rsidR="001E6E11" w:rsidRPr="00F51F43" w14:paraId="405195CC" w14:textId="77777777" w:rsidTr="00777679">
        <w:trPr>
          <w:cantSplit/>
          <w:jc w:val="center"/>
        </w:trPr>
        <w:tc>
          <w:tcPr>
            <w:tcW w:w="845" w:type="dxa"/>
            <w:tcMar>
              <w:top w:w="80" w:type="dxa"/>
              <w:left w:w="80" w:type="dxa"/>
              <w:bottom w:w="80" w:type="dxa"/>
              <w:right w:w="80" w:type="dxa"/>
            </w:tcMar>
            <w:vAlign w:val="center"/>
          </w:tcPr>
          <w:p w14:paraId="07869FD5"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6.</w:t>
            </w:r>
          </w:p>
        </w:tc>
        <w:tc>
          <w:tcPr>
            <w:tcW w:w="1701" w:type="dxa"/>
            <w:tcMar>
              <w:top w:w="80" w:type="dxa"/>
              <w:left w:w="80" w:type="dxa"/>
              <w:bottom w:w="80" w:type="dxa"/>
              <w:right w:w="80" w:type="dxa"/>
            </w:tcMar>
            <w:vAlign w:val="center"/>
          </w:tcPr>
          <w:p w14:paraId="52AE6A9F"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travanj</w:t>
            </w:r>
          </w:p>
        </w:tc>
        <w:tc>
          <w:tcPr>
            <w:tcW w:w="1842" w:type="dxa"/>
            <w:tcMar>
              <w:top w:w="80" w:type="dxa"/>
              <w:left w:w="80" w:type="dxa"/>
              <w:bottom w:w="80" w:type="dxa"/>
              <w:right w:w="80" w:type="dxa"/>
            </w:tcMar>
            <w:vAlign w:val="center"/>
          </w:tcPr>
          <w:p w14:paraId="083D311A"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ZHM Koprivnica</w:t>
            </w:r>
          </w:p>
        </w:tc>
        <w:tc>
          <w:tcPr>
            <w:tcW w:w="3261" w:type="dxa"/>
            <w:tcMar>
              <w:top w:w="80" w:type="dxa"/>
              <w:left w:w="80" w:type="dxa"/>
              <w:bottom w:w="80" w:type="dxa"/>
              <w:right w:w="80" w:type="dxa"/>
            </w:tcMar>
            <w:vAlign w:val="center"/>
          </w:tcPr>
          <w:p w14:paraId="2E91760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Hitna stanja</w:t>
            </w:r>
          </w:p>
        </w:tc>
        <w:tc>
          <w:tcPr>
            <w:tcW w:w="3118" w:type="dxa"/>
            <w:tcMar>
              <w:top w:w="80" w:type="dxa"/>
              <w:left w:w="80" w:type="dxa"/>
              <w:bottom w:w="80" w:type="dxa"/>
              <w:right w:w="80" w:type="dxa"/>
            </w:tcMar>
            <w:vAlign w:val="center"/>
          </w:tcPr>
          <w:p w14:paraId="1D69E49B"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laptop</w:t>
            </w:r>
          </w:p>
          <w:p w14:paraId="0273BDAB"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projektor</w:t>
            </w:r>
          </w:p>
          <w:p w14:paraId="2D3FF4CE"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platno</w:t>
            </w:r>
          </w:p>
        </w:tc>
        <w:tc>
          <w:tcPr>
            <w:tcW w:w="2897" w:type="dxa"/>
            <w:tcMar>
              <w:top w:w="80" w:type="dxa"/>
              <w:left w:w="80" w:type="dxa"/>
              <w:bottom w:w="80" w:type="dxa"/>
              <w:right w:w="80" w:type="dxa"/>
            </w:tcMar>
            <w:vAlign w:val="center"/>
          </w:tcPr>
          <w:p w14:paraId="099F58B6"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evaluacijski listić</w:t>
            </w:r>
          </w:p>
          <w:p w14:paraId="411AE861"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reakcije odgojitelja i predavača</w:t>
            </w:r>
          </w:p>
        </w:tc>
      </w:tr>
      <w:tr w:rsidR="001E6E11" w:rsidRPr="00F51F43" w14:paraId="36FDB33D" w14:textId="77777777" w:rsidTr="00777679">
        <w:trPr>
          <w:cantSplit/>
          <w:jc w:val="center"/>
        </w:trPr>
        <w:tc>
          <w:tcPr>
            <w:tcW w:w="845" w:type="dxa"/>
            <w:tcMar>
              <w:top w:w="80" w:type="dxa"/>
              <w:left w:w="80" w:type="dxa"/>
              <w:bottom w:w="80" w:type="dxa"/>
              <w:right w:w="80" w:type="dxa"/>
            </w:tcMar>
            <w:vAlign w:val="center"/>
          </w:tcPr>
          <w:p w14:paraId="14EC94AB"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7.</w:t>
            </w:r>
          </w:p>
        </w:tc>
        <w:tc>
          <w:tcPr>
            <w:tcW w:w="1701" w:type="dxa"/>
            <w:tcMar>
              <w:top w:w="80" w:type="dxa"/>
              <w:left w:w="80" w:type="dxa"/>
              <w:bottom w:w="80" w:type="dxa"/>
              <w:right w:w="80" w:type="dxa"/>
            </w:tcMar>
            <w:vAlign w:val="center"/>
          </w:tcPr>
          <w:p w14:paraId="53102AA1"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lipanj</w:t>
            </w:r>
          </w:p>
        </w:tc>
        <w:tc>
          <w:tcPr>
            <w:tcW w:w="1842" w:type="dxa"/>
            <w:tcMar>
              <w:top w:w="80" w:type="dxa"/>
              <w:left w:w="80" w:type="dxa"/>
              <w:bottom w:w="80" w:type="dxa"/>
              <w:right w:w="80" w:type="dxa"/>
            </w:tcMar>
            <w:vAlign w:val="center"/>
          </w:tcPr>
          <w:p w14:paraId="2E40396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stručni tim, odgojiteljice</w:t>
            </w:r>
          </w:p>
        </w:tc>
        <w:tc>
          <w:tcPr>
            <w:tcW w:w="3261" w:type="dxa"/>
            <w:tcMar>
              <w:top w:w="80" w:type="dxa"/>
              <w:left w:w="80" w:type="dxa"/>
              <w:bottom w:w="80" w:type="dxa"/>
              <w:right w:w="80" w:type="dxa"/>
            </w:tcMar>
            <w:vAlign w:val="center"/>
          </w:tcPr>
          <w:p w14:paraId="70E7193A"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„Iz knjige u praksu“</w:t>
            </w:r>
          </w:p>
        </w:tc>
        <w:tc>
          <w:tcPr>
            <w:tcW w:w="3118" w:type="dxa"/>
            <w:tcMar>
              <w:top w:w="80" w:type="dxa"/>
              <w:left w:w="80" w:type="dxa"/>
              <w:bottom w:w="80" w:type="dxa"/>
              <w:right w:w="80" w:type="dxa"/>
            </w:tcMar>
            <w:vAlign w:val="center"/>
          </w:tcPr>
          <w:p w14:paraId="6CBFCD17"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laptop</w:t>
            </w:r>
          </w:p>
          <w:p w14:paraId="152BD17C"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projektor</w:t>
            </w:r>
          </w:p>
          <w:p w14:paraId="4D104BB3"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platno</w:t>
            </w:r>
          </w:p>
        </w:tc>
        <w:tc>
          <w:tcPr>
            <w:tcW w:w="2897" w:type="dxa"/>
            <w:tcMar>
              <w:top w:w="80" w:type="dxa"/>
              <w:left w:w="80" w:type="dxa"/>
              <w:bottom w:w="80" w:type="dxa"/>
              <w:right w:w="80" w:type="dxa"/>
            </w:tcMar>
            <w:vAlign w:val="center"/>
          </w:tcPr>
          <w:p w14:paraId="05350113"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evaluacijski listić</w:t>
            </w:r>
          </w:p>
          <w:p w14:paraId="5D76F0B8" w14:textId="77777777" w:rsidR="001E6E11" w:rsidRPr="00F51F43" w:rsidRDefault="001E6E11" w:rsidP="001E6E11">
            <w:pPr>
              <w:spacing w:after="0" w:line="240" w:lineRule="auto"/>
              <w:jc w:val="center"/>
              <w:rPr>
                <w:noProof/>
                <w:sz w:val="20"/>
                <w:szCs w:val="20"/>
                <w:lang w:eastAsia="en-US" w:bidi="en-US"/>
              </w:rPr>
            </w:pPr>
            <w:r w:rsidRPr="00F51F43">
              <w:rPr>
                <w:noProof/>
                <w:sz w:val="20"/>
                <w:szCs w:val="20"/>
                <w:lang w:eastAsia="en-US" w:bidi="en-US"/>
              </w:rPr>
              <w:t>reakcije odgojitelja i predavača</w:t>
            </w:r>
          </w:p>
        </w:tc>
      </w:tr>
    </w:tbl>
    <w:p w14:paraId="3DD1F052" w14:textId="77777777" w:rsidR="00CE6567" w:rsidRPr="00F51F43" w:rsidRDefault="00CE6567" w:rsidP="0035237B">
      <w:pPr>
        <w:tabs>
          <w:tab w:val="left" w:pos="3544"/>
        </w:tabs>
        <w:rPr>
          <w:b/>
          <w:i/>
          <w:noProof/>
        </w:rPr>
      </w:pPr>
    </w:p>
    <w:p w14:paraId="39FD465E" w14:textId="77777777" w:rsidR="001E6E11" w:rsidRPr="00F51F43" w:rsidRDefault="001E6E11" w:rsidP="0035237B">
      <w:pPr>
        <w:tabs>
          <w:tab w:val="left" w:pos="3544"/>
        </w:tabs>
        <w:rPr>
          <w:b/>
          <w:i/>
          <w:noProof/>
        </w:rPr>
      </w:pPr>
    </w:p>
    <w:p w14:paraId="4481500D" w14:textId="77777777" w:rsidR="001E6E11" w:rsidRPr="00F51F43" w:rsidRDefault="001E6E11" w:rsidP="0035237B">
      <w:pPr>
        <w:tabs>
          <w:tab w:val="left" w:pos="3544"/>
        </w:tabs>
        <w:rPr>
          <w:b/>
          <w:i/>
          <w:noProof/>
        </w:rPr>
      </w:pPr>
    </w:p>
    <w:p w14:paraId="2FE8DCA3" w14:textId="77777777" w:rsidR="00B673DD" w:rsidRPr="00F51F43" w:rsidRDefault="00B673DD" w:rsidP="00307ADD">
      <w:pPr>
        <w:pStyle w:val="Naslov2"/>
        <w:rPr>
          <w:noProof/>
          <w:lang w:eastAsia="en-US" w:bidi="en-US"/>
        </w:rPr>
      </w:pPr>
      <w:bookmarkStart w:id="35" w:name="_Toc241563351"/>
      <w:r w:rsidRPr="00F51F43">
        <w:rPr>
          <w:noProof/>
          <w:lang w:eastAsia="en-US" w:bidi="en-US"/>
        </w:rPr>
        <w:lastRenderedPageBreak/>
        <w:t>6.</w:t>
      </w:r>
      <w:r w:rsidR="00290A38" w:rsidRPr="00F51F43">
        <w:rPr>
          <w:noProof/>
          <w:lang w:eastAsia="en-US" w:bidi="en-US"/>
        </w:rPr>
        <w:t>3</w:t>
      </w:r>
      <w:r w:rsidRPr="00F51F43">
        <w:rPr>
          <w:noProof/>
          <w:lang w:eastAsia="en-US" w:bidi="en-US"/>
        </w:rPr>
        <w:t>. STRUČNO USAVRŠAVANJE IZVAN USTANOVE</w:t>
      </w:r>
      <w:bookmarkEnd w:id="35"/>
    </w:p>
    <w:p w14:paraId="136531DC" w14:textId="77777777" w:rsidR="00B673DD" w:rsidRPr="00F51F43" w:rsidRDefault="00EF5A76" w:rsidP="00B673DD">
      <w:pPr>
        <w:keepNext/>
        <w:spacing w:before="120"/>
        <w:jc w:val="left"/>
        <w:rPr>
          <w:b/>
          <w:bCs/>
          <w:noProof/>
          <w:lang w:eastAsia="en-US" w:bidi="en-US"/>
        </w:rPr>
      </w:pPr>
      <w:r w:rsidRPr="00F51F43">
        <w:rPr>
          <w:b/>
          <w:bCs/>
          <w:noProof/>
          <w:lang w:eastAsia="en-US" w:bidi="en-US"/>
        </w:rPr>
        <w:t>Tablica 23</w:t>
      </w:r>
      <w:r w:rsidR="00B673DD" w:rsidRPr="00F51F43">
        <w:rPr>
          <w:b/>
          <w:bCs/>
          <w:noProof/>
          <w:lang w:eastAsia="en-US" w:bidi="en-US"/>
        </w:rPr>
        <w:t>: Plan i program stručnog usavršavanja izvan ustanove</w:t>
      </w:r>
    </w:p>
    <w:tbl>
      <w:tblPr>
        <w:tblStyle w:val="Reetkatablice"/>
        <w:tblW w:w="14142" w:type="dxa"/>
        <w:jc w:val="center"/>
        <w:tblLayout w:type="fixed"/>
        <w:tblLook w:val="04A0" w:firstRow="1" w:lastRow="0" w:firstColumn="1" w:lastColumn="0" w:noHBand="0" w:noVBand="1"/>
      </w:tblPr>
      <w:tblGrid>
        <w:gridCol w:w="705"/>
        <w:gridCol w:w="1388"/>
        <w:gridCol w:w="1843"/>
        <w:gridCol w:w="2409"/>
        <w:gridCol w:w="3402"/>
        <w:gridCol w:w="1276"/>
        <w:gridCol w:w="3119"/>
      </w:tblGrid>
      <w:tr w:rsidR="001A029B" w:rsidRPr="00F51F43" w14:paraId="142B5143" w14:textId="77777777" w:rsidTr="00607A89">
        <w:trPr>
          <w:cantSplit/>
          <w:trHeight w:val="723"/>
          <w:tblHeader/>
          <w:jc w:val="center"/>
        </w:trPr>
        <w:tc>
          <w:tcPr>
            <w:tcW w:w="705" w:type="dxa"/>
            <w:shd w:val="clear" w:color="auto" w:fill="D9EAD3"/>
            <w:tcMar>
              <w:top w:w="80" w:type="dxa"/>
              <w:left w:w="80" w:type="dxa"/>
              <w:bottom w:w="80" w:type="dxa"/>
              <w:right w:w="80" w:type="dxa"/>
            </w:tcMar>
            <w:vAlign w:val="center"/>
          </w:tcPr>
          <w:p w14:paraId="2C3673D4" w14:textId="77777777" w:rsidR="0034012D" w:rsidRPr="00F51F43" w:rsidRDefault="0034012D" w:rsidP="00B673DD">
            <w:pPr>
              <w:spacing w:after="0" w:line="240" w:lineRule="auto"/>
              <w:jc w:val="center"/>
              <w:rPr>
                <w:b/>
                <w:noProof/>
                <w:sz w:val="20"/>
                <w:szCs w:val="20"/>
                <w:lang w:eastAsia="en-US" w:bidi="en-US"/>
              </w:rPr>
            </w:pPr>
            <w:r w:rsidRPr="00F51F43">
              <w:rPr>
                <w:b/>
                <w:noProof/>
                <w:sz w:val="20"/>
                <w:szCs w:val="20"/>
                <w:lang w:eastAsia="en-US" w:bidi="en-US"/>
              </w:rPr>
              <w:t>R.</w:t>
            </w:r>
            <w:r w:rsidR="006D42C0" w:rsidRPr="00F51F43">
              <w:rPr>
                <w:b/>
                <w:noProof/>
                <w:sz w:val="20"/>
                <w:szCs w:val="20"/>
                <w:lang w:eastAsia="en-US" w:bidi="en-US"/>
              </w:rPr>
              <w:t xml:space="preserve"> </w:t>
            </w:r>
            <w:r w:rsidRPr="00F51F43">
              <w:rPr>
                <w:b/>
                <w:noProof/>
                <w:sz w:val="20"/>
                <w:szCs w:val="20"/>
                <w:lang w:eastAsia="en-US" w:bidi="en-US"/>
              </w:rPr>
              <w:t>BR.</w:t>
            </w:r>
          </w:p>
        </w:tc>
        <w:tc>
          <w:tcPr>
            <w:tcW w:w="1388" w:type="dxa"/>
            <w:shd w:val="clear" w:color="auto" w:fill="D9EAD3"/>
            <w:tcMar>
              <w:top w:w="80" w:type="dxa"/>
              <w:left w:w="80" w:type="dxa"/>
              <w:bottom w:w="80" w:type="dxa"/>
              <w:right w:w="80" w:type="dxa"/>
            </w:tcMar>
            <w:vAlign w:val="center"/>
          </w:tcPr>
          <w:p w14:paraId="40065A9E" w14:textId="77777777" w:rsidR="0034012D" w:rsidRPr="00F51F43" w:rsidRDefault="0034012D" w:rsidP="00B673DD">
            <w:pPr>
              <w:spacing w:after="0" w:line="240" w:lineRule="auto"/>
              <w:jc w:val="center"/>
              <w:rPr>
                <w:b/>
                <w:noProof/>
                <w:sz w:val="20"/>
                <w:szCs w:val="20"/>
                <w:lang w:eastAsia="en-US" w:bidi="en-US"/>
              </w:rPr>
            </w:pPr>
            <w:r w:rsidRPr="00F51F43">
              <w:rPr>
                <w:b/>
                <w:noProof/>
                <w:sz w:val="20"/>
                <w:szCs w:val="20"/>
                <w:lang w:eastAsia="en-US" w:bidi="en-US"/>
              </w:rPr>
              <w:t>VRIJEME REALIZA</w:t>
            </w:r>
            <w:r w:rsidR="006D42C0" w:rsidRPr="00F51F43">
              <w:rPr>
                <w:b/>
                <w:noProof/>
                <w:sz w:val="20"/>
                <w:szCs w:val="20"/>
                <w:lang w:eastAsia="en-US" w:bidi="en-US"/>
              </w:rPr>
              <w:t>-</w:t>
            </w:r>
            <w:r w:rsidRPr="00F51F43">
              <w:rPr>
                <w:b/>
                <w:noProof/>
                <w:sz w:val="20"/>
                <w:szCs w:val="20"/>
                <w:lang w:eastAsia="en-US" w:bidi="en-US"/>
              </w:rPr>
              <w:t>CIJE</w:t>
            </w:r>
          </w:p>
        </w:tc>
        <w:tc>
          <w:tcPr>
            <w:tcW w:w="1843" w:type="dxa"/>
            <w:shd w:val="clear" w:color="auto" w:fill="D9EAD3"/>
            <w:tcMar>
              <w:top w:w="80" w:type="dxa"/>
              <w:left w:w="80" w:type="dxa"/>
              <w:bottom w:w="80" w:type="dxa"/>
              <w:right w:w="80" w:type="dxa"/>
            </w:tcMar>
            <w:vAlign w:val="center"/>
          </w:tcPr>
          <w:p w14:paraId="4ECF27A1" w14:textId="77777777" w:rsidR="0034012D" w:rsidRPr="00F51F43" w:rsidRDefault="0034012D" w:rsidP="00B673DD">
            <w:pPr>
              <w:spacing w:after="0" w:line="240" w:lineRule="auto"/>
              <w:jc w:val="center"/>
              <w:rPr>
                <w:b/>
                <w:noProof/>
                <w:sz w:val="20"/>
                <w:szCs w:val="20"/>
                <w:lang w:eastAsia="en-US" w:bidi="en-US"/>
              </w:rPr>
            </w:pPr>
          </w:p>
          <w:p w14:paraId="7C302938" w14:textId="77777777" w:rsidR="0034012D" w:rsidRPr="00F51F43" w:rsidRDefault="0034012D" w:rsidP="00B673DD">
            <w:pPr>
              <w:spacing w:after="0" w:line="240" w:lineRule="auto"/>
              <w:jc w:val="center"/>
              <w:rPr>
                <w:b/>
                <w:noProof/>
                <w:sz w:val="20"/>
                <w:szCs w:val="20"/>
                <w:lang w:eastAsia="en-US" w:bidi="en-US"/>
              </w:rPr>
            </w:pPr>
            <w:r w:rsidRPr="00F51F43">
              <w:rPr>
                <w:b/>
                <w:noProof/>
                <w:sz w:val="20"/>
                <w:szCs w:val="20"/>
                <w:lang w:eastAsia="en-US" w:bidi="en-US"/>
              </w:rPr>
              <w:t>ORGANIZATOR</w:t>
            </w:r>
          </w:p>
        </w:tc>
        <w:tc>
          <w:tcPr>
            <w:tcW w:w="2409" w:type="dxa"/>
            <w:shd w:val="clear" w:color="auto" w:fill="D9EAD3"/>
            <w:tcMar>
              <w:top w:w="80" w:type="dxa"/>
              <w:left w:w="80" w:type="dxa"/>
              <w:bottom w:w="80" w:type="dxa"/>
              <w:right w:w="80" w:type="dxa"/>
            </w:tcMar>
            <w:vAlign w:val="center"/>
          </w:tcPr>
          <w:p w14:paraId="5EAA5276" w14:textId="77777777" w:rsidR="0034012D" w:rsidRPr="00F51F43" w:rsidRDefault="0034012D" w:rsidP="00B673DD">
            <w:pPr>
              <w:spacing w:after="0" w:line="240" w:lineRule="auto"/>
              <w:jc w:val="center"/>
              <w:rPr>
                <w:b/>
                <w:noProof/>
                <w:sz w:val="20"/>
                <w:szCs w:val="20"/>
                <w:lang w:eastAsia="en-US" w:bidi="en-US"/>
              </w:rPr>
            </w:pPr>
          </w:p>
          <w:p w14:paraId="472A624B" w14:textId="77777777" w:rsidR="0081617B" w:rsidRPr="00F51F43" w:rsidRDefault="0081617B" w:rsidP="00B673DD">
            <w:pPr>
              <w:spacing w:after="0" w:line="240" w:lineRule="auto"/>
              <w:jc w:val="center"/>
              <w:rPr>
                <w:b/>
                <w:noProof/>
                <w:sz w:val="20"/>
                <w:szCs w:val="20"/>
                <w:lang w:eastAsia="en-US" w:bidi="en-US"/>
              </w:rPr>
            </w:pPr>
            <w:r w:rsidRPr="00F51F43">
              <w:rPr>
                <w:b/>
                <w:noProof/>
                <w:sz w:val="20"/>
                <w:szCs w:val="20"/>
                <w:lang w:eastAsia="en-US" w:bidi="en-US"/>
              </w:rPr>
              <w:t>MJESTO ODRŽAVANJA</w:t>
            </w:r>
          </w:p>
        </w:tc>
        <w:tc>
          <w:tcPr>
            <w:tcW w:w="3402" w:type="dxa"/>
            <w:shd w:val="clear" w:color="auto" w:fill="D9EAD3"/>
            <w:tcMar>
              <w:top w:w="80" w:type="dxa"/>
              <w:left w:w="80" w:type="dxa"/>
              <w:bottom w:w="80" w:type="dxa"/>
              <w:right w:w="80" w:type="dxa"/>
            </w:tcMar>
            <w:vAlign w:val="center"/>
          </w:tcPr>
          <w:p w14:paraId="4009A087" w14:textId="77777777" w:rsidR="0034012D" w:rsidRPr="00F51F43" w:rsidRDefault="0034012D" w:rsidP="00B673DD">
            <w:pPr>
              <w:spacing w:after="0" w:line="240" w:lineRule="auto"/>
              <w:jc w:val="center"/>
              <w:rPr>
                <w:b/>
                <w:noProof/>
                <w:sz w:val="20"/>
                <w:szCs w:val="20"/>
                <w:lang w:eastAsia="en-US" w:bidi="en-US"/>
              </w:rPr>
            </w:pPr>
          </w:p>
          <w:p w14:paraId="4C60273F" w14:textId="77777777" w:rsidR="0034012D" w:rsidRPr="00F51F43" w:rsidRDefault="0034012D" w:rsidP="00B673DD">
            <w:pPr>
              <w:spacing w:after="0" w:line="240" w:lineRule="auto"/>
              <w:jc w:val="center"/>
              <w:rPr>
                <w:b/>
                <w:noProof/>
                <w:sz w:val="20"/>
                <w:szCs w:val="20"/>
                <w:lang w:eastAsia="en-US" w:bidi="en-US"/>
              </w:rPr>
            </w:pPr>
            <w:r w:rsidRPr="00F51F43">
              <w:rPr>
                <w:b/>
                <w:noProof/>
                <w:sz w:val="20"/>
                <w:szCs w:val="20"/>
                <w:lang w:eastAsia="en-US" w:bidi="en-US"/>
              </w:rPr>
              <w:t>TEME</w:t>
            </w:r>
          </w:p>
        </w:tc>
        <w:tc>
          <w:tcPr>
            <w:tcW w:w="1276" w:type="dxa"/>
            <w:shd w:val="clear" w:color="auto" w:fill="D9EAD3"/>
            <w:tcMar>
              <w:top w:w="80" w:type="dxa"/>
              <w:left w:w="80" w:type="dxa"/>
              <w:bottom w:w="80" w:type="dxa"/>
              <w:right w:w="80" w:type="dxa"/>
            </w:tcMar>
            <w:vAlign w:val="center"/>
          </w:tcPr>
          <w:p w14:paraId="1FCE6B50" w14:textId="77777777" w:rsidR="0034012D" w:rsidRPr="00F51F43" w:rsidRDefault="0034012D" w:rsidP="00B673DD">
            <w:pPr>
              <w:spacing w:after="0" w:line="240" w:lineRule="auto"/>
              <w:jc w:val="center"/>
              <w:rPr>
                <w:b/>
                <w:noProof/>
                <w:sz w:val="20"/>
                <w:szCs w:val="20"/>
                <w:lang w:eastAsia="en-US" w:bidi="en-US"/>
              </w:rPr>
            </w:pPr>
          </w:p>
          <w:p w14:paraId="4CF7A438" w14:textId="77777777" w:rsidR="0034012D" w:rsidRPr="00F51F43" w:rsidRDefault="0034012D" w:rsidP="00B673DD">
            <w:pPr>
              <w:spacing w:after="0" w:line="240" w:lineRule="auto"/>
              <w:jc w:val="center"/>
              <w:rPr>
                <w:b/>
                <w:noProof/>
                <w:sz w:val="20"/>
                <w:szCs w:val="20"/>
                <w:lang w:eastAsia="en-US" w:bidi="en-US"/>
              </w:rPr>
            </w:pPr>
            <w:r w:rsidRPr="00F51F43">
              <w:rPr>
                <w:b/>
                <w:noProof/>
                <w:sz w:val="20"/>
                <w:szCs w:val="20"/>
                <w:lang w:eastAsia="en-US" w:bidi="en-US"/>
              </w:rPr>
              <w:t>TRAJANJE</w:t>
            </w:r>
          </w:p>
        </w:tc>
        <w:tc>
          <w:tcPr>
            <w:tcW w:w="3119" w:type="dxa"/>
            <w:shd w:val="clear" w:color="auto" w:fill="D9EAD3"/>
            <w:tcMar>
              <w:top w:w="80" w:type="dxa"/>
              <w:left w:w="80" w:type="dxa"/>
              <w:bottom w:w="80" w:type="dxa"/>
              <w:right w:w="80" w:type="dxa"/>
            </w:tcMar>
            <w:vAlign w:val="center"/>
          </w:tcPr>
          <w:p w14:paraId="5363CF1C" w14:textId="77777777" w:rsidR="0034012D" w:rsidRPr="00F51F43" w:rsidRDefault="0034012D" w:rsidP="00B673DD">
            <w:pPr>
              <w:spacing w:after="0" w:line="240" w:lineRule="auto"/>
              <w:jc w:val="center"/>
              <w:rPr>
                <w:b/>
                <w:noProof/>
                <w:sz w:val="20"/>
                <w:szCs w:val="20"/>
                <w:lang w:eastAsia="en-US" w:bidi="en-US"/>
              </w:rPr>
            </w:pPr>
          </w:p>
          <w:p w14:paraId="370D4C0D" w14:textId="77777777" w:rsidR="0034012D" w:rsidRPr="00F51F43" w:rsidRDefault="0034012D" w:rsidP="00B673DD">
            <w:pPr>
              <w:spacing w:after="0" w:line="240" w:lineRule="auto"/>
              <w:jc w:val="center"/>
              <w:rPr>
                <w:b/>
                <w:noProof/>
                <w:sz w:val="20"/>
                <w:szCs w:val="20"/>
                <w:lang w:eastAsia="en-US" w:bidi="en-US"/>
              </w:rPr>
            </w:pPr>
            <w:r w:rsidRPr="00F51F43">
              <w:rPr>
                <w:b/>
                <w:noProof/>
                <w:sz w:val="20"/>
                <w:szCs w:val="20"/>
                <w:lang w:eastAsia="en-US" w:bidi="en-US"/>
              </w:rPr>
              <w:t>SUDIONICI</w:t>
            </w:r>
          </w:p>
        </w:tc>
      </w:tr>
      <w:tr w:rsidR="001E6E11" w:rsidRPr="00F51F43" w14:paraId="6EC5DBEF" w14:textId="77777777" w:rsidTr="00607A89">
        <w:trPr>
          <w:cantSplit/>
          <w:jc w:val="center"/>
        </w:trPr>
        <w:tc>
          <w:tcPr>
            <w:tcW w:w="705" w:type="dxa"/>
            <w:tcMar>
              <w:top w:w="80" w:type="dxa"/>
              <w:left w:w="80" w:type="dxa"/>
              <w:bottom w:w="80" w:type="dxa"/>
              <w:right w:w="80" w:type="dxa"/>
            </w:tcMar>
            <w:vAlign w:val="center"/>
          </w:tcPr>
          <w:p w14:paraId="5CD93634" w14:textId="77777777" w:rsidR="00B82D47" w:rsidRPr="00F51F43" w:rsidRDefault="00B82D47" w:rsidP="00B82D47">
            <w:pPr>
              <w:spacing w:after="0" w:line="240" w:lineRule="auto"/>
              <w:jc w:val="center"/>
              <w:rPr>
                <w:noProof/>
                <w:sz w:val="20"/>
                <w:szCs w:val="20"/>
                <w:lang w:bidi="en-US"/>
              </w:rPr>
            </w:pPr>
            <w:r w:rsidRPr="00F51F43">
              <w:rPr>
                <w:noProof/>
                <w:sz w:val="20"/>
                <w:szCs w:val="20"/>
                <w:lang w:bidi="en-US"/>
              </w:rPr>
              <w:t xml:space="preserve">1. </w:t>
            </w:r>
          </w:p>
        </w:tc>
        <w:tc>
          <w:tcPr>
            <w:tcW w:w="1388" w:type="dxa"/>
            <w:tcMar>
              <w:top w:w="80" w:type="dxa"/>
              <w:left w:w="80" w:type="dxa"/>
              <w:bottom w:w="80" w:type="dxa"/>
              <w:right w:w="80" w:type="dxa"/>
            </w:tcMar>
            <w:vAlign w:val="center"/>
          </w:tcPr>
          <w:p w14:paraId="140151F1" w14:textId="77777777" w:rsidR="00B82D47" w:rsidRPr="00F51F43" w:rsidRDefault="00D01333" w:rsidP="00B82D47">
            <w:pPr>
              <w:spacing w:after="0" w:line="240" w:lineRule="auto"/>
              <w:jc w:val="center"/>
              <w:rPr>
                <w:noProof/>
                <w:sz w:val="20"/>
                <w:szCs w:val="20"/>
                <w:lang w:bidi="en-US"/>
              </w:rPr>
            </w:pPr>
            <w:r w:rsidRPr="00F51F43">
              <w:rPr>
                <w:noProof/>
                <w:sz w:val="20"/>
                <w:szCs w:val="20"/>
                <w:lang w:bidi="en-US"/>
              </w:rPr>
              <w:t>Tokom ped. god.</w:t>
            </w:r>
          </w:p>
        </w:tc>
        <w:tc>
          <w:tcPr>
            <w:tcW w:w="1843" w:type="dxa"/>
            <w:tcMar>
              <w:top w:w="80" w:type="dxa"/>
              <w:left w:w="80" w:type="dxa"/>
              <w:bottom w:w="80" w:type="dxa"/>
              <w:right w:w="80" w:type="dxa"/>
            </w:tcMar>
            <w:vAlign w:val="center"/>
          </w:tcPr>
          <w:p w14:paraId="11B1575B" w14:textId="77777777" w:rsidR="000B6CC7" w:rsidRPr="00F51F43" w:rsidRDefault="00FC5AD4" w:rsidP="00B82D47">
            <w:pPr>
              <w:spacing w:after="0" w:line="240" w:lineRule="auto"/>
              <w:jc w:val="center"/>
              <w:rPr>
                <w:noProof/>
                <w:sz w:val="20"/>
                <w:szCs w:val="20"/>
                <w:lang w:bidi="en-US"/>
              </w:rPr>
            </w:pPr>
            <w:r w:rsidRPr="00F51F43">
              <w:rPr>
                <w:noProof/>
                <w:sz w:val="20"/>
                <w:szCs w:val="20"/>
                <w:lang w:bidi="en-US"/>
              </w:rPr>
              <w:t>AZOO</w:t>
            </w:r>
          </w:p>
        </w:tc>
        <w:tc>
          <w:tcPr>
            <w:tcW w:w="2409" w:type="dxa"/>
            <w:tcMar>
              <w:top w:w="80" w:type="dxa"/>
              <w:left w:w="80" w:type="dxa"/>
              <w:bottom w:w="80" w:type="dxa"/>
              <w:right w:w="80" w:type="dxa"/>
            </w:tcMar>
            <w:vAlign w:val="center"/>
          </w:tcPr>
          <w:p w14:paraId="5B70F880" w14:textId="77777777" w:rsidR="00B82D47" w:rsidRPr="00F51F43" w:rsidRDefault="00D01333" w:rsidP="00B82D47">
            <w:pPr>
              <w:spacing w:after="0" w:line="240" w:lineRule="auto"/>
              <w:jc w:val="center"/>
              <w:rPr>
                <w:bCs/>
                <w:noProof/>
                <w:sz w:val="20"/>
                <w:szCs w:val="20"/>
                <w:lang w:bidi="en-US"/>
              </w:rPr>
            </w:pPr>
            <w:r w:rsidRPr="00F51F43">
              <w:rPr>
                <w:bCs/>
                <w:noProof/>
                <w:sz w:val="20"/>
                <w:szCs w:val="20"/>
                <w:lang w:bidi="en-US"/>
              </w:rPr>
              <w:t>Zagreb</w:t>
            </w:r>
          </w:p>
        </w:tc>
        <w:tc>
          <w:tcPr>
            <w:tcW w:w="3402" w:type="dxa"/>
            <w:tcMar>
              <w:top w:w="80" w:type="dxa"/>
              <w:left w:w="80" w:type="dxa"/>
              <w:bottom w:w="80" w:type="dxa"/>
              <w:right w:w="80" w:type="dxa"/>
            </w:tcMar>
            <w:vAlign w:val="center"/>
          </w:tcPr>
          <w:p w14:paraId="17FA3A6B" w14:textId="77777777" w:rsidR="00B82D47" w:rsidRPr="00F51F43" w:rsidRDefault="00FC5AD4" w:rsidP="00B82D47">
            <w:pPr>
              <w:spacing w:after="0" w:line="240" w:lineRule="auto"/>
              <w:jc w:val="center"/>
              <w:rPr>
                <w:noProof/>
                <w:sz w:val="20"/>
                <w:szCs w:val="20"/>
                <w:lang w:bidi="en-US"/>
              </w:rPr>
            </w:pPr>
            <w:r w:rsidRPr="00F51F43">
              <w:rPr>
                <w:noProof/>
                <w:sz w:val="20"/>
                <w:szCs w:val="20"/>
                <w:lang w:bidi="en-US"/>
              </w:rPr>
              <w:t>Stručno-metodička podrška u uvođenju odgojitelja pripravnika u proces stažiranja i kvalitetan odgojno-obrazovni rad u dječjim vrtićima.</w:t>
            </w:r>
          </w:p>
        </w:tc>
        <w:tc>
          <w:tcPr>
            <w:tcW w:w="1276" w:type="dxa"/>
            <w:tcMar>
              <w:top w:w="80" w:type="dxa"/>
              <w:left w:w="80" w:type="dxa"/>
              <w:bottom w:w="80" w:type="dxa"/>
              <w:right w:w="80" w:type="dxa"/>
            </w:tcMar>
            <w:vAlign w:val="center"/>
          </w:tcPr>
          <w:p w14:paraId="759FCE45" w14:textId="77777777" w:rsidR="00B82D47" w:rsidRPr="00F51F43" w:rsidRDefault="00FC5AD4" w:rsidP="00B82D47">
            <w:pPr>
              <w:spacing w:after="0" w:line="240" w:lineRule="auto"/>
              <w:jc w:val="center"/>
              <w:rPr>
                <w:noProof/>
                <w:sz w:val="20"/>
                <w:szCs w:val="20"/>
                <w:lang w:bidi="en-US"/>
              </w:rPr>
            </w:pPr>
            <w:r w:rsidRPr="00F51F43">
              <w:rPr>
                <w:noProof/>
                <w:sz w:val="20"/>
                <w:szCs w:val="20"/>
                <w:lang w:bidi="en-US"/>
              </w:rPr>
              <w:t>7</w:t>
            </w:r>
            <w:r w:rsidR="000B6CC7" w:rsidRPr="00F51F43">
              <w:rPr>
                <w:noProof/>
                <w:sz w:val="20"/>
                <w:szCs w:val="20"/>
                <w:lang w:bidi="en-US"/>
              </w:rPr>
              <w:t xml:space="preserve"> h</w:t>
            </w:r>
          </w:p>
        </w:tc>
        <w:tc>
          <w:tcPr>
            <w:tcW w:w="3119" w:type="dxa"/>
            <w:tcMar>
              <w:top w:w="80" w:type="dxa"/>
              <w:left w:w="80" w:type="dxa"/>
              <w:bottom w:w="80" w:type="dxa"/>
              <w:right w:w="80" w:type="dxa"/>
            </w:tcMar>
            <w:vAlign w:val="center"/>
          </w:tcPr>
          <w:p w14:paraId="0EB91E23" w14:textId="77777777" w:rsidR="00B82D47" w:rsidRPr="00F51F43" w:rsidRDefault="00D01333" w:rsidP="001E6E11">
            <w:pPr>
              <w:spacing w:after="0" w:line="240" w:lineRule="auto"/>
              <w:jc w:val="center"/>
              <w:rPr>
                <w:noProof/>
                <w:sz w:val="20"/>
                <w:szCs w:val="20"/>
                <w:lang w:bidi="en-US"/>
              </w:rPr>
            </w:pPr>
            <w:r w:rsidRPr="00F51F43">
              <w:rPr>
                <w:noProof/>
                <w:sz w:val="20"/>
                <w:szCs w:val="20"/>
                <w:lang w:bidi="en-US"/>
              </w:rPr>
              <w:t xml:space="preserve">Odgojiteljice pripravnice: </w:t>
            </w:r>
            <w:r w:rsidR="001E6E11" w:rsidRPr="00F51F43">
              <w:rPr>
                <w:noProof/>
                <w:sz w:val="20"/>
                <w:szCs w:val="20"/>
                <w:lang w:bidi="en-US"/>
              </w:rPr>
              <w:t>S.G.J. i M.P.</w:t>
            </w:r>
          </w:p>
        </w:tc>
      </w:tr>
      <w:tr w:rsidR="001A029B" w:rsidRPr="00F51F43" w14:paraId="610EF521" w14:textId="77777777" w:rsidTr="00607A89">
        <w:trPr>
          <w:cantSplit/>
          <w:jc w:val="center"/>
        </w:trPr>
        <w:tc>
          <w:tcPr>
            <w:tcW w:w="705" w:type="dxa"/>
            <w:tcMar>
              <w:top w:w="80" w:type="dxa"/>
              <w:left w:w="80" w:type="dxa"/>
              <w:bottom w:w="80" w:type="dxa"/>
              <w:right w:w="80" w:type="dxa"/>
            </w:tcMar>
            <w:vAlign w:val="center"/>
          </w:tcPr>
          <w:p w14:paraId="37935B02" w14:textId="77777777" w:rsidR="00815731" w:rsidRPr="00F51F43" w:rsidRDefault="00B82D47" w:rsidP="00815731">
            <w:pPr>
              <w:spacing w:after="0" w:line="240" w:lineRule="auto"/>
              <w:jc w:val="center"/>
              <w:rPr>
                <w:noProof/>
                <w:sz w:val="20"/>
                <w:szCs w:val="20"/>
                <w:lang w:bidi="en-US"/>
              </w:rPr>
            </w:pPr>
            <w:r w:rsidRPr="00F51F43">
              <w:rPr>
                <w:noProof/>
                <w:sz w:val="20"/>
                <w:szCs w:val="20"/>
                <w:lang w:bidi="en-US"/>
              </w:rPr>
              <w:t>2</w:t>
            </w:r>
            <w:r w:rsidR="00815731" w:rsidRPr="00F51F43">
              <w:rPr>
                <w:noProof/>
                <w:sz w:val="20"/>
                <w:szCs w:val="20"/>
                <w:lang w:bidi="en-US"/>
              </w:rPr>
              <w:t>.</w:t>
            </w:r>
          </w:p>
        </w:tc>
        <w:tc>
          <w:tcPr>
            <w:tcW w:w="1388" w:type="dxa"/>
            <w:tcMar>
              <w:top w:w="80" w:type="dxa"/>
              <w:left w:w="80" w:type="dxa"/>
              <w:bottom w:w="80" w:type="dxa"/>
              <w:right w:w="80" w:type="dxa"/>
            </w:tcMar>
            <w:vAlign w:val="center"/>
          </w:tcPr>
          <w:p w14:paraId="2B1726E2" w14:textId="77777777" w:rsidR="00815731" w:rsidRPr="00F51F43" w:rsidRDefault="001E6E11" w:rsidP="00815731">
            <w:pPr>
              <w:spacing w:after="0" w:line="240" w:lineRule="auto"/>
              <w:jc w:val="center"/>
              <w:rPr>
                <w:noProof/>
                <w:sz w:val="20"/>
                <w:szCs w:val="20"/>
                <w:lang w:bidi="en-US"/>
              </w:rPr>
            </w:pPr>
            <w:r w:rsidRPr="00F51F43">
              <w:rPr>
                <w:noProof/>
                <w:sz w:val="20"/>
                <w:szCs w:val="20"/>
                <w:lang w:bidi="en-US"/>
              </w:rPr>
              <w:t>listopad</w:t>
            </w:r>
            <w:r w:rsidR="00D01333" w:rsidRPr="00F51F43">
              <w:rPr>
                <w:noProof/>
                <w:sz w:val="20"/>
                <w:szCs w:val="20"/>
                <w:lang w:bidi="en-US"/>
              </w:rPr>
              <w:t xml:space="preserve"> </w:t>
            </w:r>
          </w:p>
        </w:tc>
        <w:tc>
          <w:tcPr>
            <w:tcW w:w="1843" w:type="dxa"/>
            <w:tcMar>
              <w:top w:w="80" w:type="dxa"/>
              <w:left w:w="80" w:type="dxa"/>
              <w:bottom w:w="80" w:type="dxa"/>
              <w:right w:w="80" w:type="dxa"/>
            </w:tcMar>
            <w:vAlign w:val="center"/>
          </w:tcPr>
          <w:p w14:paraId="323B66B2" w14:textId="77777777" w:rsidR="00815731" w:rsidRPr="00F51F43" w:rsidRDefault="00D01333" w:rsidP="00815731">
            <w:pPr>
              <w:spacing w:after="0" w:line="240" w:lineRule="auto"/>
              <w:jc w:val="center"/>
              <w:rPr>
                <w:noProof/>
                <w:sz w:val="20"/>
                <w:szCs w:val="20"/>
                <w:lang w:bidi="en-US"/>
              </w:rPr>
            </w:pPr>
            <w:r w:rsidRPr="00F51F43">
              <w:rPr>
                <w:noProof/>
                <w:sz w:val="20"/>
                <w:szCs w:val="20"/>
                <w:lang w:bidi="en-US"/>
              </w:rPr>
              <w:t>AZOO i Učiteljski fakultet Sveučilišta u Zagrebu</w:t>
            </w:r>
          </w:p>
        </w:tc>
        <w:tc>
          <w:tcPr>
            <w:tcW w:w="2409" w:type="dxa"/>
            <w:tcMar>
              <w:top w:w="80" w:type="dxa"/>
              <w:left w:w="80" w:type="dxa"/>
              <w:bottom w:w="80" w:type="dxa"/>
              <w:right w:w="80" w:type="dxa"/>
            </w:tcMar>
            <w:vAlign w:val="center"/>
          </w:tcPr>
          <w:p w14:paraId="2BDF9627" w14:textId="77777777" w:rsidR="00815731" w:rsidRPr="00F51F43" w:rsidRDefault="001E6E11" w:rsidP="00815731">
            <w:pPr>
              <w:spacing w:after="0" w:line="240" w:lineRule="auto"/>
              <w:jc w:val="center"/>
              <w:rPr>
                <w:bCs/>
                <w:noProof/>
                <w:sz w:val="20"/>
                <w:szCs w:val="20"/>
                <w:lang w:bidi="en-US"/>
              </w:rPr>
            </w:pPr>
            <w:r w:rsidRPr="00F51F43">
              <w:rPr>
                <w:bCs/>
                <w:noProof/>
                <w:sz w:val="20"/>
                <w:szCs w:val="20"/>
                <w:lang w:bidi="en-US"/>
              </w:rPr>
              <w:t>Sveti Martin na Muri</w:t>
            </w:r>
          </w:p>
        </w:tc>
        <w:tc>
          <w:tcPr>
            <w:tcW w:w="3402" w:type="dxa"/>
            <w:tcMar>
              <w:top w:w="80" w:type="dxa"/>
              <w:left w:w="80" w:type="dxa"/>
              <w:bottom w:w="80" w:type="dxa"/>
              <w:right w:w="80" w:type="dxa"/>
            </w:tcMar>
            <w:vAlign w:val="center"/>
          </w:tcPr>
          <w:p w14:paraId="3B9027B1" w14:textId="77777777" w:rsidR="00815731" w:rsidRPr="00F51F43" w:rsidRDefault="00D01333" w:rsidP="00815731">
            <w:pPr>
              <w:spacing w:after="0" w:line="240" w:lineRule="auto"/>
              <w:jc w:val="center"/>
              <w:rPr>
                <w:noProof/>
                <w:sz w:val="20"/>
                <w:szCs w:val="20"/>
                <w:lang w:bidi="en-US"/>
              </w:rPr>
            </w:pPr>
            <w:r w:rsidRPr="00F51F43">
              <w:rPr>
                <w:noProof/>
                <w:sz w:val="20"/>
                <w:szCs w:val="20"/>
                <w:lang w:bidi="en-US"/>
              </w:rPr>
              <w:t>Dani predškolskog odgoja</w:t>
            </w:r>
          </w:p>
        </w:tc>
        <w:tc>
          <w:tcPr>
            <w:tcW w:w="1276" w:type="dxa"/>
            <w:tcMar>
              <w:top w:w="80" w:type="dxa"/>
              <w:left w:w="80" w:type="dxa"/>
              <w:bottom w:w="80" w:type="dxa"/>
              <w:right w:w="80" w:type="dxa"/>
            </w:tcMar>
            <w:vAlign w:val="center"/>
          </w:tcPr>
          <w:p w14:paraId="244F7CC1" w14:textId="77777777" w:rsidR="00815731" w:rsidRPr="00F51F43" w:rsidRDefault="00D01333" w:rsidP="00815731">
            <w:pPr>
              <w:spacing w:after="0" w:line="240" w:lineRule="auto"/>
              <w:jc w:val="center"/>
              <w:rPr>
                <w:noProof/>
                <w:sz w:val="20"/>
                <w:szCs w:val="20"/>
                <w:lang w:bidi="en-US"/>
              </w:rPr>
            </w:pPr>
            <w:r w:rsidRPr="00F51F43">
              <w:rPr>
                <w:noProof/>
                <w:sz w:val="20"/>
                <w:szCs w:val="20"/>
                <w:lang w:bidi="en-US"/>
              </w:rPr>
              <w:t>-</w:t>
            </w:r>
          </w:p>
        </w:tc>
        <w:tc>
          <w:tcPr>
            <w:tcW w:w="3119" w:type="dxa"/>
            <w:tcMar>
              <w:top w:w="80" w:type="dxa"/>
              <w:left w:w="80" w:type="dxa"/>
              <w:bottom w:w="80" w:type="dxa"/>
              <w:right w:w="80" w:type="dxa"/>
            </w:tcMar>
            <w:vAlign w:val="center"/>
          </w:tcPr>
          <w:p w14:paraId="1871CE95" w14:textId="77777777" w:rsidR="00815731" w:rsidRPr="00F51F43" w:rsidRDefault="001E6E11" w:rsidP="00815731">
            <w:pPr>
              <w:spacing w:after="0" w:line="240" w:lineRule="auto"/>
              <w:jc w:val="center"/>
              <w:rPr>
                <w:noProof/>
                <w:sz w:val="20"/>
                <w:szCs w:val="20"/>
                <w:lang w:bidi="en-US"/>
              </w:rPr>
            </w:pPr>
            <w:r w:rsidRPr="00F51F43">
              <w:rPr>
                <w:noProof/>
                <w:sz w:val="20"/>
                <w:szCs w:val="20"/>
                <w:lang w:bidi="en-US"/>
              </w:rPr>
              <w:t>J.P., S.B., K.Š., A.M., M.I., I.J., A-M. H.</w:t>
            </w:r>
          </w:p>
        </w:tc>
      </w:tr>
      <w:tr w:rsidR="00D01333" w:rsidRPr="00F51F43" w14:paraId="38A63FB8" w14:textId="77777777" w:rsidTr="00607A89">
        <w:trPr>
          <w:cantSplit/>
          <w:jc w:val="center"/>
        </w:trPr>
        <w:tc>
          <w:tcPr>
            <w:tcW w:w="705" w:type="dxa"/>
            <w:tcMar>
              <w:top w:w="80" w:type="dxa"/>
              <w:left w:w="80" w:type="dxa"/>
              <w:bottom w:w="80" w:type="dxa"/>
              <w:right w:w="80" w:type="dxa"/>
            </w:tcMar>
            <w:vAlign w:val="center"/>
          </w:tcPr>
          <w:p w14:paraId="15DEEC60" w14:textId="77777777" w:rsidR="00D01333" w:rsidRPr="00F51F43" w:rsidRDefault="00B720FC" w:rsidP="00815731">
            <w:pPr>
              <w:spacing w:after="0" w:line="240" w:lineRule="auto"/>
              <w:jc w:val="center"/>
              <w:rPr>
                <w:noProof/>
                <w:sz w:val="20"/>
                <w:szCs w:val="20"/>
                <w:lang w:bidi="en-US"/>
              </w:rPr>
            </w:pPr>
            <w:r w:rsidRPr="00F51F43">
              <w:rPr>
                <w:noProof/>
                <w:sz w:val="20"/>
                <w:szCs w:val="20"/>
                <w:lang w:bidi="en-US"/>
              </w:rPr>
              <w:t xml:space="preserve">3. </w:t>
            </w:r>
          </w:p>
        </w:tc>
        <w:tc>
          <w:tcPr>
            <w:tcW w:w="1388" w:type="dxa"/>
            <w:tcMar>
              <w:top w:w="80" w:type="dxa"/>
              <w:left w:w="80" w:type="dxa"/>
              <w:bottom w:w="80" w:type="dxa"/>
              <w:right w:w="80" w:type="dxa"/>
            </w:tcMar>
            <w:vAlign w:val="center"/>
          </w:tcPr>
          <w:p w14:paraId="241EDC3E" w14:textId="77777777" w:rsidR="00D01333" w:rsidRPr="00F51F43" w:rsidRDefault="00B720FC" w:rsidP="00815731">
            <w:pPr>
              <w:spacing w:after="0" w:line="240" w:lineRule="auto"/>
              <w:jc w:val="center"/>
              <w:rPr>
                <w:noProof/>
                <w:sz w:val="20"/>
                <w:szCs w:val="20"/>
                <w:lang w:bidi="en-US"/>
              </w:rPr>
            </w:pPr>
            <w:r w:rsidRPr="00F51F43">
              <w:rPr>
                <w:noProof/>
                <w:sz w:val="20"/>
                <w:szCs w:val="20"/>
                <w:lang w:bidi="en-US"/>
              </w:rPr>
              <w:t>Tokom ped. god.</w:t>
            </w:r>
          </w:p>
        </w:tc>
        <w:tc>
          <w:tcPr>
            <w:tcW w:w="1843" w:type="dxa"/>
            <w:tcMar>
              <w:top w:w="80" w:type="dxa"/>
              <w:left w:w="80" w:type="dxa"/>
              <w:bottom w:w="80" w:type="dxa"/>
              <w:right w:w="80" w:type="dxa"/>
            </w:tcMar>
            <w:vAlign w:val="center"/>
          </w:tcPr>
          <w:p w14:paraId="4EF4074C" w14:textId="77777777" w:rsidR="00D01333" w:rsidRPr="00F51F43" w:rsidRDefault="00B720FC" w:rsidP="00815731">
            <w:pPr>
              <w:spacing w:after="0" w:line="240" w:lineRule="auto"/>
              <w:jc w:val="center"/>
              <w:rPr>
                <w:noProof/>
                <w:sz w:val="20"/>
                <w:szCs w:val="20"/>
                <w:lang w:bidi="en-US"/>
              </w:rPr>
            </w:pPr>
            <w:r w:rsidRPr="00F51F43">
              <w:rPr>
                <w:noProof/>
                <w:sz w:val="20"/>
                <w:szCs w:val="20"/>
                <w:lang w:bidi="en-US"/>
              </w:rPr>
              <w:t>AZOO i dr. ustanove</w:t>
            </w:r>
          </w:p>
        </w:tc>
        <w:tc>
          <w:tcPr>
            <w:tcW w:w="2409" w:type="dxa"/>
            <w:tcMar>
              <w:top w:w="80" w:type="dxa"/>
              <w:left w:w="80" w:type="dxa"/>
              <w:bottom w:w="80" w:type="dxa"/>
              <w:right w:w="80" w:type="dxa"/>
            </w:tcMar>
            <w:vAlign w:val="center"/>
          </w:tcPr>
          <w:p w14:paraId="02C8C11C" w14:textId="77777777" w:rsidR="00D01333" w:rsidRPr="00F51F43" w:rsidRDefault="00B720FC" w:rsidP="00815731">
            <w:pPr>
              <w:spacing w:after="0" w:line="240" w:lineRule="auto"/>
              <w:jc w:val="center"/>
              <w:rPr>
                <w:bCs/>
                <w:noProof/>
                <w:sz w:val="20"/>
                <w:szCs w:val="20"/>
                <w:lang w:bidi="en-US"/>
              </w:rPr>
            </w:pPr>
            <w:r w:rsidRPr="00F51F43">
              <w:rPr>
                <w:bCs/>
                <w:noProof/>
                <w:sz w:val="20"/>
                <w:szCs w:val="20"/>
                <w:lang w:bidi="en-US"/>
              </w:rPr>
              <w:t>-</w:t>
            </w:r>
          </w:p>
        </w:tc>
        <w:tc>
          <w:tcPr>
            <w:tcW w:w="3402" w:type="dxa"/>
            <w:tcMar>
              <w:top w:w="80" w:type="dxa"/>
              <w:left w:w="80" w:type="dxa"/>
              <w:bottom w:w="80" w:type="dxa"/>
              <w:right w:w="80" w:type="dxa"/>
            </w:tcMar>
            <w:vAlign w:val="center"/>
          </w:tcPr>
          <w:p w14:paraId="6AA5021F" w14:textId="77777777" w:rsidR="00D01333" w:rsidRPr="00F51F43" w:rsidRDefault="00B720FC" w:rsidP="00815731">
            <w:pPr>
              <w:spacing w:after="0" w:line="240" w:lineRule="auto"/>
              <w:jc w:val="center"/>
              <w:rPr>
                <w:noProof/>
                <w:sz w:val="20"/>
                <w:szCs w:val="20"/>
                <w:lang w:bidi="en-US"/>
              </w:rPr>
            </w:pPr>
            <w:r w:rsidRPr="00F51F43">
              <w:rPr>
                <w:noProof/>
                <w:sz w:val="20"/>
                <w:szCs w:val="20"/>
                <w:lang w:bidi="en-US"/>
              </w:rPr>
              <w:t>Prema interesu odgojiteljica</w:t>
            </w:r>
          </w:p>
        </w:tc>
        <w:tc>
          <w:tcPr>
            <w:tcW w:w="1276" w:type="dxa"/>
            <w:tcMar>
              <w:top w:w="80" w:type="dxa"/>
              <w:left w:w="80" w:type="dxa"/>
              <w:bottom w:w="80" w:type="dxa"/>
              <w:right w:w="80" w:type="dxa"/>
            </w:tcMar>
            <w:vAlign w:val="center"/>
          </w:tcPr>
          <w:p w14:paraId="574F4CE2" w14:textId="77777777" w:rsidR="00D01333" w:rsidRPr="00F51F43" w:rsidRDefault="00B720FC" w:rsidP="00815731">
            <w:pPr>
              <w:spacing w:after="0" w:line="240" w:lineRule="auto"/>
              <w:jc w:val="center"/>
              <w:rPr>
                <w:noProof/>
                <w:sz w:val="20"/>
                <w:szCs w:val="20"/>
                <w:lang w:bidi="en-US"/>
              </w:rPr>
            </w:pPr>
            <w:r w:rsidRPr="00F51F43">
              <w:rPr>
                <w:noProof/>
                <w:sz w:val="20"/>
                <w:szCs w:val="20"/>
                <w:lang w:bidi="en-US"/>
              </w:rPr>
              <w:t>-</w:t>
            </w:r>
          </w:p>
        </w:tc>
        <w:tc>
          <w:tcPr>
            <w:tcW w:w="3119" w:type="dxa"/>
            <w:tcMar>
              <w:top w:w="80" w:type="dxa"/>
              <w:left w:w="80" w:type="dxa"/>
              <w:bottom w:w="80" w:type="dxa"/>
              <w:right w:w="80" w:type="dxa"/>
            </w:tcMar>
            <w:vAlign w:val="center"/>
          </w:tcPr>
          <w:p w14:paraId="184560FB" w14:textId="77777777" w:rsidR="00D01333" w:rsidRPr="00F51F43" w:rsidRDefault="00B720FC" w:rsidP="00815731">
            <w:pPr>
              <w:spacing w:after="0" w:line="240" w:lineRule="auto"/>
              <w:jc w:val="center"/>
              <w:rPr>
                <w:noProof/>
                <w:sz w:val="20"/>
                <w:szCs w:val="20"/>
                <w:lang w:bidi="en-US"/>
              </w:rPr>
            </w:pPr>
            <w:r w:rsidRPr="00F51F43">
              <w:rPr>
                <w:noProof/>
                <w:sz w:val="20"/>
                <w:szCs w:val="20"/>
                <w:lang w:bidi="en-US"/>
              </w:rPr>
              <w:t>Odgojiteljice, pedagoginja, ravnateljica</w:t>
            </w:r>
          </w:p>
        </w:tc>
      </w:tr>
    </w:tbl>
    <w:p w14:paraId="5CE75B12" w14:textId="77777777" w:rsidR="00815731" w:rsidRPr="00F51F43" w:rsidRDefault="00815731" w:rsidP="0081617B">
      <w:pPr>
        <w:tabs>
          <w:tab w:val="left" w:pos="709"/>
        </w:tabs>
        <w:rPr>
          <w:noProof/>
        </w:rPr>
      </w:pPr>
    </w:p>
    <w:p w14:paraId="329DAA97" w14:textId="77777777" w:rsidR="00540836" w:rsidRPr="00F51F43" w:rsidRDefault="001E6E11" w:rsidP="0081617B">
      <w:pPr>
        <w:tabs>
          <w:tab w:val="left" w:pos="709"/>
        </w:tabs>
        <w:rPr>
          <w:noProof/>
        </w:rPr>
        <w:sectPr w:rsidR="00540836" w:rsidRPr="00F51F43" w:rsidSect="00C103C8">
          <w:pgSz w:w="16840" w:h="11907" w:orient="landscape" w:code="9"/>
          <w:pgMar w:top="1417" w:right="1440" w:bottom="1418" w:left="1440" w:header="720" w:footer="720" w:gutter="0"/>
          <w:cols w:space="720"/>
          <w:docGrid w:linePitch="326"/>
        </w:sectPr>
      </w:pPr>
      <w:r w:rsidRPr="00F51F43">
        <w:rPr>
          <w:noProof/>
        </w:rPr>
        <w:t>S obzirom na to da u trenutku izrade Godišnjeg plana i programa nije dostupan cjelovit Plan i program stručnog usavršavanja Agencije za odgoj i obrazovanje, nije bilo moguće u potpunosti definirati plan stručnog usavršavanja izvan ustanove. Tijekom pedagoške godine planira se kontinuirano uključivanje odgojitelja, stručnih suradnika i ravnatelja u dostupne stručne skupove, edukacije i druge oblike profesionalnog usavršavanja u području ranog i predškolskog odgoja i obrazovanja, sukladno aktualnoj ponudi i iskazanim potrebama ustanove i djelatnika.</w:t>
      </w:r>
    </w:p>
    <w:p w14:paraId="65A62FA8" w14:textId="77777777" w:rsidR="00B673DD" w:rsidRPr="00F51F43" w:rsidRDefault="005550AC" w:rsidP="00307ADD">
      <w:pPr>
        <w:pStyle w:val="Naslov2"/>
        <w:rPr>
          <w:noProof/>
        </w:rPr>
      </w:pPr>
      <w:bookmarkStart w:id="36" w:name="_Toc241563352"/>
      <w:r w:rsidRPr="00F51F43">
        <w:rPr>
          <w:noProof/>
        </w:rPr>
        <w:lastRenderedPageBreak/>
        <w:t>6.</w:t>
      </w:r>
      <w:r w:rsidR="00290A38" w:rsidRPr="00F51F43">
        <w:rPr>
          <w:noProof/>
        </w:rPr>
        <w:t>4</w:t>
      </w:r>
      <w:r w:rsidRPr="00F51F43">
        <w:rPr>
          <w:noProof/>
        </w:rPr>
        <w:t xml:space="preserve">. </w:t>
      </w:r>
      <w:r w:rsidR="0082196E" w:rsidRPr="00F51F43">
        <w:rPr>
          <w:noProof/>
        </w:rPr>
        <w:t>RADNI DOGOVORI</w:t>
      </w:r>
      <w:r w:rsidR="00EF5A76" w:rsidRPr="00F51F43">
        <w:rPr>
          <w:noProof/>
        </w:rPr>
        <w:t xml:space="preserve"> I</w:t>
      </w:r>
      <w:r w:rsidR="00BA6448" w:rsidRPr="00F51F43">
        <w:rPr>
          <w:noProof/>
        </w:rPr>
        <w:t xml:space="preserve"> INTERNI STRUČNI AKTIVI</w:t>
      </w:r>
      <w:bookmarkEnd w:id="36"/>
    </w:p>
    <w:p w14:paraId="337F20D7" w14:textId="77777777" w:rsidR="00B673DD" w:rsidRPr="00F51F43" w:rsidRDefault="00B673DD" w:rsidP="00B673DD">
      <w:pPr>
        <w:ind w:firstLine="720"/>
        <w:rPr>
          <w:noProof/>
        </w:rPr>
      </w:pPr>
      <w:r w:rsidRPr="00F51F43">
        <w:rPr>
          <w:noProof/>
        </w:rPr>
        <w:t>U skladu s praćenje</w:t>
      </w:r>
      <w:r w:rsidR="00BD768F" w:rsidRPr="00F51F43">
        <w:rPr>
          <w:noProof/>
        </w:rPr>
        <w:t>m dječjih interesa, jednom mjesečno</w:t>
      </w:r>
      <w:r w:rsidR="001A694E" w:rsidRPr="00F51F43">
        <w:rPr>
          <w:noProof/>
        </w:rPr>
        <w:t xml:space="preserve"> održavat će se radni dogovori</w:t>
      </w:r>
      <w:r w:rsidRPr="00F51F43">
        <w:rPr>
          <w:noProof/>
        </w:rPr>
        <w:t xml:space="preserve"> na kojima će se diskutirati i planirati promjene prostorno-materijalnog okruženja kako bi djeca neprestano imala </w:t>
      </w:r>
      <w:r w:rsidR="00C2765E" w:rsidRPr="00F51F43">
        <w:rPr>
          <w:noProof/>
        </w:rPr>
        <w:t>za</w:t>
      </w:r>
      <w:r w:rsidRPr="00F51F43">
        <w:rPr>
          <w:noProof/>
        </w:rPr>
        <w:t xml:space="preserve">okupiranu pažnju i kako bi svi njihovi interesi i potrebe bili zadovoljeni. </w:t>
      </w:r>
      <w:r w:rsidR="001A3BF8" w:rsidRPr="00F51F43">
        <w:rPr>
          <w:noProof/>
        </w:rPr>
        <w:t>Stručni aktiv može se sazvati</w:t>
      </w:r>
      <w:r w:rsidR="001A694E" w:rsidRPr="00F51F43">
        <w:rPr>
          <w:noProof/>
        </w:rPr>
        <w:t xml:space="preserve"> kako bi se na razini svih područnih objekata dogovorili jednaki principi rada, provođenja različitih programa, vođenja pedagoške dokumentacije te zbog</w:t>
      </w:r>
      <w:r w:rsidR="001A3BF8" w:rsidRPr="00F51F43">
        <w:rPr>
          <w:noProof/>
        </w:rPr>
        <w:t xml:space="preserve"> dogovora o načinu rada s pojedinim djetetom ili bilo kojeg problema koji iskrsne tijekom pedagoške godine. </w:t>
      </w:r>
      <w:r w:rsidR="0082196E" w:rsidRPr="00F51F43">
        <w:rPr>
          <w:noProof/>
        </w:rPr>
        <w:t>Radni dogovori odnose se i na pl</w:t>
      </w:r>
      <w:r w:rsidR="00562F64" w:rsidRPr="00F51F43">
        <w:rPr>
          <w:noProof/>
        </w:rPr>
        <w:t>aniranje uključivanja</w:t>
      </w:r>
      <w:r w:rsidR="0082196E" w:rsidRPr="00F51F43">
        <w:rPr>
          <w:noProof/>
        </w:rPr>
        <w:t xml:space="preserve"> u javna</w:t>
      </w:r>
      <w:r w:rsidR="001A694E" w:rsidRPr="00F51F43">
        <w:rPr>
          <w:noProof/>
        </w:rPr>
        <w:t xml:space="preserve"> i kulturna događanja na nivou G</w:t>
      </w:r>
      <w:r w:rsidR="0082196E" w:rsidRPr="00F51F43">
        <w:rPr>
          <w:noProof/>
        </w:rPr>
        <w:t>rada</w:t>
      </w:r>
      <w:r w:rsidR="001A694E" w:rsidRPr="00F51F43">
        <w:rPr>
          <w:noProof/>
        </w:rPr>
        <w:t xml:space="preserve"> Koprivnice, Općina osnivača</w:t>
      </w:r>
      <w:r w:rsidR="0082196E" w:rsidRPr="00F51F43">
        <w:rPr>
          <w:noProof/>
        </w:rPr>
        <w:t xml:space="preserve"> i u ustanovi, podjelu zaduženja (kratkoročna i dugoroč</w:t>
      </w:r>
      <w:r w:rsidR="001A694E" w:rsidRPr="00F51F43">
        <w:rPr>
          <w:noProof/>
        </w:rPr>
        <w:t>na), rasprave o radnim listićima na nivou cijele ustanove</w:t>
      </w:r>
      <w:r w:rsidR="0082196E" w:rsidRPr="00F51F43">
        <w:rPr>
          <w:noProof/>
        </w:rPr>
        <w:t>, listama praćenja</w:t>
      </w:r>
      <w:r w:rsidR="001A694E" w:rsidRPr="00F51F43">
        <w:rPr>
          <w:noProof/>
        </w:rPr>
        <w:t xml:space="preserve"> razvoja djeteta</w:t>
      </w:r>
      <w:r w:rsidR="0082196E" w:rsidRPr="00F51F43">
        <w:rPr>
          <w:noProof/>
        </w:rPr>
        <w:t>, dogovore i konkretizacij</w:t>
      </w:r>
      <w:r w:rsidR="00562F64" w:rsidRPr="00F51F43">
        <w:rPr>
          <w:noProof/>
        </w:rPr>
        <w:t>u materijala i priloga potrebnih</w:t>
      </w:r>
      <w:r w:rsidR="0082196E" w:rsidRPr="00F51F43">
        <w:rPr>
          <w:noProof/>
        </w:rPr>
        <w:t xml:space="preserve"> za refleksije i sl. Nositelji radnih dogovora su ravnatelj</w:t>
      </w:r>
      <w:r w:rsidR="00BD768F" w:rsidRPr="00F51F43">
        <w:rPr>
          <w:noProof/>
        </w:rPr>
        <w:t>ica te stručne suradnice pedagoginja i psihologinja.</w:t>
      </w:r>
    </w:p>
    <w:p w14:paraId="2F1BA5A8" w14:textId="77777777" w:rsidR="009622AC" w:rsidRPr="00F51F43" w:rsidRDefault="009622AC" w:rsidP="00B673DD">
      <w:pPr>
        <w:tabs>
          <w:tab w:val="left" w:pos="3544"/>
        </w:tabs>
        <w:rPr>
          <w:b/>
          <w:i/>
          <w:noProof/>
        </w:rPr>
      </w:pPr>
    </w:p>
    <w:p w14:paraId="52AEF7CB" w14:textId="77777777" w:rsidR="00B673DD" w:rsidRPr="00F51F43" w:rsidRDefault="005550AC" w:rsidP="00373169">
      <w:pPr>
        <w:pStyle w:val="Naslov2"/>
        <w:rPr>
          <w:noProof/>
        </w:rPr>
      </w:pPr>
      <w:bookmarkStart w:id="37" w:name="_Toc241563353"/>
      <w:r w:rsidRPr="00F51F43">
        <w:rPr>
          <w:noProof/>
        </w:rPr>
        <w:t>6.</w:t>
      </w:r>
      <w:r w:rsidR="00290A38" w:rsidRPr="00F51F43">
        <w:rPr>
          <w:noProof/>
        </w:rPr>
        <w:t>5</w:t>
      </w:r>
      <w:r w:rsidRPr="00F51F43">
        <w:rPr>
          <w:noProof/>
        </w:rPr>
        <w:t xml:space="preserve">. </w:t>
      </w:r>
      <w:r w:rsidR="00B673DD" w:rsidRPr="00F51F43">
        <w:rPr>
          <w:noProof/>
        </w:rPr>
        <w:t>MJESEČNO PLANIRANJE</w:t>
      </w:r>
      <w:bookmarkEnd w:id="37"/>
    </w:p>
    <w:p w14:paraId="1D6517D1" w14:textId="77777777" w:rsidR="00B673DD" w:rsidRPr="00F51F43" w:rsidRDefault="00562F64" w:rsidP="00C26993">
      <w:pPr>
        <w:ind w:firstLine="720"/>
        <w:rPr>
          <w:noProof/>
        </w:rPr>
      </w:pPr>
      <w:r w:rsidRPr="00F51F43">
        <w:rPr>
          <w:noProof/>
        </w:rPr>
        <w:t>Posljednjeg tjedna</w:t>
      </w:r>
      <w:r w:rsidR="00B673DD" w:rsidRPr="00F51F43">
        <w:rPr>
          <w:noProof/>
        </w:rPr>
        <w:t xml:space="preserve"> u mje</w:t>
      </w:r>
      <w:r w:rsidR="00740183" w:rsidRPr="00F51F43">
        <w:rPr>
          <w:noProof/>
        </w:rPr>
        <w:t>secu</w:t>
      </w:r>
      <w:r w:rsidRPr="00F51F43">
        <w:rPr>
          <w:noProof/>
        </w:rPr>
        <w:t xml:space="preserve"> provodit će se</w:t>
      </w:r>
      <w:r w:rsidR="00EF5A76" w:rsidRPr="00F51F43">
        <w:rPr>
          <w:noProof/>
        </w:rPr>
        <w:t xml:space="preserve"> mjesečno planiranje za</w:t>
      </w:r>
      <w:r w:rsidR="00740183" w:rsidRPr="00F51F43">
        <w:rPr>
          <w:noProof/>
        </w:rPr>
        <w:t xml:space="preserve"> jaslič</w:t>
      </w:r>
      <w:r w:rsidR="00B673DD" w:rsidRPr="00F51F43">
        <w:rPr>
          <w:noProof/>
        </w:rPr>
        <w:t>k</w:t>
      </w:r>
      <w:r w:rsidR="00EF5A76" w:rsidRPr="00F51F43">
        <w:rPr>
          <w:noProof/>
        </w:rPr>
        <w:t>e</w:t>
      </w:r>
      <w:r w:rsidR="00767FA2" w:rsidRPr="00F51F43">
        <w:rPr>
          <w:noProof/>
        </w:rPr>
        <w:t xml:space="preserve"> </w:t>
      </w:r>
      <w:r w:rsidR="00EF5A76" w:rsidRPr="00F51F43">
        <w:rPr>
          <w:noProof/>
        </w:rPr>
        <w:t>i vrtićke</w:t>
      </w:r>
      <w:r w:rsidRPr="00F51F43">
        <w:rPr>
          <w:noProof/>
        </w:rPr>
        <w:t xml:space="preserve"> </w:t>
      </w:r>
      <w:r w:rsidR="00EF5A76" w:rsidRPr="00F51F43">
        <w:rPr>
          <w:noProof/>
        </w:rPr>
        <w:t>skupine</w:t>
      </w:r>
      <w:r w:rsidR="00767FA2" w:rsidRPr="00F51F43">
        <w:rPr>
          <w:noProof/>
        </w:rPr>
        <w:t xml:space="preserve"> za sljedeći mjesec. </w:t>
      </w:r>
      <w:r w:rsidR="00C21CC8" w:rsidRPr="00F51F43">
        <w:rPr>
          <w:noProof/>
        </w:rPr>
        <w:t xml:space="preserve">Kako su područni objekti prilično udaljeni jedan od drugog, </w:t>
      </w:r>
      <w:r w:rsidR="00C26993" w:rsidRPr="00F51F43">
        <w:rPr>
          <w:noProof/>
        </w:rPr>
        <w:t>mjesečni planovi slat će se</w:t>
      </w:r>
      <w:r w:rsidR="00C21CC8" w:rsidRPr="00F51F43">
        <w:rPr>
          <w:noProof/>
        </w:rPr>
        <w:t xml:space="preserve"> na uvid ravnateljici i pedagoginji elektroničkim putem.</w:t>
      </w:r>
    </w:p>
    <w:p w14:paraId="4A4F6413" w14:textId="77777777" w:rsidR="00C2765E" w:rsidRPr="00F51F43" w:rsidRDefault="00C2765E" w:rsidP="005550AC">
      <w:pPr>
        <w:tabs>
          <w:tab w:val="left" w:pos="3544"/>
        </w:tabs>
        <w:rPr>
          <w:b/>
          <w:noProof/>
        </w:rPr>
      </w:pPr>
    </w:p>
    <w:p w14:paraId="62BEFAC0" w14:textId="77777777" w:rsidR="005550AC" w:rsidRPr="00F51F43" w:rsidRDefault="005550AC" w:rsidP="00373169">
      <w:pPr>
        <w:pStyle w:val="Naslov2"/>
        <w:rPr>
          <w:noProof/>
        </w:rPr>
      </w:pPr>
      <w:bookmarkStart w:id="38" w:name="_Toc241563354"/>
      <w:r w:rsidRPr="00F51F43">
        <w:rPr>
          <w:noProof/>
        </w:rPr>
        <w:t>6.</w:t>
      </w:r>
      <w:r w:rsidR="00290A38" w:rsidRPr="00F51F43">
        <w:rPr>
          <w:noProof/>
        </w:rPr>
        <w:t>6</w:t>
      </w:r>
      <w:r w:rsidRPr="00F51F43">
        <w:rPr>
          <w:noProof/>
        </w:rPr>
        <w:t xml:space="preserve">. </w:t>
      </w:r>
      <w:r w:rsidR="00562F64" w:rsidRPr="00F51F43">
        <w:rPr>
          <w:noProof/>
        </w:rPr>
        <w:t>PLAN RADA S</w:t>
      </w:r>
      <w:r w:rsidR="00767FA2" w:rsidRPr="00F51F43">
        <w:rPr>
          <w:noProof/>
        </w:rPr>
        <w:t xml:space="preserve"> PRIPRAVNICIMA</w:t>
      </w:r>
      <w:bookmarkEnd w:id="38"/>
    </w:p>
    <w:p w14:paraId="53A68D63" w14:textId="77777777" w:rsidR="0049401F" w:rsidRPr="00F51F43" w:rsidRDefault="00562F64" w:rsidP="00F812D8">
      <w:pPr>
        <w:tabs>
          <w:tab w:val="left" w:pos="709"/>
        </w:tabs>
        <w:rPr>
          <w:bCs/>
          <w:noProof/>
        </w:rPr>
      </w:pPr>
      <w:r w:rsidRPr="00F51F43">
        <w:rPr>
          <w:b/>
          <w:noProof/>
        </w:rPr>
        <w:tab/>
      </w:r>
      <w:r w:rsidR="00BD768F" w:rsidRPr="00F51F43">
        <w:rPr>
          <w:noProof/>
        </w:rPr>
        <w:t>Odgojiteljice S.G.J.. i M.P.</w:t>
      </w:r>
      <w:r w:rsidR="00B720FC" w:rsidRPr="00F51F43">
        <w:rPr>
          <w:noProof/>
        </w:rPr>
        <w:t xml:space="preserve"> svoj su pripravnički staž</w:t>
      </w:r>
      <w:r w:rsidR="00BD768F" w:rsidRPr="00F51F43">
        <w:rPr>
          <w:noProof/>
        </w:rPr>
        <w:t xml:space="preserve"> započele u rujnu 2026. godine.</w:t>
      </w:r>
      <w:r w:rsidR="00B720FC" w:rsidRPr="00F51F43">
        <w:rPr>
          <w:noProof/>
        </w:rPr>
        <w:t xml:space="preserve"> </w:t>
      </w:r>
      <w:r w:rsidR="00CE5F0B" w:rsidRPr="00F51F43">
        <w:rPr>
          <w:bCs/>
          <w:noProof/>
        </w:rPr>
        <w:t>Tijek stažiranja odgojiteljic</w:t>
      </w:r>
      <w:r w:rsidR="0049401F" w:rsidRPr="00F51F43">
        <w:rPr>
          <w:bCs/>
          <w:noProof/>
        </w:rPr>
        <w:t xml:space="preserve">a </w:t>
      </w:r>
      <w:r w:rsidR="00CE5F0B" w:rsidRPr="00F51F43">
        <w:rPr>
          <w:bCs/>
          <w:noProof/>
        </w:rPr>
        <w:t>detaljnije je razrađen u Programu pripravničkog staža. Nakon proteka perioda pripravništva, ustanova će odgojiteljic</w:t>
      </w:r>
      <w:r w:rsidR="0049401F" w:rsidRPr="00F51F43">
        <w:rPr>
          <w:bCs/>
          <w:noProof/>
        </w:rPr>
        <w:t>e</w:t>
      </w:r>
      <w:r w:rsidR="00CE5F0B" w:rsidRPr="00F51F43">
        <w:rPr>
          <w:bCs/>
          <w:noProof/>
        </w:rPr>
        <w:t xml:space="preserve"> pripravni</w:t>
      </w:r>
      <w:r w:rsidR="0049401F" w:rsidRPr="00F51F43">
        <w:rPr>
          <w:bCs/>
          <w:noProof/>
        </w:rPr>
        <w:t>ce</w:t>
      </w:r>
      <w:r w:rsidR="00CE5F0B" w:rsidRPr="00F51F43">
        <w:rPr>
          <w:bCs/>
          <w:noProof/>
        </w:rPr>
        <w:t xml:space="preserve"> prijaviti za polaganje stručnog ispita.  </w:t>
      </w:r>
      <w:r w:rsidR="0049401F" w:rsidRPr="00F51F43">
        <w:rPr>
          <w:bCs/>
          <w:noProof/>
        </w:rPr>
        <w:tab/>
      </w:r>
    </w:p>
    <w:p w14:paraId="378AEF8C" w14:textId="77777777" w:rsidR="00BD768F" w:rsidRPr="00F51F43" w:rsidRDefault="00A44403" w:rsidP="00BD768F">
      <w:pPr>
        <w:tabs>
          <w:tab w:val="left" w:pos="709"/>
        </w:tabs>
        <w:rPr>
          <w:bCs/>
          <w:noProof/>
        </w:rPr>
      </w:pPr>
      <w:r w:rsidRPr="00F51F43">
        <w:rPr>
          <w:noProof/>
        </w:rPr>
        <w:tab/>
      </w:r>
      <w:r w:rsidR="00BD768F" w:rsidRPr="00F51F43">
        <w:rPr>
          <w:noProof/>
        </w:rPr>
        <w:t>Odgojiteljica L.G. završila je svoj prip</w:t>
      </w:r>
      <w:r w:rsidRPr="00F51F43">
        <w:rPr>
          <w:noProof/>
        </w:rPr>
        <w:t>r</w:t>
      </w:r>
      <w:r w:rsidR="00BD768F" w:rsidRPr="00F51F43">
        <w:rPr>
          <w:noProof/>
        </w:rPr>
        <w:t>avnički staž u rujnu 2026. i izvršila sve obveze iz Programa pripravničkog staža te će je vrtić prijaviti za polaganje stručnog ispita, za nadolazeći ispitni rok u studenom 2026</w:t>
      </w:r>
      <w:r w:rsidRPr="00F51F43">
        <w:rPr>
          <w:noProof/>
        </w:rPr>
        <w:t>. godine.</w:t>
      </w:r>
    </w:p>
    <w:p w14:paraId="6814ACDE" w14:textId="77777777" w:rsidR="009762B8" w:rsidRPr="00F51F43" w:rsidRDefault="00F812D8" w:rsidP="001731FF">
      <w:pPr>
        <w:tabs>
          <w:tab w:val="left" w:pos="709"/>
        </w:tabs>
        <w:rPr>
          <w:noProof/>
        </w:rPr>
      </w:pPr>
      <w:r w:rsidRPr="00F51F43">
        <w:rPr>
          <w:noProof/>
        </w:rPr>
        <w:tab/>
      </w:r>
      <w:r w:rsidR="0082196E" w:rsidRPr="00F51F43">
        <w:rPr>
          <w:noProof/>
        </w:rPr>
        <w:tab/>
      </w:r>
    </w:p>
    <w:p w14:paraId="7C38A6C6" w14:textId="77777777" w:rsidR="009762B8" w:rsidRPr="00F51F43" w:rsidRDefault="000473DD" w:rsidP="00373169">
      <w:pPr>
        <w:pStyle w:val="Naslov2"/>
        <w:rPr>
          <w:noProof/>
        </w:rPr>
      </w:pPr>
      <w:bookmarkStart w:id="39" w:name="_Toc241563355"/>
      <w:r w:rsidRPr="00F51F43">
        <w:rPr>
          <w:noProof/>
        </w:rPr>
        <w:lastRenderedPageBreak/>
        <w:t>6.</w:t>
      </w:r>
      <w:r w:rsidR="00341F20" w:rsidRPr="00F51F43">
        <w:rPr>
          <w:noProof/>
        </w:rPr>
        <w:t>7</w:t>
      </w:r>
      <w:r w:rsidRPr="00F51F43">
        <w:rPr>
          <w:noProof/>
        </w:rPr>
        <w:t>.</w:t>
      </w:r>
      <w:r w:rsidR="009762B8" w:rsidRPr="00F51F43">
        <w:rPr>
          <w:noProof/>
        </w:rPr>
        <w:t xml:space="preserve"> STRUČNO-PEDAGOŠKA PRAKSA STUDENATA</w:t>
      </w:r>
      <w:bookmarkEnd w:id="39"/>
    </w:p>
    <w:p w14:paraId="2462E9E0" w14:textId="77777777" w:rsidR="009762B8" w:rsidRPr="00F51F43" w:rsidRDefault="009762B8" w:rsidP="009762B8">
      <w:pPr>
        <w:tabs>
          <w:tab w:val="left" w:pos="709"/>
        </w:tabs>
        <w:rPr>
          <w:noProof/>
        </w:rPr>
      </w:pPr>
      <w:r w:rsidRPr="00F51F43">
        <w:rPr>
          <w:noProof/>
        </w:rPr>
        <w:t>Realizacija stručno-pedagoške prakse</w:t>
      </w:r>
      <w:r w:rsidR="00740183" w:rsidRPr="00F51F43">
        <w:rPr>
          <w:noProof/>
        </w:rPr>
        <w:t xml:space="preserve"> odvija se</w:t>
      </w:r>
      <w:r w:rsidRPr="00F51F43">
        <w:rPr>
          <w:noProof/>
        </w:rPr>
        <w:t xml:space="preserve"> po modelu:</w:t>
      </w:r>
    </w:p>
    <w:p w14:paraId="01B2F83E" w14:textId="77777777" w:rsidR="009762B8" w:rsidRPr="00F51F43" w:rsidRDefault="000473DD" w:rsidP="009762B8">
      <w:pPr>
        <w:tabs>
          <w:tab w:val="left" w:pos="709"/>
        </w:tabs>
        <w:rPr>
          <w:noProof/>
        </w:rPr>
      </w:pPr>
      <w:r w:rsidRPr="00F51F43">
        <w:rPr>
          <w:noProof/>
        </w:rPr>
        <w:t xml:space="preserve">- inicijalni razgovor s </w:t>
      </w:r>
      <w:r w:rsidR="00D3694F" w:rsidRPr="00F51F43">
        <w:rPr>
          <w:noProof/>
        </w:rPr>
        <w:t xml:space="preserve">ravnateljicom i </w:t>
      </w:r>
      <w:r w:rsidRPr="00F51F43">
        <w:rPr>
          <w:noProof/>
        </w:rPr>
        <w:t>pedagoginjom</w:t>
      </w:r>
    </w:p>
    <w:p w14:paraId="49EA0909" w14:textId="77777777" w:rsidR="000473DD" w:rsidRPr="00F51F43" w:rsidRDefault="000473DD" w:rsidP="009762B8">
      <w:pPr>
        <w:tabs>
          <w:tab w:val="left" w:pos="709"/>
        </w:tabs>
        <w:rPr>
          <w:noProof/>
        </w:rPr>
      </w:pPr>
      <w:r w:rsidRPr="00F51F43">
        <w:rPr>
          <w:noProof/>
        </w:rPr>
        <w:t xml:space="preserve">- izrada </w:t>
      </w:r>
      <w:r w:rsidR="00F812D8" w:rsidRPr="00F51F43">
        <w:rPr>
          <w:noProof/>
        </w:rPr>
        <w:t>P</w:t>
      </w:r>
      <w:r w:rsidR="00D3694F" w:rsidRPr="00F51F43">
        <w:rPr>
          <w:noProof/>
        </w:rPr>
        <w:t xml:space="preserve">lana i </w:t>
      </w:r>
      <w:r w:rsidRPr="00F51F43">
        <w:rPr>
          <w:noProof/>
        </w:rPr>
        <w:t>programa stručno-pedagoške prakse</w:t>
      </w:r>
    </w:p>
    <w:p w14:paraId="3269860C" w14:textId="77777777" w:rsidR="009762B8" w:rsidRPr="00F51F43" w:rsidRDefault="000473DD" w:rsidP="009762B8">
      <w:pPr>
        <w:tabs>
          <w:tab w:val="left" w:pos="709"/>
        </w:tabs>
        <w:rPr>
          <w:noProof/>
        </w:rPr>
      </w:pPr>
      <w:r w:rsidRPr="00F51F43">
        <w:rPr>
          <w:noProof/>
        </w:rPr>
        <w:t>- h</w:t>
      </w:r>
      <w:r w:rsidR="00D3694F" w:rsidRPr="00F51F43">
        <w:rPr>
          <w:noProof/>
        </w:rPr>
        <w:t>ospitacije u odgojno-obrazovnim</w:t>
      </w:r>
      <w:r w:rsidR="009762B8" w:rsidRPr="00F51F43">
        <w:rPr>
          <w:noProof/>
        </w:rPr>
        <w:t xml:space="preserve"> skupinama prema zaduženju (godini studija)</w:t>
      </w:r>
    </w:p>
    <w:p w14:paraId="15485ACC" w14:textId="77777777" w:rsidR="009762B8" w:rsidRPr="00F51F43" w:rsidRDefault="000473DD" w:rsidP="009762B8">
      <w:pPr>
        <w:tabs>
          <w:tab w:val="left" w:pos="709"/>
        </w:tabs>
        <w:rPr>
          <w:noProof/>
        </w:rPr>
      </w:pPr>
      <w:r w:rsidRPr="00F51F43">
        <w:rPr>
          <w:noProof/>
        </w:rPr>
        <w:t>- o</w:t>
      </w:r>
      <w:r w:rsidR="009762B8" w:rsidRPr="00F51F43">
        <w:rPr>
          <w:noProof/>
        </w:rPr>
        <w:t>stvarenje individualnih zadaća prema programu studija</w:t>
      </w:r>
    </w:p>
    <w:p w14:paraId="13CFEED2" w14:textId="77777777" w:rsidR="009762B8" w:rsidRPr="00F51F43" w:rsidRDefault="000473DD" w:rsidP="009762B8">
      <w:pPr>
        <w:tabs>
          <w:tab w:val="left" w:pos="709"/>
        </w:tabs>
        <w:rPr>
          <w:noProof/>
        </w:rPr>
      </w:pPr>
      <w:r w:rsidRPr="00F51F43">
        <w:rPr>
          <w:noProof/>
        </w:rPr>
        <w:t>- p</w:t>
      </w:r>
      <w:r w:rsidR="009762B8" w:rsidRPr="00F51F43">
        <w:rPr>
          <w:noProof/>
        </w:rPr>
        <w:t>rocjena postignuća i vrednovanje realizirane prakse</w:t>
      </w:r>
    </w:p>
    <w:p w14:paraId="2B09B64C" w14:textId="77777777" w:rsidR="00740183" w:rsidRPr="00F51F43" w:rsidRDefault="000473DD" w:rsidP="0082196E">
      <w:pPr>
        <w:tabs>
          <w:tab w:val="left" w:pos="709"/>
        </w:tabs>
        <w:rPr>
          <w:noProof/>
        </w:rPr>
      </w:pPr>
      <w:r w:rsidRPr="00F51F43">
        <w:rPr>
          <w:noProof/>
        </w:rPr>
        <w:t>- i</w:t>
      </w:r>
      <w:r w:rsidR="00D3694F" w:rsidRPr="00F51F43">
        <w:rPr>
          <w:noProof/>
        </w:rPr>
        <w:t>zrada I</w:t>
      </w:r>
      <w:r w:rsidR="009762B8" w:rsidRPr="00F51F43">
        <w:rPr>
          <w:noProof/>
        </w:rPr>
        <w:t>zvješća o realiziranoj praks</w:t>
      </w:r>
      <w:r w:rsidRPr="00F51F43">
        <w:rPr>
          <w:noProof/>
        </w:rPr>
        <w:t>i (pedag</w:t>
      </w:r>
      <w:r w:rsidR="00740183" w:rsidRPr="00F51F43">
        <w:rPr>
          <w:noProof/>
        </w:rPr>
        <w:t>og u koordinaciji s odgoji</w:t>
      </w:r>
      <w:r w:rsidR="009762B8" w:rsidRPr="00F51F43">
        <w:rPr>
          <w:noProof/>
        </w:rPr>
        <w:t>teljima)</w:t>
      </w:r>
    </w:p>
    <w:p w14:paraId="2EA34A71" w14:textId="77777777" w:rsidR="003D7468" w:rsidRPr="00F51F43" w:rsidRDefault="00FD770A" w:rsidP="00373169">
      <w:pPr>
        <w:pStyle w:val="Naslov1"/>
        <w:rPr>
          <w:noProof/>
        </w:rPr>
      </w:pPr>
      <w:bookmarkStart w:id="40" w:name="_Toc241563356"/>
      <w:r w:rsidRPr="00F51F43">
        <w:rPr>
          <w:noProof/>
        </w:rPr>
        <w:lastRenderedPageBreak/>
        <w:t xml:space="preserve">7. </w:t>
      </w:r>
      <w:r w:rsidR="003D7468" w:rsidRPr="00F51F43">
        <w:rPr>
          <w:noProof/>
        </w:rPr>
        <w:t>SURADNJA S RODITELJIMA</w:t>
      </w:r>
      <w:bookmarkEnd w:id="40"/>
    </w:p>
    <w:p w14:paraId="496B99CE" w14:textId="77777777" w:rsidR="00105045" w:rsidRPr="00F51F43" w:rsidRDefault="00105045" w:rsidP="00105045">
      <w:pPr>
        <w:tabs>
          <w:tab w:val="left" w:pos="3544"/>
        </w:tabs>
        <w:rPr>
          <w:noProof/>
        </w:rPr>
      </w:pPr>
      <w:r w:rsidRPr="00F51F43">
        <w:rPr>
          <w:noProof/>
        </w:rPr>
        <w:t>CILJ</w:t>
      </w:r>
    </w:p>
    <w:p w14:paraId="3FF85BFD" w14:textId="77777777" w:rsidR="003D7468" w:rsidRPr="00F51F43" w:rsidRDefault="001B0A10" w:rsidP="00105045">
      <w:pPr>
        <w:tabs>
          <w:tab w:val="left" w:pos="3544"/>
        </w:tabs>
        <w:rPr>
          <w:noProof/>
        </w:rPr>
      </w:pPr>
      <w:r w:rsidRPr="00F51F43">
        <w:rPr>
          <w:noProof/>
        </w:rPr>
        <w:t>Razvijanje partnerske suradnje u duhu jačanja roditeljske kompetencije i razvoja svijesti o potrebama, interesima, pravima i odgovornostima djeteta i svih odraslih koji su u interakciji s njim te suodgovornosti u odgajanju, rastu i razvoju djeteta</w:t>
      </w:r>
    </w:p>
    <w:p w14:paraId="35EDBED2" w14:textId="77777777" w:rsidR="001B0A10" w:rsidRPr="00F51F43" w:rsidRDefault="001B0A10" w:rsidP="00105045">
      <w:pPr>
        <w:tabs>
          <w:tab w:val="left" w:pos="3544"/>
        </w:tabs>
        <w:rPr>
          <w:b/>
          <w:noProof/>
        </w:rPr>
      </w:pPr>
    </w:p>
    <w:p w14:paraId="7CBE43D2" w14:textId="77777777" w:rsidR="003755E4" w:rsidRPr="00F51F43" w:rsidRDefault="001B0A10" w:rsidP="001B0A10">
      <w:pPr>
        <w:tabs>
          <w:tab w:val="left" w:pos="709"/>
        </w:tabs>
        <w:rPr>
          <w:noProof/>
        </w:rPr>
      </w:pPr>
      <w:r w:rsidRPr="00F51F43">
        <w:rPr>
          <w:noProof/>
        </w:rPr>
        <w:tab/>
      </w:r>
      <w:r w:rsidR="003755E4" w:rsidRPr="00F51F43">
        <w:rPr>
          <w:noProof/>
        </w:rPr>
        <w:t>Kurikulum suvremenog predškolskog odgoja i obrazovanja podrazumijeva aktivno sudjelovanje roditelja u životu i radu</w:t>
      </w:r>
      <w:r w:rsidR="00D3694F" w:rsidRPr="00F51F43">
        <w:rPr>
          <w:noProof/>
        </w:rPr>
        <w:t xml:space="preserve"> Vrtića. U D</w:t>
      </w:r>
      <w:r w:rsidR="003755E4" w:rsidRPr="00F51F43">
        <w:rPr>
          <w:noProof/>
        </w:rPr>
        <w:t>ječjem vrtiću</w:t>
      </w:r>
      <w:r w:rsidR="00D3694F" w:rsidRPr="00F51F43">
        <w:rPr>
          <w:noProof/>
        </w:rPr>
        <w:t xml:space="preserve"> Vrapčić</w:t>
      </w:r>
      <w:r w:rsidR="003755E4" w:rsidRPr="00F51F43">
        <w:rPr>
          <w:noProof/>
        </w:rPr>
        <w:t xml:space="preserve"> roditelj ima pravo:</w:t>
      </w:r>
    </w:p>
    <w:p w14:paraId="2A3CBEB6" w14:textId="77777777" w:rsidR="003755E4" w:rsidRPr="00F51F43" w:rsidRDefault="003755E4" w:rsidP="003755E4">
      <w:pPr>
        <w:tabs>
          <w:tab w:val="left" w:pos="3544"/>
        </w:tabs>
        <w:rPr>
          <w:noProof/>
        </w:rPr>
      </w:pPr>
      <w:r w:rsidRPr="00F51F43">
        <w:rPr>
          <w:noProof/>
        </w:rPr>
        <w:t>- biti informiran o organizaciji, metodologiji i kon</w:t>
      </w:r>
      <w:r w:rsidR="00740183" w:rsidRPr="00F51F43">
        <w:rPr>
          <w:noProof/>
        </w:rPr>
        <w:t>ceptu rada te programima V</w:t>
      </w:r>
      <w:r w:rsidRPr="00F51F43">
        <w:rPr>
          <w:noProof/>
        </w:rPr>
        <w:t>rtića</w:t>
      </w:r>
      <w:r w:rsidR="00CE5F0B" w:rsidRPr="00F51F43">
        <w:rPr>
          <w:noProof/>
        </w:rPr>
        <w:t>;</w:t>
      </w:r>
    </w:p>
    <w:p w14:paraId="776D037C" w14:textId="77777777" w:rsidR="003755E4" w:rsidRPr="00F51F43" w:rsidRDefault="003755E4" w:rsidP="003755E4">
      <w:pPr>
        <w:tabs>
          <w:tab w:val="left" w:pos="3544"/>
        </w:tabs>
        <w:rPr>
          <w:noProof/>
        </w:rPr>
      </w:pPr>
      <w:r w:rsidRPr="00F51F43">
        <w:rPr>
          <w:noProof/>
        </w:rPr>
        <w:t>- znati kako njegovo dijete zadovoljava svoja prava, potrebe i</w:t>
      </w:r>
      <w:r w:rsidR="00740183" w:rsidRPr="00F51F43">
        <w:rPr>
          <w:noProof/>
        </w:rPr>
        <w:t xml:space="preserve"> interese u V</w:t>
      </w:r>
      <w:r w:rsidRPr="00F51F43">
        <w:rPr>
          <w:noProof/>
        </w:rPr>
        <w:t>rtiću</w:t>
      </w:r>
      <w:r w:rsidR="00CE5F0B" w:rsidRPr="00F51F43">
        <w:rPr>
          <w:noProof/>
        </w:rPr>
        <w:t>;</w:t>
      </w:r>
    </w:p>
    <w:p w14:paraId="2C2BB52B" w14:textId="77777777" w:rsidR="003755E4" w:rsidRPr="00F51F43" w:rsidRDefault="003755E4" w:rsidP="003755E4">
      <w:pPr>
        <w:tabs>
          <w:tab w:val="left" w:pos="3544"/>
        </w:tabs>
        <w:rPr>
          <w:noProof/>
        </w:rPr>
      </w:pPr>
      <w:r w:rsidRPr="00F51F43">
        <w:rPr>
          <w:noProof/>
        </w:rPr>
        <w:t>- dobiti stručnu podršku i osnaživanje za biti odgovoran i zadovoljan roditelj</w:t>
      </w:r>
      <w:r w:rsidR="00CE5F0B" w:rsidRPr="00F51F43">
        <w:rPr>
          <w:noProof/>
        </w:rPr>
        <w:t>;</w:t>
      </w:r>
    </w:p>
    <w:p w14:paraId="23D1F5AF" w14:textId="77777777" w:rsidR="003755E4" w:rsidRPr="00F51F43" w:rsidRDefault="003755E4" w:rsidP="003755E4">
      <w:pPr>
        <w:tabs>
          <w:tab w:val="left" w:pos="3544"/>
        </w:tabs>
        <w:rPr>
          <w:noProof/>
        </w:rPr>
      </w:pPr>
      <w:r w:rsidRPr="00F51F43">
        <w:rPr>
          <w:noProof/>
        </w:rPr>
        <w:t>- pratiti razvoj i napredovanje djeteta u s</w:t>
      </w:r>
      <w:r w:rsidR="00740183" w:rsidRPr="00F51F43">
        <w:rPr>
          <w:noProof/>
        </w:rPr>
        <w:t>uradnji s odgoji</w:t>
      </w:r>
      <w:r w:rsidRPr="00F51F43">
        <w:rPr>
          <w:noProof/>
        </w:rPr>
        <w:t>teljima i stručnim suradnicima Vrtića</w:t>
      </w:r>
      <w:r w:rsidR="00CE5F0B" w:rsidRPr="00F51F43">
        <w:rPr>
          <w:noProof/>
        </w:rPr>
        <w:t>;</w:t>
      </w:r>
    </w:p>
    <w:p w14:paraId="48CB03DB" w14:textId="77777777" w:rsidR="003755E4" w:rsidRPr="00F51F43" w:rsidRDefault="003755E4" w:rsidP="003755E4">
      <w:pPr>
        <w:tabs>
          <w:tab w:val="left" w:pos="3544"/>
        </w:tabs>
        <w:rPr>
          <w:noProof/>
        </w:rPr>
      </w:pPr>
      <w:r w:rsidRPr="00F51F43">
        <w:rPr>
          <w:noProof/>
        </w:rPr>
        <w:t>- biti educiran o odgojnim i zaštitnim mjerama i postupcima</w:t>
      </w:r>
      <w:r w:rsidR="00CE5F0B" w:rsidRPr="00F51F43">
        <w:rPr>
          <w:noProof/>
        </w:rPr>
        <w:t>;</w:t>
      </w:r>
    </w:p>
    <w:p w14:paraId="2F5FB4C3" w14:textId="77777777" w:rsidR="003755E4" w:rsidRPr="00F51F43" w:rsidRDefault="003755E4" w:rsidP="003755E4">
      <w:pPr>
        <w:tabs>
          <w:tab w:val="left" w:pos="3544"/>
        </w:tabs>
        <w:rPr>
          <w:noProof/>
        </w:rPr>
      </w:pPr>
      <w:r w:rsidRPr="00F51F43">
        <w:rPr>
          <w:noProof/>
        </w:rPr>
        <w:t>- tražiti stručnu pomoć k</w:t>
      </w:r>
      <w:r w:rsidR="00740183" w:rsidRPr="00F51F43">
        <w:rPr>
          <w:noProof/>
        </w:rPr>
        <w:t>oju može dobiti u ustanovi (odgoji</w:t>
      </w:r>
      <w:r w:rsidRPr="00F51F43">
        <w:rPr>
          <w:noProof/>
        </w:rPr>
        <w:t xml:space="preserve">telj, </w:t>
      </w:r>
      <w:r w:rsidR="00D3694F" w:rsidRPr="00F51F43">
        <w:rPr>
          <w:noProof/>
        </w:rPr>
        <w:t>ravnatelj, pedagog</w:t>
      </w:r>
      <w:r w:rsidRPr="00F51F43">
        <w:rPr>
          <w:noProof/>
        </w:rPr>
        <w:t>)</w:t>
      </w:r>
      <w:r w:rsidR="00CE5F0B" w:rsidRPr="00F51F43">
        <w:rPr>
          <w:noProof/>
        </w:rPr>
        <w:t>;</w:t>
      </w:r>
    </w:p>
    <w:p w14:paraId="05A66C45" w14:textId="77777777" w:rsidR="003755E4" w:rsidRPr="00F51F43" w:rsidRDefault="003755E4" w:rsidP="003755E4">
      <w:pPr>
        <w:tabs>
          <w:tab w:val="left" w:pos="3544"/>
        </w:tabs>
        <w:rPr>
          <w:noProof/>
        </w:rPr>
      </w:pPr>
      <w:r w:rsidRPr="00F51F43">
        <w:rPr>
          <w:noProof/>
        </w:rPr>
        <w:t>- boraviti s djetetom u Vrtiću u periodu prilagodbe i uključivati se u ostale segmente odgojno-obrazovnog rada, u dogovoru s odg</w:t>
      </w:r>
      <w:r w:rsidR="00740183" w:rsidRPr="00F51F43">
        <w:rPr>
          <w:noProof/>
        </w:rPr>
        <w:t>oji</w:t>
      </w:r>
      <w:r w:rsidRPr="00F51F43">
        <w:rPr>
          <w:noProof/>
        </w:rPr>
        <w:t>teljima i stručnim timom</w:t>
      </w:r>
      <w:r w:rsidR="00CE5F0B" w:rsidRPr="00F51F43">
        <w:rPr>
          <w:noProof/>
        </w:rPr>
        <w:t>;</w:t>
      </w:r>
    </w:p>
    <w:p w14:paraId="5C9434DC" w14:textId="77777777" w:rsidR="003755E4" w:rsidRPr="00F51F43" w:rsidRDefault="003755E4" w:rsidP="003755E4">
      <w:pPr>
        <w:tabs>
          <w:tab w:val="left" w:pos="3544"/>
        </w:tabs>
        <w:rPr>
          <w:noProof/>
        </w:rPr>
      </w:pPr>
      <w:r w:rsidRPr="00F51F43">
        <w:rPr>
          <w:noProof/>
        </w:rPr>
        <w:t>- sudjelovati u procjeni kvalitete rada V</w:t>
      </w:r>
      <w:r w:rsidR="001B0A10" w:rsidRPr="00F51F43">
        <w:rPr>
          <w:noProof/>
        </w:rPr>
        <w:t>rtića (ankete)</w:t>
      </w:r>
      <w:r w:rsidR="00CE5F0B" w:rsidRPr="00F51F43">
        <w:rPr>
          <w:noProof/>
        </w:rPr>
        <w:t>.</w:t>
      </w:r>
    </w:p>
    <w:p w14:paraId="3CBCB2B0" w14:textId="77777777" w:rsidR="00EC25EA" w:rsidRPr="00F51F43" w:rsidRDefault="00EC25EA" w:rsidP="00105045">
      <w:pPr>
        <w:tabs>
          <w:tab w:val="left" w:pos="3544"/>
        </w:tabs>
        <w:rPr>
          <w:noProof/>
        </w:rPr>
      </w:pPr>
    </w:p>
    <w:p w14:paraId="2E1FF0D1" w14:textId="77777777" w:rsidR="00057DD5" w:rsidRPr="00F51F43" w:rsidRDefault="00057DD5" w:rsidP="00105045">
      <w:pPr>
        <w:tabs>
          <w:tab w:val="left" w:pos="3544"/>
        </w:tabs>
        <w:rPr>
          <w:i/>
          <w:noProof/>
        </w:rPr>
      </w:pPr>
    </w:p>
    <w:p w14:paraId="1A664477" w14:textId="77777777" w:rsidR="003D7468" w:rsidRPr="00F51F43" w:rsidRDefault="00B5558A" w:rsidP="00105045">
      <w:pPr>
        <w:tabs>
          <w:tab w:val="left" w:pos="3544"/>
        </w:tabs>
        <w:rPr>
          <w:i/>
          <w:noProof/>
        </w:rPr>
      </w:pPr>
      <w:r w:rsidRPr="00F51F43">
        <w:rPr>
          <w:i/>
          <w:noProof/>
        </w:rPr>
        <w:t>ZADATCI S</w:t>
      </w:r>
      <w:r w:rsidR="003D7468" w:rsidRPr="00F51F43">
        <w:rPr>
          <w:i/>
          <w:noProof/>
        </w:rPr>
        <w:t xml:space="preserve"> ASPEKTA NOSITELJA REALIZACIJE</w:t>
      </w:r>
      <w:r w:rsidR="001B0A10" w:rsidRPr="00F51F43">
        <w:rPr>
          <w:i/>
          <w:noProof/>
        </w:rPr>
        <w:t xml:space="preserve"> CILJA</w:t>
      </w:r>
    </w:p>
    <w:p w14:paraId="605D4818" w14:textId="77777777" w:rsidR="003D7468" w:rsidRPr="00F51F43" w:rsidRDefault="003D7468" w:rsidP="00105045">
      <w:pPr>
        <w:tabs>
          <w:tab w:val="left" w:pos="3544"/>
        </w:tabs>
        <w:rPr>
          <w:i/>
          <w:noProof/>
        </w:rPr>
      </w:pPr>
    </w:p>
    <w:p w14:paraId="75A3A9C4" w14:textId="77777777" w:rsidR="003D7468" w:rsidRPr="00F51F43" w:rsidRDefault="00740183" w:rsidP="00FF31AF">
      <w:pPr>
        <w:pStyle w:val="Tijeloteksta"/>
        <w:tabs>
          <w:tab w:val="left" w:pos="3544"/>
        </w:tabs>
        <w:rPr>
          <w:noProof/>
        </w:rPr>
      </w:pPr>
      <w:r w:rsidRPr="00F51F43">
        <w:rPr>
          <w:noProof/>
        </w:rPr>
        <w:t>ODGOJI</w:t>
      </w:r>
      <w:r w:rsidR="001B0A10" w:rsidRPr="00F51F43">
        <w:rPr>
          <w:noProof/>
        </w:rPr>
        <w:t>TELJI</w:t>
      </w:r>
    </w:p>
    <w:p w14:paraId="22B4B75F" w14:textId="77777777" w:rsidR="003D7468" w:rsidRPr="00F51F43" w:rsidRDefault="003D7468" w:rsidP="00105045">
      <w:pPr>
        <w:pStyle w:val="Tijeloteksta"/>
        <w:numPr>
          <w:ilvl w:val="0"/>
          <w:numId w:val="1"/>
        </w:numPr>
        <w:tabs>
          <w:tab w:val="left" w:pos="3544"/>
        </w:tabs>
        <w:spacing w:after="0"/>
        <w:rPr>
          <w:noProof/>
        </w:rPr>
      </w:pPr>
      <w:r w:rsidRPr="00F51F43">
        <w:rPr>
          <w:noProof/>
        </w:rPr>
        <w:t>kontinuirano i sustavno proširivanje znanja o roditeljskim pravima te razvoj vještina za razvijanje na tome zasnovanih odnosa s roditeljima</w:t>
      </w:r>
      <w:r w:rsidR="00CE5F0B" w:rsidRPr="00F51F43">
        <w:rPr>
          <w:noProof/>
        </w:rPr>
        <w:t>;</w:t>
      </w:r>
    </w:p>
    <w:p w14:paraId="09EB7209" w14:textId="77777777" w:rsidR="003D7468" w:rsidRPr="00F51F43" w:rsidRDefault="003D7468" w:rsidP="00105045">
      <w:pPr>
        <w:pStyle w:val="Tijeloteksta"/>
        <w:numPr>
          <w:ilvl w:val="0"/>
          <w:numId w:val="1"/>
        </w:numPr>
        <w:tabs>
          <w:tab w:val="left" w:pos="3544"/>
        </w:tabs>
        <w:spacing w:after="0"/>
        <w:rPr>
          <w:noProof/>
        </w:rPr>
      </w:pPr>
      <w:r w:rsidRPr="00F51F43">
        <w:rPr>
          <w:noProof/>
        </w:rPr>
        <w:t>ispitivanje roditeljskih želja, interesa i očekivanja u vezi s programom rada s djetetom i grupom</w:t>
      </w:r>
      <w:r w:rsidR="00CE5F0B" w:rsidRPr="00F51F43">
        <w:rPr>
          <w:noProof/>
        </w:rPr>
        <w:t>;</w:t>
      </w:r>
    </w:p>
    <w:p w14:paraId="2882716D" w14:textId="77777777" w:rsidR="003D7468" w:rsidRPr="00F51F43" w:rsidRDefault="003D7468" w:rsidP="00105045">
      <w:pPr>
        <w:numPr>
          <w:ilvl w:val="0"/>
          <w:numId w:val="1"/>
        </w:numPr>
        <w:tabs>
          <w:tab w:val="left" w:pos="3544"/>
        </w:tabs>
        <w:spacing w:after="0"/>
        <w:rPr>
          <w:noProof/>
        </w:rPr>
      </w:pPr>
      <w:r w:rsidRPr="00F51F43">
        <w:rPr>
          <w:noProof/>
        </w:rPr>
        <w:t>kontinuiran rad na upoznavanju roditelja s programom skupine</w:t>
      </w:r>
      <w:r w:rsidR="00CE5F0B" w:rsidRPr="00F51F43">
        <w:rPr>
          <w:noProof/>
        </w:rPr>
        <w:t>;</w:t>
      </w:r>
    </w:p>
    <w:p w14:paraId="2F46383E" w14:textId="77777777" w:rsidR="003D7468" w:rsidRPr="00F51F43" w:rsidRDefault="003D7468" w:rsidP="00105045">
      <w:pPr>
        <w:numPr>
          <w:ilvl w:val="0"/>
          <w:numId w:val="1"/>
        </w:numPr>
        <w:tabs>
          <w:tab w:val="left" w:pos="3544"/>
        </w:tabs>
        <w:spacing w:after="0"/>
        <w:rPr>
          <w:noProof/>
        </w:rPr>
      </w:pPr>
      <w:r w:rsidRPr="00F51F43">
        <w:rPr>
          <w:noProof/>
        </w:rPr>
        <w:lastRenderedPageBreak/>
        <w:t xml:space="preserve">poticanje roditelja da utječu na program skupine osobito </w:t>
      </w:r>
      <w:r w:rsidR="00B5558A" w:rsidRPr="00F51F43">
        <w:rPr>
          <w:noProof/>
        </w:rPr>
        <w:t>vezano uz</w:t>
      </w:r>
      <w:r w:rsidRPr="00F51F43">
        <w:rPr>
          <w:noProof/>
        </w:rPr>
        <w:t xml:space="preserve"> djetetove spe</w:t>
      </w:r>
      <w:r w:rsidR="00B5558A" w:rsidRPr="00F51F43">
        <w:rPr>
          <w:noProof/>
        </w:rPr>
        <w:t>cifičnosti kao i tradiciju</w:t>
      </w:r>
      <w:r w:rsidRPr="00F51F43">
        <w:rPr>
          <w:noProof/>
        </w:rPr>
        <w:t xml:space="preserve"> i običaje obitelji</w:t>
      </w:r>
      <w:r w:rsidR="00CE5F0B" w:rsidRPr="00F51F43">
        <w:rPr>
          <w:noProof/>
        </w:rPr>
        <w:t>;</w:t>
      </w:r>
    </w:p>
    <w:p w14:paraId="33E86D9A" w14:textId="77777777" w:rsidR="003D7468" w:rsidRPr="00F51F43" w:rsidRDefault="003D7468" w:rsidP="00105045">
      <w:pPr>
        <w:numPr>
          <w:ilvl w:val="0"/>
          <w:numId w:val="1"/>
        </w:numPr>
        <w:tabs>
          <w:tab w:val="left" w:pos="3544"/>
        </w:tabs>
        <w:spacing w:after="0"/>
        <w:rPr>
          <w:noProof/>
        </w:rPr>
      </w:pPr>
      <w:r w:rsidRPr="00F51F43">
        <w:rPr>
          <w:noProof/>
        </w:rPr>
        <w:t>kontinuirano izvještavanje roditelja o razvoju i napretku djeteta te značajnim zbivanjima u skupini kroz sve oblike suradnje</w:t>
      </w:r>
      <w:r w:rsidR="00CE5F0B" w:rsidRPr="00F51F43">
        <w:rPr>
          <w:noProof/>
        </w:rPr>
        <w:t>;</w:t>
      </w:r>
    </w:p>
    <w:p w14:paraId="76C186EE" w14:textId="77777777" w:rsidR="003D7468" w:rsidRPr="00F51F43" w:rsidRDefault="003D7468" w:rsidP="00105045">
      <w:pPr>
        <w:numPr>
          <w:ilvl w:val="0"/>
          <w:numId w:val="1"/>
        </w:numPr>
        <w:tabs>
          <w:tab w:val="left" w:pos="3544"/>
        </w:tabs>
        <w:spacing w:after="0"/>
        <w:rPr>
          <w:noProof/>
        </w:rPr>
      </w:pPr>
      <w:r w:rsidRPr="00F51F43">
        <w:rPr>
          <w:noProof/>
        </w:rPr>
        <w:t>kontinuirano i sustavno promicanje i zaštita prava djeteta</w:t>
      </w:r>
      <w:r w:rsidR="00CE5F0B" w:rsidRPr="00F51F43">
        <w:rPr>
          <w:noProof/>
        </w:rPr>
        <w:t>;</w:t>
      </w:r>
    </w:p>
    <w:p w14:paraId="79625E6E" w14:textId="77777777" w:rsidR="003D7468" w:rsidRPr="00F51F43" w:rsidRDefault="003D7468" w:rsidP="00105045">
      <w:pPr>
        <w:numPr>
          <w:ilvl w:val="0"/>
          <w:numId w:val="1"/>
        </w:numPr>
        <w:tabs>
          <w:tab w:val="left" w:pos="3544"/>
        </w:tabs>
        <w:spacing w:after="0"/>
        <w:rPr>
          <w:noProof/>
        </w:rPr>
      </w:pPr>
      <w:r w:rsidRPr="00F51F43">
        <w:rPr>
          <w:noProof/>
        </w:rPr>
        <w:t>promišljanje načina i postupaka za unapređivanje kvalitete kroz sve oblike</w:t>
      </w:r>
      <w:r w:rsidR="00CE5F0B" w:rsidRPr="00F51F43">
        <w:rPr>
          <w:noProof/>
        </w:rPr>
        <w:t>;</w:t>
      </w:r>
    </w:p>
    <w:p w14:paraId="4DCD9979" w14:textId="77777777" w:rsidR="003D7468" w:rsidRPr="00F51F43" w:rsidRDefault="003D7468" w:rsidP="00105045">
      <w:pPr>
        <w:numPr>
          <w:ilvl w:val="0"/>
          <w:numId w:val="1"/>
        </w:numPr>
        <w:tabs>
          <w:tab w:val="left" w:pos="3544"/>
        </w:tabs>
        <w:spacing w:after="0"/>
        <w:rPr>
          <w:noProof/>
        </w:rPr>
      </w:pPr>
      <w:r w:rsidRPr="00F51F43">
        <w:rPr>
          <w:noProof/>
        </w:rPr>
        <w:t>motiviranje roditelja na aktivno sudjelovanje te osobni i/ili profesionalni angažman u a</w:t>
      </w:r>
      <w:r w:rsidR="00B5558A" w:rsidRPr="00F51F43">
        <w:rPr>
          <w:noProof/>
        </w:rPr>
        <w:t>kcijama i aktivnostima grupe i V</w:t>
      </w:r>
      <w:r w:rsidRPr="00F51F43">
        <w:rPr>
          <w:noProof/>
        </w:rPr>
        <w:t>rtića</w:t>
      </w:r>
      <w:r w:rsidR="00CE5F0B" w:rsidRPr="00F51F43">
        <w:rPr>
          <w:noProof/>
        </w:rPr>
        <w:t>;</w:t>
      </w:r>
    </w:p>
    <w:p w14:paraId="63858601" w14:textId="77777777" w:rsidR="003D7468" w:rsidRPr="00F51F43" w:rsidRDefault="00B5558A" w:rsidP="00105045">
      <w:pPr>
        <w:numPr>
          <w:ilvl w:val="0"/>
          <w:numId w:val="1"/>
        </w:numPr>
        <w:tabs>
          <w:tab w:val="left" w:pos="3544"/>
        </w:tabs>
        <w:spacing w:after="0"/>
        <w:rPr>
          <w:noProof/>
        </w:rPr>
      </w:pPr>
      <w:r w:rsidRPr="00F51F43">
        <w:rPr>
          <w:noProof/>
        </w:rPr>
        <w:t>motiviranje roditelja n</w:t>
      </w:r>
      <w:r w:rsidR="003D7468" w:rsidRPr="00F51F43">
        <w:rPr>
          <w:noProof/>
        </w:rPr>
        <w:t xml:space="preserve">a angažman i konkretnu </w:t>
      </w:r>
      <w:r w:rsidRPr="00F51F43">
        <w:rPr>
          <w:noProof/>
        </w:rPr>
        <w:t xml:space="preserve">pomoć u </w:t>
      </w:r>
      <w:r w:rsidR="00CE5F0B" w:rsidRPr="00F51F43">
        <w:rPr>
          <w:noProof/>
        </w:rPr>
        <w:t>optimiziranju</w:t>
      </w:r>
      <w:r w:rsidRPr="00F51F43">
        <w:rPr>
          <w:noProof/>
        </w:rPr>
        <w:t xml:space="preserve"> uvjeta (osobito materijalnih)</w:t>
      </w:r>
      <w:r w:rsidR="003D7468" w:rsidRPr="00F51F43">
        <w:rPr>
          <w:noProof/>
        </w:rPr>
        <w:t xml:space="preserve"> za provođenje predočenih programa</w:t>
      </w:r>
      <w:r w:rsidR="00CE5F0B" w:rsidRPr="00F51F43">
        <w:rPr>
          <w:noProof/>
        </w:rPr>
        <w:t>;</w:t>
      </w:r>
    </w:p>
    <w:p w14:paraId="1472C668" w14:textId="77777777" w:rsidR="003D7468" w:rsidRPr="00F51F43" w:rsidRDefault="003D7468" w:rsidP="00105045">
      <w:pPr>
        <w:numPr>
          <w:ilvl w:val="0"/>
          <w:numId w:val="1"/>
        </w:numPr>
        <w:tabs>
          <w:tab w:val="left" w:pos="3544"/>
        </w:tabs>
        <w:spacing w:after="0"/>
        <w:rPr>
          <w:noProof/>
        </w:rPr>
      </w:pPr>
      <w:r w:rsidRPr="00F51F43">
        <w:rPr>
          <w:noProof/>
        </w:rPr>
        <w:t>informativno i estetsko kreiranje grupnih kutića za roditelje</w:t>
      </w:r>
      <w:r w:rsidR="00CE5F0B" w:rsidRPr="00F51F43">
        <w:rPr>
          <w:noProof/>
        </w:rPr>
        <w:t>;</w:t>
      </w:r>
    </w:p>
    <w:p w14:paraId="123248CB" w14:textId="77777777" w:rsidR="003D7468" w:rsidRPr="00F51F43" w:rsidRDefault="003D7468" w:rsidP="00105045">
      <w:pPr>
        <w:numPr>
          <w:ilvl w:val="0"/>
          <w:numId w:val="1"/>
        </w:numPr>
        <w:tabs>
          <w:tab w:val="left" w:pos="3544"/>
        </w:tabs>
        <w:spacing w:after="0"/>
        <w:rPr>
          <w:noProof/>
        </w:rPr>
      </w:pPr>
      <w:r w:rsidRPr="00F51F43">
        <w:rPr>
          <w:noProof/>
        </w:rPr>
        <w:t>organiziranje i priprema roditeljskih sastanaka kao situacije dru</w:t>
      </w:r>
      <w:r w:rsidR="00B5558A" w:rsidRPr="00F51F43">
        <w:rPr>
          <w:noProof/>
        </w:rPr>
        <w:t>ženja i obostranog aktiviteta</w:t>
      </w:r>
      <w:r w:rsidR="00A9114C" w:rsidRPr="00F51F43">
        <w:rPr>
          <w:noProof/>
        </w:rPr>
        <w:t xml:space="preserve"> (djeteta i roditelja, pa i odgoji</w:t>
      </w:r>
      <w:r w:rsidRPr="00F51F43">
        <w:rPr>
          <w:noProof/>
        </w:rPr>
        <w:t>telja)</w:t>
      </w:r>
      <w:r w:rsidR="00CE5F0B" w:rsidRPr="00F51F43">
        <w:rPr>
          <w:noProof/>
        </w:rPr>
        <w:t>;</w:t>
      </w:r>
    </w:p>
    <w:p w14:paraId="2E1F5263" w14:textId="77777777" w:rsidR="003D7468" w:rsidRPr="00F51F43" w:rsidRDefault="003D7468" w:rsidP="00105045">
      <w:pPr>
        <w:numPr>
          <w:ilvl w:val="0"/>
          <w:numId w:val="1"/>
        </w:numPr>
        <w:tabs>
          <w:tab w:val="left" w:pos="3544"/>
        </w:tabs>
        <w:spacing w:after="0"/>
        <w:rPr>
          <w:noProof/>
        </w:rPr>
      </w:pPr>
      <w:r w:rsidRPr="00F51F43">
        <w:rPr>
          <w:noProof/>
        </w:rPr>
        <w:t>vođenje pedagoške dokumentacije o suradnji</w:t>
      </w:r>
      <w:r w:rsidR="00CE5F0B" w:rsidRPr="00F51F43">
        <w:rPr>
          <w:noProof/>
        </w:rPr>
        <w:t>;</w:t>
      </w:r>
    </w:p>
    <w:p w14:paraId="02A8741D" w14:textId="77777777" w:rsidR="003D7468" w:rsidRPr="00F51F43" w:rsidRDefault="003D7468" w:rsidP="00105045">
      <w:pPr>
        <w:numPr>
          <w:ilvl w:val="0"/>
          <w:numId w:val="1"/>
        </w:numPr>
        <w:tabs>
          <w:tab w:val="left" w:pos="3544"/>
        </w:tabs>
        <w:spacing w:after="0"/>
        <w:rPr>
          <w:noProof/>
        </w:rPr>
      </w:pPr>
      <w:r w:rsidRPr="00F51F43">
        <w:rPr>
          <w:noProof/>
        </w:rPr>
        <w:t>ispitivanje i evidentiranje roditeljskih stavova, procjena i zaključaka o kvaliteti programa</w:t>
      </w:r>
      <w:r w:rsidR="00CE5F0B" w:rsidRPr="00F51F43">
        <w:rPr>
          <w:noProof/>
        </w:rPr>
        <w:t xml:space="preserve"> </w:t>
      </w:r>
      <w:r w:rsidRPr="00F51F43">
        <w:rPr>
          <w:noProof/>
        </w:rPr>
        <w:t>i uo</w:t>
      </w:r>
      <w:r w:rsidR="00B5558A" w:rsidRPr="00F51F43">
        <w:rPr>
          <w:noProof/>
        </w:rPr>
        <w:t>pće kvaliteti življenja njihova djeteta u V</w:t>
      </w:r>
      <w:r w:rsidRPr="00F51F43">
        <w:rPr>
          <w:noProof/>
        </w:rPr>
        <w:t>rtiću k</w:t>
      </w:r>
      <w:r w:rsidR="00B5558A" w:rsidRPr="00F51F43">
        <w:rPr>
          <w:noProof/>
        </w:rPr>
        <w:t>ao i kvaliteti suradnje s njima</w:t>
      </w:r>
      <w:r w:rsidR="00CE5F0B" w:rsidRPr="00F51F43">
        <w:rPr>
          <w:noProof/>
        </w:rPr>
        <w:t>;</w:t>
      </w:r>
    </w:p>
    <w:p w14:paraId="137B2F57" w14:textId="77777777" w:rsidR="003D7468" w:rsidRPr="00F51F43" w:rsidRDefault="003D7468" w:rsidP="00105045">
      <w:pPr>
        <w:numPr>
          <w:ilvl w:val="0"/>
          <w:numId w:val="1"/>
        </w:numPr>
        <w:tabs>
          <w:tab w:val="left" w:pos="3544"/>
        </w:tabs>
        <w:spacing w:after="0"/>
        <w:rPr>
          <w:noProof/>
        </w:rPr>
      </w:pPr>
      <w:r w:rsidRPr="00F51F43">
        <w:rPr>
          <w:noProof/>
        </w:rPr>
        <w:t>sudjelovanje u osmišljavanju vrtićkog, centralnog punkta za roditelje</w:t>
      </w:r>
      <w:r w:rsidR="00CE5F0B" w:rsidRPr="00F51F43">
        <w:rPr>
          <w:noProof/>
        </w:rPr>
        <w:t>;</w:t>
      </w:r>
    </w:p>
    <w:p w14:paraId="77D3D5ED" w14:textId="77777777" w:rsidR="003D7468" w:rsidRPr="00F51F43" w:rsidRDefault="003D7468" w:rsidP="00105045">
      <w:pPr>
        <w:numPr>
          <w:ilvl w:val="0"/>
          <w:numId w:val="1"/>
        </w:numPr>
        <w:tabs>
          <w:tab w:val="left" w:pos="3544"/>
        </w:tabs>
        <w:spacing w:after="0"/>
        <w:rPr>
          <w:noProof/>
        </w:rPr>
      </w:pPr>
      <w:r w:rsidRPr="00F51F43">
        <w:rPr>
          <w:noProof/>
        </w:rPr>
        <w:t>valo</w:t>
      </w:r>
      <w:r w:rsidR="00B5558A" w:rsidRPr="00F51F43">
        <w:rPr>
          <w:noProof/>
        </w:rPr>
        <w:t>riziranje i procjenjivanje stupnja</w:t>
      </w:r>
      <w:r w:rsidRPr="00F51F43">
        <w:rPr>
          <w:noProof/>
        </w:rPr>
        <w:t xml:space="preserve"> ostvarivanja pojedinih zadataka tijekom godine</w:t>
      </w:r>
      <w:r w:rsidR="00CE5F0B" w:rsidRPr="00F51F43">
        <w:rPr>
          <w:noProof/>
        </w:rPr>
        <w:t>.</w:t>
      </w:r>
    </w:p>
    <w:p w14:paraId="14C2D438" w14:textId="77777777" w:rsidR="00B5558A" w:rsidRPr="00F51F43" w:rsidRDefault="00B5558A" w:rsidP="00105045">
      <w:pPr>
        <w:rPr>
          <w:noProof/>
        </w:rPr>
      </w:pPr>
    </w:p>
    <w:p w14:paraId="11542A35" w14:textId="77777777" w:rsidR="00105045" w:rsidRPr="00F51F43" w:rsidRDefault="00105045" w:rsidP="00FF31AF">
      <w:pPr>
        <w:rPr>
          <w:noProof/>
        </w:rPr>
      </w:pPr>
      <w:r w:rsidRPr="00F51F43">
        <w:rPr>
          <w:noProof/>
        </w:rPr>
        <w:t xml:space="preserve">STRUČNI SURADNICI </w:t>
      </w:r>
    </w:p>
    <w:p w14:paraId="64E40021" w14:textId="77777777" w:rsidR="00105045" w:rsidRPr="00F51F43" w:rsidRDefault="00105045" w:rsidP="00105045">
      <w:pPr>
        <w:pStyle w:val="Tijeloteksta"/>
        <w:numPr>
          <w:ilvl w:val="0"/>
          <w:numId w:val="1"/>
        </w:numPr>
        <w:tabs>
          <w:tab w:val="left" w:pos="3544"/>
        </w:tabs>
        <w:spacing w:after="0"/>
        <w:ind w:left="499" w:hanging="357"/>
        <w:rPr>
          <w:noProof/>
        </w:rPr>
      </w:pPr>
      <w:r w:rsidRPr="00F51F43">
        <w:rPr>
          <w:noProof/>
        </w:rPr>
        <w:t xml:space="preserve">idejno rješenje i kontinuirano timsko osmišljavanje forme i sadržaja </w:t>
      </w:r>
      <w:r w:rsidR="00FF31AF" w:rsidRPr="00F51F43">
        <w:rPr>
          <w:noProof/>
        </w:rPr>
        <w:t>kutića</w:t>
      </w:r>
      <w:r w:rsidRPr="00F51F43">
        <w:rPr>
          <w:noProof/>
        </w:rPr>
        <w:t xml:space="preserve"> za roditelje te pisanih materijala</w:t>
      </w:r>
      <w:r w:rsidR="00FF31AF" w:rsidRPr="00F51F43">
        <w:rPr>
          <w:noProof/>
        </w:rPr>
        <w:t xml:space="preserve"> s</w:t>
      </w:r>
      <w:r w:rsidRPr="00F51F43">
        <w:rPr>
          <w:noProof/>
        </w:rPr>
        <w:t xml:space="preserve"> aspekta promicanja roditeljskih i djetetovih prava</w:t>
      </w:r>
      <w:r w:rsidR="00CE5F0B" w:rsidRPr="00F51F43">
        <w:rPr>
          <w:noProof/>
        </w:rPr>
        <w:t>;</w:t>
      </w:r>
    </w:p>
    <w:p w14:paraId="19E5D9C4" w14:textId="77777777" w:rsidR="00105045" w:rsidRPr="00F51F43" w:rsidRDefault="00105045" w:rsidP="00105045">
      <w:pPr>
        <w:numPr>
          <w:ilvl w:val="0"/>
          <w:numId w:val="1"/>
        </w:numPr>
        <w:tabs>
          <w:tab w:val="left" w:pos="3544"/>
        </w:tabs>
        <w:spacing w:after="0"/>
        <w:ind w:left="499" w:hanging="357"/>
        <w:rPr>
          <w:noProof/>
        </w:rPr>
      </w:pPr>
      <w:r w:rsidRPr="00F51F43">
        <w:rPr>
          <w:noProof/>
        </w:rPr>
        <w:t>provođenje “ulaznih” intervjua i informativnih roditeljskih sastanaka</w:t>
      </w:r>
      <w:r w:rsidR="00CE5F0B" w:rsidRPr="00F51F43">
        <w:rPr>
          <w:noProof/>
        </w:rPr>
        <w:t>;</w:t>
      </w:r>
    </w:p>
    <w:p w14:paraId="21DFFDA3" w14:textId="77777777" w:rsidR="00105045" w:rsidRPr="00F51F43" w:rsidRDefault="00105045" w:rsidP="00105045">
      <w:pPr>
        <w:numPr>
          <w:ilvl w:val="0"/>
          <w:numId w:val="1"/>
        </w:numPr>
        <w:tabs>
          <w:tab w:val="left" w:pos="3544"/>
        </w:tabs>
        <w:spacing w:after="0"/>
        <w:ind w:left="499" w:hanging="357"/>
        <w:rPr>
          <w:noProof/>
        </w:rPr>
      </w:pPr>
      <w:r w:rsidRPr="00F51F43">
        <w:rPr>
          <w:noProof/>
        </w:rPr>
        <w:t>izr</w:t>
      </w:r>
      <w:r w:rsidR="00FF31AF" w:rsidRPr="00F51F43">
        <w:rPr>
          <w:noProof/>
        </w:rPr>
        <w:t>ada instrumenata za povremena/prigodna</w:t>
      </w:r>
      <w:r w:rsidRPr="00F51F43">
        <w:rPr>
          <w:noProof/>
        </w:rPr>
        <w:t xml:space="preserve"> prikupljanja podataka o djetetu i obitelji</w:t>
      </w:r>
      <w:r w:rsidR="00CE5F0B" w:rsidRPr="00F51F43">
        <w:rPr>
          <w:noProof/>
        </w:rPr>
        <w:t>;</w:t>
      </w:r>
    </w:p>
    <w:p w14:paraId="291209FE" w14:textId="77777777" w:rsidR="00105045" w:rsidRPr="00F51F43" w:rsidRDefault="00105045" w:rsidP="00105045">
      <w:pPr>
        <w:numPr>
          <w:ilvl w:val="0"/>
          <w:numId w:val="1"/>
        </w:numPr>
        <w:tabs>
          <w:tab w:val="left" w:pos="3544"/>
        </w:tabs>
        <w:spacing w:after="0"/>
        <w:ind w:left="499" w:hanging="357"/>
        <w:rPr>
          <w:noProof/>
        </w:rPr>
      </w:pPr>
      <w:r w:rsidRPr="00F51F43">
        <w:rPr>
          <w:noProof/>
        </w:rPr>
        <w:t>animiranje roditelja na suradnju u prevladavanju adaptacijskih teškoća i upućivanje na mogućnosti njihovog direktnog uključivanja u proces</w:t>
      </w:r>
      <w:r w:rsidR="00CE5F0B" w:rsidRPr="00F51F43">
        <w:rPr>
          <w:noProof/>
        </w:rPr>
        <w:t>;</w:t>
      </w:r>
    </w:p>
    <w:p w14:paraId="34161C75" w14:textId="77777777" w:rsidR="00105045" w:rsidRPr="00F51F43" w:rsidRDefault="00105045" w:rsidP="00105045">
      <w:pPr>
        <w:numPr>
          <w:ilvl w:val="0"/>
          <w:numId w:val="1"/>
        </w:numPr>
        <w:tabs>
          <w:tab w:val="left" w:pos="3544"/>
        </w:tabs>
        <w:spacing w:after="0"/>
        <w:ind w:left="499" w:hanging="357"/>
        <w:rPr>
          <w:noProof/>
        </w:rPr>
      </w:pPr>
      <w:r w:rsidRPr="00F51F43">
        <w:rPr>
          <w:noProof/>
        </w:rPr>
        <w:t>pe</w:t>
      </w:r>
      <w:r w:rsidR="00FF31AF" w:rsidRPr="00F51F43">
        <w:rPr>
          <w:noProof/>
        </w:rPr>
        <w:t>dagoško-</w:t>
      </w:r>
      <w:r w:rsidRPr="00F51F43">
        <w:rPr>
          <w:noProof/>
        </w:rPr>
        <w:t>psihološko osmišljavanje situacije boravka roditelja u skupini te instruktivan rad s njima</w:t>
      </w:r>
      <w:r w:rsidR="00CE5F0B" w:rsidRPr="00F51F43">
        <w:rPr>
          <w:noProof/>
        </w:rPr>
        <w:t>;</w:t>
      </w:r>
    </w:p>
    <w:p w14:paraId="4F4E7D69" w14:textId="77777777" w:rsidR="00FF31AF" w:rsidRPr="00F51F43" w:rsidRDefault="00105045" w:rsidP="00105045">
      <w:pPr>
        <w:numPr>
          <w:ilvl w:val="0"/>
          <w:numId w:val="1"/>
        </w:numPr>
        <w:tabs>
          <w:tab w:val="left" w:pos="3544"/>
        </w:tabs>
        <w:spacing w:after="0"/>
        <w:ind w:left="499" w:hanging="357"/>
        <w:rPr>
          <w:noProof/>
        </w:rPr>
      </w:pPr>
      <w:r w:rsidRPr="00F51F43">
        <w:rPr>
          <w:noProof/>
        </w:rPr>
        <w:t>savjetodavni rad s roditeljima pre</w:t>
      </w:r>
      <w:r w:rsidR="00FF31AF" w:rsidRPr="00F51F43">
        <w:rPr>
          <w:noProof/>
        </w:rPr>
        <w:t>ma potrebi i procjeni roditelja</w:t>
      </w:r>
      <w:r w:rsidR="00CE5F0B" w:rsidRPr="00F51F43">
        <w:rPr>
          <w:noProof/>
        </w:rPr>
        <w:t>;</w:t>
      </w:r>
    </w:p>
    <w:p w14:paraId="112DF4DF" w14:textId="77777777" w:rsidR="00105045" w:rsidRPr="00F51F43" w:rsidRDefault="00105045" w:rsidP="00105045">
      <w:pPr>
        <w:numPr>
          <w:ilvl w:val="0"/>
          <w:numId w:val="1"/>
        </w:numPr>
        <w:tabs>
          <w:tab w:val="left" w:pos="3544"/>
        </w:tabs>
        <w:spacing w:after="0"/>
        <w:ind w:left="499" w:hanging="357"/>
        <w:rPr>
          <w:noProof/>
        </w:rPr>
      </w:pPr>
      <w:r w:rsidRPr="00F51F43">
        <w:rPr>
          <w:noProof/>
        </w:rPr>
        <w:t xml:space="preserve">stručni angažman na pripremi i oblikovanju pisanih materijala za informiranje roditelja o raznim aspektima odgoja i </w:t>
      </w:r>
      <w:r w:rsidR="00FF31AF" w:rsidRPr="00F51F43">
        <w:rPr>
          <w:noProof/>
        </w:rPr>
        <w:t>obrazovanja djeteta u V</w:t>
      </w:r>
      <w:r w:rsidRPr="00F51F43">
        <w:rPr>
          <w:noProof/>
        </w:rPr>
        <w:t>rtiću i obitelji</w:t>
      </w:r>
      <w:r w:rsidR="00FF31AF" w:rsidRPr="00F51F43">
        <w:rPr>
          <w:noProof/>
        </w:rPr>
        <w:t>,</w:t>
      </w:r>
      <w:r w:rsidRPr="00F51F43">
        <w:rPr>
          <w:noProof/>
        </w:rPr>
        <w:t xml:space="preserve"> posebice o problematici discipliniranja djeteta</w:t>
      </w:r>
      <w:r w:rsidR="00CE5F0B" w:rsidRPr="00F51F43">
        <w:rPr>
          <w:noProof/>
        </w:rPr>
        <w:t>;</w:t>
      </w:r>
    </w:p>
    <w:p w14:paraId="2B17CCAE" w14:textId="77777777" w:rsidR="00105045" w:rsidRPr="00F51F43" w:rsidRDefault="00105045" w:rsidP="00105045">
      <w:pPr>
        <w:numPr>
          <w:ilvl w:val="0"/>
          <w:numId w:val="1"/>
        </w:numPr>
        <w:tabs>
          <w:tab w:val="left" w:pos="3544"/>
        </w:tabs>
        <w:spacing w:after="0"/>
        <w:ind w:left="499" w:hanging="357"/>
        <w:rPr>
          <w:noProof/>
        </w:rPr>
      </w:pPr>
      <w:r w:rsidRPr="00F51F43">
        <w:rPr>
          <w:noProof/>
        </w:rPr>
        <w:lastRenderedPageBreak/>
        <w:t>upućivanje roditelja u problematiku dječjih potreba i prava koje proizlaze iz potreba (nep</w:t>
      </w:r>
      <w:r w:rsidR="00FF31AF" w:rsidRPr="00F51F43">
        <w:rPr>
          <w:noProof/>
        </w:rPr>
        <w:t>osredno</w:t>
      </w:r>
      <w:r w:rsidR="003755E4" w:rsidRPr="00F51F43">
        <w:rPr>
          <w:noProof/>
        </w:rPr>
        <w:t xml:space="preserve"> </w:t>
      </w:r>
      <w:r w:rsidRPr="00F51F43">
        <w:rPr>
          <w:noProof/>
        </w:rPr>
        <w:t>di</w:t>
      </w:r>
      <w:r w:rsidR="003755E4" w:rsidRPr="00F51F43">
        <w:rPr>
          <w:noProof/>
        </w:rPr>
        <w:t>rektnim kontaktima, radionicama,</w:t>
      </w:r>
      <w:r w:rsidRPr="00F51F43">
        <w:rPr>
          <w:noProof/>
        </w:rPr>
        <w:t xml:space="preserve"> po</w:t>
      </w:r>
      <w:r w:rsidR="003755E4" w:rsidRPr="00F51F43">
        <w:rPr>
          <w:noProof/>
        </w:rPr>
        <w:t xml:space="preserve">sredno </w:t>
      </w:r>
      <w:r w:rsidR="00FF31AF" w:rsidRPr="00F51F43">
        <w:rPr>
          <w:noProof/>
        </w:rPr>
        <w:t>pisanim materijalima…)</w:t>
      </w:r>
      <w:r w:rsidR="00CE5F0B" w:rsidRPr="00F51F43">
        <w:rPr>
          <w:noProof/>
        </w:rPr>
        <w:t>;</w:t>
      </w:r>
    </w:p>
    <w:p w14:paraId="4B13F57E" w14:textId="77777777" w:rsidR="00105045" w:rsidRPr="00F51F43" w:rsidRDefault="003755E4" w:rsidP="00105045">
      <w:pPr>
        <w:numPr>
          <w:ilvl w:val="0"/>
          <w:numId w:val="1"/>
        </w:numPr>
        <w:tabs>
          <w:tab w:val="left" w:pos="3544"/>
        </w:tabs>
        <w:spacing w:after="0"/>
        <w:ind w:left="499" w:hanging="357"/>
        <w:rPr>
          <w:noProof/>
        </w:rPr>
      </w:pPr>
      <w:r w:rsidRPr="00F51F43">
        <w:rPr>
          <w:noProof/>
        </w:rPr>
        <w:t>upućivanje</w:t>
      </w:r>
      <w:r w:rsidR="00105045" w:rsidRPr="00F51F43">
        <w:rPr>
          <w:noProof/>
        </w:rPr>
        <w:t xml:space="preserve"> </w:t>
      </w:r>
      <w:r w:rsidRPr="00F51F43">
        <w:rPr>
          <w:noProof/>
        </w:rPr>
        <w:t>roditelja</w:t>
      </w:r>
      <w:r w:rsidR="00105045" w:rsidRPr="00F51F43">
        <w:rPr>
          <w:noProof/>
        </w:rPr>
        <w:t xml:space="preserve"> na institucije i stručnjake koji mogu dodatno pomoći u odgoju, obrazovanju i zbrinjavanj</w:t>
      </w:r>
      <w:r w:rsidRPr="00F51F43">
        <w:rPr>
          <w:noProof/>
        </w:rPr>
        <w:t>u djeteta, posebice djeteta s posebnim potrebama</w:t>
      </w:r>
      <w:r w:rsidR="00CE5F0B" w:rsidRPr="00F51F43">
        <w:rPr>
          <w:noProof/>
        </w:rPr>
        <w:t>;</w:t>
      </w:r>
    </w:p>
    <w:p w14:paraId="57BDCB26" w14:textId="77777777" w:rsidR="00105045" w:rsidRPr="00F51F43" w:rsidRDefault="00105045" w:rsidP="00105045">
      <w:pPr>
        <w:numPr>
          <w:ilvl w:val="0"/>
          <w:numId w:val="1"/>
        </w:numPr>
        <w:tabs>
          <w:tab w:val="left" w:pos="3544"/>
        </w:tabs>
        <w:spacing w:after="0"/>
        <w:ind w:left="499" w:hanging="357"/>
        <w:rPr>
          <w:noProof/>
        </w:rPr>
      </w:pPr>
      <w:r w:rsidRPr="00F51F43">
        <w:rPr>
          <w:noProof/>
        </w:rPr>
        <w:t>prijedlog aktivnosti i oblika rada za situacije druženja djece i roditelja</w:t>
      </w:r>
      <w:r w:rsidR="00CE5F0B" w:rsidRPr="00F51F43">
        <w:rPr>
          <w:noProof/>
        </w:rPr>
        <w:t>;</w:t>
      </w:r>
    </w:p>
    <w:p w14:paraId="27274B9F" w14:textId="77777777" w:rsidR="00105045" w:rsidRPr="00F51F43" w:rsidRDefault="00105045" w:rsidP="00105045">
      <w:pPr>
        <w:numPr>
          <w:ilvl w:val="0"/>
          <w:numId w:val="1"/>
        </w:numPr>
        <w:tabs>
          <w:tab w:val="left" w:pos="3544"/>
        </w:tabs>
        <w:spacing w:after="0"/>
        <w:ind w:left="499" w:hanging="357"/>
        <w:rPr>
          <w:noProof/>
        </w:rPr>
      </w:pPr>
      <w:r w:rsidRPr="00F51F43">
        <w:rPr>
          <w:noProof/>
        </w:rPr>
        <w:t>prijedlog instrumenta za ispitivanje roditeljskih</w:t>
      </w:r>
      <w:r w:rsidR="003755E4" w:rsidRPr="00F51F43">
        <w:rPr>
          <w:noProof/>
        </w:rPr>
        <w:t xml:space="preserve"> stavova, zapažanja, očekivanja</w:t>
      </w:r>
      <w:r w:rsidR="00CE5F0B" w:rsidRPr="00F51F43">
        <w:rPr>
          <w:noProof/>
        </w:rPr>
        <w:t>.</w:t>
      </w:r>
    </w:p>
    <w:p w14:paraId="298CCBEF" w14:textId="77777777" w:rsidR="001B0A10" w:rsidRPr="00F51F43" w:rsidRDefault="001B0A10" w:rsidP="003755E4">
      <w:pPr>
        <w:tabs>
          <w:tab w:val="left" w:pos="3544"/>
        </w:tabs>
        <w:rPr>
          <w:noProof/>
        </w:rPr>
      </w:pPr>
    </w:p>
    <w:p w14:paraId="19785A02" w14:textId="77777777" w:rsidR="00105045" w:rsidRPr="00F51F43" w:rsidRDefault="00105045" w:rsidP="003755E4">
      <w:pPr>
        <w:tabs>
          <w:tab w:val="left" w:pos="3544"/>
        </w:tabs>
        <w:rPr>
          <w:noProof/>
        </w:rPr>
      </w:pPr>
      <w:r w:rsidRPr="00F51F43">
        <w:rPr>
          <w:noProof/>
        </w:rPr>
        <w:t>RAVNATELJICA</w:t>
      </w:r>
    </w:p>
    <w:p w14:paraId="3921AB76" w14:textId="77777777" w:rsidR="00105045" w:rsidRPr="00F51F43" w:rsidRDefault="00105045" w:rsidP="00105045">
      <w:pPr>
        <w:numPr>
          <w:ilvl w:val="0"/>
          <w:numId w:val="1"/>
        </w:numPr>
        <w:tabs>
          <w:tab w:val="left" w:pos="3544"/>
        </w:tabs>
        <w:spacing w:after="0"/>
        <w:ind w:left="499" w:hanging="357"/>
        <w:rPr>
          <w:noProof/>
        </w:rPr>
      </w:pPr>
      <w:r w:rsidRPr="00F51F43">
        <w:rPr>
          <w:noProof/>
        </w:rPr>
        <w:t xml:space="preserve">osiguravanje uvjeta za provođenje </w:t>
      </w:r>
      <w:r w:rsidR="003755E4" w:rsidRPr="00F51F43">
        <w:rPr>
          <w:noProof/>
        </w:rPr>
        <w:t>cilja suradnje s roditeljima</w:t>
      </w:r>
      <w:r w:rsidRPr="00F51F43">
        <w:rPr>
          <w:noProof/>
        </w:rPr>
        <w:t xml:space="preserve"> te sugeriranje sadržaja</w:t>
      </w:r>
      <w:r w:rsidR="00CE5F0B" w:rsidRPr="00F51F43">
        <w:rPr>
          <w:noProof/>
        </w:rPr>
        <w:t>;</w:t>
      </w:r>
    </w:p>
    <w:p w14:paraId="5BBB9233" w14:textId="77777777" w:rsidR="00105045" w:rsidRPr="00F51F43" w:rsidRDefault="00105045" w:rsidP="00105045">
      <w:pPr>
        <w:numPr>
          <w:ilvl w:val="0"/>
          <w:numId w:val="1"/>
        </w:numPr>
        <w:tabs>
          <w:tab w:val="left" w:pos="3544"/>
        </w:tabs>
        <w:spacing w:after="0"/>
        <w:ind w:left="499" w:hanging="357"/>
        <w:rPr>
          <w:noProof/>
        </w:rPr>
      </w:pPr>
      <w:r w:rsidRPr="00F51F43">
        <w:rPr>
          <w:noProof/>
        </w:rPr>
        <w:t xml:space="preserve">utvrđivanje realnih vremenskih potreba roditelja </w:t>
      </w:r>
      <w:r w:rsidR="003755E4" w:rsidRPr="00F51F43">
        <w:rPr>
          <w:noProof/>
        </w:rPr>
        <w:t>za smještaj njihovog djeteta u V</w:t>
      </w:r>
      <w:r w:rsidRPr="00F51F43">
        <w:rPr>
          <w:noProof/>
        </w:rPr>
        <w:t>rtić</w:t>
      </w:r>
      <w:r w:rsidR="00CE5F0B" w:rsidRPr="00F51F43">
        <w:rPr>
          <w:noProof/>
        </w:rPr>
        <w:t>;</w:t>
      </w:r>
    </w:p>
    <w:p w14:paraId="45E4A18B" w14:textId="77777777" w:rsidR="00105045" w:rsidRPr="00F51F43" w:rsidRDefault="00105045" w:rsidP="00105045">
      <w:pPr>
        <w:numPr>
          <w:ilvl w:val="0"/>
          <w:numId w:val="1"/>
        </w:numPr>
        <w:tabs>
          <w:tab w:val="left" w:pos="3544"/>
        </w:tabs>
        <w:spacing w:after="0"/>
        <w:ind w:left="499" w:hanging="357"/>
        <w:rPr>
          <w:noProof/>
        </w:rPr>
      </w:pPr>
      <w:r w:rsidRPr="00F51F43">
        <w:rPr>
          <w:noProof/>
        </w:rPr>
        <w:t>utvrđivanje situacija i načina uklju</w:t>
      </w:r>
      <w:r w:rsidR="003755E4" w:rsidRPr="00F51F43">
        <w:rPr>
          <w:noProof/>
        </w:rPr>
        <w:t>čivanja roditelja u aktivnosti V</w:t>
      </w:r>
      <w:r w:rsidRPr="00F51F43">
        <w:rPr>
          <w:noProof/>
        </w:rPr>
        <w:t>rtića</w:t>
      </w:r>
      <w:r w:rsidR="00CE5F0B" w:rsidRPr="00F51F43">
        <w:rPr>
          <w:noProof/>
        </w:rPr>
        <w:t>;</w:t>
      </w:r>
    </w:p>
    <w:p w14:paraId="6F16245D" w14:textId="77777777" w:rsidR="00105045" w:rsidRPr="00F51F43" w:rsidRDefault="00105045" w:rsidP="00105045">
      <w:pPr>
        <w:numPr>
          <w:ilvl w:val="0"/>
          <w:numId w:val="1"/>
        </w:numPr>
        <w:tabs>
          <w:tab w:val="left" w:pos="3544"/>
        </w:tabs>
        <w:spacing w:after="0"/>
        <w:ind w:left="499" w:hanging="357"/>
        <w:rPr>
          <w:noProof/>
        </w:rPr>
      </w:pPr>
      <w:r w:rsidRPr="00F51F43">
        <w:rPr>
          <w:noProof/>
        </w:rPr>
        <w:t xml:space="preserve">utvrđivanje aktivnosti i opsega sudjelovanja roditelja u </w:t>
      </w:r>
      <w:r w:rsidR="00CE5F0B" w:rsidRPr="00F51F43">
        <w:rPr>
          <w:noProof/>
        </w:rPr>
        <w:t>optimiziranju</w:t>
      </w:r>
      <w:r w:rsidRPr="00F51F43">
        <w:rPr>
          <w:noProof/>
        </w:rPr>
        <w:t xml:space="preserve"> materijalnih uvjeta u ustanovi</w:t>
      </w:r>
      <w:r w:rsidR="00CE5F0B" w:rsidRPr="00F51F43">
        <w:rPr>
          <w:noProof/>
        </w:rPr>
        <w:t>;</w:t>
      </w:r>
    </w:p>
    <w:p w14:paraId="3F7DFFF1" w14:textId="77777777" w:rsidR="00105045" w:rsidRPr="00F51F43" w:rsidRDefault="00105045" w:rsidP="00105045">
      <w:pPr>
        <w:numPr>
          <w:ilvl w:val="0"/>
          <w:numId w:val="1"/>
        </w:numPr>
        <w:tabs>
          <w:tab w:val="left" w:pos="3544"/>
        </w:tabs>
        <w:spacing w:after="0"/>
        <w:ind w:left="499" w:hanging="357"/>
        <w:rPr>
          <w:noProof/>
        </w:rPr>
      </w:pPr>
      <w:r w:rsidRPr="00F51F43">
        <w:rPr>
          <w:noProof/>
        </w:rPr>
        <w:t>utvrđivanje mogućnosti</w:t>
      </w:r>
      <w:r w:rsidR="003755E4" w:rsidRPr="00F51F43">
        <w:rPr>
          <w:noProof/>
        </w:rPr>
        <w:t xml:space="preserve"> i načina djelovanja ustanove i</w:t>
      </w:r>
      <w:r w:rsidRPr="00F51F43">
        <w:rPr>
          <w:noProof/>
        </w:rPr>
        <w:t>/ili djelatnosti na poboljšavanju uvjeta života djeteta kod kuće</w:t>
      </w:r>
      <w:r w:rsidR="003755E4" w:rsidRPr="00F51F43">
        <w:rPr>
          <w:noProof/>
        </w:rPr>
        <w:t>, upućivanje na ustanove socijalnog</w:t>
      </w:r>
      <w:r w:rsidRPr="00F51F43">
        <w:rPr>
          <w:noProof/>
        </w:rPr>
        <w:t xml:space="preserve"> tipa, organizacija humanitarnih akcija u </w:t>
      </w:r>
      <w:r w:rsidR="00A9114C" w:rsidRPr="00F51F43">
        <w:rPr>
          <w:noProof/>
        </w:rPr>
        <w:t>V</w:t>
      </w:r>
      <w:r w:rsidRPr="00F51F43">
        <w:rPr>
          <w:noProof/>
        </w:rPr>
        <w:t>rtiću, evidencija distribucije humanitarne pomoći za soc</w:t>
      </w:r>
      <w:r w:rsidR="003755E4" w:rsidRPr="00F51F43">
        <w:rPr>
          <w:noProof/>
        </w:rPr>
        <w:t>ijalno</w:t>
      </w:r>
      <w:r w:rsidRPr="00F51F43">
        <w:rPr>
          <w:noProof/>
        </w:rPr>
        <w:t xml:space="preserve"> ugroženu djecu, ispitivanje mogućnosti besplatnog uključivanja d</w:t>
      </w:r>
      <w:r w:rsidR="003755E4" w:rsidRPr="00F51F43">
        <w:rPr>
          <w:noProof/>
        </w:rPr>
        <w:t>jeteta u rekreativne programe…</w:t>
      </w:r>
    </w:p>
    <w:p w14:paraId="5FD099A4" w14:textId="77777777" w:rsidR="00105045" w:rsidRPr="00F51F43" w:rsidRDefault="00105045" w:rsidP="00105045">
      <w:pPr>
        <w:rPr>
          <w:noProof/>
        </w:rPr>
      </w:pPr>
    </w:p>
    <w:p w14:paraId="60A3014B" w14:textId="77777777" w:rsidR="00D15146" w:rsidRPr="00F51F43" w:rsidRDefault="00D15146" w:rsidP="00D15146">
      <w:pPr>
        <w:rPr>
          <w:noProof/>
        </w:rPr>
      </w:pPr>
      <w:r w:rsidRPr="00F51F43">
        <w:rPr>
          <w:noProof/>
        </w:rPr>
        <w:t>ELEMENTI PRAĆENJA</w:t>
      </w:r>
    </w:p>
    <w:p w14:paraId="6875767B" w14:textId="77777777" w:rsidR="00D15146" w:rsidRPr="00F51F43" w:rsidRDefault="00D15146" w:rsidP="00D15146">
      <w:pPr>
        <w:rPr>
          <w:noProof/>
        </w:rPr>
      </w:pPr>
      <w:r w:rsidRPr="00F51F43">
        <w:rPr>
          <w:noProof/>
        </w:rPr>
        <w:t>- upitnik za evaluaciju provedenih oblika suradnje</w:t>
      </w:r>
    </w:p>
    <w:p w14:paraId="7D4F3D86" w14:textId="77777777" w:rsidR="00D15146" w:rsidRPr="00F51F43" w:rsidRDefault="00D15146" w:rsidP="00D15146">
      <w:pPr>
        <w:rPr>
          <w:noProof/>
        </w:rPr>
      </w:pPr>
      <w:r w:rsidRPr="00F51F43">
        <w:rPr>
          <w:noProof/>
        </w:rPr>
        <w:t>- prisutnost roditelja na radionicama, predavanjima i komunikacijskim roditeljskim sastancima</w:t>
      </w:r>
    </w:p>
    <w:p w14:paraId="63F82CA6" w14:textId="77777777" w:rsidR="00D15146" w:rsidRPr="00F51F43" w:rsidRDefault="00D15146" w:rsidP="00D15146">
      <w:pPr>
        <w:rPr>
          <w:noProof/>
        </w:rPr>
      </w:pPr>
      <w:r w:rsidRPr="00F51F43">
        <w:rPr>
          <w:noProof/>
        </w:rPr>
        <w:t>- polugodišnja (siječanj) i godišnja analiza (lipanj) segmenata odgojno-obrazovnog rada (odgojitelji, stručni suradnici)</w:t>
      </w:r>
    </w:p>
    <w:p w14:paraId="42D5B698" w14:textId="77777777" w:rsidR="00D15146" w:rsidRPr="00F51F43" w:rsidRDefault="00D15146" w:rsidP="00D15146">
      <w:pPr>
        <w:rPr>
          <w:noProof/>
        </w:rPr>
      </w:pPr>
    </w:p>
    <w:p w14:paraId="1BCABA57" w14:textId="77777777" w:rsidR="00D15146" w:rsidRPr="00F51F43" w:rsidRDefault="00D15146" w:rsidP="00D15146">
      <w:pPr>
        <w:rPr>
          <w:noProof/>
        </w:rPr>
      </w:pPr>
      <w:r w:rsidRPr="00F51F43">
        <w:rPr>
          <w:noProof/>
        </w:rPr>
        <w:t>INDIKATORI POSTIGNUĆA</w:t>
      </w:r>
    </w:p>
    <w:p w14:paraId="4B5B5C45" w14:textId="77777777" w:rsidR="00D15146" w:rsidRPr="00F51F43" w:rsidRDefault="00D15146" w:rsidP="00D15146">
      <w:pPr>
        <w:rPr>
          <w:noProof/>
        </w:rPr>
      </w:pPr>
      <w:r w:rsidRPr="00F51F43">
        <w:rPr>
          <w:noProof/>
        </w:rPr>
        <w:t>- dobar odaziv roditelja na organizirane oblike suradnje</w:t>
      </w:r>
    </w:p>
    <w:p w14:paraId="0AEF938B" w14:textId="77777777" w:rsidR="00D15146" w:rsidRPr="00F51F43" w:rsidRDefault="00D15146" w:rsidP="00D15146">
      <w:pPr>
        <w:rPr>
          <w:noProof/>
        </w:rPr>
      </w:pPr>
      <w:r w:rsidRPr="00F51F43">
        <w:rPr>
          <w:noProof/>
        </w:rPr>
        <w:t>- profesionalna komunikacija i konstruktivno zajedničko rješavanje problemskih situacija</w:t>
      </w:r>
    </w:p>
    <w:p w14:paraId="23FBF21F" w14:textId="77777777" w:rsidR="00D15146" w:rsidRPr="00F51F43" w:rsidRDefault="00D15146" w:rsidP="00D15146">
      <w:pPr>
        <w:rPr>
          <w:noProof/>
        </w:rPr>
      </w:pPr>
      <w:r w:rsidRPr="00F51F43">
        <w:rPr>
          <w:noProof/>
        </w:rPr>
        <w:t>- otvorenost odgojitelja za roditeljske inicijative i procjene</w:t>
      </w:r>
    </w:p>
    <w:p w14:paraId="138452B3" w14:textId="77777777" w:rsidR="00D15146" w:rsidRPr="00F51F43" w:rsidRDefault="00D15146" w:rsidP="00D15146">
      <w:pPr>
        <w:rPr>
          <w:noProof/>
        </w:rPr>
      </w:pPr>
      <w:r w:rsidRPr="00F51F43">
        <w:rPr>
          <w:noProof/>
        </w:rPr>
        <w:lastRenderedPageBreak/>
        <w:t>- evidentan utjecaj i aktivno sudjelovanje roditelja u re</w:t>
      </w:r>
      <w:r w:rsidR="00D3694F" w:rsidRPr="00F51F43">
        <w:rPr>
          <w:noProof/>
        </w:rPr>
        <w:t>alizaciji redovit</w:t>
      </w:r>
      <w:r w:rsidRPr="00F51F43">
        <w:rPr>
          <w:noProof/>
        </w:rPr>
        <w:t xml:space="preserve">og i obogaćenog </w:t>
      </w:r>
      <w:r w:rsidR="00D3694F" w:rsidRPr="00F51F43">
        <w:rPr>
          <w:noProof/>
        </w:rPr>
        <w:t>programa odgojno-obrazovne</w:t>
      </w:r>
      <w:r w:rsidRPr="00F51F43">
        <w:rPr>
          <w:noProof/>
        </w:rPr>
        <w:t xml:space="preserve"> skupine</w:t>
      </w:r>
    </w:p>
    <w:p w14:paraId="566562C9" w14:textId="77777777" w:rsidR="00D15146" w:rsidRPr="00F51F43" w:rsidRDefault="00D15146" w:rsidP="00D15146">
      <w:pPr>
        <w:rPr>
          <w:noProof/>
        </w:rPr>
      </w:pPr>
      <w:r w:rsidRPr="00F51F43">
        <w:rPr>
          <w:noProof/>
        </w:rPr>
        <w:t>- posebni oblici suradnje koje iniciraju pojedini odgojitelji i/ili roditelji</w:t>
      </w:r>
    </w:p>
    <w:p w14:paraId="0A8B96FC" w14:textId="77777777" w:rsidR="00D15146" w:rsidRPr="00F51F43" w:rsidRDefault="00D15146" w:rsidP="00D15146">
      <w:pPr>
        <w:rPr>
          <w:noProof/>
        </w:rPr>
      </w:pPr>
    </w:p>
    <w:p w14:paraId="282BEC7C" w14:textId="77777777" w:rsidR="004457F4" w:rsidRPr="00F51F43" w:rsidRDefault="004457F4" w:rsidP="00D15146">
      <w:pPr>
        <w:rPr>
          <w:noProof/>
        </w:rPr>
      </w:pPr>
    </w:p>
    <w:p w14:paraId="381C0798" w14:textId="77777777" w:rsidR="00D15146" w:rsidRPr="00F51F43" w:rsidRDefault="00D15146" w:rsidP="00D15146">
      <w:pPr>
        <w:rPr>
          <w:noProof/>
        </w:rPr>
      </w:pPr>
      <w:r w:rsidRPr="00F51F43">
        <w:rPr>
          <w:noProof/>
        </w:rPr>
        <w:t>NOSITELJI I SUDIONICI</w:t>
      </w:r>
    </w:p>
    <w:p w14:paraId="265C350D" w14:textId="77777777" w:rsidR="00D15146" w:rsidRPr="00F51F43" w:rsidRDefault="00D15146" w:rsidP="00D15146">
      <w:pPr>
        <w:rPr>
          <w:noProof/>
        </w:rPr>
      </w:pPr>
      <w:r w:rsidRPr="00F51F43">
        <w:rPr>
          <w:noProof/>
        </w:rPr>
        <w:t>- odgojitelji, stručni suradnici i drugi radnici Vrtića</w:t>
      </w:r>
    </w:p>
    <w:p w14:paraId="3A6BFD9A" w14:textId="77777777" w:rsidR="00D15146" w:rsidRPr="00F51F43" w:rsidRDefault="00D15146" w:rsidP="00D15146">
      <w:pPr>
        <w:rPr>
          <w:noProof/>
        </w:rPr>
      </w:pPr>
      <w:r w:rsidRPr="00F51F43">
        <w:rPr>
          <w:noProof/>
        </w:rPr>
        <w:t>- djeca i roditelji</w:t>
      </w:r>
    </w:p>
    <w:p w14:paraId="5BECDA88" w14:textId="77777777" w:rsidR="00D15146" w:rsidRPr="00F51F43" w:rsidRDefault="00D15146" w:rsidP="00D15146">
      <w:pPr>
        <w:rPr>
          <w:noProof/>
        </w:rPr>
      </w:pPr>
      <w:r w:rsidRPr="00F51F43">
        <w:rPr>
          <w:noProof/>
        </w:rPr>
        <w:t>- vanjski suradnici i institucije</w:t>
      </w:r>
    </w:p>
    <w:p w14:paraId="2888683A" w14:textId="77777777" w:rsidR="00D15146" w:rsidRPr="00F51F43" w:rsidRDefault="00D15146" w:rsidP="00D15146">
      <w:pPr>
        <w:rPr>
          <w:noProof/>
        </w:rPr>
      </w:pPr>
    </w:p>
    <w:p w14:paraId="1413443A" w14:textId="77777777" w:rsidR="00B82D47" w:rsidRPr="00F51F43" w:rsidRDefault="00B82D47" w:rsidP="00D15146">
      <w:pPr>
        <w:rPr>
          <w:noProof/>
        </w:rPr>
      </w:pPr>
    </w:p>
    <w:p w14:paraId="422D1FAA" w14:textId="77777777" w:rsidR="00D15146" w:rsidRPr="00F51F43" w:rsidRDefault="00D15146" w:rsidP="00D15146">
      <w:pPr>
        <w:rPr>
          <w:noProof/>
        </w:rPr>
      </w:pPr>
      <w:r w:rsidRPr="00F51F43">
        <w:rPr>
          <w:noProof/>
        </w:rPr>
        <w:t>VRIJEME REALIZACIJE</w:t>
      </w:r>
    </w:p>
    <w:p w14:paraId="5824983E" w14:textId="77777777" w:rsidR="00512C38" w:rsidRPr="00F51F43" w:rsidRDefault="00D15146" w:rsidP="00105045">
      <w:pPr>
        <w:rPr>
          <w:noProof/>
        </w:rPr>
      </w:pPr>
      <w:r w:rsidRPr="00F51F43">
        <w:rPr>
          <w:noProof/>
        </w:rPr>
        <w:t>- tijekom cijele pedagoške godine</w:t>
      </w:r>
    </w:p>
    <w:p w14:paraId="0EF17A69" w14:textId="77777777" w:rsidR="00512C38" w:rsidRPr="00F51F43" w:rsidRDefault="00512C38" w:rsidP="00105045">
      <w:pPr>
        <w:rPr>
          <w:noProof/>
        </w:rPr>
      </w:pPr>
    </w:p>
    <w:p w14:paraId="60F1D998" w14:textId="77777777" w:rsidR="0033530B" w:rsidRPr="00F51F43" w:rsidRDefault="000A22A7" w:rsidP="00373169">
      <w:pPr>
        <w:pStyle w:val="Naslov2"/>
        <w:rPr>
          <w:noProof/>
        </w:rPr>
      </w:pPr>
      <w:bookmarkStart w:id="41" w:name="_Toc241563357"/>
      <w:r w:rsidRPr="00F51F43">
        <w:rPr>
          <w:noProof/>
        </w:rPr>
        <w:t xml:space="preserve">7.1. </w:t>
      </w:r>
      <w:r w:rsidR="00A9114C" w:rsidRPr="00F51F43">
        <w:rPr>
          <w:noProof/>
        </w:rPr>
        <w:t>OBLICI SURADNJE S RODITELJIMA</w:t>
      </w:r>
      <w:bookmarkEnd w:id="41"/>
    </w:p>
    <w:p w14:paraId="3935990D" w14:textId="77777777" w:rsidR="0033530B" w:rsidRPr="00F51F43" w:rsidRDefault="0033530B" w:rsidP="0033530B">
      <w:pPr>
        <w:ind w:firstLine="720"/>
        <w:rPr>
          <w:noProof/>
        </w:rPr>
      </w:pPr>
      <w:r w:rsidRPr="00F51F43">
        <w:rPr>
          <w:noProof/>
        </w:rPr>
        <w:t>I u ovoj pedagoškoj godini planiramo provoditi sljedeće oblike suradnje:</w:t>
      </w:r>
    </w:p>
    <w:p w14:paraId="583D52BA" w14:textId="77777777" w:rsidR="0033530B" w:rsidRPr="00F51F43" w:rsidRDefault="0033530B" w:rsidP="0033530B">
      <w:pPr>
        <w:rPr>
          <w:b/>
          <w:noProof/>
        </w:rPr>
      </w:pPr>
      <w:r w:rsidRPr="00F51F43">
        <w:rPr>
          <w:b/>
          <w:noProof/>
        </w:rPr>
        <w:t>- individualan i kompleksan pristup kod prijema novog djeteta:</w:t>
      </w:r>
    </w:p>
    <w:p w14:paraId="439B7C97" w14:textId="77777777" w:rsidR="0033530B" w:rsidRPr="00F51F43" w:rsidRDefault="0033530B" w:rsidP="0033530B">
      <w:pPr>
        <w:ind w:firstLine="720"/>
        <w:rPr>
          <w:noProof/>
        </w:rPr>
      </w:pPr>
      <w:r w:rsidRPr="00F51F43">
        <w:rPr>
          <w:noProof/>
        </w:rPr>
        <w:t>- konzultacije s roditeljima, inicijalni razgovori, upitnik o psihofizičkom statusu djeteta, informacije o pravima i obvezama roditelja i Vrtića pri potpisivanju Ugovora, prijenos</w:t>
      </w:r>
    </w:p>
    <w:p w14:paraId="3F079096" w14:textId="77777777" w:rsidR="00C637B8" w:rsidRPr="00F51F43" w:rsidRDefault="0033530B" w:rsidP="0033530B">
      <w:pPr>
        <w:rPr>
          <w:noProof/>
        </w:rPr>
      </w:pPr>
      <w:r w:rsidRPr="00F51F43">
        <w:rPr>
          <w:noProof/>
        </w:rPr>
        <w:t>informacija matičnim odg</w:t>
      </w:r>
      <w:r w:rsidR="00A9114C" w:rsidRPr="00F51F43">
        <w:rPr>
          <w:noProof/>
        </w:rPr>
        <w:t>oji</w:t>
      </w:r>
      <w:r w:rsidRPr="00F51F43">
        <w:rPr>
          <w:noProof/>
        </w:rPr>
        <w:t>teljima i zajedničko osiguravanje primarnih uvjeta za proces prilagodbe djeteta i njegovih roditelja</w:t>
      </w:r>
    </w:p>
    <w:p w14:paraId="20429B44" w14:textId="77777777" w:rsidR="00373169" w:rsidRPr="00F51F43" w:rsidRDefault="00373169" w:rsidP="0033530B">
      <w:pPr>
        <w:rPr>
          <w:noProof/>
        </w:rPr>
      </w:pPr>
    </w:p>
    <w:p w14:paraId="364B5233" w14:textId="77777777" w:rsidR="0033530B" w:rsidRPr="00F51F43" w:rsidRDefault="0033530B" w:rsidP="0033530B">
      <w:pPr>
        <w:rPr>
          <w:b/>
          <w:noProof/>
        </w:rPr>
      </w:pPr>
      <w:r w:rsidRPr="00F51F43">
        <w:rPr>
          <w:b/>
          <w:noProof/>
        </w:rPr>
        <w:t>- svakodnevno informiranje roditelja:</w:t>
      </w:r>
    </w:p>
    <w:p w14:paraId="029D47D9" w14:textId="77777777" w:rsidR="00A9114C" w:rsidRPr="00F51F43" w:rsidRDefault="0033530B" w:rsidP="00706C86">
      <w:pPr>
        <w:ind w:firstLine="720"/>
        <w:rPr>
          <w:noProof/>
        </w:rPr>
      </w:pPr>
      <w:r w:rsidRPr="00F51F43">
        <w:rPr>
          <w:noProof/>
        </w:rPr>
        <w:t>- neposre</w:t>
      </w:r>
      <w:r w:rsidR="00A9114C" w:rsidRPr="00F51F43">
        <w:rPr>
          <w:noProof/>
        </w:rPr>
        <w:t>dno kraće verbalno informiranje</w:t>
      </w:r>
    </w:p>
    <w:p w14:paraId="66D9F0B9" w14:textId="77777777" w:rsidR="0033530B" w:rsidRPr="00F51F43" w:rsidRDefault="00A9114C" w:rsidP="00706C86">
      <w:pPr>
        <w:ind w:firstLine="720"/>
        <w:rPr>
          <w:noProof/>
        </w:rPr>
      </w:pPr>
      <w:r w:rsidRPr="00F51F43">
        <w:rPr>
          <w:noProof/>
        </w:rPr>
        <w:t>-</w:t>
      </w:r>
      <w:r w:rsidR="0033530B" w:rsidRPr="00F51F43">
        <w:rPr>
          <w:noProof/>
        </w:rPr>
        <w:t xml:space="preserve"> posredno preko kutića za roditelje, panoa</w:t>
      </w:r>
      <w:r w:rsidR="00706C86" w:rsidRPr="00F51F43">
        <w:rPr>
          <w:noProof/>
        </w:rPr>
        <w:t xml:space="preserve"> </w:t>
      </w:r>
      <w:r w:rsidR="0033530B" w:rsidRPr="00F51F43">
        <w:rPr>
          <w:noProof/>
        </w:rPr>
        <w:t>dječjih radova, edukativnih plakata i letaka</w:t>
      </w:r>
      <w:r w:rsidRPr="00F51F43">
        <w:rPr>
          <w:noProof/>
        </w:rPr>
        <w:t>, video</w:t>
      </w:r>
      <w:r w:rsidR="00571D57" w:rsidRPr="00F51F43">
        <w:rPr>
          <w:noProof/>
        </w:rPr>
        <w:t xml:space="preserve"> </w:t>
      </w:r>
      <w:r w:rsidRPr="00F51F43">
        <w:rPr>
          <w:noProof/>
        </w:rPr>
        <w:t>projekcija</w:t>
      </w:r>
      <w:r w:rsidR="0033530B" w:rsidRPr="00F51F43">
        <w:rPr>
          <w:noProof/>
        </w:rPr>
        <w:t xml:space="preserve"> i </w:t>
      </w:r>
      <w:r w:rsidRPr="00F51F43">
        <w:rPr>
          <w:noProof/>
        </w:rPr>
        <w:t>internetske stranice V</w:t>
      </w:r>
      <w:r w:rsidR="0033530B" w:rsidRPr="00F51F43">
        <w:rPr>
          <w:noProof/>
        </w:rPr>
        <w:t>rtića</w:t>
      </w:r>
    </w:p>
    <w:p w14:paraId="51F4DF72" w14:textId="77777777" w:rsidR="00270710" w:rsidRPr="00F51F43" w:rsidRDefault="00270710" w:rsidP="00706C86">
      <w:pPr>
        <w:ind w:firstLine="720"/>
        <w:rPr>
          <w:noProof/>
        </w:rPr>
      </w:pPr>
    </w:p>
    <w:p w14:paraId="3A2CFB05" w14:textId="77777777" w:rsidR="0033530B" w:rsidRPr="00F51F43" w:rsidRDefault="00706C86" w:rsidP="0033530B">
      <w:pPr>
        <w:rPr>
          <w:noProof/>
        </w:rPr>
      </w:pPr>
      <w:r w:rsidRPr="00F51F43">
        <w:rPr>
          <w:b/>
          <w:noProof/>
        </w:rPr>
        <w:t>- roditeljski sastanci u skupini</w:t>
      </w:r>
      <w:r w:rsidRPr="00F51F43">
        <w:rPr>
          <w:noProof/>
        </w:rPr>
        <w:t xml:space="preserve"> – </w:t>
      </w:r>
      <w:r w:rsidR="0033530B" w:rsidRPr="00F51F43">
        <w:rPr>
          <w:noProof/>
        </w:rPr>
        <w:t>informativnog, radioničkog</w:t>
      </w:r>
      <w:r w:rsidRPr="00F51F43">
        <w:rPr>
          <w:noProof/>
        </w:rPr>
        <w:t xml:space="preserve"> i komunikacijskog tipa (min. 3</w:t>
      </w:r>
      <w:r w:rsidR="0033530B" w:rsidRPr="00F51F43">
        <w:rPr>
          <w:noProof/>
        </w:rPr>
        <w:t>x</w:t>
      </w:r>
      <w:r w:rsidRPr="00F51F43">
        <w:rPr>
          <w:noProof/>
        </w:rPr>
        <w:t xml:space="preserve"> </w:t>
      </w:r>
      <w:r w:rsidR="0033530B" w:rsidRPr="00F51F43">
        <w:rPr>
          <w:noProof/>
        </w:rPr>
        <w:t>godišnje)</w:t>
      </w:r>
    </w:p>
    <w:p w14:paraId="6AA6CA27" w14:textId="77777777" w:rsidR="00D54FB4" w:rsidRPr="00F51F43" w:rsidRDefault="00D54FB4" w:rsidP="0033530B">
      <w:pPr>
        <w:rPr>
          <w:noProof/>
        </w:rPr>
      </w:pPr>
    </w:p>
    <w:p w14:paraId="1BA6241E" w14:textId="77777777" w:rsidR="00D54FB4" w:rsidRPr="00F51F43" w:rsidRDefault="00D54FB4" w:rsidP="00D54FB4">
      <w:pPr>
        <w:rPr>
          <w:b/>
          <w:noProof/>
        </w:rPr>
      </w:pPr>
      <w:r w:rsidRPr="00F51F43">
        <w:rPr>
          <w:b/>
          <w:noProof/>
        </w:rPr>
        <w:t>- zajednički roditeljski sastanci:</w:t>
      </w:r>
    </w:p>
    <w:p w14:paraId="4FC46698" w14:textId="77777777" w:rsidR="00D54FB4" w:rsidRPr="00F51F43" w:rsidRDefault="00D54FB4" w:rsidP="00D54FB4">
      <w:pPr>
        <w:ind w:firstLine="720"/>
        <w:rPr>
          <w:noProof/>
        </w:rPr>
      </w:pPr>
      <w:r w:rsidRPr="00F51F43">
        <w:rPr>
          <w:noProof/>
        </w:rPr>
        <w:t>- za roditelje novoupisane djece</w:t>
      </w:r>
    </w:p>
    <w:p w14:paraId="3CA0AAF0" w14:textId="77777777" w:rsidR="00D54FB4" w:rsidRPr="00F51F43" w:rsidRDefault="00D54FB4" w:rsidP="00D54FB4">
      <w:pPr>
        <w:ind w:firstLine="720"/>
        <w:rPr>
          <w:noProof/>
        </w:rPr>
      </w:pPr>
      <w:r w:rsidRPr="00F51F43">
        <w:rPr>
          <w:noProof/>
        </w:rPr>
        <w:t>- za roditelje djece u godini prije polaska u školu</w:t>
      </w:r>
    </w:p>
    <w:p w14:paraId="7ACA8B3B" w14:textId="77777777" w:rsidR="00D54FB4" w:rsidRPr="00F51F43" w:rsidRDefault="00D54FB4" w:rsidP="00D54FB4">
      <w:pPr>
        <w:rPr>
          <w:noProof/>
        </w:rPr>
      </w:pPr>
      <w:r w:rsidRPr="00F51F43">
        <w:rPr>
          <w:noProof/>
        </w:rPr>
        <w:tab/>
        <w:t>- za roditelje djece polaznika kraćih programa</w:t>
      </w:r>
    </w:p>
    <w:p w14:paraId="474C52AA" w14:textId="77777777" w:rsidR="00706C86" w:rsidRPr="00F51F43" w:rsidRDefault="00706C86" w:rsidP="0033530B">
      <w:pPr>
        <w:rPr>
          <w:noProof/>
        </w:rPr>
      </w:pPr>
    </w:p>
    <w:p w14:paraId="560C23E4" w14:textId="77777777" w:rsidR="00132ED8" w:rsidRPr="00F51F43" w:rsidRDefault="00132ED8" w:rsidP="0033530B">
      <w:pPr>
        <w:rPr>
          <w:noProof/>
        </w:rPr>
      </w:pPr>
      <w:r w:rsidRPr="00F51F43">
        <w:rPr>
          <w:noProof/>
        </w:rPr>
        <w:t xml:space="preserve">- </w:t>
      </w:r>
      <w:r w:rsidRPr="00F51F43">
        <w:rPr>
          <w:b/>
          <w:noProof/>
        </w:rPr>
        <w:t>individualne konzultacije</w:t>
      </w:r>
      <w:r w:rsidRPr="00F51F43">
        <w:rPr>
          <w:noProof/>
        </w:rPr>
        <w:t xml:space="preserve"> na kojima se svaki roditelj informira o postignućima djeteta u svim područjima rada (</w:t>
      </w:r>
      <w:r w:rsidR="00A9114C" w:rsidRPr="00F51F43">
        <w:rPr>
          <w:noProof/>
        </w:rPr>
        <w:t>uz mogućost pregleda</w:t>
      </w:r>
      <w:r w:rsidR="00C66EDA" w:rsidRPr="00F51F43">
        <w:rPr>
          <w:noProof/>
        </w:rPr>
        <w:t xml:space="preserve"> individualne</w:t>
      </w:r>
      <w:r w:rsidR="00A9114C" w:rsidRPr="00F51F43">
        <w:rPr>
          <w:noProof/>
        </w:rPr>
        <w:t xml:space="preserve"> </w:t>
      </w:r>
      <w:r w:rsidRPr="00F51F43">
        <w:rPr>
          <w:noProof/>
        </w:rPr>
        <w:t>razvojne mape</w:t>
      </w:r>
      <w:r w:rsidR="00C66EDA" w:rsidRPr="00F51F43">
        <w:rPr>
          <w:noProof/>
        </w:rPr>
        <w:t xml:space="preserve"> i liste praćenja</w:t>
      </w:r>
      <w:r w:rsidRPr="00F51F43">
        <w:rPr>
          <w:noProof/>
        </w:rPr>
        <w:t>)</w:t>
      </w:r>
    </w:p>
    <w:p w14:paraId="2AC9BD64" w14:textId="77777777" w:rsidR="00132ED8" w:rsidRPr="00F51F43" w:rsidRDefault="00132ED8" w:rsidP="0033530B">
      <w:pPr>
        <w:rPr>
          <w:noProof/>
        </w:rPr>
      </w:pPr>
    </w:p>
    <w:p w14:paraId="18737DD2" w14:textId="77777777" w:rsidR="0033530B" w:rsidRPr="00F51F43" w:rsidRDefault="00706C86" w:rsidP="0033530B">
      <w:pPr>
        <w:rPr>
          <w:noProof/>
        </w:rPr>
      </w:pPr>
      <w:r w:rsidRPr="00F51F43">
        <w:rPr>
          <w:noProof/>
        </w:rPr>
        <w:t>-</w:t>
      </w:r>
      <w:r w:rsidR="0033530B" w:rsidRPr="00F51F43">
        <w:rPr>
          <w:noProof/>
        </w:rPr>
        <w:t xml:space="preserve"> </w:t>
      </w:r>
      <w:r w:rsidR="0033530B" w:rsidRPr="00F51F43">
        <w:rPr>
          <w:b/>
          <w:noProof/>
        </w:rPr>
        <w:t>edukativna predavanja</w:t>
      </w:r>
      <w:r w:rsidRPr="00F51F43">
        <w:rPr>
          <w:noProof/>
        </w:rPr>
        <w:t xml:space="preserve">, </w:t>
      </w:r>
      <w:r w:rsidR="0033530B" w:rsidRPr="00F51F43">
        <w:rPr>
          <w:b/>
          <w:noProof/>
        </w:rPr>
        <w:t>radionice</w:t>
      </w:r>
      <w:r w:rsidR="0033530B" w:rsidRPr="00F51F43">
        <w:rPr>
          <w:noProof/>
        </w:rPr>
        <w:t xml:space="preserve"> tijekom godine s ciljem usvajanja</w:t>
      </w:r>
      <w:r w:rsidRPr="00F51F43">
        <w:rPr>
          <w:noProof/>
        </w:rPr>
        <w:t xml:space="preserve"> </w:t>
      </w:r>
      <w:r w:rsidR="0033530B" w:rsidRPr="00F51F43">
        <w:rPr>
          <w:noProof/>
        </w:rPr>
        <w:t>z</w:t>
      </w:r>
      <w:r w:rsidRPr="00F51F43">
        <w:rPr>
          <w:noProof/>
        </w:rPr>
        <w:t>nanja i vještina te izgrađivanja</w:t>
      </w:r>
      <w:r w:rsidR="0033530B" w:rsidRPr="00F51F43">
        <w:rPr>
          <w:noProof/>
        </w:rPr>
        <w:t xml:space="preserve"> stavova koji pri</w:t>
      </w:r>
      <w:r w:rsidR="0043611D" w:rsidRPr="00F51F43">
        <w:rPr>
          <w:noProof/>
        </w:rPr>
        <w:t>donose jačanju kompetencija odgoji</w:t>
      </w:r>
      <w:r w:rsidR="0033530B" w:rsidRPr="00F51F43">
        <w:rPr>
          <w:noProof/>
        </w:rPr>
        <w:t>telja,</w:t>
      </w:r>
      <w:r w:rsidRPr="00F51F43">
        <w:rPr>
          <w:noProof/>
        </w:rPr>
        <w:t xml:space="preserve"> </w:t>
      </w:r>
      <w:r w:rsidR="0033530B" w:rsidRPr="00F51F43">
        <w:rPr>
          <w:noProof/>
        </w:rPr>
        <w:t>stručnih suradnika i roditelja</w:t>
      </w:r>
    </w:p>
    <w:p w14:paraId="21AEA89F" w14:textId="77777777" w:rsidR="00706C86" w:rsidRPr="00F51F43" w:rsidRDefault="00706C86" w:rsidP="0033530B">
      <w:pPr>
        <w:rPr>
          <w:noProof/>
        </w:rPr>
      </w:pPr>
    </w:p>
    <w:p w14:paraId="4487B29B" w14:textId="77777777" w:rsidR="0033530B" w:rsidRPr="00F51F43" w:rsidRDefault="00706C86" w:rsidP="0033530B">
      <w:pPr>
        <w:rPr>
          <w:noProof/>
        </w:rPr>
      </w:pPr>
      <w:r w:rsidRPr="00F51F43">
        <w:rPr>
          <w:b/>
          <w:noProof/>
        </w:rPr>
        <w:t>-</w:t>
      </w:r>
      <w:r w:rsidR="0033530B" w:rsidRPr="00F51F43">
        <w:rPr>
          <w:b/>
          <w:noProof/>
        </w:rPr>
        <w:t xml:space="preserve"> neposredno sudjelovanje roditelja </w:t>
      </w:r>
      <w:r w:rsidR="0033530B" w:rsidRPr="00F51F43">
        <w:rPr>
          <w:noProof/>
        </w:rPr>
        <w:t>u pripremi odgojnog procesa</w:t>
      </w:r>
      <w:r w:rsidRPr="00F51F43">
        <w:rPr>
          <w:noProof/>
        </w:rPr>
        <w:t xml:space="preserve"> (akcije sakupljanja PNM-a</w:t>
      </w:r>
      <w:r w:rsidR="0033530B" w:rsidRPr="00F51F43">
        <w:rPr>
          <w:noProof/>
        </w:rPr>
        <w:t xml:space="preserve"> i</w:t>
      </w:r>
      <w:r w:rsidRPr="00F51F43">
        <w:rPr>
          <w:noProof/>
        </w:rPr>
        <w:t xml:space="preserve"> </w:t>
      </w:r>
      <w:r w:rsidR="0033530B" w:rsidRPr="00F51F43">
        <w:rPr>
          <w:noProof/>
        </w:rPr>
        <w:t>sl., donacije) i u ostvarenju različitih aktivnosti s djecom (boravak u vrijeme prilagodbe,</w:t>
      </w:r>
      <w:r w:rsidRPr="00F51F43">
        <w:rPr>
          <w:noProof/>
        </w:rPr>
        <w:t xml:space="preserve"> </w:t>
      </w:r>
      <w:r w:rsidR="0033530B" w:rsidRPr="00F51F43">
        <w:rPr>
          <w:noProof/>
        </w:rPr>
        <w:t xml:space="preserve">prezentacija zanimanja, sudjelovanje </w:t>
      </w:r>
      <w:r w:rsidR="00C66EDA" w:rsidRPr="00F51F43">
        <w:rPr>
          <w:noProof/>
        </w:rPr>
        <w:t>u projektima koje djeca i odgojitelji iniciraju</w:t>
      </w:r>
      <w:r w:rsidR="0033530B" w:rsidRPr="00F51F43">
        <w:rPr>
          <w:noProof/>
        </w:rPr>
        <w:t>,</w:t>
      </w:r>
      <w:r w:rsidRPr="00F51F43">
        <w:rPr>
          <w:noProof/>
        </w:rPr>
        <w:t xml:space="preserve"> </w:t>
      </w:r>
      <w:r w:rsidR="0033530B" w:rsidRPr="00F51F43">
        <w:rPr>
          <w:noProof/>
        </w:rPr>
        <w:t>kazališne predstave</w:t>
      </w:r>
      <w:r w:rsidRPr="00F51F43">
        <w:rPr>
          <w:noProof/>
        </w:rPr>
        <w:t xml:space="preserve"> </w:t>
      </w:r>
      <w:r w:rsidR="0033530B" w:rsidRPr="00F51F43">
        <w:rPr>
          <w:noProof/>
        </w:rPr>
        <w:t>roditelja z</w:t>
      </w:r>
      <w:r w:rsidR="00C66EDA" w:rsidRPr="00F51F43">
        <w:rPr>
          <w:noProof/>
        </w:rPr>
        <w:t>a djecu, pratnja djeci u posjeti</w:t>
      </w:r>
      <w:r w:rsidR="0033530B" w:rsidRPr="00F51F43">
        <w:rPr>
          <w:noProof/>
        </w:rPr>
        <w:t xml:space="preserve">ma i na izletima) i </w:t>
      </w:r>
      <w:r w:rsidRPr="00F51F43">
        <w:rPr>
          <w:noProof/>
        </w:rPr>
        <w:t xml:space="preserve">u evaluaciji postignuća (ogledne </w:t>
      </w:r>
      <w:r w:rsidR="0033530B" w:rsidRPr="00F51F43">
        <w:rPr>
          <w:noProof/>
        </w:rPr>
        <w:t>aktivnos</w:t>
      </w:r>
      <w:r w:rsidRPr="00F51F43">
        <w:rPr>
          <w:noProof/>
        </w:rPr>
        <w:t>ti s djecom, prezentacije video</w:t>
      </w:r>
      <w:r w:rsidR="0033530B" w:rsidRPr="00F51F43">
        <w:rPr>
          <w:noProof/>
        </w:rPr>
        <w:t>zapisa</w:t>
      </w:r>
      <w:r w:rsidRPr="00F51F43">
        <w:rPr>
          <w:noProof/>
        </w:rPr>
        <w:t>,</w:t>
      </w:r>
      <w:r w:rsidR="0033530B" w:rsidRPr="00F51F43">
        <w:rPr>
          <w:noProof/>
        </w:rPr>
        <w:t xml:space="preserve"> panel postera)</w:t>
      </w:r>
    </w:p>
    <w:p w14:paraId="24DBABCB" w14:textId="77777777" w:rsidR="00BC451A" w:rsidRPr="00F51F43" w:rsidRDefault="00BC451A" w:rsidP="0033530B">
      <w:pPr>
        <w:rPr>
          <w:noProof/>
        </w:rPr>
      </w:pPr>
      <w:r w:rsidRPr="00F51F43">
        <w:rPr>
          <w:noProof/>
        </w:rPr>
        <w:tab/>
      </w:r>
    </w:p>
    <w:p w14:paraId="1A5A492A" w14:textId="77777777" w:rsidR="0033530B" w:rsidRPr="00F51F43" w:rsidRDefault="00706C86" w:rsidP="0033530B">
      <w:pPr>
        <w:rPr>
          <w:noProof/>
        </w:rPr>
      </w:pPr>
      <w:r w:rsidRPr="00F51F43">
        <w:rPr>
          <w:b/>
          <w:noProof/>
        </w:rPr>
        <w:t>-</w:t>
      </w:r>
      <w:r w:rsidR="0033530B" w:rsidRPr="00F51F43">
        <w:rPr>
          <w:b/>
          <w:noProof/>
        </w:rPr>
        <w:t xml:space="preserve"> procjene roditelja</w:t>
      </w:r>
      <w:r w:rsidR="0033530B" w:rsidRPr="00F51F43">
        <w:rPr>
          <w:noProof/>
        </w:rPr>
        <w:t xml:space="preserve"> - procjene sadržaja roditeljskog </w:t>
      </w:r>
      <w:r w:rsidRPr="00F51F43">
        <w:rPr>
          <w:noProof/>
        </w:rPr>
        <w:t>sastanka, kvalitete prehrane u V</w:t>
      </w:r>
      <w:r w:rsidR="0033530B" w:rsidRPr="00F51F43">
        <w:rPr>
          <w:noProof/>
        </w:rPr>
        <w:t>rtiću,</w:t>
      </w:r>
      <w:r w:rsidRPr="00F51F43">
        <w:rPr>
          <w:noProof/>
        </w:rPr>
        <w:t xml:space="preserve"> </w:t>
      </w:r>
      <w:r w:rsidR="0033530B" w:rsidRPr="00F51F43">
        <w:rPr>
          <w:noProof/>
        </w:rPr>
        <w:t xml:space="preserve">polugodišnje i </w:t>
      </w:r>
      <w:r w:rsidR="0043611D" w:rsidRPr="00F51F43">
        <w:rPr>
          <w:noProof/>
        </w:rPr>
        <w:t>godišnje analize suradnje s odgoji</w:t>
      </w:r>
      <w:r w:rsidR="0033530B" w:rsidRPr="00F51F43">
        <w:rPr>
          <w:noProof/>
        </w:rPr>
        <w:t>teljima i cjelokupnim vrtićkim kontekstom</w:t>
      </w:r>
      <w:r w:rsidR="000A22A7" w:rsidRPr="00F51F43">
        <w:rPr>
          <w:noProof/>
        </w:rPr>
        <w:t xml:space="preserve">, kvalitete organizacije kraćih programa (ankete) </w:t>
      </w:r>
    </w:p>
    <w:p w14:paraId="14B58F80" w14:textId="77777777" w:rsidR="0043611D" w:rsidRPr="00F51F43" w:rsidRDefault="00270710" w:rsidP="0033530B">
      <w:pPr>
        <w:rPr>
          <w:noProof/>
        </w:rPr>
      </w:pPr>
      <w:r w:rsidRPr="00F51F43">
        <w:rPr>
          <w:noProof/>
        </w:rPr>
        <w:tab/>
        <w:t>Tijekom</w:t>
      </w:r>
      <w:r w:rsidR="0043611D" w:rsidRPr="00F51F43">
        <w:rPr>
          <w:noProof/>
        </w:rPr>
        <w:t xml:space="preserve"> pedagoške godine provest će se ankete među postojećim korisnicima Vrtića o zadovoljstvu radom Vrtića koje će uključivati i procjenu kvalitete prehrane i komunikacije s odgojiteljima, procjenu higijenskih i prostorno-materijalnih uvjeta itd. Roditelji će moći upisati i svoje prijedloge za unaprjeđenje pojedinih aspekata vezanih uz boravak djece u </w:t>
      </w:r>
      <w:r w:rsidR="0043611D" w:rsidRPr="00F51F43">
        <w:rPr>
          <w:noProof/>
        </w:rPr>
        <w:lastRenderedPageBreak/>
        <w:t>Vrtiću i odgojno-obrazovni rad s njima.</w:t>
      </w:r>
      <w:r w:rsidR="00D15146" w:rsidRPr="00F51F43">
        <w:rPr>
          <w:noProof/>
        </w:rPr>
        <w:t xml:space="preserve"> Od roditelja novoupisane djece tražit ćemo da napišu svoja očekivanja vezana uz odgojno-obrazovni rad u Vrtiću.</w:t>
      </w:r>
    </w:p>
    <w:p w14:paraId="144EE0AB" w14:textId="77777777" w:rsidR="003C35FA" w:rsidRPr="00F51F43" w:rsidRDefault="003C35FA" w:rsidP="0033530B">
      <w:pPr>
        <w:rPr>
          <w:b/>
          <w:noProof/>
        </w:rPr>
      </w:pPr>
    </w:p>
    <w:p w14:paraId="310DB852" w14:textId="77777777" w:rsidR="00706C86" w:rsidRPr="00F51F43" w:rsidRDefault="00706C86" w:rsidP="0033530B">
      <w:pPr>
        <w:rPr>
          <w:noProof/>
        </w:rPr>
      </w:pPr>
      <w:r w:rsidRPr="00F51F43">
        <w:rPr>
          <w:b/>
          <w:noProof/>
        </w:rPr>
        <w:t>-</w:t>
      </w:r>
      <w:r w:rsidR="0033530B" w:rsidRPr="00F51F43">
        <w:rPr>
          <w:b/>
          <w:noProof/>
        </w:rPr>
        <w:t xml:space="preserve"> ostali oblici suradnje</w:t>
      </w:r>
      <w:r w:rsidR="0033530B" w:rsidRPr="00F51F43">
        <w:rPr>
          <w:noProof/>
        </w:rPr>
        <w:t xml:space="preserve"> - zajedničke igraonice, radionice, druženja i slavlja</w:t>
      </w:r>
    </w:p>
    <w:p w14:paraId="7664DE1A" w14:textId="77777777" w:rsidR="00341F20" w:rsidRPr="00F51F43" w:rsidRDefault="0033530B" w:rsidP="00373169">
      <w:pPr>
        <w:ind w:firstLine="720"/>
        <w:rPr>
          <w:noProof/>
        </w:rPr>
      </w:pPr>
      <w:r w:rsidRPr="00F51F43">
        <w:rPr>
          <w:noProof/>
        </w:rPr>
        <w:t xml:space="preserve"> </w:t>
      </w:r>
      <w:r w:rsidR="00706C86" w:rsidRPr="00F51F43">
        <w:rPr>
          <w:noProof/>
        </w:rPr>
        <w:t>-</w:t>
      </w:r>
      <w:r w:rsidRPr="00F51F43">
        <w:rPr>
          <w:noProof/>
        </w:rPr>
        <w:t xml:space="preserve"> blagdanske, rođendanske, spo</w:t>
      </w:r>
      <w:r w:rsidR="00706C86" w:rsidRPr="00F51F43">
        <w:rPr>
          <w:noProof/>
        </w:rPr>
        <w:t>rtsko-rekreativne, umjetničko-</w:t>
      </w:r>
      <w:r w:rsidRPr="00F51F43">
        <w:rPr>
          <w:noProof/>
        </w:rPr>
        <w:t>stvaralačke,</w:t>
      </w:r>
      <w:r w:rsidR="00706C86" w:rsidRPr="00F51F43">
        <w:rPr>
          <w:noProof/>
        </w:rPr>
        <w:t xml:space="preserve"> radno-</w:t>
      </w:r>
      <w:r w:rsidRPr="00F51F43">
        <w:rPr>
          <w:noProof/>
        </w:rPr>
        <w:t>ekološke, završne svečanos</w:t>
      </w:r>
      <w:r w:rsidR="00706C86" w:rsidRPr="00F51F43">
        <w:rPr>
          <w:noProof/>
        </w:rPr>
        <w:t>ti, dani otvorenih vrata, dani V</w:t>
      </w:r>
      <w:r w:rsidR="003C35FA" w:rsidRPr="00F51F43">
        <w:rPr>
          <w:noProof/>
        </w:rPr>
        <w:t>rtića</w:t>
      </w:r>
      <w:r w:rsidRPr="00F51F43">
        <w:rPr>
          <w:noProof/>
        </w:rPr>
        <w:t xml:space="preserve"> </w:t>
      </w:r>
      <w:r w:rsidRPr="00F51F43">
        <w:rPr>
          <w:noProof/>
        </w:rPr>
        <w:cr/>
      </w:r>
    </w:p>
    <w:p w14:paraId="16A9941E" w14:textId="77777777" w:rsidR="003D7468" w:rsidRPr="00F51F43" w:rsidRDefault="000A22A7" w:rsidP="00373169">
      <w:pPr>
        <w:pStyle w:val="Naslov2"/>
        <w:rPr>
          <w:noProof/>
        </w:rPr>
      </w:pPr>
      <w:bookmarkStart w:id="42" w:name="_Toc241563358"/>
      <w:r w:rsidRPr="00F51F43">
        <w:rPr>
          <w:noProof/>
        </w:rPr>
        <w:t xml:space="preserve">7.2. </w:t>
      </w:r>
      <w:r w:rsidR="00BC451A" w:rsidRPr="00F51F43">
        <w:rPr>
          <w:noProof/>
        </w:rPr>
        <w:t>RODITELJSKI</w:t>
      </w:r>
      <w:r w:rsidR="003D7468" w:rsidRPr="00F51F43">
        <w:rPr>
          <w:noProof/>
        </w:rPr>
        <w:t xml:space="preserve">  </w:t>
      </w:r>
      <w:r w:rsidR="00BC451A" w:rsidRPr="00F51F43">
        <w:rPr>
          <w:noProof/>
        </w:rPr>
        <w:t>SASTANCI</w:t>
      </w:r>
      <w:bookmarkEnd w:id="42"/>
    </w:p>
    <w:p w14:paraId="02A4025E" w14:textId="77777777" w:rsidR="003D7468" w:rsidRPr="00F51F43" w:rsidRDefault="00BC451A" w:rsidP="00BC451A">
      <w:pPr>
        <w:tabs>
          <w:tab w:val="left" w:pos="709"/>
        </w:tabs>
        <w:rPr>
          <w:noProof/>
        </w:rPr>
      </w:pPr>
      <w:r w:rsidRPr="00F51F43">
        <w:rPr>
          <w:noProof/>
        </w:rPr>
        <w:tab/>
      </w:r>
      <w:r w:rsidR="003D7468" w:rsidRPr="00F51F43">
        <w:rPr>
          <w:noProof/>
        </w:rPr>
        <w:t xml:space="preserve">Za jasličke </w:t>
      </w:r>
      <w:r w:rsidRPr="00F51F43">
        <w:rPr>
          <w:noProof/>
        </w:rPr>
        <w:t>skupine</w:t>
      </w:r>
      <w:r w:rsidR="003D7468" w:rsidRPr="00F51F43">
        <w:rPr>
          <w:noProof/>
        </w:rPr>
        <w:t xml:space="preserve"> planiraju se najmanje tri roditeljska sast</w:t>
      </w:r>
      <w:r w:rsidRPr="00F51F43">
        <w:rPr>
          <w:noProof/>
        </w:rPr>
        <w:t>anka tijekom pedagoške godine, a z</w:t>
      </w:r>
      <w:r w:rsidR="003D7468" w:rsidRPr="00F51F43">
        <w:rPr>
          <w:noProof/>
        </w:rPr>
        <w:t xml:space="preserve">a vrtićke </w:t>
      </w:r>
      <w:r w:rsidRPr="00F51F43">
        <w:rPr>
          <w:noProof/>
        </w:rPr>
        <w:t>skupine</w:t>
      </w:r>
      <w:r w:rsidR="003D7468" w:rsidRPr="00F51F43">
        <w:rPr>
          <w:noProof/>
        </w:rPr>
        <w:t xml:space="preserve"> najmanje</w:t>
      </w:r>
      <w:r w:rsidR="003D7468" w:rsidRPr="00F51F43">
        <w:rPr>
          <w:b/>
          <w:noProof/>
        </w:rPr>
        <w:t xml:space="preserve"> </w:t>
      </w:r>
      <w:r w:rsidRPr="00F51F43">
        <w:rPr>
          <w:noProof/>
        </w:rPr>
        <w:t>četiri</w:t>
      </w:r>
      <w:r w:rsidR="003D7468" w:rsidRPr="00F51F43">
        <w:rPr>
          <w:noProof/>
        </w:rPr>
        <w:t xml:space="preserve"> roditeljska sastanka tijekom pedagoške godine. Obavezne tem</w:t>
      </w:r>
      <w:r w:rsidRPr="00F51F43">
        <w:rPr>
          <w:noProof/>
        </w:rPr>
        <w:t>e</w:t>
      </w:r>
      <w:r w:rsidR="003D7468" w:rsidRPr="00F51F43">
        <w:rPr>
          <w:noProof/>
        </w:rPr>
        <w:t xml:space="preserve"> za </w:t>
      </w:r>
      <w:r w:rsidRPr="00F51F43">
        <w:rPr>
          <w:noProof/>
        </w:rPr>
        <w:t>prvi i zadnji roditeljski</w:t>
      </w:r>
      <w:r w:rsidR="003D7468" w:rsidRPr="00F51F43">
        <w:rPr>
          <w:noProof/>
        </w:rPr>
        <w:t xml:space="preserve"> </w:t>
      </w:r>
      <w:r w:rsidR="00571D57" w:rsidRPr="00F51F43">
        <w:rPr>
          <w:noProof/>
        </w:rPr>
        <w:t>sastanak</w:t>
      </w:r>
      <w:r w:rsidR="003D7468" w:rsidRPr="00F51F43">
        <w:rPr>
          <w:noProof/>
        </w:rPr>
        <w:t xml:space="preserve"> </w:t>
      </w:r>
      <w:r w:rsidR="00270710" w:rsidRPr="00F51F43">
        <w:rPr>
          <w:noProof/>
        </w:rPr>
        <w:t>u svim odgojno-obrazovnim</w:t>
      </w:r>
      <w:r w:rsidRPr="00F51F43">
        <w:rPr>
          <w:noProof/>
        </w:rPr>
        <w:t xml:space="preserve"> skupinama su</w:t>
      </w:r>
      <w:r w:rsidR="003D7468" w:rsidRPr="00F51F43">
        <w:rPr>
          <w:noProof/>
        </w:rPr>
        <w:t>:</w:t>
      </w:r>
    </w:p>
    <w:p w14:paraId="68FB7DDA" w14:textId="77777777" w:rsidR="003D7468" w:rsidRPr="00F51F43" w:rsidRDefault="00BC451A" w:rsidP="00105045">
      <w:pPr>
        <w:numPr>
          <w:ilvl w:val="0"/>
          <w:numId w:val="2"/>
        </w:numPr>
        <w:tabs>
          <w:tab w:val="left" w:pos="3544"/>
        </w:tabs>
        <w:spacing w:after="0"/>
        <w:rPr>
          <w:noProof/>
        </w:rPr>
      </w:pPr>
      <w:r w:rsidRPr="00F51F43">
        <w:rPr>
          <w:noProof/>
        </w:rPr>
        <w:t>Upoznavanje roditelja s planom i programom rada u skupini</w:t>
      </w:r>
    </w:p>
    <w:p w14:paraId="13180CC3" w14:textId="77777777" w:rsidR="003D7468" w:rsidRPr="00F51F43" w:rsidRDefault="003D7468" w:rsidP="00105045">
      <w:pPr>
        <w:numPr>
          <w:ilvl w:val="0"/>
          <w:numId w:val="1"/>
        </w:numPr>
        <w:tabs>
          <w:tab w:val="left" w:pos="3544"/>
        </w:tabs>
        <w:spacing w:after="0"/>
        <w:rPr>
          <w:noProof/>
        </w:rPr>
      </w:pPr>
      <w:r w:rsidRPr="00F51F43">
        <w:rPr>
          <w:noProof/>
        </w:rPr>
        <w:t xml:space="preserve">međusobno predstavljanje </w:t>
      </w:r>
    </w:p>
    <w:p w14:paraId="1CAE42EC" w14:textId="77777777" w:rsidR="003D7468" w:rsidRPr="00F51F43" w:rsidRDefault="003D7468" w:rsidP="00105045">
      <w:pPr>
        <w:numPr>
          <w:ilvl w:val="0"/>
          <w:numId w:val="1"/>
        </w:numPr>
        <w:tabs>
          <w:tab w:val="left" w:pos="3544"/>
        </w:tabs>
        <w:spacing w:after="0"/>
        <w:rPr>
          <w:noProof/>
        </w:rPr>
      </w:pPr>
      <w:r w:rsidRPr="00F51F43">
        <w:rPr>
          <w:noProof/>
        </w:rPr>
        <w:t>utvrđivanje roditeljskih očekivanja od programa i upoznavanje programske ponude</w:t>
      </w:r>
    </w:p>
    <w:p w14:paraId="644A2668" w14:textId="77777777" w:rsidR="003D7468" w:rsidRPr="00F51F43" w:rsidRDefault="00BC451A" w:rsidP="00105045">
      <w:pPr>
        <w:numPr>
          <w:ilvl w:val="0"/>
          <w:numId w:val="1"/>
        </w:numPr>
        <w:tabs>
          <w:tab w:val="left" w:pos="3544"/>
        </w:tabs>
        <w:spacing w:after="0"/>
        <w:rPr>
          <w:noProof/>
        </w:rPr>
      </w:pPr>
      <w:r w:rsidRPr="00F51F43">
        <w:rPr>
          <w:noProof/>
        </w:rPr>
        <w:t xml:space="preserve">utvrđivanje plana suradnje </w:t>
      </w:r>
      <w:r w:rsidR="00D15146" w:rsidRPr="00F51F43">
        <w:rPr>
          <w:noProof/>
        </w:rPr>
        <w:t>roditelji – odgoji</w:t>
      </w:r>
      <w:r w:rsidR="003D7468" w:rsidRPr="00F51F43">
        <w:rPr>
          <w:noProof/>
        </w:rPr>
        <w:t>telji i programa roditeljskih sastanaka</w:t>
      </w:r>
    </w:p>
    <w:p w14:paraId="0BB05959" w14:textId="77777777" w:rsidR="003D7468" w:rsidRPr="00F51F43" w:rsidRDefault="003D7468" w:rsidP="00105045">
      <w:pPr>
        <w:numPr>
          <w:ilvl w:val="0"/>
          <w:numId w:val="1"/>
        </w:numPr>
        <w:tabs>
          <w:tab w:val="left" w:pos="3544"/>
        </w:tabs>
        <w:spacing w:after="0"/>
        <w:rPr>
          <w:noProof/>
        </w:rPr>
      </w:pPr>
      <w:r w:rsidRPr="00F51F43">
        <w:rPr>
          <w:noProof/>
        </w:rPr>
        <w:t>utvrđiv</w:t>
      </w:r>
      <w:r w:rsidR="00BC451A" w:rsidRPr="00F51F43">
        <w:rPr>
          <w:noProof/>
        </w:rPr>
        <w:t>anje plana i programa kulturno-</w:t>
      </w:r>
      <w:r w:rsidRPr="00F51F43">
        <w:rPr>
          <w:noProof/>
        </w:rPr>
        <w:t>zabavnih događanja za djecu</w:t>
      </w:r>
    </w:p>
    <w:p w14:paraId="07605E96" w14:textId="77777777" w:rsidR="00011EFD" w:rsidRPr="00F51F43" w:rsidRDefault="00011EFD" w:rsidP="00105045">
      <w:pPr>
        <w:numPr>
          <w:ilvl w:val="0"/>
          <w:numId w:val="1"/>
        </w:numPr>
        <w:tabs>
          <w:tab w:val="left" w:pos="3544"/>
        </w:tabs>
        <w:spacing w:after="0"/>
        <w:rPr>
          <w:noProof/>
        </w:rPr>
      </w:pPr>
      <w:r w:rsidRPr="00F51F43">
        <w:rPr>
          <w:noProof/>
        </w:rPr>
        <w:t>upoznavanje roditeljima s razvojnim karakteristika djece određene dobi</w:t>
      </w:r>
    </w:p>
    <w:p w14:paraId="17195D43" w14:textId="77777777" w:rsidR="003D7468" w:rsidRPr="00F51F43" w:rsidRDefault="003D7468" w:rsidP="00105045">
      <w:pPr>
        <w:tabs>
          <w:tab w:val="left" w:pos="3544"/>
        </w:tabs>
        <w:rPr>
          <w:noProof/>
        </w:rPr>
      </w:pPr>
      <w:r w:rsidRPr="00F51F43">
        <w:rPr>
          <w:noProof/>
        </w:rPr>
        <w:t xml:space="preserve"> </w:t>
      </w:r>
    </w:p>
    <w:p w14:paraId="431B92BB" w14:textId="77777777" w:rsidR="003D7468" w:rsidRPr="00F51F43" w:rsidRDefault="00BC451A" w:rsidP="00105045">
      <w:pPr>
        <w:numPr>
          <w:ilvl w:val="0"/>
          <w:numId w:val="2"/>
        </w:numPr>
        <w:tabs>
          <w:tab w:val="left" w:pos="3544"/>
        </w:tabs>
        <w:spacing w:after="0"/>
        <w:rPr>
          <w:noProof/>
        </w:rPr>
      </w:pPr>
      <w:r w:rsidRPr="00F51F43">
        <w:rPr>
          <w:noProof/>
        </w:rPr>
        <w:t>Ogledni rad s djecom, videosnimke, osvrt na realizaciju plana i programa i dječja postignuća u pedagoškoj godini 2026./2027.</w:t>
      </w:r>
    </w:p>
    <w:p w14:paraId="13D8DD0A" w14:textId="77777777" w:rsidR="003D7468" w:rsidRPr="00F51F43" w:rsidRDefault="003D7468" w:rsidP="00105045">
      <w:pPr>
        <w:numPr>
          <w:ilvl w:val="0"/>
          <w:numId w:val="1"/>
        </w:numPr>
        <w:tabs>
          <w:tab w:val="left" w:pos="3544"/>
        </w:tabs>
        <w:spacing w:after="0"/>
        <w:rPr>
          <w:noProof/>
        </w:rPr>
      </w:pPr>
      <w:r w:rsidRPr="00F51F43">
        <w:rPr>
          <w:noProof/>
        </w:rPr>
        <w:t>upućivanje roditelja u ljetnu organizaciju rada</w:t>
      </w:r>
    </w:p>
    <w:p w14:paraId="01A47897" w14:textId="77777777" w:rsidR="00011EFD" w:rsidRPr="00F51F43" w:rsidRDefault="00011EFD" w:rsidP="00105045">
      <w:pPr>
        <w:numPr>
          <w:ilvl w:val="0"/>
          <w:numId w:val="1"/>
        </w:numPr>
        <w:tabs>
          <w:tab w:val="left" w:pos="3544"/>
        </w:tabs>
        <w:spacing w:after="0"/>
        <w:rPr>
          <w:noProof/>
        </w:rPr>
      </w:pPr>
      <w:r w:rsidRPr="00F51F43">
        <w:rPr>
          <w:noProof/>
        </w:rPr>
        <w:t xml:space="preserve">procjena </w:t>
      </w:r>
      <w:r w:rsidR="00571D57" w:rsidRPr="00F51F43">
        <w:rPr>
          <w:noProof/>
        </w:rPr>
        <w:t>zadovoljstva</w:t>
      </w:r>
      <w:r w:rsidRPr="00F51F43">
        <w:rPr>
          <w:noProof/>
        </w:rPr>
        <w:t xml:space="preserve"> roditelja radom Vrtića</w:t>
      </w:r>
    </w:p>
    <w:p w14:paraId="1DB2F5ED" w14:textId="77777777" w:rsidR="003D7468" w:rsidRPr="00F51F43" w:rsidRDefault="003D7468" w:rsidP="00BC451A">
      <w:pPr>
        <w:tabs>
          <w:tab w:val="left" w:pos="3544"/>
        </w:tabs>
        <w:ind w:left="142"/>
        <w:rPr>
          <w:noProof/>
        </w:rPr>
      </w:pPr>
      <w:r w:rsidRPr="00F51F43">
        <w:rPr>
          <w:noProof/>
        </w:rPr>
        <w:t xml:space="preserve">                                 </w:t>
      </w:r>
    </w:p>
    <w:p w14:paraId="759139FF" w14:textId="77777777" w:rsidR="003D7468" w:rsidRPr="00F51F43" w:rsidRDefault="00BC451A" w:rsidP="000A22A7">
      <w:pPr>
        <w:tabs>
          <w:tab w:val="left" w:pos="709"/>
        </w:tabs>
        <w:rPr>
          <w:noProof/>
        </w:rPr>
      </w:pPr>
      <w:r w:rsidRPr="00F51F43">
        <w:rPr>
          <w:noProof/>
        </w:rPr>
        <w:tab/>
      </w:r>
      <w:r w:rsidR="000A22A7" w:rsidRPr="00F51F43">
        <w:rPr>
          <w:noProof/>
        </w:rPr>
        <w:tab/>
      </w:r>
      <w:r w:rsidR="003D7468" w:rsidRPr="00F51F43">
        <w:rPr>
          <w:noProof/>
        </w:rPr>
        <w:t xml:space="preserve">Svaka </w:t>
      </w:r>
      <w:r w:rsidR="000A22A7" w:rsidRPr="00F51F43">
        <w:rPr>
          <w:noProof/>
        </w:rPr>
        <w:t>skupina utvrdit će s</w:t>
      </w:r>
      <w:r w:rsidR="003D7468" w:rsidRPr="00F51F43">
        <w:rPr>
          <w:noProof/>
        </w:rPr>
        <w:t xml:space="preserve"> roditeljima na prvom roditel</w:t>
      </w:r>
      <w:r w:rsidR="000A22A7" w:rsidRPr="00F51F43">
        <w:rPr>
          <w:noProof/>
        </w:rPr>
        <w:t>jskom sastanku plan i program (maksimalan broj, teme i termine)</w:t>
      </w:r>
      <w:r w:rsidR="003D7468" w:rsidRPr="00F51F43">
        <w:rPr>
          <w:noProof/>
        </w:rPr>
        <w:t xml:space="preserve"> održavanja roditeljskih sastanaka tijekom ove pedagoške godine, kao i broj posjet</w:t>
      </w:r>
      <w:r w:rsidR="000A22A7" w:rsidRPr="00F51F43">
        <w:rPr>
          <w:noProof/>
        </w:rPr>
        <w:t>a, izleta, predstava i sportsko-</w:t>
      </w:r>
      <w:r w:rsidR="003D7468" w:rsidRPr="00F51F43">
        <w:rPr>
          <w:noProof/>
        </w:rPr>
        <w:t>rekreativnih programa koje roditelji žele sufinancirati</w:t>
      </w:r>
      <w:r w:rsidR="000A22A7" w:rsidRPr="00F51F43">
        <w:rPr>
          <w:noProof/>
        </w:rPr>
        <w:t>.</w:t>
      </w:r>
    </w:p>
    <w:p w14:paraId="5F6ADA1E" w14:textId="77777777" w:rsidR="003C35FA" w:rsidRPr="00F51F43" w:rsidRDefault="000A22A7" w:rsidP="000A22A7">
      <w:pPr>
        <w:tabs>
          <w:tab w:val="left" w:pos="709"/>
        </w:tabs>
        <w:rPr>
          <w:noProof/>
        </w:rPr>
      </w:pPr>
      <w:r w:rsidRPr="00F51F43">
        <w:rPr>
          <w:noProof/>
        </w:rPr>
        <w:lastRenderedPageBreak/>
        <w:tab/>
      </w:r>
      <w:r w:rsidR="003D7468" w:rsidRPr="00F51F43">
        <w:rPr>
          <w:noProof/>
        </w:rPr>
        <w:t>Dogovorene odluke na svim</w:t>
      </w:r>
      <w:r w:rsidR="00AD7465" w:rsidRPr="00F51F43">
        <w:rPr>
          <w:noProof/>
        </w:rPr>
        <w:t xml:space="preserve"> </w:t>
      </w:r>
      <w:r w:rsidR="003D7468" w:rsidRPr="00F51F43">
        <w:rPr>
          <w:noProof/>
        </w:rPr>
        <w:t>rodi</w:t>
      </w:r>
      <w:r w:rsidRPr="00F51F43">
        <w:rPr>
          <w:noProof/>
        </w:rPr>
        <w:t>teljskim sastancima</w:t>
      </w:r>
      <w:r w:rsidR="00270710" w:rsidRPr="00F51F43">
        <w:rPr>
          <w:noProof/>
        </w:rPr>
        <w:t xml:space="preserve"> odgojitelji</w:t>
      </w:r>
      <w:r w:rsidRPr="00F51F43">
        <w:rPr>
          <w:noProof/>
        </w:rPr>
        <w:t xml:space="preserve"> </w:t>
      </w:r>
      <w:r w:rsidR="00270710" w:rsidRPr="00F51F43">
        <w:rPr>
          <w:noProof/>
        </w:rPr>
        <w:t xml:space="preserve">će </w:t>
      </w:r>
      <w:r w:rsidRPr="00F51F43">
        <w:rPr>
          <w:noProof/>
        </w:rPr>
        <w:t>evidentirat</w:t>
      </w:r>
      <w:r w:rsidR="00270710" w:rsidRPr="00F51F43">
        <w:rPr>
          <w:noProof/>
        </w:rPr>
        <w:t>i</w:t>
      </w:r>
      <w:r w:rsidR="003D7468" w:rsidRPr="00F51F43">
        <w:rPr>
          <w:noProof/>
        </w:rPr>
        <w:t xml:space="preserve"> i precizirati u zapisniku roditeljskog sastanka</w:t>
      </w:r>
      <w:r w:rsidR="003C35FA" w:rsidRPr="00F51F43">
        <w:rPr>
          <w:noProof/>
        </w:rPr>
        <w:t xml:space="preserve"> u</w:t>
      </w:r>
      <w:r w:rsidR="00011EFD" w:rsidRPr="00F51F43">
        <w:rPr>
          <w:noProof/>
        </w:rPr>
        <w:t xml:space="preserve"> Knjizi pedagoške dokumentacije</w:t>
      </w:r>
      <w:r w:rsidR="003D7468" w:rsidRPr="00F51F43">
        <w:rPr>
          <w:noProof/>
        </w:rPr>
        <w:t xml:space="preserve"> koji će</w:t>
      </w:r>
      <w:r w:rsidR="00AD7465" w:rsidRPr="00F51F43">
        <w:rPr>
          <w:noProof/>
        </w:rPr>
        <w:t xml:space="preserve"> po realizaciji </w:t>
      </w:r>
      <w:r w:rsidR="003D7468" w:rsidRPr="00F51F43">
        <w:rPr>
          <w:noProof/>
        </w:rPr>
        <w:t xml:space="preserve">obavezno izvjesiti </w:t>
      </w:r>
      <w:r w:rsidR="00011EFD" w:rsidRPr="00F51F43">
        <w:rPr>
          <w:noProof/>
        </w:rPr>
        <w:t xml:space="preserve">i </w:t>
      </w:r>
      <w:r w:rsidR="00CD4B1E" w:rsidRPr="00F51F43">
        <w:rPr>
          <w:noProof/>
        </w:rPr>
        <w:t xml:space="preserve">na pano roditeljskog kutića. </w:t>
      </w:r>
    </w:p>
    <w:p w14:paraId="213E977A" w14:textId="77777777" w:rsidR="00CD4B1E" w:rsidRPr="00F51F43" w:rsidRDefault="00CD4B1E" w:rsidP="000A22A7">
      <w:pPr>
        <w:tabs>
          <w:tab w:val="left" w:pos="709"/>
        </w:tabs>
        <w:rPr>
          <w:noProof/>
        </w:rPr>
      </w:pPr>
    </w:p>
    <w:p w14:paraId="7945F058" w14:textId="77777777" w:rsidR="00CD4B1E" w:rsidRPr="00F51F43" w:rsidRDefault="00CD4B1E" w:rsidP="00CD4B1E">
      <w:pPr>
        <w:keepNext/>
        <w:spacing w:before="120"/>
        <w:jc w:val="left"/>
        <w:rPr>
          <w:b/>
          <w:bCs/>
          <w:noProof/>
        </w:rPr>
      </w:pPr>
      <w:r w:rsidRPr="00F51F43">
        <w:rPr>
          <w:b/>
          <w:bCs/>
          <w:noProof/>
        </w:rPr>
        <w:t>Tablica 24: Okvirni plan i program roditeljskih sastanaka u svim skupinama</w:t>
      </w:r>
    </w:p>
    <w:p w14:paraId="0B2255AF" w14:textId="77777777" w:rsidR="00CD4B1E" w:rsidRPr="00F51F43" w:rsidRDefault="00CD4B1E" w:rsidP="00CD4B1E">
      <w:pPr>
        <w:rPr>
          <w:b/>
          <w:noProof/>
        </w:rPr>
      </w:pPr>
    </w:p>
    <w:tbl>
      <w:tblPr>
        <w:tblStyle w:val="Reetkatablice"/>
        <w:tblW w:w="9209" w:type="dxa"/>
        <w:jc w:val="center"/>
        <w:tblLayout w:type="fixed"/>
        <w:tblLook w:val="04A0" w:firstRow="1" w:lastRow="0" w:firstColumn="1" w:lastColumn="0" w:noHBand="0" w:noVBand="1"/>
      </w:tblPr>
      <w:tblGrid>
        <w:gridCol w:w="1629"/>
        <w:gridCol w:w="1343"/>
        <w:gridCol w:w="4536"/>
        <w:gridCol w:w="1701"/>
      </w:tblGrid>
      <w:tr w:rsidR="00F16062" w:rsidRPr="00F51F43" w14:paraId="303B59D4" w14:textId="77777777" w:rsidTr="00F16062">
        <w:trPr>
          <w:cantSplit/>
          <w:trHeight w:val="433"/>
          <w:tblHeader/>
          <w:jc w:val="center"/>
        </w:trPr>
        <w:tc>
          <w:tcPr>
            <w:tcW w:w="1629" w:type="dxa"/>
            <w:shd w:val="clear" w:color="auto" w:fill="D9EAD3"/>
            <w:tcMar>
              <w:top w:w="80" w:type="dxa"/>
              <w:left w:w="80" w:type="dxa"/>
              <w:bottom w:w="80" w:type="dxa"/>
              <w:right w:w="80" w:type="dxa"/>
            </w:tcMar>
            <w:vAlign w:val="center"/>
          </w:tcPr>
          <w:p w14:paraId="3F3DDBD6" w14:textId="77777777" w:rsidR="00CD4B1E" w:rsidRPr="00F51F43" w:rsidRDefault="00CD4B1E" w:rsidP="00F16062">
            <w:pPr>
              <w:spacing w:after="0" w:line="240" w:lineRule="auto"/>
              <w:jc w:val="center"/>
              <w:rPr>
                <w:b/>
                <w:noProof/>
                <w:sz w:val="20"/>
                <w:szCs w:val="20"/>
                <w:lang w:eastAsia="en-US" w:bidi="en-US"/>
              </w:rPr>
            </w:pPr>
            <w:r w:rsidRPr="00F51F43">
              <w:rPr>
                <w:b/>
                <w:noProof/>
                <w:sz w:val="20"/>
                <w:szCs w:val="20"/>
                <w:lang w:eastAsia="en-US" w:bidi="en-US"/>
              </w:rPr>
              <w:t>VRIJEME REALIZACIJE</w:t>
            </w:r>
          </w:p>
        </w:tc>
        <w:tc>
          <w:tcPr>
            <w:tcW w:w="1343" w:type="dxa"/>
            <w:shd w:val="clear" w:color="auto" w:fill="D9EAD3"/>
            <w:tcMar>
              <w:top w:w="80" w:type="dxa"/>
              <w:left w:w="80" w:type="dxa"/>
              <w:bottom w:w="80" w:type="dxa"/>
              <w:right w:w="80" w:type="dxa"/>
            </w:tcMar>
            <w:vAlign w:val="center"/>
          </w:tcPr>
          <w:p w14:paraId="43278299" w14:textId="77777777" w:rsidR="00CD4B1E" w:rsidRPr="00F51F43" w:rsidRDefault="00CD4B1E" w:rsidP="00F16062">
            <w:pPr>
              <w:spacing w:after="0" w:line="240" w:lineRule="auto"/>
              <w:jc w:val="center"/>
              <w:rPr>
                <w:b/>
                <w:noProof/>
                <w:sz w:val="20"/>
                <w:szCs w:val="20"/>
                <w:lang w:eastAsia="en-US" w:bidi="en-US"/>
              </w:rPr>
            </w:pPr>
          </w:p>
          <w:p w14:paraId="5DCA09F6" w14:textId="77777777" w:rsidR="00CD4B1E" w:rsidRPr="00F51F43" w:rsidRDefault="00CD4B1E" w:rsidP="00F16062">
            <w:pPr>
              <w:spacing w:after="0" w:line="240" w:lineRule="auto"/>
              <w:jc w:val="center"/>
              <w:rPr>
                <w:b/>
                <w:noProof/>
                <w:sz w:val="20"/>
                <w:szCs w:val="20"/>
                <w:lang w:eastAsia="en-US" w:bidi="en-US"/>
              </w:rPr>
            </w:pPr>
            <w:r w:rsidRPr="00F51F43">
              <w:rPr>
                <w:b/>
                <w:noProof/>
                <w:sz w:val="20"/>
                <w:szCs w:val="20"/>
                <w:lang w:eastAsia="en-US" w:bidi="en-US"/>
              </w:rPr>
              <w:t>SURADNICI</w:t>
            </w:r>
          </w:p>
        </w:tc>
        <w:tc>
          <w:tcPr>
            <w:tcW w:w="4536" w:type="dxa"/>
            <w:shd w:val="clear" w:color="auto" w:fill="D9EAD3"/>
            <w:tcMar>
              <w:top w:w="80" w:type="dxa"/>
              <w:left w:w="80" w:type="dxa"/>
              <w:bottom w:w="80" w:type="dxa"/>
              <w:right w:w="80" w:type="dxa"/>
            </w:tcMar>
            <w:vAlign w:val="center"/>
          </w:tcPr>
          <w:p w14:paraId="2AED0F2A" w14:textId="77777777" w:rsidR="00CD4B1E" w:rsidRPr="00F51F43" w:rsidRDefault="00CD4B1E" w:rsidP="00F16062">
            <w:pPr>
              <w:spacing w:after="0" w:line="240" w:lineRule="auto"/>
              <w:jc w:val="center"/>
              <w:rPr>
                <w:b/>
                <w:noProof/>
                <w:sz w:val="20"/>
                <w:szCs w:val="20"/>
                <w:lang w:eastAsia="en-US" w:bidi="en-US"/>
              </w:rPr>
            </w:pPr>
            <w:r w:rsidRPr="00F51F43">
              <w:rPr>
                <w:b/>
                <w:noProof/>
                <w:sz w:val="20"/>
                <w:szCs w:val="20"/>
                <w:lang w:eastAsia="en-US" w:bidi="en-US"/>
              </w:rPr>
              <w:t>CILJEVI I ZADATCI</w:t>
            </w:r>
          </w:p>
        </w:tc>
        <w:tc>
          <w:tcPr>
            <w:tcW w:w="1701" w:type="dxa"/>
            <w:shd w:val="clear" w:color="auto" w:fill="D9EAD3"/>
            <w:tcMar>
              <w:top w:w="80" w:type="dxa"/>
              <w:left w:w="80" w:type="dxa"/>
              <w:bottom w:w="80" w:type="dxa"/>
              <w:right w:w="80" w:type="dxa"/>
            </w:tcMar>
            <w:vAlign w:val="center"/>
          </w:tcPr>
          <w:p w14:paraId="636B8E34" w14:textId="77777777" w:rsidR="00CD4B1E" w:rsidRPr="00F51F43" w:rsidRDefault="00CD4B1E" w:rsidP="00F16062">
            <w:pPr>
              <w:spacing w:after="0" w:line="240" w:lineRule="auto"/>
              <w:jc w:val="center"/>
              <w:rPr>
                <w:b/>
                <w:noProof/>
                <w:sz w:val="20"/>
                <w:szCs w:val="20"/>
                <w:lang w:eastAsia="en-US" w:bidi="en-US"/>
              </w:rPr>
            </w:pPr>
            <w:r w:rsidRPr="00F51F43">
              <w:rPr>
                <w:b/>
                <w:noProof/>
                <w:sz w:val="20"/>
                <w:szCs w:val="20"/>
                <w:lang w:eastAsia="en-US" w:bidi="en-US"/>
              </w:rPr>
              <w:t>NAČIN VREDNOVANJA</w:t>
            </w:r>
          </w:p>
        </w:tc>
      </w:tr>
      <w:tr w:rsidR="00F16062" w:rsidRPr="00F51F43" w14:paraId="0CEF140C" w14:textId="77777777" w:rsidTr="00F16062">
        <w:trPr>
          <w:cantSplit/>
          <w:jc w:val="center"/>
        </w:trPr>
        <w:tc>
          <w:tcPr>
            <w:tcW w:w="1629" w:type="dxa"/>
            <w:tcMar>
              <w:top w:w="80" w:type="dxa"/>
              <w:left w:w="80" w:type="dxa"/>
              <w:bottom w:w="80" w:type="dxa"/>
              <w:right w:w="80" w:type="dxa"/>
            </w:tcMar>
            <w:vAlign w:val="center"/>
          </w:tcPr>
          <w:p w14:paraId="6FF1D3EF" w14:textId="77777777" w:rsidR="00CD4B1E" w:rsidRPr="00F51F43" w:rsidRDefault="00F62B3B" w:rsidP="00F16062">
            <w:pPr>
              <w:spacing w:after="0" w:line="240" w:lineRule="auto"/>
              <w:jc w:val="center"/>
              <w:rPr>
                <w:noProof/>
                <w:sz w:val="20"/>
                <w:szCs w:val="20"/>
              </w:rPr>
            </w:pPr>
            <w:r w:rsidRPr="00F51F43">
              <w:rPr>
                <w:noProof/>
                <w:sz w:val="20"/>
                <w:szCs w:val="20"/>
              </w:rPr>
              <w:t>K</w:t>
            </w:r>
            <w:r w:rsidR="00CD4B1E" w:rsidRPr="00F51F43">
              <w:rPr>
                <w:noProof/>
                <w:sz w:val="20"/>
                <w:szCs w:val="20"/>
              </w:rPr>
              <w:t>olovoz/rujan</w:t>
            </w:r>
          </w:p>
        </w:tc>
        <w:tc>
          <w:tcPr>
            <w:tcW w:w="1343" w:type="dxa"/>
            <w:tcMar>
              <w:top w:w="80" w:type="dxa"/>
              <w:left w:w="80" w:type="dxa"/>
              <w:bottom w:w="80" w:type="dxa"/>
              <w:right w:w="80" w:type="dxa"/>
            </w:tcMar>
            <w:vAlign w:val="center"/>
          </w:tcPr>
          <w:p w14:paraId="2B5C6153" w14:textId="77777777" w:rsidR="00CD4B1E" w:rsidRPr="00F51F43" w:rsidRDefault="00F62B3B" w:rsidP="00F16062">
            <w:pPr>
              <w:spacing w:after="0" w:line="240" w:lineRule="auto"/>
              <w:jc w:val="center"/>
              <w:rPr>
                <w:noProof/>
                <w:sz w:val="20"/>
                <w:szCs w:val="20"/>
              </w:rPr>
            </w:pPr>
            <w:r w:rsidRPr="00F51F43">
              <w:rPr>
                <w:noProof/>
                <w:sz w:val="20"/>
                <w:szCs w:val="20"/>
              </w:rPr>
              <w:t>R</w:t>
            </w:r>
            <w:r w:rsidR="00F16062" w:rsidRPr="00F51F43">
              <w:rPr>
                <w:noProof/>
                <w:sz w:val="20"/>
                <w:szCs w:val="20"/>
              </w:rPr>
              <w:t>avnateljica, stručni tim</w:t>
            </w:r>
            <w:r w:rsidR="00CD4B1E" w:rsidRPr="00F51F43">
              <w:rPr>
                <w:noProof/>
                <w:sz w:val="20"/>
                <w:szCs w:val="20"/>
              </w:rPr>
              <w:t xml:space="preserve"> i dr. stručnjaci</w:t>
            </w:r>
          </w:p>
        </w:tc>
        <w:tc>
          <w:tcPr>
            <w:tcW w:w="4536" w:type="dxa"/>
            <w:tcMar>
              <w:top w:w="80" w:type="dxa"/>
              <w:left w:w="80" w:type="dxa"/>
              <w:bottom w:w="80" w:type="dxa"/>
              <w:right w:w="80" w:type="dxa"/>
            </w:tcMar>
            <w:vAlign w:val="center"/>
          </w:tcPr>
          <w:p w14:paraId="120E7D67" w14:textId="77777777" w:rsidR="00CD4B1E" w:rsidRPr="00F51F43" w:rsidRDefault="00CD4B1E" w:rsidP="00F16062">
            <w:pPr>
              <w:spacing w:after="0" w:line="240" w:lineRule="auto"/>
              <w:jc w:val="center"/>
              <w:rPr>
                <w:noProof/>
                <w:sz w:val="20"/>
                <w:szCs w:val="20"/>
              </w:rPr>
            </w:pPr>
            <w:r w:rsidRPr="00F51F43">
              <w:rPr>
                <w:noProof/>
                <w:sz w:val="20"/>
                <w:szCs w:val="20"/>
              </w:rPr>
              <w:t>međusobno upoznavanje roditelja</w:t>
            </w:r>
          </w:p>
          <w:p w14:paraId="50EDA080" w14:textId="77777777" w:rsidR="00CD4B1E" w:rsidRPr="00F51F43" w:rsidRDefault="00CD4B1E" w:rsidP="00F16062">
            <w:pPr>
              <w:spacing w:after="0" w:line="240" w:lineRule="auto"/>
              <w:jc w:val="center"/>
              <w:rPr>
                <w:noProof/>
                <w:sz w:val="20"/>
                <w:szCs w:val="20"/>
              </w:rPr>
            </w:pPr>
            <w:r w:rsidRPr="00F51F43">
              <w:rPr>
                <w:noProof/>
                <w:sz w:val="20"/>
                <w:szCs w:val="20"/>
              </w:rPr>
              <w:t>upute za što bolju prilagodbu/analiza procesa prilagodbe</w:t>
            </w:r>
          </w:p>
          <w:p w14:paraId="47331E4C" w14:textId="77777777" w:rsidR="00CD4B1E" w:rsidRPr="00F51F43" w:rsidRDefault="00CD4B1E" w:rsidP="00F16062">
            <w:pPr>
              <w:spacing w:after="0" w:line="240" w:lineRule="auto"/>
              <w:jc w:val="center"/>
              <w:rPr>
                <w:noProof/>
                <w:sz w:val="20"/>
                <w:szCs w:val="20"/>
              </w:rPr>
            </w:pPr>
            <w:r w:rsidRPr="00F51F43">
              <w:rPr>
                <w:noProof/>
                <w:sz w:val="20"/>
                <w:szCs w:val="20"/>
              </w:rPr>
              <w:t>upoznavanje s kućnim redom DV Vrapčić</w:t>
            </w:r>
          </w:p>
          <w:p w14:paraId="0F1E349C" w14:textId="77777777" w:rsidR="00CD4B1E" w:rsidRPr="00F51F43" w:rsidRDefault="00CD4B1E" w:rsidP="00F16062">
            <w:pPr>
              <w:spacing w:after="0" w:line="240" w:lineRule="auto"/>
              <w:jc w:val="center"/>
              <w:rPr>
                <w:noProof/>
                <w:sz w:val="20"/>
                <w:szCs w:val="20"/>
              </w:rPr>
            </w:pPr>
            <w:r w:rsidRPr="00F51F43">
              <w:rPr>
                <w:noProof/>
                <w:sz w:val="20"/>
                <w:szCs w:val="20"/>
              </w:rPr>
              <w:t xml:space="preserve">upoznavanje s Planom </w:t>
            </w:r>
            <w:r w:rsidR="00F62B3B" w:rsidRPr="00F51F43">
              <w:rPr>
                <w:noProof/>
                <w:sz w:val="20"/>
                <w:szCs w:val="20"/>
              </w:rPr>
              <w:t>i programom za radnu godinu 2025./26</w:t>
            </w:r>
            <w:r w:rsidRPr="00F51F43">
              <w:rPr>
                <w:noProof/>
                <w:sz w:val="20"/>
                <w:szCs w:val="20"/>
              </w:rPr>
              <w:t>.</w:t>
            </w:r>
          </w:p>
          <w:p w14:paraId="14D506D6" w14:textId="77777777" w:rsidR="00CD4B1E" w:rsidRPr="00F51F43" w:rsidRDefault="00CD4B1E" w:rsidP="00F16062">
            <w:pPr>
              <w:spacing w:after="0" w:line="240" w:lineRule="auto"/>
              <w:jc w:val="center"/>
              <w:rPr>
                <w:noProof/>
                <w:sz w:val="20"/>
                <w:szCs w:val="20"/>
              </w:rPr>
            </w:pPr>
            <w:r w:rsidRPr="00F51F43">
              <w:rPr>
                <w:noProof/>
                <w:sz w:val="20"/>
                <w:szCs w:val="20"/>
              </w:rPr>
              <w:t>utvrđivanje roditeljskih očekivanja od programa</w:t>
            </w:r>
          </w:p>
          <w:p w14:paraId="4B740221" w14:textId="77777777" w:rsidR="00CD4B1E" w:rsidRPr="00F51F43" w:rsidRDefault="00CD4B1E" w:rsidP="00F16062">
            <w:pPr>
              <w:spacing w:after="0" w:line="240" w:lineRule="auto"/>
              <w:jc w:val="center"/>
              <w:rPr>
                <w:noProof/>
                <w:sz w:val="20"/>
                <w:szCs w:val="20"/>
              </w:rPr>
            </w:pPr>
            <w:r w:rsidRPr="00F51F43">
              <w:rPr>
                <w:noProof/>
                <w:sz w:val="20"/>
                <w:szCs w:val="20"/>
              </w:rPr>
              <w:t>odabir predstavnika roditelja</w:t>
            </w:r>
          </w:p>
        </w:tc>
        <w:tc>
          <w:tcPr>
            <w:tcW w:w="1701" w:type="dxa"/>
            <w:tcMar>
              <w:top w:w="80" w:type="dxa"/>
              <w:left w:w="80" w:type="dxa"/>
              <w:bottom w:w="80" w:type="dxa"/>
              <w:right w:w="80" w:type="dxa"/>
            </w:tcMar>
            <w:vAlign w:val="center"/>
          </w:tcPr>
          <w:p w14:paraId="3C828348" w14:textId="77777777" w:rsidR="00CD4B1E" w:rsidRPr="00F51F43" w:rsidRDefault="00CD4B1E" w:rsidP="00F16062">
            <w:pPr>
              <w:spacing w:after="0" w:line="240" w:lineRule="auto"/>
              <w:jc w:val="center"/>
              <w:rPr>
                <w:noProof/>
                <w:sz w:val="20"/>
                <w:szCs w:val="20"/>
              </w:rPr>
            </w:pPr>
            <w:r w:rsidRPr="00F51F43">
              <w:rPr>
                <w:noProof/>
                <w:sz w:val="20"/>
                <w:szCs w:val="20"/>
              </w:rPr>
              <w:t>anketni listić</w:t>
            </w:r>
          </w:p>
          <w:p w14:paraId="75F32C15" w14:textId="77777777" w:rsidR="00CD4B1E" w:rsidRPr="00F51F43" w:rsidRDefault="00CD4B1E" w:rsidP="00F16062">
            <w:pPr>
              <w:spacing w:after="0" w:line="240" w:lineRule="auto"/>
              <w:jc w:val="center"/>
              <w:rPr>
                <w:noProof/>
                <w:sz w:val="20"/>
                <w:szCs w:val="20"/>
              </w:rPr>
            </w:pPr>
            <w:r w:rsidRPr="00F51F43">
              <w:rPr>
                <w:noProof/>
                <w:sz w:val="20"/>
                <w:szCs w:val="20"/>
              </w:rPr>
              <w:t>reakcije roditelja</w:t>
            </w:r>
          </w:p>
        </w:tc>
      </w:tr>
      <w:tr w:rsidR="00F16062" w:rsidRPr="00F51F43" w14:paraId="0E414001" w14:textId="77777777" w:rsidTr="00F16062">
        <w:trPr>
          <w:cantSplit/>
          <w:jc w:val="center"/>
        </w:trPr>
        <w:tc>
          <w:tcPr>
            <w:tcW w:w="1629" w:type="dxa"/>
            <w:tcMar>
              <w:top w:w="80" w:type="dxa"/>
              <w:left w:w="80" w:type="dxa"/>
              <w:bottom w:w="80" w:type="dxa"/>
              <w:right w:w="80" w:type="dxa"/>
            </w:tcMar>
            <w:vAlign w:val="center"/>
          </w:tcPr>
          <w:p w14:paraId="4AE0D1EC" w14:textId="77777777" w:rsidR="00F16062" w:rsidRPr="00F51F43" w:rsidRDefault="00F16062" w:rsidP="00F16062">
            <w:pPr>
              <w:spacing w:after="0" w:line="240" w:lineRule="auto"/>
              <w:jc w:val="center"/>
              <w:rPr>
                <w:noProof/>
                <w:sz w:val="20"/>
                <w:szCs w:val="20"/>
              </w:rPr>
            </w:pPr>
            <w:r w:rsidRPr="00F51F43">
              <w:rPr>
                <w:noProof/>
                <w:sz w:val="20"/>
                <w:szCs w:val="20"/>
              </w:rPr>
              <w:t>Studeni/prosinac</w:t>
            </w:r>
          </w:p>
        </w:tc>
        <w:tc>
          <w:tcPr>
            <w:tcW w:w="1343" w:type="dxa"/>
            <w:tcMar>
              <w:top w:w="80" w:type="dxa"/>
              <w:left w:w="80" w:type="dxa"/>
              <w:bottom w:w="80" w:type="dxa"/>
              <w:right w:w="80" w:type="dxa"/>
            </w:tcMar>
            <w:vAlign w:val="center"/>
          </w:tcPr>
          <w:p w14:paraId="2DE2221A" w14:textId="77777777" w:rsidR="00F16062" w:rsidRPr="00F51F43" w:rsidRDefault="00F16062" w:rsidP="00F16062">
            <w:pPr>
              <w:spacing w:after="0" w:line="240" w:lineRule="auto"/>
              <w:jc w:val="center"/>
              <w:rPr>
                <w:noProof/>
                <w:sz w:val="20"/>
                <w:szCs w:val="20"/>
              </w:rPr>
            </w:pPr>
            <w:r w:rsidRPr="00F51F43">
              <w:rPr>
                <w:noProof/>
                <w:sz w:val="20"/>
                <w:szCs w:val="20"/>
              </w:rPr>
              <w:t>Ravnateljica, stručni tim i dr. stručnjaci</w:t>
            </w:r>
          </w:p>
        </w:tc>
        <w:tc>
          <w:tcPr>
            <w:tcW w:w="4536" w:type="dxa"/>
            <w:tcMar>
              <w:top w:w="80" w:type="dxa"/>
              <w:left w:w="80" w:type="dxa"/>
              <w:bottom w:w="80" w:type="dxa"/>
              <w:right w:w="80" w:type="dxa"/>
            </w:tcMar>
            <w:vAlign w:val="center"/>
          </w:tcPr>
          <w:p w14:paraId="57431157" w14:textId="77777777" w:rsidR="00F16062" w:rsidRPr="00F51F43" w:rsidRDefault="00F16062" w:rsidP="00F16062">
            <w:pPr>
              <w:spacing w:after="0" w:line="240" w:lineRule="auto"/>
              <w:jc w:val="center"/>
              <w:rPr>
                <w:noProof/>
                <w:sz w:val="20"/>
                <w:szCs w:val="20"/>
              </w:rPr>
            </w:pPr>
            <w:r w:rsidRPr="00F51F43">
              <w:rPr>
                <w:noProof/>
                <w:sz w:val="20"/>
                <w:szCs w:val="20"/>
              </w:rPr>
              <w:t>osvrt na aktivnosti u proteklom razdoblju</w:t>
            </w:r>
          </w:p>
          <w:p w14:paraId="42FD24E6" w14:textId="77777777" w:rsidR="00F16062" w:rsidRPr="00F51F43" w:rsidRDefault="00F16062" w:rsidP="00F16062">
            <w:pPr>
              <w:spacing w:after="0" w:line="240" w:lineRule="auto"/>
              <w:jc w:val="center"/>
              <w:rPr>
                <w:noProof/>
                <w:sz w:val="20"/>
                <w:szCs w:val="20"/>
              </w:rPr>
            </w:pPr>
            <w:r w:rsidRPr="00F51F43">
              <w:rPr>
                <w:noProof/>
                <w:sz w:val="20"/>
                <w:szCs w:val="20"/>
              </w:rPr>
              <w:t>utvrđivanje plana suradnje za naredno razdoblje</w:t>
            </w:r>
          </w:p>
          <w:p w14:paraId="047D73C9" w14:textId="77777777" w:rsidR="00F16062" w:rsidRPr="00F51F43" w:rsidRDefault="00F16062" w:rsidP="00F16062">
            <w:pPr>
              <w:spacing w:after="0" w:line="240" w:lineRule="auto"/>
              <w:jc w:val="center"/>
              <w:rPr>
                <w:noProof/>
                <w:sz w:val="20"/>
                <w:szCs w:val="20"/>
              </w:rPr>
            </w:pPr>
            <w:r w:rsidRPr="00F51F43">
              <w:rPr>
                <w:noProof/>
                <w:sz w:val="20"/>
                <w:szCs w:val="20"/>
              </w:rPr>
              <w:t>upoznavanje sa stručnom temom (prema potrebi skupine)</w:t>
            </w:r>
          </w:p>
          <w:p w14:paraId="5BCF8C88" w14:textId="77777777" w:rsidR="00F16062" w:rsidRPr="00F51F43" w:rsidRDefault="00F16062" w:rsidP="00F16062">
            <w:pPr>
              <w:spacing w:after="0" w:line="240" w:lineRule="auto"/>
              <w:jc w:val="center"/>
              <w:rPr>
                <w:noProof/>
                <w:sz w:val="20"/>
                <w:szCs w:val="20"/>
              </w:rPr>
            </w:pPr>
            <w:r w:rsidRPr="00F51F43">
              <w:rPr>
                <w:noProof/>
                <w:sz w:val="20"/>
                <w:szCs w:val="20"/>
              </w:rPr>
              <w:t>aktualna problematika skupine</w:t>
            </w:r>
          </w:p>
        </w:tc>
        <w:tc>
          <w:tcPr>
            <w:tcW w:w="1701" w:type="dxa"/>
            <w:tcMar>
              <w:top w:w="80" w:type="dxa"/>
              <w:left w:w="80" w:type="dxa"/>
              <w:bottom w:w="80" w:type="dxa"/>
              <w:right w:w="80" w:type="dxa"/>
            </w:tcMar>
            <w:vAlign w:val="center"/>
          </w:tcPr>
          <w:p w14:paraId="444F252F" w14:textId="77777777" w:rsidR="00F16062" w:rsidRPr="00F51F43" w:rsidRDefault="00F16062" w:rsidP="00F16062">
            <w:pPr>
              <w:spacing w:after="0" w:line="240" w:lineRule="auto"/>
              <w:jc w:val="center"/>
              <w:rPr>
                <w:noProof/>
                <w:sz w:val="20"/>
                <w:szCs w:val="20"/>
              </w:rPr>
            </w:pPr>
            <w:r w:rsidRPr="00F51F43">
              <w:rPr>
                <w:noProof/>
                <w:sz w:val="20"/>
                <w:szCs w:val="20"/>
              </w:rPr>
              <w:t>anketni listić</w:t>
            </w:r>
          </w:p>
          <w:p w14:paraId="2B524581" w14:textId="77777777" w:rsidR="00F16062" w:rsidRPr="00F51F43" w:rsidRDefault="00F16062" w:rsidP="00F16062">
            <w:pPr>
              <w:spacing w:after="0" w:line="240" w:lineRule="auto"/>
              <w:jc w:val="center"/>
              <w:rPr>
                <w:noProof/>
                <w:sz w:val="20"/>
                <w:szCs w:val="20"/>
              </w:rPr>
            </w:pPr>
            <w:r w:rsidRPr="00F51F43">
              <w:rPr>
                <w:noProof/>
                <w:sz w:val="20"/>
                <w:szCs w:val="20"/>
              </w:rPr>
              <w:t>reakcije roditelja</w:t>
            </w:r>
          </w:p>
        </w:tc>
      </w:tr>
      <w:tr w:rsidR="00F16062" w:rsidRPr="00F51F43" w14:paraId="14E2663F" w14:textId="77777777" w:rsidTr="00F16062">
        <w:trPr>
          <w:cantSplit/>
          <w:jc w:val="center"/>
        </w:trPr>
        <w:tc>
          <w:tcPr>
            <w:tcW w:w="1629" w:type="dxa"/>
            <w:tcMar>
              <w:top w:w="80" w:type="dxa"/>
              <w:left w:w="80" w:type="dxa"/>
              <w:bottom w:w="80" w:type="dxa"/>
              <w:right w:w="80" w:type="dxa"/>
            </w:tcMar>
            <w:vAlign w:val="center"/>
          </w:tcPr>
          <w:p w14:paraId="78412D8B" w14:textId="77777777" w:rsidR="00F16062" w:rsidRPr="00F51F43" w:rsidRDefault="00F16062" w:rsidP="00F16062">
            <w:pPr>
              <w:spacing w:after="0" w:line="240" w:lineRule="auto"/>
              <w:jc w:val="center"/>
              <w:rPr>
                <w:noProof/>
                <w:sz w:val="20"/>
                <w:szCs w:val="20"/>
              </w:rPr>
            </w:pPr>
            <w:r w:rsidRPr="00F51F43">
              <w:rPr>
                <w:noProof/>
                <w:sz w:val="20"/>
                <w:szCs w:val="20"/>
              </w:rPr>
              <w:t>V</w:t>
            </w:r>
            <w:r w:rsidR="004632C7" w:rsidRPr="00F51F43">
              <w:rPr>
                <w:noProof/>
                <w:sz w:val="20"/>
                <w:szCs w:val="20"/>
              </w:rPr>
              <w:t>eljača/ožujak</w:t>
            </w:r>
          </w:p>
        </w:tc>
        <w:tc>
          <w:tcPr>
            <w:tcW w:w="1343" w:type="dxa"/>
            <w:tcMar>
              <w:top w:w="80" w:type="dxa"/>
              <w:left w:w="80" w:type="dxa"/>
              <w:bottom w:w="80" w:type="dxa"/>
              <w:right w:w="80" w:type="dxa"/>
            </w:tcMar>
            <w:vAlign w:val="center"/>
          </w:tcPr>
          <w:p w14:paraId="777D1CC3" w14:textId="77777777" w:rsidR="00F16062" w:rsidRPr="00F51F43" w:rsidRDefault="00F16062" w:rsidP="00F16062">
            <w:pPr>
              <w:spacing w:after="0" w:line="240" w:lineRule="auto"/>
              <w:jc w:val="center"/>
              <w:rPr>
                <w:noProof/>
                <w:sz w:val="20"/>
                <w:szCs w:val="20"/>
              </w:rPr>
            </w:pPr>
            <w:r w:rsidRPr="00F51F43">
              <w:rPr>
                <w:noProof/>
                <w:sz w:val="20"/>
                <w:szCs w:val="20"/>
              </w:rPr>
              <w:t>Ravnateljica, stručni tim i dr. stručnjaci</w:t>
            </w:r>
          </w:p>
        </w:tc>
        <w:tc>
          <w:tcPr>
            <w:tcW w:w="4536" w:type="dxa"/>
            <w:tcMar>
              <w:top w:w="80" w:type="dxa"/>
              <w:left w:w="80" w:type="dxa"/>
              <w:bottom w:w="80" w:type="dxa"/>
              <w:right w:w="80" w:type="dxa"/>
            </w:tcMar>
            <w:vAlign w:val="center"/>
          </w:tcPr>
          <w:p w14:paraId="15C55B01" w14:textId="77777777" w:rsidR="00F16062" w:rsidRPr="00F51F43" w:rsidRDefault="00F16062" w:rsidP="00F16062">
            <w:pPr>
              <w:spacing w:after="0" w:line="240" w:lineRule="auto"/>
              <w:jc w:val="center"/>
              <w:rPr>
                <w:noProof/>
                <w:sz w:val="20"/>
                <w:szCs w:val="20"/>
              </w:rPr>
            </w:pPr>
            <w:r w:rsidRPr="00F51F43">
              <w:rPr>
                <w:noProof/>
                <w:sz w:val="20"/>
                <w:szCs w:val="20"/>
              </w:rPr>
              <w:t>upoznavanje sa stručnom temom</w:t>
            </w:r>
          </w:p>
          <w:p w14:paraId="4F40FA12" w14:textId="77777777" w:rsidR="00F16062" w:rsidRPr="00F51F43" w:rsidRDefault="00F16062" w:rsidP="00F16062">
            <w:pPr>
              <w:spacing w:after="0" w:line="240" w:lineRule="auto"/>
              <w:jc w:val="center"/>
              <w:rPr>
                <w:noProof/>
                <w:sz w:val="20"/>
                <w:szCs w:val="20"/>
              </w:rPr>
            </w:pPr>
            <w:r w:rsidRPr="00F51F43">
              <w:rPr>
                <w:noProof/>
                <w:sz w:val="20"/>
                <w:szCs w:val="20"/>
              </w:rPr>
              <w:t>nadolazeći događaji skupine</w:t>
            </w:r>
          </w:p>
          <w:p w14:paraId="0AC67409" w14:textId="77777777" w:rsidR="00F16062" w:rsidRPr="00F51F43" w:rsidRDefault="00F16062" w:rsidP="00F16062">
            <w:pPr>
              <w:spacing w:after="0" w:line="240" w:lineRule="auto"/>
              <w:jc w:val="center"/>
              <w:rPr>
                <w:noProof/>
                <w:sz w:val="20"/>
                <w:szCs w:val="20"/>
              </w:rPr>
            </w:pPr>
            <w:r w:rsidRPr="00F51F43">
              <w:rPr>
                <w:noProof/>
                <w:sz w:val="20"/>
                <w:szCs w:val="20"/>
              </w:rPr>
              <w:t>aktualna problematika skupine</w:t>
            </w:r>
          </w:p>
        </w:tc>
        <w:tc>
          <w:tcPr>
            <w:tcW w:w="1701" w:type="dxa"/>
            <w:tcMar>
              <w:top w:w="80" w:type="dxa"/>
              <w:left w:w="80" w:type="dxa"/>
              <w:bottom w:w="80" w:type="dxa"/>
              <w:right w:w="80" w:type="dxa"/>
            </w:tcMar>
            <w:vAlign w:val="center"/>
          </w:tcPr>
          <w:p w14:paraId="7A5E3B88" w14:textId="77777777" w:rsidR="00F16062" w:rsidRPr="00F51F43" w:rsidRDefault="00F16062" w:rsidP="00F16062">
            <w:pPr>
              <w:spacing w:after="0" w:line="240" w:lineRule="auto"/>
              <w:jc w:val="center"/>
              <w:rPr>
                <w:noProof/>
                <w:sz w:val="20"/>
                <w:szCs w:val="20"/>
              </w:rPr>
            </w:pPr>
            <w:r w:rsidRPr="00F51F43">
              <w:rPr>
                <w:noProof/>
                <w:sz w:val="20"/>
                <w:szCs w:val="20"/>
              </w:rPr>
              <w:t>anketni listić</w:t>
            </w:r>
          </w:p>
          <w:p w14:paraId="0C1ECE70" w14:textId="77777777" w:rsidR="00F16062" w:rsidRPr="00F51F43" w:rsidRDefault="00F16062" w:rsidP="00F16062">
            <w:pPr>
              <w:spacing w:after="0" w:line="240" w:lineRule="auto"/>
              <w:jc w:val="center"/>
              <w:rPr>
                <w:noProof/>
                <w:sz w:val="20"/>
                <w:szCs w:val="20"/>
              </w:rPr>
            </w:pPr>
            <w:r w:rsidRPr="00F51F43">
              <w:rPr>
                <w:noProof/>
                <w:sz w:val="20"/>
                <w:szCs w:val="20"/>
              </w:rPr>
              <w:t>reakcije roditelja</w:t>
            </w:r>
          </w:p>
        </w:tc>
      </w:tr>
      <w:tr w:rsidR="00F16062" w:rsidRPr="00F51F43" w14:paraId="2767B873" w14:textId="77777777" w:rsidTr="00F16062">
        <w:trPr>
          <w:cantSplit/>
          <w:jc w:val="center"/>
        </w:trPr>
        <w:tc>
          <w:tcPr>
            <w:tcW w:w="1629" w:type="dxa"/>
            <w:tcMar>
              <w:top w:w="80" w:type="dxa"/>
              <w:left w:w="80" w:type="dxa"/>
              <w:bottom w:w="80" w:type="dxa"/>
              <w:right w:w="80" w:type="dxa"/>
            </w:tcMar>
            <w:vAlign w:val="center"/>
          </w:tcPr>
          <w:p w14:paraId="4C794445" w14:textId="77777777" w:rsidR="00F16062" w:rsidRPr="00F51F43" w:rsidRDefault="00F16062" w:rsidP="00F16062">
            <w:pPr>
              <w:spacing w:after="0" w:line="240" w:lineRule="auto"/>
              <w:jc w:val="center"/>
              <w:rPr>
                <w:noProof/>
                <w:sz w:val="20"/>
                <w:szCs w:val="20"/>
              </w:rPr>
            </w:pPr>
            <w:r w:rsidRPr="00F51F43">
              <w:rPr>
                <w:noProof/>
                <w:sz w:val="20"/>
                <w:szCs w:val="20"/>
              </w:rPr>
              <w:t>Svibanj/lipanj</w:t>
            </w:r>
          </w:p>
        </w:tc>
        <w:tc>
          <w:tcPr>
            <w:tcW w:w="1343" w:type="dxa"/>
            <w:tcMar>
              <w:top w:w="80" w:type="dxa"/>
              <w:left w:w="80" w:type="dxa"/>
              <w:bottom w:w="80" w:type="dxa"/>
              <w:right w:w="80" w:type="dxa"/>
            </w:tcMar>
            <w:vAlign w:val="center"/>
          </w:tcPr>
          <w:p w14:paraId="633CEC8C" w14:textId="77777777" w:rsidR="00F16062" w:rsidRPr="00F51F43" w:rsidRDefault="00F16062" w:rsidP="00F16062">
            <w:pPr>
              <w:spacing w:after="0" w:line="240" w:lineRule="auto"/>
              <w:jc w:val="center"/>
              <w:rPr>
                <w:noProof/>
                <w:sz w:val="20"/>
                <w:szCs w:val="20"/>
              </w:rPr>
            </w:pPr>
            <w:r w:rsidRPr="00F51F43">
              <w:rPr>
                <w:noProof/>
                <w:sz w:val="20"/>
                <w:szCs w:val="20"/>
              </w:rPr>
              <w:t>Ravnateljica, stručni tim i dr. stručnjaci</w:t>
            </w:r>
          </w:p>
        </w:tc>
        <w:tc>
          <w:tcPr>
            <w:tcW w:w="4536" w:type="dxa"/>
            <w:tcMar>
              <w:top w:w="80" w:type="dxa"/>
              <w:left w:w="80" w:type="dxa"/>
              <w:bottom w:w="80" w:type="dxa"/>
              <w:right w:w="80" w:type="dxa"/>
            </w:tcMar>
            <w:vAlign w:val="center"/>
          </w:tcPr>
          <w:p w14:paraId="334B9CC3" w14:textId="77777777" w:rsidR="00F16062" w:rsidRPr="00F51F43" w:rsidRDefault="00F16062" w:rsidP="00F16062">
            <w:pPr>
              <w:spacing w:after="0" w:line="240" w:lineRule="auto"/>
              <w:jc w:val="center"/>
              <w:rPr>
                <w:noProof/>
                <w:sz w:val="20"/>
                <w:szCs w:val="20"/>
              </w:rPr>
            </w:pPr>
            <w:r w:rsidRPr="00F51F43">
              <w:rPr>
                <w:noProof/>
                <w:sz w:val="20"/>
                <w:szCs w:val="20"/>
              </w:rPr>
              <w:t>osvrt na proteklu radnu godinu, izvještaj o realizaciji plana i programa</w:t>
            </w:r>
          </w:p>
          <w:p w14:paraId="76C9BFE0" w14:textId="77777777" w:rsidR="00F16062" w:rsidRPr="00F51F43" w:rsidRDefault="00F16062" w:rsidP="00F16062">
            <w:pPr>
              <w:spacing w:after="0" w:line="240" w:lineRule="auto"/>
              <w:jc w:val="center"/>
              <w:rPr>
                <w:noProof/>
                <w:sz w:val="20"/>
                <w:szCs w:val="20"/>
              </w:rPr>
            </w:pPr>
            <w:r w:rsidRPr="00F51F43">
              <w:rPr>
                <w:noProof/>
                <w:sz w:val="20"/>
                <w:szCs w:val="20"/>
              </w:rPr>
              <w:t>prezentacija s fotografijama dječjih aktivnosti</w:t>
            </w:r>
          </w:p>
          <w:p w14:paraId="34D2E8D1" w14:textId="77777777" w:rsidR="00F16062" w:rsidRPr="00F51F43" w:rsidRDefault="00F16062" w:rsidP="00F16062">
            <w:pPr>
              <w:spacing w:after="0" w:line="240" w:lineRule="auto"/>
              <w:jc w:val="center"/>
              <w:rPr>
                <w:noProof/>
                <w:sz w:val="20"/>
                <w:szCs w:val="20"/>
              </w:rPr>
            </w:pPr>
            <w:r w:rsidRPr="00F51F43">
              <w:rPr>
                <w:noProof/>
                <w:sz w:val="20"/>
                <w:szCs w:val="20"/>
              </w:rPr>
              <w:t>dogovor o završnim svečanostima i izletima</w:t>
            </w:r>
          </w:p>
          <w:p w14:paraId="1A3A57E5" w14:textId="77777777" w:rsidR="00F16062" w:rsidRPr="00F51F43" w:rsidRDefault="00F16062" w:rsidP="00F16062">
            <w:pPr>
              <w:spacing w:after="0" w:line="240" w:lineRule="auto"/>
              <w:jc w:val="center"/>
              <w:rPr>
                <w:noProof/>
                <w:sz w:val="20"/>
                <w:szCs w:val="20"/>
              </w:rPr>
            </w:pPr>
            <w:r w:rsidRPr="00F51F43">
              <w:rPr>
                <w:noProof/>
                <w:sz w:val="20"/>
                <w:szCs w:val="20"/>
              </w:rPr>
              <w:t>ankete o zadovoljstvu roditelja radom skupine/vrtića</w:t>
            </w:r>
          </w:p>
          <w:p w14:paraId="4B4AA7FC" w14:textId="77777777" w:rsidR="00F16062" w:rsidRPr="00F51F43" w:rsidRDefault="00F16062" w:rsidP="00F16062">
            <w:pPr>
              <w:spacing w:after="0" w:line="240" w:lineRule="auto"/>
              <w:jc w:val="center"/>
              <w:rPr>
                <w:noProof/>
                <w:sz w:val="20"/>
                <w:szCs w:val="20"/>
              </w:rPr>
            </w:pPr>
            <w:r w:rsidRPr="00F51F43">
              <w:rPr>
                <w:noProof/>
                <w:sz w:val="20"/>
                <w:szCs w:val="20"/>
              </w:rPr>
              <w:t>upućivanje roditelja u ljetnu organizaciju rada</w:t>
            </w:r>
          </w:p>
        </w:tc>
        <w:tc>
          <w:tcPr>
            <w:tcW w:w="1701" w:type="dxa"/>
            <w:tcMar>
              <w:top w:w="80" w:type="dxa"/>
              <w:left w:w="80" w:type="dxa"/>
              <w:bottom w:w="80" w:type="dxa"/>
              <w:right w:w="80" w:type="dxa"/>
            </w:tcMar>
            <w:vAlign w:val="center"/>
          </w:tcPr>
          <w:p w14:paraId="0A1B4671" w14:textId="77777777" w:rsidR="00F16062" w:rsidRPr="00F51F43" w:rsidRDefault="00F16062" w:rsidP="00F16062">
            <w:pPr>
              <w:spacing w:after="0" w:line="240" w:lineRule="auto"/>
              <w:jc w:val="center"/>
              <w:rPr>
                <w:noProof/>
                <w:sz w:val="20"/>
                <w:szCs w:val="20"/>
              </w:rPr>
            </w:pPr>
            <w:r w:rsidRPr="00F51F43">
              <w:rPr>
                <w:noProof/>
                <w:sz w:val="20"/>
                <w:szCs w:val="20"/>
              </w:rPr>
              <w:t>anketni listić</w:t>
            </w:r>
          </w:p>
          <w:p w14:paraId="536A1300" w14:textId="77777777" w:rsidR="00F16062" w:rsidRPr="00F51F43" w:rsidRDefault="00F16062" w:rsidP="00F16062">
            <w:pPr>
              <w:spacing w:after="0" w:line="240" w:lineRule="auto"/>
              <w:jc w:val="center"/>
              <w:rPr>
                <w:noProof/>
                <w:sz w:val="20"/>
                <w:szCs w:val="20"/>
              </w:rPr>
            </w:pPr>
            <w:r w:rsidRPr="00F51F43">
              <w:rPr>
                <w:noProof/>
                <w:sz w:val="20"/>
                <w:szCs w:val="20"/>
              </w:rPr>
              <w:t>reakcije roditelja</w:t>
            </w:r>
          </w:p>
        </w:tc>
      </w:tr>
    </w:tbl>
    <w:p w14:paraId="511BD843" w14:textId="77777777" w:rsidR="00CD4B1E" w:rsidRPr="00F51F43" w:rsidRDefault="00CD4B1E" w:rsidP="000A22A7">
      <w:pPr>
        <w:tabs>
          <w:tab w:val="left" w:pos="709"/>
        </w:tabs>
        <w:rPr>
          <w:noProof/>
        </w:rPr>
        <w:sectPr w:rsidR="00CD4B1E" w:rsidRPr="00F51F43" w:rsidSect="003671A3">
          <w:pgSz w:w="11907" w:h="16840" w:code="9"/>
          <w:pgMar w:top="1440" w:right="1417" w:bottom="1440" w:left="1418" w:header="720" w:footer="720" w:gutter="0"/>
          <w:cols w:space="720"/>
          <w:docGrid w:linePitch="326"/>
        </w:sectPr>
      </w:pPr>
    </w:p>
    <w:p w14:paraId="34445CEE" w14:textId="77777777" w:rsidR="000A22A7" w:rsidRPr="00F51F43" w:rsidRDefault="000A22A7" w:rsidP="00373169">
      <w:pPr>
        <w:pStyle w:val="Naslov2"/>
        <w:rPr>
          <w:noProof/>
        </w:rPr>
      </w:pPr>
      <w:bookmarkStart w:id="43" w:name="_Toc241563359"/>
      <w:r w:rsidRPr="00F51F43">
        <w:rPr>
          <w:noProof/>
        </w:rPr>
        <w:lastRenderedPageBreak/>
        <w:t xml:space="preserve">7.3. </w:t>
      </w:r>
      <w:r w:rsidR="00D4608F" w:rsidRPr="00F51F43">
        <w:rPr>
          <w:noProof/>
        </w:rPr>
        <w:t>NEPOSREDNO SUDJELOVANJE RODITELJA U ODGOJNO-OBRAZOVNOM PROCESU</w:t>
      </w:r>
      <w:bookmarkEnd w:id="43"/>
    </w:p>
    <w:p w14:paraId="3DADE117" w14:textId="77777777" w:rsidR="000A22A7" w:rsidRPr="00F51F43" w:rsidRDefault="000A22A7" w:rsidP="000A22A7">
      <w:pPr>
        <w:rPr>
          <w:noProof/>
        </w:rPr>
      </w:pPr>
    </w:p>
    <w:p w14:paraId="52A105E6" w14:textId="77777777" w:rsidR="000A22A7" w:rsidRPr="00F51F43" w:rsidRDefault="002F181F" w:rsidP="000A22A7">
      <w:pPr>
        <w:keepNext/>
        <w:spacing w:before="120"/>
        <w:jc w:val="left"/>
        <w:rPr>
          <w:b/>
          <w:bCs/>
          <w:noProof/>
        </w:rPr>
      </w:pPr>
      <w:r w:rsidRPr="00F51F43">
        <w:rPr>
          <w:b/>
          <w:bCs/>
          <w:noProof/>
        </w:rPr>
        <w:t>Tablica 25</w:t>
      </w:r>
      <w:r w:rsidR="00D4608F" w:rsidRPr="00F51F43">
        <w:rPr>
          <w:b/>
          <w:bCs/>
          <w:noProof/>
        </w:rPr>
        <w:t>: Boravak roditelja</w:t>
      </w:r>
      <w:r w:rsidR="00A74E97" w:rsidRPr="00F51F43">
        <w:rPr>
          <w:b/>
          <w:bCs/>
          <w:noProof/>
        </w:rPr>
        <w:t xml:space="preserve"> i drugih suradnika</w:t>
      </w:r>
      <w:r w:rsidR="00D4608F" w:rsidRPr="00F51F43">
        <w:rPr>
          <w:b/>
          <w:bCs/>
          <w:noProof/>
        </w:rPr>
        <w:t xml:space="preserve"> u skupinama</w:t>
      </w:r>
    </w:p>
    <w:p w14:paraId="066C1A88" w14:textId="77777777" w:rsidR="00ED17BE" w:rsidRPr="00F51F43" w:rsidRDefault="00ED17BE" w:rsidP="000A22A7">
      <w:pPr>
        <w:rPr>
          <w:b/>
          <w:noProof/>
        </w:rPr>
      </w:pPr>
    </w:p>
    <w:p w14:paraId="7C427BF0" w14:textId="77777777" w:rsidR="00ED17BE" w:rsidRPr="00F51F43" w:rsidRDefault="00ED17BE" w:rsidP="000A22A7">
      <w:pPr>
        <w:rPr>
          <w:b/>
          <w:noProof/>
        </w:rPr>
      </w:pPr>
    </w:p>
    <w:tbl>
      <w:tblPr>
        <w:tblStyle w:val="Reetkatablice"/>
        <w:tblW w:w="0" w:type="auto"/>
        <w:jc w:val="center"/>
        <w:tblLayout w:type="fixed"/>
        <w:tblLook w:val="04A0" w:firstRow="1" w:lastRow="0" w:firstColumn="1" w:lastColumn="0" w:noHBand="0" w:noVBand="1"/>
      </w:tblPr>
      <w:tblGrid>
        <w:gridCol w:w="1101"/>
        <w:gridCol w:w="992"/>
        <w:gridCol w:w="851"/>
        <w:gridCol w:w="1134"/>
        <w:gridCol w:w="2409"/>
        <w:gridCol w:w="2387"/>
        <w:gridCol w:w="2363"/>
        <w:gridCol w:w="2088"/>
      </w:tblGrid>
      <w:tr w:rsidR="00ED17BE" w:rsidRPr="00F51F43" w14:paraId="2E8BC39E" w14:textId="77777777" w:rsidTr="00ED17BE">
        <w:trPr>
          <w:cantSplit/>
          <w:tblHeader/>
          <w:jc w:val="center"/>
        </w:trPr>
        <w:tc>
          <w:tcPr>
            <w:tcW w:w="1101" w:type="dxa"/>
            <w:shd w:val="clear" w:color="auto" w:fill="D9EAD3"/>
            <w:tcMar>
              <w:top w:w="80" w:type="dxa"/>
              <w:left w:w="80" w:type="dxa"/>
              <w:bottom w:w="80" w:type="dxa"/>
              <w:right w:w="80" w:type="dxa"/>
            </w:tcMar>
            <w:vAlign w:val="center"/>
          </w:tcPr>
          <w:p w14:paraId="1D99B0A8" w14:textId="77777777" w:rsidR="00ED17BE" w:rsidRPr="00F51F43" w:rsidRDefault="00ED17BE" w:rsidP="00ED17BE">
            <w:pPr>
              <w:spacing w:after="0" w:line="240" w:lineRule="auto"/>
              <w:jc w:val="center"/>
              <w:rPr>
                <w:noProof/>
                <w:sz w:val="20"/>
                <w:szCs w:val="20"/>
              </w:rPr>
            </w:pPr>
            <w:r w:rsidRPr="00F51F43">
              <w:rPr>
                <w:b/>
                <w:noProof/>
                <w:sz w:val="20"/>
                <w:szCs w:val="20"/>
              </w:rPr>
              <w:t>SURADNIK</w:t>
            </w:r>
          </w:p>
        </w:tc>
        <w:tc>
          <w:tcPr>
            <w:tcW w:w="992" w:type="dxa"/>
            <w:shd w:val="clear" w:color="auto" w:fill="D9EAD3"/>
            <w:tcMar>
              <w:top w:w="80" w:type="dxa"/>
              <w:left w:w="80" w:type="dxa"/>
              <w:bottom w:w="80" w:type="dxa"/>
              <w:right w:w="80" w:type="dxa"/>
            </w:tcMar>
            <w:vAlign w:val="center"/>
          </w:tcPr>
          <w:p w14:paraId="2C1AEA49" w14:textId="77777777" w:rsidR="00ED17BE" w:rsidRPr="00F51F43" w:rsidRDefault="00ED17BE" w:rsidP="00ED17BE">
            <w:pPr>
              <w:spacing w:after="0" w:line="240" w:lineRule="auto"/>
              <w:jc w:val="center"/>
              <w:rPr>
                <w:noProof/>
                <w:sz w:val="20"/>
                <w:szCs w:val="20"/>
              </w:rPr>
            </w:pPr>
            <w:r w:rsidRPr="00F51F43">
              <w:rPr>
                <w:b/>
                <w:noProof/>
                <w:sz w:val="20"/>
                <w:szCs w:val="20"/>
              </w:rPr>
              <w:t>VRIJEME</w:t>
            </w:r>
          </w:p>
        </w:tc>
        <w:tc>
          <w:tcPr>
            <w:tcW w:w="851" w:type="dxa"/>
            <w:shd w:val="clear" w:color="auto" w:fill="D9EAD3"/>
            <w:tcMar>
              <w:top w:w="80" w:type="dxa"/>
              <w:left w:w="80" w:type="dxa"/>
              <w:bottom w:w="80" w:type="dxa"/>
              <w:right w:w="80" w:type="dxa"/>
            </w:tcMar>
            <w:vAlign w:val="center"/>
          </w:tcPr>
          <w:p w14:paraId="1F9AB06A" w14:textId="77777777" w:rsidR="00ED17BE" w:rsidRPr="00F51F43" w:rsidRDefault="00ED17BE" w:rsidP="00ED17BE">
            <w:pPr>
              <w:spacing w:after="0" w:line="240" w:lineRule="auto"/>
              <w:jc w:val="center"/>
              <w:rPr>
                <w:noProof/>
                <w:sz w:val="20"/>
                <w:szCs w:val="20"/>
              </w:rPr>
            </w:pPr>
            <w:r w:rsidRPr="00F51F43">
              <w:rPr>
                <w:b/>
                <w:noProof/>
                <w:sz w:val="20"/>
                <w:szCs w:val="20"/>
              </w:rPr>
              <w:t>BROJ DJECE</w:t>
            </w:r>
          </w:p>
        </w:tc>
        <w:tc>
          <w:tcPr>
            <w:tcW w:w="1134" w:type="dxa"/>
            <w:shd w:val="clear" w:color="auto" w:fill="D9EAD3"/>
            <w:tcMar>
              <w:top w:w="80" w:type="dxa"/>
              <w:left w:w="80" w:type="dxa"/>
              <w:bottom w:w="80" w:type="dxa"/>
              <w:right w:w="80" w:type="dxa"/>
            </w:tcMar>
            <w:vAlign w:val="center"/>
          </w:tcPr>
          <w:p w14:paraId="0C6E8756" w14:textId="77777777" w:rsidR="00ED17BE" w:rsidRPr="00F51F43" w:rsidRDefault="00ED17BE" w:rsidP="00ED17BE">
            <w:pPr>
              <w:spacing w:after="0" w:line="240" w:lineRule="auto"/>
              <w:jc w:val="center"/>
              <w:rPr>
                <w:noProof/>
                <w:sz w:val="20"/>
                <w:szCs w:val="20"/>
              </w:rPr>
            </w:pPr>
            <w:r w:rsidRPr="00F51F43">
              <w:rPr>
                <w:b/>
                <w:noProof/>
                <w:sz w:val="20"/>
                <w:szCs w:val="20"/>
              </w:rPr>
              <w:t xml:space="preserve">SKUPINA </w:t>
            </w:r>
          </w:p>
        </w:tc>
        <w:tc>
          <w:tcPr>
            <w:tcW w:w="2409" w:type="dxa"/>
            <w:shd w:val="clear" w:color="auto" w:fill="D9EAD3"/>
            <w:tcMar>
              <w:top w:w="80" w:type="dxa"/>
              <w:left w:w="80" w:type="dxa"/>
              <w:bottom w:w="80" w:type="dxa"/>
              <w:right w:w="80" w:type="dxa"/>
            </w:tcMar>
            <w:vAlign w:val="center"/>
          </w:tcPr>
          <w:p w14:paraId="074AA3E5" w14:textId="77777777" w:rsidR="00ED17BE" w:rsidRPr="00F51F43" w:rsidRDefault="00ED17BE" w:rsidP="00ED17BE">
            <w:pPr>
              <w:spacing w:after="0" w:line="240" w:lineRule="auto"/>
              <w:jc w:val="center"/>
              <w:rPr>
                <w:noProof/>
                <w:sz w:val="20"/>
                <w:szCs w:val="20"/>
              </w:rPr>
            </w:pPr>
            <w:r w:rsidRPr="00F51F43">
              <w:rPr>
                <w:b/>
                <w:noProof/>
                <w:sz w:val="20"/>
                <w:szCs w:val="20"/>
              </w:rPr>
              <w:t>CILJEVI AKTIVNOSTI (ZA PROVODITELJA)</w:t>
            </w:r>
          </w:p>
        </w:tc>
        <w:tc>
          <w:tcPr>
            <w:tcW w:w="2387" w:type="dxa"/>
            <w:shd w:val="clear" w:color="auto" w:fill="D9EAD3"/>
            <w:tcMar>
              <w:top w:w="80" w:type="dxa"/>
              <w:left w:w="80" w:type="dxa"/>
              <w:bottom w:w="80" w:type="dxa"/>
              <w:right w:w="80" w:type="dxa"/>
            </w:tcMar>
            <w:vAlign w:val="center"/>
          </w:tcPr>
          <w:p w14:paraId="557E3DC4" w14:textId="77777777" w:rsidR="00ED17BE" w:rsidRPr="00F51F43" w:rsidRDefault="00ED17BE" w:rsidP="00ED17BE">
            <w:pPr>
              <w:spacing w:after="0" w:line="240" w:lineRule="auto"/>
              <w:jc w:val="center"/>
              <w:rPr>
                <w:noProof/>
                <w:sz w:val="20"/>
                <w:szCs w:val="20"/>
              </w:rPr>
            </w:pPr>
            <w:r w:rsidRPr="00F51F43">
              <w:rPr>
                <w:b/>
                <w:noProof/>
                <w:sz w:val="20"/>
                <w:szCs w:val="20"/>
              </w:rPr>
              <w:t>RAZVOJNE ZADAĆE (ZA DIJETE)</w:t>
            </w:r>
          </w:p>
        </w:tc>
        <w:tc>
          <w:tcPr>
            <w:tcW w:w="2363" w:type="dxa"/>
            <w:shd w:val="clear" w:color="auto" w:fill="D9EAD3"/>
            <w:tcMar>
              <w:top w:w="80" w:type="dxa"/>
              <w:left w:w="80" w:type="dxa"/>
              <w:bottom w:w="80" w:type="dxa"/>
              <w:right w:w="80" w:type="dxa"/>
            </w:tcMar>
            <w:vAlign w:val="center"/>
          </w:tcPr>
          <w:p w14:paraId="67145D2B" w14:textId="77777777" w:rsidR="00ED17BE" w:rsidRPr="00F51F43" w:rsidRDefault="00ED17BE" w:rsidP="00ED17BE">
            <w:pPr>
              <w:spacing w:after="0" w:line="240" w:lineRule="auto"/>
              <w:jc w:val="center"/>
              <w:rPr>
                <w:noProof/>
                <w:sz w:val="20"/>
                <w:szCs w:val="20"/>
              </w:rPr>
            </w:pPr>
            <w:r w:rsidRPr="00F51F43">
              <w:rPr>
                <w:b/>
                <w:noProof/>
                <w:sz w:val="20"/>
                <w:szCs w:val="20"/>
              </w:rPr>
              <w:t>AKTIVNOSTI</w:t>
            </w:r>
          </w:p>
        </w:tc>
        <w:tc>
          <w:tcPr>
            <w:tcW w:w="2088" w:type="dxa"/>
            <w:shd w:val="clear" w:color="auto" w:fill="D9EAD3"/>
            <w:tcMar>
              <w:top w:w="80" w:type="dxa"/>
              <w:left w:w="80" w:type="dxa"/>
              <w:bottom w:w="80" w:type="dxa"/>
              <w:right w:w="80" w:type="dxa"/>
            </w:tcMar>
            <w:vAlign w:val="center"/>
          </w:tcPr>
          <w:p w14:paraId="13473A14" w14:textId="77777777" w:rsidR="00ED17BE" w:rsidRPr="00F51F43" w:rsidRDefault="00ED17BE" w:rsidP="00ED17BE">
            <w:pPr>
              <w:spacing w:after="0" w:line="240" w:lineRule="auto"/>
              <w:jc w:val="center"/>
              <w:rPr>
                <w:noProof/>
                <w:sz w:val="20"/>
                <w:szCs w:val="20"/>
              </w:rPr>
            </w:pPr>
            <w:r w:rsidRPr="00F51F43">
              <w:rPr>
                <w:b/>
                <w:noProof/>
                <w:sz w:val="20"/>
                <w:szCs w:val="20"/>
              </w:rPr>
              <w:t>NAČIN VREDNOVANJA</w:t>
            </w:r>
          </w:p>
        </w:tc>
      </w:tr>
      <w:tr w:rsidR="00ED17BE" w:rsidRPr="00F51F43" w14:paraId="1BF73A52" w14:textId="77777777" w:rsidTr="00ED17BE">
        <w:trPr>
          <w:cantSplit/>
          <w:jc w:val="center"/>
        </w:trPr>
        <w:tc>
          <w:tcPr>
            <w:tcW w:w="1101" w:type="dxa"/>
            <w:tcMar>
              <w:top w:w="80" w:type="dxa"/>
              <w:left w:w="80" w:type="dxa"/>
              <w:bottom w:w="80" w:type="dxa"/>
              <w:right w:w="80" w:type="dxa"/>
            </w:tcMar>
            <w:vAlign w:val="center"/>
          </w:tcPr>
          <w:p w14:paraId="42DC60A3" w14:textId="77777777" w:rsidR="00ED17BE" w:rsidRPr="00F51F43" w:rsidRDefault="00ED17BE" w:rsidP="00ED17BE">
            <w:pPr>
              <w:spacing w:after="0" w:line="240" w:lineRule="auto"/>
              <w:jc w:val="center"/>
              <w:rPr>
                <w:noProof/>
                <w:sz w:val="20"/>
                <w:szCs w:val="20"/>
              </w:rPr>
            </w:pPr>
            <w:r w:rsidRPr="00F51F43">
              <w:rPr>
                <w:noProof/>
                <w:sz w:val="20"/>
                <w:szCs w:val="20"/>
              </w:rPr>
              <w:t>Tihana L.</w:t>
            </w:r>
          </w:p>
        </w:tc>
        <w:tc>
          <w:tcPr>
            <w:tcW w:w="992" w:type="dxa"/>
            <w:tcMar>
              <w:top w:w="80" w:type="dxa"/>
              <w:left w:w="80" w:type="dxa"/>
              <w:bottom w:w="80" w:type="dxa"/>
              <w:right w:w="80" w:type="dxa"/>
            </w:tcMar>
            <w:vAlign w:val="center"/>
          </w:tcPr>
          <w:p w14:paraId="1B7417B2" w14:textId="77777777" w:rsidR="00ED17BE" w:rsidRPr="00F51F43" w:rsidRDefault="00ED17BE" w:rsidP="00ED17BE">
            <w:pPr>
              <w:spacing w:after="0" w:line="240" w:lineRule="auto"/>
              <w:jc w:val="center"/>
              <w:rPr>
                <w:noProof/>
                <w:sz w:val="20"/>
                <w:szCs w:val="20"/>
              </w:rPr>
            </w:pPr>
            <w:r w:rsidRPr="00F51F43">
              <w:rPr>
                <w:noProof/>
                <w:sz w:val="20"/>
                <w:szCs w:val="20"/>
              </w:rPr>
              <w:t>rujan</w:t>
            </w:r>
          </w:p>
        </w:tc>
        <w:tc>
          <w:tcPr>
            <w:tcW w:w="851" w:type="dxa"/>
            <w:tcMar>
              <w:top w:w="80" w:type="dxa"/>
              <w:left w:w="80" w:type="dxa"/>
              <w:bottom w:w="80" w:type="dxa"/>
              <w:right w:w="80" w:type="dxa"/>
            </w:tcMar>
            <w:vAlign w:val="center"/>
          </w:tcPr>
          <w:p w14:paraId="4FBDD045"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3FEBC148"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5262B54E"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Prijenos znanja o važnosti asertivne komunikacije.</w:t>
            </w:r>
          </w:p>
        </w:tc>
        <w:tc>
          <w:tcPr>
            <w:tcW w:w="2387" w:type="dxa"/>
            <w:tcMar>
              <w:top w:w="80" w:type="dxa"/>
              <w:left w:w="80" w:type="dxa"/>
              <w:bottom w:w="80" w:type="dxa"/>
              <w:right w:w="80" w:type="dxa"/>
            </w:tcMar>
            <w:vAlign w:val="center"/>
          </w:tcPr>
          <w:p w14:paraId="2FD25C7C" w14:textId="77777777" w:rsidR="00ED17BE" w:rsidRPr="00F51F43" w:rsidRDefault="00ED17BE" w:rsidP="00ED17BE">
            <w:pPr>
              <w:spacing w:after="0" w:line="240" w:lineRule="auto"/>
              <w:jc w:val="center"/>
              <w:rPr>
                <w:noProof/>
                <w:sz w:val="20"/>
                <w:szCs w:val="20"/>
              </w:rPr>
            </w:pPr>
            <w:r w:rsidRPr="00F51F43">
              <w:rPr>
                <w:noProof/>
                <w:sz w:val="20"/>
                <w:szCs w:val="20"/>
              </w:rPr>
              <w:t>Razvoj kompetencija na materinskom jeziku. Razvoj svijesti govora, izražavanja, slušanja i rane pismenosti.</w:t>
            </w:r>
          </w:p>
        </w:tc>
        <w:tc>
          <w:tcPr>
            <w:tcW w:w="2363" w:type="dxa"/>
            <w:tcMar>
              <w:top w:w="80" w:type="dxa"/>
              <w:left w:w="80" w:type="dxa"/>
              <w:bottom w:w="80" w:type="dxa"/>
              <w:right w:w="80" w:type="dxa"/>
            </w:tcMar>
            <w:vAlign w:val="center"/>
          </w:tcPr>
          <w:p w14:paraId="3432D125" w14:textId="77777777" w:rsidR="00ED17BE" w:rsidRPr="00F51F43" w:rsidRDefault="00ED17BE" w:rsidP="00ED17BE">
            <w:pPr>
              <w:spacing w:after="0" w:line="240" w:lineRule="auto"/>
              <w:jc w:val="center"/>
              <w:rPr>
                <w:noProof/>
                <w:sz w:val="20"/>
                <w:szCs w:val="20"/>
              </w:rPr>
            </w:pPr>
            <w:r w:rsidRPr="00F51F43">
              <w:rPr>
                <w:noProof/>
                <w:sz w:val="20"/>
                <w:szCs w:val="20"/>
              </w:rPr>
              <w:t>Obilježavanje Međunarodnog dana pismenosti. Upoznavanje i korištenje hrvatskog književnog jezika.</w:t>
            </w:r>
          </w:p>
        </w:tc>
        <w:tc>
          <w:tcPr>
            <w:tcW w:w="2088" w:type="dxa"/>
            <w:tcMar>
              <w:top w:w="80" w:type="dxa"/>
              <w:left w:w="80" w:type="dxa"/>
              <w:bottom w:w="80" w:type="dxa"/>
              <w:right w:w="80" w:type="dxa"/>
            </w:tcMar>
            <w:vAlign w:val="center"/>
          </w:tcPr>
          <w:p w14:paraId="1C8E58F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fotodokumentacija</w:t>
            </w:r>
          </w:p>
        </w:tc>
      </w:tr>
      <w:tr w:rsidR="00ED17BE" w:rsidRPr="00F51F43" w14:paraId="5078C0DE" w14:textId="77777777" w:rsidTr="00ED17BE">
        <w:trPr>
          <w:cantSplit/>
          <w:jc w:val="center"/>
        </w:trPr>
        <w:tc>
          <w:tcPr>
            <w:tcW w:w="1101" w:type="dxa"/>
            <w:tcMar>
              <w:top w:w="80" w:type="dxa"/>
              <w:left w:w="80" w:type="dxa"/>
              <w:bottom w:w="80" w:type="dxa"/>
              <w:right w:w="80" w:type="dxa"/>
            </w:tcMar>
            <w:vAlign w:val="center"/>
          </w:tcPr>
          <w:p w14:paraId="76851FAC" w14:textId="77777777" w:rsidR="00ED17BE" w:rsidRPr="00F51F43" w:rsidRDefault="00ED17BE" w:rsidP="00ED17BE">
            <w:pPr>
              <w:spacing w:after="0" w:line="240" w:lineRule="auto"/>
              <w:jc w:val="center"/>
              <w:rPr>
                <w:noProof/>
                <w:sz w:val="20"/>
                <w:szCs w:val="20"/>
              </w:rPr>
            </w:pPr>
            <w:r w:rsidRPr="00F51F43">
              <w:rPr>
                <w:noProof/>
                <w:sz w:val="20"/>
                <w:szCs w:val="20"/>
              </w:rPr>
              <w:t>Nives G.</w:t>
            </w:r>
          </w:p>
        </w:tc>
        <w:tc>
          <w:tcPr>
            <w:tcW w:w="992" w:type="dxa"/>
            <w:tcMar>
              <w:top w:w="80" w:type="dxa"/>
              <w:left w:w="80" w:type="dxa"/>
              <w:bottom w:w="80" w:type="dxa"/>
              <w:right w:w="80" w:type="dxa"/>
            </w:tcMar>
            <w:vAlign w:val="center"/>
          </w:tcPr>
          <w:p w14:paraId="6C1CF90D" w14:textId="77777777" w:rsidR="00ED17BE" w:rsidRPr="00F51F43" w:rsidRDefault="00ED17BE" w:rsidP="00ED17BE">
            <w:pPr>
              <w:spacing w:after="0" w:line="240" w:lineRule="auto"/>
              <w:jc w:val="center"/>
              <w:rPr>
                <w:noProof/>
                <w:sz w:val="20"/>
                <w:szCs w:val="20"/>
              </w:rPr>
            </w:pPr>
            <w:r w:rsidRPr="00F51F43">
              <w:rPr>
                <w:noProof/>
                <w:sz w:val="20"/>
                <w:szCs w:val="20"/>
              </w:rPr>
              <w:t>rujan</w:t>
            </w:r>
          </w:p>
        </w:tc>
        <w:tc>
          <w:tcPr>
            <w:tcW w:w="851" w:type="dxa"/>
            <w:tcMar>
              <w:top w:w="80" w:type="dxa"/>
              <w:left w:w="80" w:type="dxa"/>
              <w:bottom w:w="80" w:type="dxa"/>
              <w:right w:w="80" w:type="dxa"/>
            </w:tcMar>
            <w:vAlign w:val="center"/>
          </w:tcPr>
          <w:p w14:paraId="2E8B5365"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320B2448"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707BA8C8"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Improvizacija pružanja osnove prve pomoći i kako reaigirati u opasnosti prilikom ozljeđivanja</w:t>
            </w:r>
          </w:p>
        </w:tc>
        <w:tc>
          <w:tcPr>
            <w:tcW w:w="2387" w:type="dxa"/>
            <w:tcMar>
              <w:top w:w="80" w:type="dxa"/>
              <w:left w:w="80" w:type="dxa"/>
              <w:bottom w:w="80" w:type="dxa"/>
              <w:right w:w="80" w:type="dxa"/>
            </w:tcMar>
            <w:vAlign w:val="center"/>
          </w:tcPr>
          <w:p w14:paraId="5306FD90" w14:textId="77777777" w:rsidR="00ED17BE" w:rsidRPr="00F51F43" w:rsidRDefault="00ED17BE" w:rsidP="00ED17BE">
            <w:pPr>
              <w:spacing w:after="0" w:line="240" w:lineRule="auto"/>
              <w:jc w:val="center"/>
              <w:rPr>
                <w:noProof/>
                <w:sz w:val="20"/>
                <w:szCs w:val="20"/>
              </w:rPr>
            </w:pPr>
            <w:r w:rsidRPr="00F51F43">
              <w:rPr>
                <w:noProof/>
                <w:sz w:val="20"/>
                <w:szCs w:val="20"/>
              </w:rPr>
              <w:t>Razvoj kompetencija učiti kako učiti. Sposobnost reagiranja u izvanrednim situacijama.</w:t>
            </w:r>
          </w:p>
        </w:tc>
        <w:tc>
          <w:tcPr>
            <w:tcW w:w="2363" w:type="dxa"/>
            <w:tcMar>
              <w:top w:w="80" w:type="dxa"/>
              <w:left w:w="80" w:type="dxa"/>
              <w:bottom w:w="80" w:type="dxa"/>
              <w:right w:w="80" w:type="dxa"/>
            </w:tcMar>
            <w:vAlign w:val="center"/>
          </w:tcPr>
          <w:p w14:paraId="4E3A4F5C" w14:textId="77777777" w:rsidR="00ED17BE" w:rsidRPr="00F51F43" w:rsidRDefault="00ED17BE" w:rsidP="00ED17BE">
            <w:pPr>
              <w:spacing w:after="0" w:line="240" w:lineRule="auto"/>
              <w:jc w:val="center"/>
              <w:rPr>
                <w:noProof/>
                <w:sz w:val="20"/>
                <w:szCs w:val="20"/>
              </w:rPr>
            </w:pPr>
            <w:r w:rsidRPr="00F51F43">
              <w:rPr>
                <w:noProof/>
                <w:sz w:val="20"/>
                <w:szCs w:val="20"/>
              </w:rPr>
              <w:t>Obilježavanje Svjetskog dana prve pomoći. Prikaz vježbi pružanja samopomoći sebi i drugima.</w:t>
            </w:r>
          </w:p>
        </w:tc>
        <w:tc>
          <w:tcPr>
            <w:tcW w:w="2088" w:type="dxa"/>
            <w:tcMar>
              <w:top w:w="80" w:type="dxa"/>
              <w:left w:w="80" w:type="dxa"/>
              <w:bottom w:w="80" w:type="dxa"/>
              <w:right w:w="80" w:type="dxa"/>
            </w:tcMar>
            <w:vAlign w:val="center"/>
          </w:tcPr>
          <w:p w14:paraId="2E03524B"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pikaz viđenog crtežom ili dječjom demonstracijom međusobno</w:t>
            </w:r>
          </w:p>
        </w:tc>
      </w:tr>
      <w:tr w:rsidR="00ED17BE" w:rsidRPr="00F51F43" w14:paraId="660F97BB" w14:textId="77777777" w:rsidTr="00ED17BE">
        <w:trPr>
          <w:cantSplit/>
          <w:jc w:val="center"/>
        </w:trPr>
        <w:tc>
          <w:tcPr>
            <w:tcW w:w="1101" w:type="dxa"/>
            <w:tcMar>
              <w:top w:w="80" w:type="dxa"/>
              <w:left w:w="80" w:type="dxa"/>
              <w:bottom w:w="80" w:type="dxa"/>
              <w:right w:w="80" w:type="dxa"/>
            </w:tcMar>
            <w:vAlign w:val="center"/>
          </w:tcPr>
          <w:p w14:paraId="438BD246" w14:textId="77777777" w:rsidR="00ED17BE" w:rsidRPr="00F51F43" w:rsidRDefault="00ED17BE" w:rsidP="00ED17BE">
            <w:pPr>
              <w:spacing w:after="0" w:line="240" w:lineRule="auto"/>
              <w:jc w:val="center"/>
              <w:rPr>
                <w:noProof/>
                <w:sz w:val="20"/>
                <w:szCs w:val="20"/>
              </w:rPr>
            </w:pPr>
            <w:r w:rsidRPr="00F51F43">
              <w:rPr>
                <w:noProof/>
                <w:sz w:val="20"/>
                <w:szCs w:val="20"/>
              </w:rPr>
              <w:t>Hana H.</w:t>
            </w:r>
          </w:p>
        </w:tc>
        <w:tc>
          <w:tcPr>
            <w:tcW w:w="992" w:type="dxa"/>
            <w:tcMar>
              <w:top w:w="80" w:type="dxa"/>
              <w:left w:w="80" w:type="dxa"/>
              <w:bottom w:w="80" w:type="dxa"/>
              <w:right w:w="80" w:type="dxa"/>
            </w:tcMar>
            <w:vAlign w:val="center"/>
          </w:tcPr>
          <w:p w14:paraId="660EA829" w14:textId="77777777" w:rsidR="00ED17BE" w:rsidRPr="00F51F43" w:rsidRDefault="00ED17BE" w:rsidP="00ED17BE">
            <w:pPr>
              <w:spacing w:after="0" w:line="240" w:lineRule="auto"/>
              <w:jc w:val="center"/>
              <w:rPr>
                <w:noProof/>
                <w:sz w:val="20"/>
                <w:szCs w:val="20"/>
              </w:rPr>
            </w:pPr>
            <w:r w:rsidRPr="00F51F43">
              <w:rPr>
                <w:noProof/>
                <w:sz w:val="20"/>
                <w:szCs w:val="20"/>
              </w:rPr>
              <w:t>rujan</w:t>
            </w:r>
          </w:p>
        </w:tc>
        <w:tc>
          <w:tcPr>
            <w:tcW w:w="851" w:type="dxa"/>
            <w:tcMar>
              <w:top w:w="80" w:type="dxa"/>
              <w:left w:w="80" w:type="dxa"/>
              <w:bottom w:w="80" w:type="dxa"/>
              <w:right w:w="80" w:type="dxa"/>
            </w:tcMar>
            <w:vAlign w:val="center"/>
          </w:tcPr>
          <w:p w14:paraId="5B5619D7"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112A2AFE"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19C01C9B"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Prijenos osnovnih znanja o važnosti uloge policijskih službenika u društvu.</w:t>
            </w:r>
          </w:p>
        </w:tc>
        <w:tc>
          <w:tcPr>
            <w:tcW w:w="2387" w:type="dxa"/>
            <w:tcMar>
              <w:top w:w="80" w:type="dxa"/>
              <w:left w:w="80" w:type="dxa"/>
              <w:bottom w:w="80" w:type="dxa"/>
              <w:right w:w="80" w:type="dxa"/>
            </w:tcMar>
            <w:vAlign w:val="center"/>
          </w:tcPr>
          <w:p w14:paraId="7A1620F9" w14:textId="77777777" w:rsidR="00ED17BE" w:rsidRPr="00F51F43" w:rsidRDefault="00ED17BE" w:rsidP="00ED17BE">
            <w:pPr>
              <w:spacing w:after="0" w:line="240" w:lineRule="auto"/>
              <w:jc w:val="center"/>
              <w:rPr>
                <w:noProof/>
                <w:sz w:val="20"/>
                <w:szCs w:val="20"/>
              </w:rPr>
            </w:pPr>
            <w:r w:rsidRPr="00F51F43">
              <w:rPr>
                <w:noProof/>
                <w:sz w:val="20"/>
                <w:szCs w:val="20"/>
              </w:rPr>
              <w:t>Razvoj osnova spoznaje o važnosti prepoznavanja opasnosti i ugrožavanja vlastite sigurnosti.</w:t>
            </w:r>
          </w:p>
        </w:tc>
        <w:tc>
          <w:tcPr>
            <w:tcW w:w="2363" w:type="dxa"/>
            <w:tcMar>
              <w:top w:w="80" w:type="dxa"/>
              <w:left w:w="80" w:type="dxa"/>
              <w:bottom w:w="80" w:type="dxa"/>
              <w:right w:w="80" w:type="dxa"/>
            </w:tcMar>
            <w:vAlign w:val="center"/>
          </w:tcPr>
          <w:p w14:paraId="3DFBF947" w14:textId="77777777" w:rsidR="00ED17BE" w:rsidRPr="00F51F43" w:rsidRDefault="00ED17BE" w:rsidP="00ED17BE">
            <w:pPr>
              <w:spacing w:after="0" w:line="240" w:lineRule="auto"/>
              <w:jc w:val="center"/>
              <w:rPr>
                <w:noProof/>
                <w:sz w:val="20"/>
                <w:szCs w:val="20"/>
              </w:rPr>
            </w:pPr>
            <w:r w:rsidRPr="00F51F43">
              <w:rPr>
                <w:noProof/>
                <w:sz w:val="20"/>
                <w:szCs w:val="20"/>
              </w:rPr>
              <w:t>Obilježavanje Dana hrvatske policije. Upoznavanje s osnovnom policijskom opremom i vozilom.</w:t>
            </w:r>
          </w:p>
        </w:tc>
        <w:tc>
          <w:tcPr>
            <w:tcW w:w="2088" w:type="dxa"/>
            <w:tcMar>
              <w:top w:w="80" w:type="dxa"/>
              <w:left w:w="80" w:type="dxa"/>
              <w:bottom w:w="80" w:type="dxa"/>
              <w:right w:w="80" w:type="dxa"/>
            </w:tcMar>
            <w:vAlign w:val="center"/>
          </w:tcPr>
          <w:p w14:paraId="0696E659"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suradnika, fotodokumentacija, pikaz crtežom</w:t>
            </w:r>
          </w:p>
        </w:tc>
      </w:tr>
      <w:tr w:rsidR="00ED17BE" w:rsidRPr="00F51F43" w14:paraId="1D73E07B" w14:textId="77777777" w:rsidTr="00ED17BE">
        <w:trPr>
          <w:cantSplit/>
          <w:jc w:val="center"/>
        </w:trPr>
        <w:tc>
          <w:tcPr>
            <w:tcW w:w="1101" w:type="dxa"/>
            <w:tcMar>
              <w:top w:w="80" w:type="dxa"/>
              <w:left w:w="80" w:type="dxa"/>
              <w:bottom w:w="80" w:type="dxa"/>
              <w:right w:w="80" w:type="dxa"/>
            </w:tcMar>
            <w:vAlign w:val="center"/>
          </w:tcPr>
          <w:p w14:paraId="7F3CD1FF"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Ivana D.</w:t>
            </w:r>
          </w:p>
        </w:tc>
        <w:tc>
          <w:tcPr>
            <w:tcW w:w="992" w:type="dxa"/>
            <w:tcMar>
              <w:top w:w="80" w:type="dxa"/>
              <w:left w:w="80" w:type="dxa"/>
              <w:bottom w:w="80" w:type="dxa"/>
              <w:right w:w="80" w:type="dxa"/>
            </w:tcMar>
            <w:vAlign w:val="center"/>
          </w:tcPr>
          <w:p w14:paraId="5B512782"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53659A71"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7BE2B052"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429340BC"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Prijenos znanja i načina kako ojačavati svoje vrijednosti na pomoć sebi i drugima oko sebe.</w:t>
            </w:r>
          </w:p>
        </w:tc>
        <w:tc>
          <w:tcPr>
            <w:tcW w:w="2387" w:type="dxa"/>
            <w:tcMar>
              <w:top w:w="80" w:type="dxa"/>
              <w:left w:w="80" w:type="dxa"/>
              <w:bottom w:w="80" w:type="dxa"/>
              <w:right w:w="80" w:type="dxa"/>
            </w:tcMar>
            <w:vAlign w:val="center"/>
          </w:tcPr>
          <w:p w14:paraId="26274B62" w14:textId="77777777" w:rsidR="00ED17BE" w:rsidRPr="00F51F43" w:rsidRDefault="00ED17BE" w:rsidP="00ED17BE">
            <w:pPr>
              <w:spacing w:after="0" w:line="240" w:lineRule="auto"/>
              <w:jc w:val="center"/>
              <w:rPr>
                <w:noProof/>
                <w:sz w:val="20"/>
                <w:szCs w:val="20"/>
              </w:rPr>
            </w:pPr>
            <w:r w:rsidRPr="00F51F43">
              <w:rPr>
                <w:noProof/>
                <w:sz w:val="20"/>
                <w:szCs w:val="20"/>
              </w:rPr>
              <w:t>Razvijati pozitivnu sliku o sebi, samopouzdanje i osjećaj vlastite vrijednosti.</w:t>
            </w:r>
          </w:p>
        </w:tc>
        <w:tc>
          <w:tcPr>
            <w:tcW w:w="2363" w:type="dxa"/>
            <w:tcMar>
              <w:top w:w="80" w:type="dxa"/>
              <w:left w:w="80" w:type="dxa"/>
              <w:bottom w:w="80" w:type="dxa"/>
              <w:right w:w="80" w:type="dxa"/>
            </w:tcMar>
            <w:vAlign w:val="center"/>
          </w:tcPr>
          <w:p w14:paraId="4C83B555" w14:textId="77777777" w:rsidR="00ED17BE" w:rsidRPr="00F51F43" w:rsidRDefault="00ED17BE" w:rsidP="00ED17BE">
            <w:pPr>
              <w:spacing w:after="0" w:line="240" w:lineRule="auto"/>
              <w:jc w:val="center"/>
              <w:rPr>
                <w:noProof/>
                <w:sz w:val="20"/>
                <w:szCs w:val="20"/>
              </w:rPr>
            </w:pPr>
            <w:r w:rsidRPr="00F51F43">
              <w:rPr>
                <w:noProof/>
                <w:sz w:val="20"/>
                <w:szCs w:val="20"/>
              </w:rPr>
              <w:t>Obilježavanje dječjeg tjedna. Razgovor o dječjim pravima i potrebama. Izrada plakata „Dječja prava“.</w:t>
            </w:r>
          </w:p>
        </w:tc>
        <w:tc>
          <w:tcPr>
            <w:tcW w:w="2088" w:type="dxa"/>
            <w:tcMar>
              <w:top w:w="80" w:type="dxa"/>
              <w:left w:w="80" w:type="dxa"/>
              <w:bottom w:w="80" w:type="dxa"/>
              <w:right w:w="80" w:type="dxa"/>
            </w:tcMar>
            <w:vAlign w:val="center"/>
          </w:tcPr>
          <w:p w14:paraId="73D069B3" w14:textId="77777777" w:rsidR="00ED17BE" w:rsidRPr="00F51F43" w:rsidRDefault="00ED17BE" w:rsidP="00ED17BE">
            <w:pPr>
              <w:spacing w:after="0" w:line="240" w:lineRule="auto"/>
              <w:jc w:val="center"/>
              <w:rPr>
                <w:noProof/>
                <w:sz w:val="20"/>
                <w:szCs w:val="20"/>
              </w:rPr>
            </w:pPr>
            <w:r w:rsidRPr="00F51F43">
              <w:rPr>
                <w:noProof/>
                <w:sz w:val="20"/>
                <w:szCs w:val="20"/>
              </w:rPr>
              <w:t>reakcije djece, sudjelovanje djece, izjave suradnika, komunikacija, fotodokumentacija, način interesa</w:t>
            </w:r>
          </w:p>
        </w:tc>
      </w:tr>
      <w:tr w:rsidR="00ED17BE" w:rsidRPr="00F51F43" w14:paraId="7396270F" w14:textId="77777777" w:rsidTr="00ED17BE">
        <w:trPr>
          <w:cantSplit/>
          <w:jc w:val="center"/>
        </w:trPr>
        <w:tc>
          <w:tcPr>
            <w:tcW w:w="1101" w:type="dxa"/>
            <w:tcMar>
              <w:top w:w="80" w:type="dxa"/>
              <w:left w:w="80" w:type="dxa"/>
              <w:bottom w:w="80" w:type="dxa"/>
              <w:right w:w="80" w:type="dxa"/>
            </w:tcMar>
            <w:vAlign w:val="center"/>
          </w:tcPr>
          <w:p w14:paraId="01778A41" w14:textId="77777777" w:rsidR="00ED17BE" w:rsidRPr="00F51F43" w:rsidRDefault="00ED17BE" w:rsidP="00ED17BE">
            <w:pPr>
              <w:spacing w:after="0" w:line="240" w:lineRule="auto"/>
              <w:jc w:val="center"/>
              <w:rPr>
                <w:noProof/>
                <w:sz w:val="20"/>
                <w:szCs w:val="20"/>
              </w:rPr>
            </w:pPr>
            <w:r w:rsidRPr="00F51F43">
              <w:rPr>
                <w:noProof/>
                <w:sz w:val="20"/>
                <w:szCs w:val="20"/>
              </w:rPr>
              <w:t>HZZJZ</w:t>
            </w:r>
          </w:p>
        </w:tc>
        <w:tc>
          <w:tcPr>
            <w:tcW w:w="992" w:type="dxa"/>
            <w:tcMar>
              <w:top w:w="80" w:type="dxa"/>
              <w:left w:w="80" w:type="dxa"/>
              <w:bottom w:w="80" w:type="dxa"/>
              <w:right w:w="80" w:type="dxa"/>
            </w:tcMar>
            <w:vAlign w:val="center"/>
          </w:tcPr>
          <w:p w14:paraId="61FFA299"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270DB043"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532FAFC3"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6776B93C"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Prijenos osnovnih načina brige o svome tijelu i zdravlju i detektiranja promjena na koje treba pravovremeno reagirati.</w:t>
            </w:r>
          </w:p>
        </w:tc>
        <w:tc>
          <w:tcPr>
            <w:tcW w:w="2387" w:type="dxa"/>
            <w:tcMar>
              <w:top w:w="80" w:type="dxa"/>
              <w:left w:w="80" w:type="dxa"/>
              <w:bottom w:w="80" w:type="dxa"/>
              <w:right w:w="80" w:type="dxa"/>
            </w:tcMar>
            <w:vAlign w:val="center"/>
          </w:tcPr>
          <w:p w14:paraId="50AD1421" w14:textId="77777777" w:rsidR="00ED17BE" w:rsidRPr="00F51F43" w:rsidRDefault="00ED17BE" w:rsidP="00ED17BE">
            <w:pPr>
              <w:spacing w:after="0" w:line="240" w:lineRule="auto"/>
              <w:jc w:val="center"/>
              <w:rPr>
                <w:noProof/>
                <w:sz w:val="20"/>
                <w:szCs w:val="20"/>
              </w:rPr>
            </w:pPr>
            <w:r w:rsidRPr="00F51F43">
              <w:rPr>
                <w:noProof/>
                <w:sz w:val="20"/>
                <w:szCs w:val="20"/>
              </w:rPr>
              <w:t>Razvoj važnosti i osjećaja brige za svoje zdravlje, uočavanje promjena na sebi te pravovremeno reagiranje od malih nogu.</w:t>
            </w:r>
          </w:p>
        </w:tc>
        <w:tc>
          <w:tcPr>
            <w:tcW w:w="2363" w:type="dxa"/>
            <w:tcMar>
              <w:top w:w="80" w:type="dxa"/>
              <w:left w:w="80" w:type="dxa"/>
              <w:bottom w:w="80" w:type="dxa"/>
              <w:right w:w="80" w:type="dxa"/>
            </w:tcMar>
            <w:vAlign w:val="center"/>
          </w:tcPr>
          <w:p w14:paraId="1AEA0DF5" w14:textId="77777777" w:rsidR="00ED17BE" w:rsidRPr="00F51F43" w:rsidRDefault="00ED17BE" w:rsidP="00ED17BE">
            <w:pPr>
              <w:spacing w:after="0" w:line="240" w:lineRule="auto"/>
              <w:jc w:val="center"/>
              <w:rPr>
                <w:noProof/>
                <w:sz w:val="20"/>
                <w:szCs w:val="20"/>
              </w:rPr>
            </w:pPr>
            <w:r w:rsidRPr="00F51F43">
              <w:rPr>
                <w:noProof/>
                <w:sz w:val="20"/>
                <w:szCs w:val="20"/>
              </w:rPr>
              <w:t>Radionica „Promocija zdravlja“.</w:t>
            </w:r>
          </w:p>
        </w:tc>
        <w:tc>
          <w:tcPr>
            <w:tcW w:w="2088" w:type="dxa"/>
            <w:tcMar>
              <w:top w:w="80" w:type="dxa"/>
              <w:left w:w="80" w:type="dxa"/>
              <w:bottom w:w="80" w:type="dxa"/>
              <w:right w:w="80" w:type="dxa"/>
            </w:tcMar>
            <w:vAlign w:val="center"/>
          </w:tcPr>
          <w:p w14:paraId="20262CEC" w14:textId="77777777" w:rsidR="00ED17BE" w:rsidRPr="00F51F43" w:rsidRDefault="00ED17BE" w:rsidP="00ED17BE">
            <w:pPr>
              <w:spacing w:after="0" w:line="240" w:lineRule="auto"/>
              <w:jc w:val="center"/>
              <w:rPr>
                <w:noProof/>
                <w:sz w:val="20"/>
                <w:szCs w:val="20"/>
              </w:rPr>
            </w:pPr>
            <w:r w:rsidRPr="00F51F43">
              <w:rPr>
                <w:noProof/>
                <w:sz w:val="20"/>
                <w:szCs w:val="20"/>
              </w:rPr>
              <w:t>reakcije djece, sudjelovanje djece, izjave suradnika, fotodokumentacija</w:t>
            </w:r>
          </w:p>
        </w:tc>
      </w:tr>
      <w:tr w:rsidR="00ED17BE" w:rsidRPr="00F51F43" w14:paraId="545314FB" w14:textId="77777777" w:rsidTr="00ED17BE">
        <w:trPr>
          <w:cantSplit/>
          <w:jc w:val="center"/>
        </w:trPr>
        <w:tc>
          <w:tcPr>
            <w:tcW w:w="1101" w:type="dxa"/>
            <w:tcMar>
              <w:top w:w="80" w:type="dxa"/>
              <w:left w:w="80" w:type="dxa"/>
              <w:bottom w:w="80" w:type="dxa"/>
              <w:right w:w="80" w:type="dxa"/>
            </w:tcMar>
            <w:vAlign w:val="center"/>
          </w:tcPr>
          <w:p w14:paraId="626555AB" w14:textId="77777777" w:rsidR="00ED17BE" w:rsidRPr="00F51F43" w:rsidRDefault="00ED17BE" w:rsidP="00ED17BE">
            <w:pPr>
              <w:spacing w:after="0" w:line="240" w:lineRule="auto"/>
              <w:jc w:val="center"/>
              <w:rPr>
                <w:noProof/>
                <w:sz w:val="20"/>
                <w:szCs w:val="20"/>
              </w:rPr>
            </w:pPr>
            <w:r w:rsidRPr="00F51F43">
              <w:rPr>
                <w:noProof/>
                <w:sz w:val="20"/>
                <w:szCs w:val="20"/>
              </w:rPr>
              <w:t>Vlč. Krunoslav S.</w:t>
            </w:r>
          </w:p>
        </w:tc>
        <w:tc>
          <w:tcPr>
            <w:tcW w:w="992" w:type="dxa"/>
            <w:tcMar>
              <w:top w:w="80" w:type="dxa"/>
              <w:left w:w="80" w:type="dxa"/>
              <w:bottom w:w="80" w:type="dxa"/>
              <w:right w:w="80" w:type="dxa"/>
            </w:tcMar>
            <w:vAlign w:val="center"/>
          </w:tcPr>
          <w:p w14:paraId="64947EA0"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2FCAA37B"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0BEE79FB"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56CA52EC"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Prijenos osjećaja za njegovanje blagdanskih običaja i blagovanja hrane.</w:t>
            </w:r>
          </w:p>
        </w:tc>
        <w:tc>
          <w:tcPr>
            <w:tcW w:w="2387" w:type="dxa"/>
            <w:tcMar>
              <w:top w:w="80" w:type="dxa"/>
              <w:left w:w="80" w:type="dxa"/>
              <w:bottom w:w="80" w:type="dxa"/>
              <w:right w:w="80" w:type="dxa"/>
            </w:tcMar>
            <w:vAlign w:val="center"/>
          </w:tcPr>
          <w:p w14:paraId="2ADBFF2D" w14:textId="77777777" w:rsidR="00ED17BE" w:rsidRPr="00F51F43" w:rsidRDefault="00ED17BE" w:rsidP="00ED17BE">
            <w:pPr>
              <w:spacing w:after="0" w:line="240" w:lineRule="auto"/>
              <w:jc w:val="center"/>
              <w:rPr>
                <w:noProof/>
                <w:sz w:val="20"/>
                <w:szCs w:val="20"/>
              </w:rPr>
            </w:pPr>
            <w:r w:rsidRPr="00F51F43">
              <w:rPr>
                <w:noProof/>
                <w:sz w:val="20"/>
                <w:szCs w:val="20"/>
              </w:rPr>
              <w:t>Razvoj kršćanskih vrijednosti u duhu vjere i stvaranja osjećaja skromnosti i zahvalnosti.</w:t>
            </w:r>
          </w:p>
        </w:tc>
        <w:tc>
          <w:tcPr>
            <w:tcW w:w="2363" w:type="dxa"/>
            <w:tcMar>
              <w:top w:w="80" w:type="dxa"/>
              <w:left w:w="80" w:type="dxa"/>
              <w:bottom w:w="80" w:type="dxa"/>
              <w:right w:w="80" w:type="dxa"/>
            </w:tcMar>
            <w:vAlign w:val="center"/>
          </w:tcPr>
          <w:p w14:paraId="54D93A36" w14:textId="77777777" w:rsidR="00ED17BE" w:rsidRPr="00F51F43" w:rsidRDefault="00ED17BE" w:rsidP="00ED17BE">
            <w:pPr>
              <w:spacing w:after="0" w:line="240" w:lineRule="auto"/>
              <w:jc w:val="center"/>
              <w:rPr>
                <w:noProof/>
                <w:sz w:val="20"/>
                <w:szCs w:val="20"/>
              </w:rPr>
            </w:pPr>
            <w:r w:rsidRPr="00F51F43">
              <w:rPr>
                <w:noProof/>
                <w:sz w:val="20"/>
                <w:szCs w:val="20"/>
              </w:rPr>
              <w:t>Obilježavanje dana zahvalnosti za plodove zemlje.</w:t>
            </w:r>
          </w:p>
        </w:tc>
        <w:tc>
          <w:tcPr>
            <w:tcW w:w="2088" w:type="dxa"/>
            <w:tcMar>
              <w:top w:w="80" w:type="dxa"/>
              <w:left w:w="80" w:type="dxa"/>
              <w:bottom w:w="80" w:type="dxa"/>
              <w:right w:w="80" w:type="dxa"/>
            </w:tcMar>
            <w:vAlign w:val="center"/>
          </w:tcPr>
          <w:p w14:paraId="2C9B13CB" w14:textId="77777777" w:rsidR="00ED17BE" w:rsidRPr="00F51F43" w:rsidRDefault="00ED17BE" w:rsidP="00ED17BE">
            <w:pPr>
              <w:spacing w:after="0" w:line="240" w:lineRule="auto"/>
              <w:jc w:val="center"/>
              <w:rPr>
                <w:noProof/>
                <w:sz w:val="20"/>
                <w:szCs w:val="20"/>
              </w:rPr>
            </w:pPr>
            <w:r w:rsidRPr="00F51F43">
              <w:rPr>
                <w:noProof/>
                <w:sz w:val="20"/>
                <w:szCs w:val="20"/>
              </w:rPr>
              <w:t>reakcije djece, sudjelovanje djece, izjave suradnika, fotodokumentacija</w:t>
            </w:r>
          </w:p>
        </w:tc>
      </w:tr>
      <w:tr w:rsidR="00ED17BE" w:rsidRPr="00F51F43" w14:paraId="2717D312" w14:textId="77777777" w:rsidTr="00ED17BE">
        <w:trPr>
          <w:cantSplit/>
          <w:jc w:val="center"/>
        </w:trPr>
        <w:tc>
          <w:tcPr>
            <w:tcW w:w="1101" w:type="dxa"/>
            <w:tcMar>
              <w:top w:w="80" w:type="dxa"/>
              <w:left w:w="80" w:type="dxa"/>
              <w:bottom w:w="80" w:type="dxa"/>
              <w:right w:w="80" w:type="dxa"/>
            </w:tcMar>
            <w:vAlign w:val="center"/>
          </w:tcPr>
          <w:p w14:paraId="1258D0E8" w14:textId="77777777" w:rsidR="00ED17BE" w:rsidRPr="00F51F43" w:rsidRDefault="00ED17BE" w:rsidP="00ED17BE">
            <w:pPr>
              <w:spacing w:after="0" w:line="240" w:lineRule="auto"/>
              <w:jc w:val="center"/>
              <w:rPr>
                <w:noProof/>
                <w:sz w:val="20"/>
                <w:szCs w:val="20"/>
              </w:rPr>
            </w:pPr>
            <w:r w:rsidRPr="00F51F43">
              <w:rPr>
                <w:noProof/>
                <w:sz w:val="20"/>
                <w:szCs w:val="20"/>
              </w:rPr>
              <w:t>Ivana L.P.</w:t>
            </w:r>
          </w:p>
        </w:tc>
        <w:tc>
          <w:tcPr>
            <w:tcW w:w="992" w:type="dxa"/>
            <w:tcMar>
              <w:top w:w="80" w:type="dxa"/>
              <w:left w:w="80" w:type="dxa"/>
              <w:bottom w:w="80" w:type="dxa"/>
              <w:right w:w="80" w:type="dxa"/>
            </w:tcMar>
            <w:vAlign w:val="center"/>
          </w:tcPr>
          <w:p w14:paraId="74530116" w14:textId="77777777" w:rsidR="00ED17BE" w:rsidRPr="00F51F43" w:rsidRDefault="00ED17BE" w:rsidP="00ED17BE">
            <w:pPr>
              <w:spacing w:after="0" w:line="240" w:lineRule="auto"/>
              <w:jc w:val="center"/>
              <w:rPr>
                <w:noProof/>
                <w:sz w:val="20"/>
                <w:szCs w:val="20"/>
              </w:rPr>
            </w:pPr>
            <w:r w:rsidRPr="00F51F43">
              <w:rPr>
                <w:noProof/>
                <w:sz w:val="20"/>
                <w:szCs w:val="20"/>
              </w:rPr>
              <w:t>siječanj</w:t>
            </w:r>
          </w:p>
        </w:tc>
        <w:tc>
          <w:tcPr>
            <w:tcW w:w="851" w:type="dxa"/>
            <w:tcMar>
              <w:top w:w="80" w:type="dxa"/>
              <w:left w:w="80" w:type="dxa"/>
              <w:bottom w:w="80" w:type="dxa"/>
              <w:right w:w="80" w:type="dxa"/>
            </w:tcMar>
            <w:vAlign w:val="center"/>
          </w:tcPr>
          <w:p w14:paraId="2F5D9AA9"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35030E00"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513CF037"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Prijenos znanja i spoznaja kako potaknuti interes za matematičke aktivnosti putem igre.</w:t>
            </w:r>
          </w:p>
        </w:tc>
        <w:tc>
          <w:tcPr>
            <w:tcW w:w="2387" w:type="dxa"/>
            <w:tcMar>
              <w:top w:w="80" w:type="dxa"/>
              <w:left w:w="80" w:type="dxa"/>
              <w:bottom w:w="80" w:type="dxa"/>
              <w:right w:w="80" w:type="dxa"/>
            </w:tcMar>
            <w:vAlign w:val="center"/>
          </w:tcPr>
          <w:p w14:paraId="29D83C22" w14:textId="77777777" w:rsidR="00ED17BE" w:rsidRPr="00F51F43" w:rsidRDefault="00ED17BE" w:rsidP="00ED17BE">
            <w:pPr>
              <w:spacing w:after="0" w:line="240" w:lineRule="auto"/>
              <w:jc w:val="center"/>
              <w:rPr>
                <w:noProof/>
                <w:sz w:val="20"/>
                <w:szCs w:val="20"/>
              </w:rPr>
            </w:pPr>
            <w:r w:rsidRPr="00F51F43">
              <w:rPr>
                <w:noProof/>
                <w:sz w:val="20"/>
                <w:szCs w:val="20"/>
              </w:rPr>
              <w:t>Razvoj matematčkih kompetencija.</w:t>
            </w:r>
          </w:p>
        </w:tc>
        <w:tc>
          <w:tcPr>
            <w:tcW w:w="2363" w:type="dxa"/>
            <w:tcMar>
              <w:top w:w="80" w:type="dxa"/>
              <w:left w:w="80" w:type="dxa"/>
              <w:bottom w:w="80" w:type="dxa"/>
              <w:right w:w="80" w:type="dxa"/>
            </w:tcMar>
            <w:vAlign w:val="center"/>
          </w:tcPr>
          <w:p w14:paraId="6787A922" w14:textId="77777777" w:rsidR="00ED17BE" w:rsidRPr="00F51F43" w:rsidRDefault="00ED17BE" w:rsidP="00ED17BE">
            <w:pPr>
              <w:spacing w:after="0" w:line="240" w:lineRule="auto"/>
              <w:jc w:val="center"/>
              <w:rPr>
                <w:noProof/>
                <w:sz w:val="20"/>
                <w:szCs w:val="20"/>
              </w:rPr>
            </w:pPr>
            <w:r w:rsidRPr="00F51F43">
              <w:rPr>
                <w:noProof/>
                <w:sz w:val="20"/>
                <w:szCs w:val="20"/>
              </w:rPr>
              <w:t>Igre s osnovnim elementima matematičkih vještina. Pokretna igra „Lov na brojeve“.</w:t>
            </w:r>
          </w:p>
        </w:tc>
        <w:tc>
          <w:tcPr>
            <w:tcW w:w="2088" w:type="dxa"/>
            <w:tcMar>
              <w:top w:w="80" w:type="dxa"/>
              <w:left w:w="80" w:type="dxa"/>
              <w:bottom w:w="80" w:type="dxa"/>
              <w:right w:w="80" w:type="dxa"/>
            </w:tcMar>
            <w:vAlign w:val="center"/>
          </w:tcPr>
          <w:p w14:paraId="5A7073D0" w14:textId="77777777" w:rsidR="00ED17BE" w:rsidRPr="00F51F43" w:rsidRDefault="00ED17BE" w:rsidP="00ED17BE">
            <w:pPr>
              <w:spacing w:after="0" w:line="240" w:lineRule="auto"/>
              <w:jc w:val="center"/>
              <w:rPr>
                <w:noProof/>
                <w:sz w:val="20"/>
                <w:szCs w:val="20"/>
              </w:rPr>
            </w:pPr>
            <w:r w:rsidRPr="00F51F43">
              <w:rPr>
                <w:noProof/>
                <w:sz w:val="20"/>
                <w:szCs w:val="20"/>
              </w:rPr>
              <w:t>reakcije djece, sudjelovanje djece, izjave suradnika, fotodokumentacija</w:t>
            </w:r>
          </w:p>
        </w:tc>
      </w:tr>
      <w:tr w:rsidR="00ED17BE" w:rsidRPr="00F51F43" w14:paraId="2A97A430" w14:textId="77777777" w:rsidTr="00ED17BE">
        <w:trPr>
          <w:cantSplit/>
          <w:jc w:val="center"/>
        </w:trPr>
        <w:tc>
          <w:tcPr>
            <w:tcW w:w="1101" w:type="dxa"/>
            <w:tcMar>
              <w:top w:w="80" w:type="dxa"/>
              <w:left w:w="80" w:type="dxa"/>
              <w:bottom w:w="80" w:type="dxa"/>
              <w:right w:w="80" w:type="dxa"/>
            </w:tcMar>
            <w:vAlign w:val="center"/>
          </w:tcPr>
          <w:p w14:paraId="58093194" w14:textId="77777777" w:rsidR="00ED17BE" w:rsidRPr="00F51F43" w:rsidRDefault="00ED17BE" w:rsidP="00ED17BE">
            <w:pPr>
              <w:spacing w:after="0" w:line="240" w:lineRule="auto"/>
              <w:jc w:val="center"/>
              <w:rPr>
                <w:noProof/>
                <w:sz w:val="20"/>
                <w:szCs w:val="20"/>
              </w:rPr>
            </w:pPr>
            <w:r w:rsidRPr="00F51F43">
              <w:rPr>
                <w:noProof/>
                <w:sz w:val="20"/>
                <w:szCs w:val="20"/>
              </w:rPr>
              <w:t>Janja K.</w:t>
            </w:r>
          </w:p>
        </w:tc>
        <w:tc>
          <w:tcPr>
            <w:tcW w:w="992" w:type="dxa"/>
            <w:tcMar>
              <w:top w:w="80" w:type="dxa"/>
              <w:left w:w="80" w:type="dxa"/>
              <w:bottom w:w="80" w:type="dxa"/>
              <w:right w:w="80" w:type="dxa"/>
            </w:tcMar>
            <w:vAlign w:val="center"/>
          </w:tcPr>
          <w:p w14:paraId="73BFE503" w14:textId="77777777" w:rsidR="00ED17BE" w:rsidRPr="00F51F43" w:rsidRDefault="00ED17BE" w:rsidP="00ED17BE">
            <w:pPr>
              <w:spacing w:after="0" w:line="240" w:lineRule="auto"/>
              <w:jc w:val="center"/>
              <w:rPr>
                <w:noProof/>
                <w:sz w:val="20"/>
                <w:szCs w:val="20"/>
              </w:rPr>
            </w:pPr>
            <w:r w:rsidRPr="00F51F43">
              <w:rPr>
                <w:noProof/>
                <w:sz w:val="20"/>
                <w:szCs w:val="20"/>
              </w:rPr>
              <w:t>veljača</w:t>
            </w:r>
          </w:p>
        </w:tc>
        <w:tc>
          <w:tcPr>
            <w:tcW w:w="851" w:type="dxa"/>
            <w:tcMar>
              <w:top w:w="80" w:type="dxa"/>
              <w:left w:w="80" w:type="dxa"/>
              <w:bottom w:w="80" w:type="dxa"/>
              <w:right w:w="80" w:type="dxa"/>
            </w:tcMar>
            <w:vAlign w:val="center"/>
          </w:tcPr>
          <w:p w14:paraId="23C193A9"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544A7FB4"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4911F6E7"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Prijenos znanja važnosti očuvanja tradicije našega kraja.</w:t>
            </w:r>
          </w:p>
        </w:tc>
        <w:tc>
          <w:tcPr>
            <w:tcW w:w="2387" w:type="dxa"/>
            <w:tcMar>
              <w:top w:w="80" w:type="dxa"/>
              <w:left w:w="80" w:type="dxa"/>
              <w:bottom w:w="80" w:type="dxa"/>
              <w:right w:w="80" w:type="dxa"/>
            </w:tcMar>
            <w:vAlign w:val="center"/>
          </w:tcPr>
          <w:p w14:paraId="5139E5F1" w14:textId="77777777" w:rsidR="00ED17BE" w:rsidRPr="00F51F43" w:rsidRDefault="00ED17BE" w:rsidP="00ED17BE">
            <w:pPr>
              <w:spacing w:after="0" w:line="240" w:lineRule="auto"/>
              <w:jc w:val="center"/>
              <w:rPr>
                <w:noProof/>
                <w:sz w:val="20"/>
                <w:szCs w:val="20"/>
              </w:rPr>
            </w:pPr>
            <w:r w:rsidRPr="00F51F43">
              <w:rPr>
                <w:noProof/>
                <w:sz w:val="20"/>
                <w:szCs w:val="20"/>
              </w:rPr>
              <w:t>Razvoj osjećaja za kreativnost na tradicionalan način.</w:t>
            </w:r>
          </w:p>
        </w:tc>
        <w:tc>
          <w:tcPr>
            <w:tcW w:w="2363" w:type="dxa"/>
            <w:tcMar>
              <w:top w:w="80" w:type="dxa"/>
              <w:left w:w="80" w:type="dxa"/>
              <w:bottom w:w="80" w:type="dxa"/>
              <w:right w:w="80" w:type="dxa"/>
            </w:tcMar>
            <w:vAlign w:val="center"/>
          </w:tcPr>
          <w:p w14:paraId="35372937" w14:textId="77777777" w:rsidR="00ED17BE" w:rsidRPr="00F51F43" w:rsidRDefault="00ED17BE" w:rsidP="00ED17BE">
            <w:pPr>
              <w:spacing w:after="0" w:line="240" w:lineRule="auto"/>
              <w:jc w:val="center"/>
              <w:rPr>
                <w:noProof/>
                <w:sz w:val="20"/>
                <w:szCs w:val="20"/>
              </w:rPr>
            </w:pPr>
            <w:r w:rsidRPr="00F51F43">
              <w:rPr>
                <w:noProof/>
                <w:sz w:val="20"/>
                <w:szCs w:val="20"/>
              </w:rPr>
              <w:t>Izrada licitarskih srca na tradicionalan način.</w:t>
            </w:r>
          </w:p>
        </w:tc>
        <w:tc>
          <w:tcPr>
            <w:tcW w:w="2088" w:type="dxa"/>
            <w:tcMar>
              <w:top w:w="80" w:type="dxa"/>
              <w:left w:w="80" w:type="dxa"/>
              <w:bottom w:w="80" w:type="dxa"/>
              <w:right w:w="80" w:type="dxa"/>
            </w:tcMar>
            <w:vAlign w:val="center"/>
          </w:tcPr>
          <w:p w14:paraId="2034F494" w14:textId="77777777" w:rsidR="00ED17BE" w:rsidRPr="00F51F43" w:rsidRDefault="00ED17BE" w:rsidP="00ED17BE">
            <w:pPr>
              <w:spacing w:after="0" w:line="240" w:lineRule="auto"/>
              <w:jc w:val="center"/>
              <w:rPr>
                <w:noProof/>
                <w:sz w:val="20"/>
                <w:szCs w:val="20"/>
              </w:rPr>
            </w:pPr>
            <w:r w:rsidRPr="00F51F43">
              <w:rPr>
                <w:noProof/>
                <w:sz w:val="20"/>
                <w:szCs w:val="20"/>
              </w:rPr>
              <w:t>reakcije djece, sudjelovanje djece, izjave suradnika, komunikacija, fotodokumentacija, interes i tijekom aktivnosti</w:t>
            </w:r>
          </w:p>
        </w:tc>
      </w:tr>
      <w:tr w:rsidR="00ED17BE" w:rsidRPr="00F51F43" w14:paraId="40FA144B" w14:textId="77777777" w:rsidTr="00ED17BE">
        <w:trPr>
          <w:cantSplit/>
          <w:jc w:val="center"/>
        </w:trPr>
        <w:tc>
          <w:tcPr>
            <w:tcW w:w="1101" w:type="dxa"/>
            <w:tcMar>
              <w:top w:w="80" w:type="dxa"/>
              <w:left w:w="80" w:type="dxa"/>
              <w:bottom w:w="80" w:type="dxa"/>
              <w:right w:w="80" w:type="dxa"/>
            </w:tcMar>
            <w:vAlign w:val="center"/>
          </w:tcPr>
          <w:p w14:paraId="168297C9"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Renata M.</w:t>
            </w:r>
          </w:p>
        </w:tc>
        <w:tc>
          <w:tcPr>
            <w:tcW w:w="992" w:type="dxa"/>
            <w:tcMar>
              <w:top w:w="80" w:type="dxa"/>
              <w:left w:w="80" w:type="dxa"/>
              <w:bottom w:w="80" w:type="dxa"/>
              <w:right w:w="80" w:type="dxa"/>
            </w:tcMar>
            <w:vAlign w:val="center"/>
          </w:tcPr>
          <w:p w14:paraId="2B05C566"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1772A98E"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24DF7BB6"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2C99C7C4"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Prijenos znanja i spoznaja kako potaknuti interes za STEM aktivnosti.</w:t>
            </w:r>
          </w:p>
        </w:tc>
        <w:tc>
          <w:tcPr>
            <w:tcW w:w="2387" w:type="dxa"/>
            <w:tcMar>
              <w:top w:w="80" w:type="dxa"/>
              <w:left w:w="80" w:type="dxa"/>
              <w:bottom w:w="80" w:type="dxa"/>
              <w:right w:w="80" w:type="dxa"/>
            </w:tcMar>
            <w:vAlign w:val="center"/>
          </w:tcPr>
          <w:p w14:paraId="22916B18" w14:textId="77777777" w:rsidR="00ED17BE" w:rsidRPr="00F51F43" w:rsidRDefault="00ED17BE" w:rsidP="00ED17BE">
            <w:pPr>
              <w:spacing w:after="0" w:line="240" w:lineRule="auto"/>
              <w:jc w:val="center"/>
              <w:rPr>
                <w:noProof/>
                <w:sz w:val="20"/>
                <w:szCs w:val="20"/>
              </w:rPr>
            </w:pPr>
            <w:r w:rsidRPr="00F51F43">
              <w:rPr>
                <w:noProof/>
                <w:sz w:val="20"/>
                <w:szCs w:val="20"/>
              </w:rPr>
              <w:t>Razvoj kompetencija u prirodoslovlju.</w:t>
            </w:r>
          </w:p>
        </w:tc>
        <w:tc>
          <w:tcPr>
            <w:tcW w:w="2363" w:type="dxa"/>
            <w:tcMar>
              <w:top w:w="80" w:type="dxa"/>
              <w:left w:w="80" w:type="dxa"/>
              <w:bottom w:w="80" w:type="dxa"/>
              <w:right w:w="80" w:type="dxa"/>
            </w:tcMar>
            <w:vAlign w:val="center"/>
          </w:tcPr>
          <w:p w14:paraId="3FC636BC" w14:textId="77777777" w:rsidR="00ED17BE" w:rsidRPr="00F51F43" w:rsidRDefault="00ED17BE" w:rsidP="00ED17BE">
            <w:pPr>
              <w:spacing w:after="0" w:line="240" w:lineRule="auto"/>
              <w:jc w:val="center"/>
              <w:rPr>
                <w:noProof/>
                <w:sz w:val="20"/>
                <w:szCs w:val="20"/>
              </w:rPr>
            </w:pPr>
            <w:r w:rsidRPr="00F51F43">
              <w:rPr>
                <w:noProof/>
                <w:sz w:val="20"/>
                <w:szCs w:val="20"/>
              </w:rPr>
              <w:t>Radionica: „Tko je ostavio trag?, detektivi prirode“</w:t>
            </w:r>
          </w:p>
        </w:tc>
        <w:tc>
          <w:tcPr>
            <w:tcW w:w="2088" w:type="dxa"/>
            <w:tcMar>
              <w:top w:w="80" w:type="dxa"/>
              <w:left w:w="80" w:type="dxa"/>
              <w:bottom w:w="80" w:type="dxa"/>
              <w:right w:w="80" w:type="dxa"/>
            </w:tcMar>
            <w:vAlign w:val="center"/>
          </w:tcPr>
          <w:p w14:paraId="322E9AEC" w14:textId="77777777" w:rsidR="00ED17BE" w:rsidRPr="00F51F43" w:rsidRDefault="00ED17BE" w:rsidP="00ED17BE">
            <w:pPr>
              <w:spacing w:after="0" w:line="240" w:lineRule="auto"/>
              <w:jc w:val="center"/>
              <w:rPr>
                <w:noProof/>
                <w:sz w:val="20"/>
                <w:szCs w:val="20"/>
              </w:rPr>
            </w:pPr>
            <w:r w:rsidRPr="00F51F43">
              <w:rPr>
                <w:noProof/>
                <w:sz w:val="20"/>
                <w:szCs w:val="20"/>
              </w:rPr>
              <w:t>reakcije djece, sudjelovanje djece, izjave suradnika, komunikacija, fotodokumentacija, interes i tijekom aktivnosti</w:t>
            </w:r>
          </w:p>
        </w:tc>
      </w:tr>
      <w:tr w:rsidR="00ED17BE" w:rsidRPr="00F51F43" w14:paraId="49F75C46" w14:textId="77777777" w:rsidTr="00ED17BE">
        <w:trPr>
          <w:cantSplit/>
          <w:jc w:val="center"/>
        </w:trPr>
        <w:tc>
          <w:tcPr>
            <w:tcW w:w="1101" w:type="dxa"/>
            <w:tcMar>
              <w:top w:w="80" w:type="dxa"/>
              <w:left w:w="80" w:type="dxa"/>
              <w:bottom w:w="80" w:type="dxa"/>
              <w:right w:w="80" w:type="dxa"/>
            </w:tcMar>
            <w:vAlign w:val="center"/>
          </w:tcPr>
          <w:p w14:paraId="54E962CD" w14:textId="77777777" w:rsidR="00ED17BE" w:rsidRPr="00F51F43" w:rsidRDefault="00ED17BE" w:rsidP="00ED17BE">
            <w:pPr>
              <w:spacing w:after="0" w:line="240" w:lineRule="auto"/>
              <w:jc w:val="center"/>
              <w:rPr>
                <w:noProof/>
                <w:sz w:val="20"/>
                <w:szCs w:val="20"/>
              </w:rPr>
            </w:pPr>
            <w:r w:rsidRPr="00F51F43">
              <w:rPr>
                <w:noProof/>
                <w:sz w:val="20"/>
                <w:szCs w:val="20"/>
              </w:rPr>
              <w:t>Martina H.</w:t>
            </w:r>
          </w:p>
        </w:tc>
        <w:tc>
          <w:tcPr>
            <w:tcW w:w="992" w:type="dxa"/>
            <w:tcMar>
              <w:top w:w="80" w:type="dxa"/>
              <w:left w:w="80" w:type="dxa"/>
              <w:bottom w:w="80" w:type="dxa"/>
              <w:right w:w="80" w:type="dxa"/>
            </w:tcMar>
            <w:vAlign w:val="center"/>
          </w:tcPr>
          <w:p w14:paraId="18803F59" w14:textId="77777777" w:rsidR="00ED17BE" w:rsidRPr="00F51F43" w:rsidRDefault="00ED17BE" w:rsidP="00ED17BE">
            <w:pPr>
              <w:spacing w:after="0" w:line="240" w:lineRule="auto"/>
              <w:jc w:val="center"/>
              <w:rPr>
                <w:noProof/>
                <w:sz w:val="20"/>
                <w:szCs w:val="20"/>
              </w:rPr>
            </w:pPr>
            <w:r w:rsidRPr="00F51F43">
              <w:rPr>
                <w:noProof/>
                <w:sz w:val="20"/>
                <w:szCs w:val="20"/>
              </w:rPr>
              <w:t>travanj</w:t>
            </w:r>
          </w:p>
        </w:tc>
        <w:tc>
          <w:tcPr>
            <w:tcW w:w="851" w:type="dxa"/>
            <w:tcMar>
              <w:top w:w="80" w:type="dxa"/>
              <w:left w:w="80" w:type="dxa"/>
              <w:bottom w:w="80" w:type="dxa"/>
              <w:right w:w="80" w:type="dxa"/>
            </w:tcMar>
            <w:vAlign w:val="center"/>
          </w:tcPr>
          <w:p w14:paraId="0B0AE9E4"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3CBB77EA"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7EF42CA9"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 Upoznavanje sa zanimanjem frizera. Prijenos znanja i vještina kako održavati kosu i vlasište zdravim.</w:t>
            </w:r>
          </w:p>
        </w:tc>
        <w:tc>
          <w:tcPr>
            <w:tcW w:w="2387" w:type="dxa"/>
            <w:tcMar>
              <w:top w:w="80" w:type="dxa"/>
              <w:left w:w="80" w:type="dxa"/>
              <w:bottom w:w="80" w:type="dxa"/>
              <w:right w:w="80" w:type="dxa"/>
            </w:tcMar>
            <w:vAlign w:val="center"/>
          </w:tcPr>
          <w:p w14:paraId="78625BBB" w14:textId="77777777" w:rsidR="00ED17BE" w:rsidRPr="00F51F43" w:rsidRDefault="00ED17BE" w:rsidP="00ED17BE">
            <w:pPr>
              <w:spacing w:after="0" w:line="240" w:lineRule="auto"/>
              <w:jc w:val="center"/>
              <w:rPr>
                <w:noProof/>
                <w:sz w:val="20"/>
                <w:szCs w:val="20"/>
              </w:rPr>
            </w:pPr>
            <w:r w:rsidRPr="00F51F43">
              <w:rPr>
                <w:noProof/>
                <w:sz w:val="20"/>
                <w:szCs w:val="20"/>
              </w:rPr>
              <w:t>Razvoj spoznaje o važnosti brige i održavanju njege kose.</w:t>
            </w:r>
          </w:p>
        </w:tc>
        <w:tc>
          <w:tcPr>
            <w:tcW w:w="2363" w:type="dxa"/>
            <w:tcMar>
              <w:top w:w="80" w:type="dxa"/>
              <w:left w:w="80" w:type="dxa"/>
              <w:bottom w:w="80" w:type="dxa"/>
              <w:right w:w="80" w:type="dxa"/>
            </w:tcMar>
            <w:vAlign w:val="center"/>
          </w:tcPr>
          <w:p w14:paraId="70661D60" w14:textId="77777777" w:rsidR="00ED17BE" w:rsidRPr="00F51F43" w:rsidRDefault="00ED17BE" w:rsidP="00ED17BE">
            <w:pPr>
              <w:spacing w:after="0" w:line="240" w:lineRule="auto"/>
              <w:jc w:val="center"/>
              <w:rPr>
                <w:noProof/>
                <w:sz w:val="20"/>
                <w:szCs w:val="20"/>
              </w:rPr>
            </w:pPr>
            <w:r w:rsidRPr="00F51F43">
              <w:rPr>
                <w:noProof/>
                <w:sz w:val="20"/>
                <w:szCs w:val="20"/>
              </w:rPr>
              <w:t>Demonstracija njege, izrada različitih frizura za djevojčice i dječake.</w:t>
            </w:r>
          </w:p>
        </w:tc>
        <w:tc>
          <w:tcPr>
            <w:tcW w:w="2088" w:type="dxa"/>
            <w:tcMar>
              <w:top w:w="80" w:type="dxa"/>
              <w:left w:w="80" w:type="dxa"/>
              <w:bottom w:w="80" w:type="dxa"/>
              <w:right w:w="80" w:type="dxa"/>
            </w:tcMar>
            <w:vAlign w:val="center"/>
          </w:tcPr>
          <w:p w14:paraId="1881E33D" w14:textId="77777777" w:rsidR="00ED17BE" w:rsidRPr="00F51F43" w:rsidRDefault="00ED17BE" w:rsidP="00ED17BE">
            <w:pPr>
              <w:spacing w:after="0" w:line="240" w:lineRule="auto"/>
              <w:jc w:val="center"/>
              <w:rPr>
                <w:noProof/>
                <w:sz w:val="20"/>
                <w:szCs w:val="20"/>
              </w:rPr>
            </w:pPr>
            <w:r w:rsidRPr="00F51F43">
              <w:rPr>
                <w:noProof/>
                <w:sz w:val="20"/>
                <w:szCs w:val="20"/>
              </w:rPr>
              <w:t>reakcije djece, sudjelovanje djece, izjave suradnika, fotodokumentacija</w:t>
            </w:r>
          </w:p>
        </w:tc>
      </w:tr>
      <w:tr w:rsidR="00ED17BE" w:rsidRPr="00F51F43" w14:paraId="4714E0CA" w14:textId="77777777" w:rsidTr="00ED17BE">
        <w:trPr>
          <w:cantSplit/>
          <w:jc w:val="center"/>
        </w:trPr>
        <w:tc>
          <w:tcPr>
            <w:tcW w:w="1101" w:type="dxa"/>
            <w:tcMar>
              <w:top w:w="80" w:type="dxa"/>
              <w:left w:w="80" w:type="dxa"/>
              <w:bottom w:w="80" w:type="dxa"/>
              <w:right w:w="80" w:type="dxa"/>
            </w:tcMar>
            <w:vAlign w:val="center"/>
          </w:tcPr>
          <w:p w14:paraId="319BBD5A" w14:textId="77777777" w:rsidR="00ED17BE" w:rsidRPr="00F51F43" w:rsidRDefault="00ED17BE" w:rsidP="00ED17BE">
            <w:pPr>
              <w:spacing w:after="0" w:line="240" w:lineRule="auto"/>
              <w:jc w:val="center"/>
              <w:rPr>
                <w:noProof/>
                <w:sz w:val="20"/>
                <w:szCs w:val="20"/>
              </w:rPr>
            </w:pPr>
            <w:r w:rsidRPr="00F51F43">
              <w:rPr>
                <w:noProof/>
                <w:sz w:val="20"/>
                <w:szCs w:val="20"/>
              </w:rPr>
              <w:t>Pavao M.</w:t>
            </w:r>
          </w:p>
        </w:tc>
        <w:tc>
          <w:tcPr>
            <w:tcW w:w="992" w:type="dxa"/>
            <w:tcMar>
              <w:top w:w="80" w:type="dxa"/>
              <w:left w:w="80" w:type="dxa"/>
              <w:bottom w:w="80" w:type="dxa"/>
              <w:right w:w="80" w:type="dxa"/>
            </w:tcMar>
            <w:vAlign w:val="center"/>
          </w:tcPr>
          <w:p w14:paraId="3EBBE9F5"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4A0B21B0" w14:textId="77777777" w:rsidR="00ED17BE" w:rsidRPr="00F51F43" w:rsidRDefault="00ED17BE" w:rsidP="00ED17BE">
            <w:pPr>
              <w:spacing w:after="0" w:line="240" w:lineRule="auto"/>
              <w:jc w:val="center"/>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281833EE" w14:textId="77777777" w:rsidR="00ED17BE" w:rsidRPr="00F51F43" w:rsidRDefault="00ED17BE" w:rsidP="00ED17BE">
            <w:pPr>
              <w:spacing w:after="0" w:line="240" w:lineRule="auto"/>
              <w:jc w:val="center"/>
              <w:rPr>
                <w:noProof/>
                <w:sz w:val="20"/>
                <w:szCs w:val="20"/>
              </w:rPr>
            </w:pPr>
            <w:r w:rsidRPr="00F51F43">
              <w:rPr>
                <w:noProof/>
                <w:sz w:val="20"/>
                <w:szCs w:val="20"/>
              </w:rPr>
              <w:t>Iskrica</w:t>
            </w:r>
          </w:p>
        </w:tc>
        <w:tc>
          <w:tcPr>
            <w:tcW w:w="2409" w:type="dxa"/>
            <w:tcMar>
              <w:top w:w="80" w:type="dxa"/>
              <w:left w:w="80" w:type="dxa"/>
              <w:bottom w:w="80" w:type="dxa"/>
              <w:right w:w="80" w:type="dxa"/>
            </w:tcMar>
            <w:vAlign w:val="center"/>
          </w:tcPr>
          <w:p w14:paraId="438D06E1"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odgojno-obrazovnom programu.</w:t>
            </w:r>
          </w:p>
        </w:tc>
        <w:tc>
          <w:tcPr>
            <w:tcW w:w="2387" w:type="dxa"/>
            <w:tcMar>
              <w:top w:w="80" w:type="dxa"/>
              <w:left w:w="80" w:type="dxa"/>
              <w:bottom w:w="80" w:type="dxa"/>
              <w:right w:w="80" w:type="dxa"/>
            </w:tcMar>
            <w:vAlign w:val="center"/>
          </w:tcPr>
          <w:p w14:paraId="144DC247" w14:textId="77777777" w:rsidR="00ED17BE" w:rsidRPr="00F51F43" w:rsidRDefault="00ED17BE" w:rsidP="00ED17BE">
            <w:pPr>
              <w:spacing w:after="0" w:line="240" w:lineRule="auto"/>
              <w:jc w:val="center"/>
              <w:rPr>
                <w:noProof/>
                <w:sz w:val="20"/>
                <w:szCs w:val="20"/>
              </w:rPr>
            </w:pPr>
            <w:r w:rsidRPr="00F51F43">
              <w:rPr>
                <w:noProof/>
                <w:sz w:val="20"/>
                <w:szCs w:val="20"/>
              </w:rPr>
              <w:t>Razvoj ljubavi, zahvalnosti, privrženosti i poštovanja prema članovima obitelji.</w:t>
            </w:r>
          </w:p>
        </w:tc>
        <w:tc>
          <w:tcPr>
            <w:tcW w:w="2363" w:type="dxa"/>
            <w:tcMar>
              <w:top w:w="80" w:type="dxa"/>
              <w:left w:w="80" w:type="dxa"/>
              <w:bottom w:w="80" w:type="dxa"/>
              <w:right w:w="80" w:type="dxa"/>
            </w:tcMar>
            <w:vAlign w:val="center"/>
          </w:tcPr>
          <w:p w14:paraId="0622DDC9" w14:textId="77777777" w:rsidR="00ED17BE" w:rsidRPr="00F51F43" w:rsidRDefault="00ED17BE" w:rsidP="00ED17BE">
            <w:pPr>
              <w:spacing w:after="0" w:line="240" w:lineRule="auto"/>
              <w:jc w:val="center"/>
              <w:rPr>
                <w:noProof/>
                <w:sz w:val="20"/>
                <w:szCs w:val="20"/>
              </w:rPr>
            </w:pPr>
            <w:r w:rsidRPr="00F51F43">
              <w:rPr>
                <w:noProof/>
                <w:sz w:val="20"/>
                <w:szCs w:val="20"/>
              </w:rPr>
              <w:t>Obilježavanje Međunarodnog dana obitelji. Sportske obiteljske igre na otvorenom.</w:t>
            </w:r>
          </w:p>
        </w:tc>
        <w:tc>
          <w:tcPr>
            <w:tcW w:w="2088" w:type="dxa"/>
            <w:tcMar>
              <w:top w:w="80" w:type="dxa"/>
              <w:left w:w="80" w:type="dxa"/>
              <w:bottom w:w="80" w:type="dxa"/>
              <w:right w:w="80" w:type="dxa"/>
            </w:tcMar>
            <w:vAlign w:val="center"/>
          </w:tcPr>
          <w:p w14:paraId="02A32025" w14:textId="77777777" w:rsidR="00ED17BE" w:rsidRPr="00F51F43" w:rsidRDefault="00ED17BE" w:rsidP="00ED17BE">
            <w:pPr>
              <w:spacing w:after="0" w:line="240" w:lineRule="auto"/>
              <w:jc w:val="center"/>
              <w:rPr>
                <w:noProof/>
                <w:sz w:val="20"/>
                <w:szCs w:val="20"/>
              </w:rPr>
            </w:pPr>
            <w:r w:rsidRPr="00F51F43">
              <w:rPr>
                <w:noProof/>
                <w:sz w:val="20"/>
                <w:szCs w:val="20"/>
              </w:rPr>
              <w:t>reakcije djece, reakcije suradnika, promatranje, fotodokumentacija, bilježenje dječjeg sudjelovanja, interesa, tijekom aktivnosti</w:t>
            </w:r>
          </w:p>
        </w:tc>
      </w:tr>
      <w:tr w:rsidR="00ED17BE" w:rsidRPr="00F51F43" w14:paraId="63470CB3" w14:textId="77777777" w:rsidTr="00ED17BE">
        <w:trPr>
          <w:cantSplit/>
          <w:jc w:val="center"/>
        </w:trPr>
        <w:tc>
          <w:tcPr>
            <w:tcW w:w="1101" w:type="dxa"/>
            <w:tcMar>
              <w:top w:w="80" w:type="dxa"/>
              <w:left w:w="80" w:type="dxa"/>
              <w:bottom w:w="80" w:type="dxa"/>
              <w:right w:w="80" w:type="dxa"/>
            </w:tcMar>
            <w:vAlign w:val="center"/>
          </w:tcPr>
          <w:p w14:paraId="07008BD1" w14:textId="77777777" w:rsidR="00ED17BE" w:rsidRPr="00F51F43" w:rsidRDefault="00ED17BE" w:rsidP="00ED17BE">
            <w:pPr>
              <w:spacing w:after="0" w:line="240" w:lineRule="auto"/>
              <w:jc w:val="center"/>
              <w:rPr>
                <w:noProof/>
                <w:sz w:val="20"/>
                <w:szCs w:val="20"/>
              </w:rPr>
            </w:pPr>
            <w:r w:rsidRPr="00F51F43">
              <w:rPr>
                <w:noProof/>
                <w:sz w:val="20"/>
                <w:szCs w:val="20"/>
              </w:rPr>
              <w:t xml:space="preserve">Ana P., </w:t>
            </w:r>
          </w:p>
        </w:tc>
        <w:tc>
          <w:tcPr>
            <w:tcW w:w="992" w:type="dxa"/>
            <w:tcMar>
              <w:top w:w="80" w:type="dxa"/>
              <w:left w:w="80" w:type="dxa"/>
              <w:bottom w:w="80" w:type="dxa"/>
              <w:right w:w="80" w:type="dxa"/>
            </w:tcMar>
            <w:vAlign w:val="center"/>
          </w:tcPr>
          <w:p w14:paraId="3B0080A8"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1D547B8F" w14:textId="77777777" w:rsidR="00ED17BE" w:rsidRPr="00F51F43" w:rsidRDefault="00ED17BE" w:rsidP="00ED17BE">
            <w:pPr>
              <w:spacing w:after="0" w:line="240" w:lineRule="auto"/>
              <w:jc w:val="center"/>
              <w:rPr>
                <w:noProof/>
                <w:sz w:val="20"/>
                <w:szCs w:val="20"/>
              </w:rPr>
            </w:pPr>
            <w:r w:rsidRPr="00F51F43">
              <w:rPr>
                <w:noProof/>
                <w:sz w:val="20"/>
                <w:szCs w:val="20"/>
              </w:rPr>
              <w:t>8</w:t>
            </w:r>
          </w:p>
        </w:tc>
        <w:tc>
          <w:tcPr>
            <w:tcW w:w="1134" w:type="dxa"/>
            <w:tcMar>
              <w:top w:w="80" w:type="dxa"/>
              <w:left w:w="80" w:type="dxa"/>
              <w:bottom w:w="80" w:type="dxa"/>
              <w:right w:w="80" w:type="dxa"/>
            </w:tcMar>
            <w:vAlign w:val="center"/>
          </w:tcPr>
          <w:p w14:paraId="4D14DE36"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349D9F79"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 obrazovnom radu Razvoj pozitivnih stavova prema oralnom zdravlju, usvajanje pravilnih higijenskih navika te smanjivanje mogućeg straha od stomatologa</w:t>
            </w:r>
          </w:p>
        </w:tc>
        <w:tc>
          <w:tcPr>
            <w:tcW w:w="2387" w:type="dxa"/>
            <w:tcMar>
              <w:top w:w="80" w:type="dxa"/>
              <w:left w:w="80" w:type="dxa"/>
              <w:bottom w:w="80" w:type="dxa"/>
              <w:right w:w="80" w:type="dxa"/>
            </w:tcMar>
            <w:vAlign w:val="center"/>
          </w:tcPr>
          <w:p w14:paraId="1DFBC757" w14:textId="77777777" w:rsidR="00ED17BE" w:rsidRPr="00F51F43" w:rsidRDefault="00ED17BE" w:rsidP="00ED17BE">
            <w:pPr>
              <w:spacing w:after="0" w:line="240" w:lineRule="auto"/>
              <w:jc w:val="center"/>
              <w:rPr>
                <w:noProof/>
                <w:sz w:val="20"/>
                <w:szCs w:val="20"/>
              </w:rPr>
            </w:pPr>
            <w:r w:rsidRPr="00F51F43">
              <w:rPr>
                <w:noProof/>
                <w:sz w:val="20"/>
                <w:szCs w:val="20"/>
              </w:rPr>
              <w:t>Razvoj samostalnosti i usvajanje higijenskih navika, upoznavanje s pravilnom njegom zubi, razvoj fine motorike te pozitivan odnos prema brizi o oralnom zdravlju</w:t>
            </w:r>
          </w:p>
        </w:tc>
        <w:tc>
          <w:tcPr>
            <w:tcW w:w="2363" w:type="dxa"/>
            <w:tcMar>
              <w:top w:w="80" w:type="dxa"/>
              <w:left w:w="80" w:type="dxa"/>
              <w:bottom w:w="80" w:type="dxa"/>
              <w:right w:w="80" w:type="dxa"/>
            </w:tcMar>
            <w:vAlign w:val="center"/>
          </w:tcPr>
          <w:p w14:paraId="5F1B1B09" w14:textId="77777777" w:rsidR="00ED17BE" w:rsidRPr="00F51F43" w:rsidRDefault="00ED17BE" w:rsidP="00ED17BE">
            <w:pPr>
              <w:spacing w:after="0" w:line="240" w:lineRule="auto"/>
              <w:jc w:val="center"/>
              <w:rPr>
                <w:noProof/>
                <w:sz w:val="20"/>
                <w:szCs w:val="20"/>
              </w:rPr>
            </w:pPr>
            <w:r w:rsidRPr="00F51F43">
              <w:rPr>
                <w:noProof/>
                <w:sz w:val="20"/>
                <w:szCs w:val="20"/>
              </w:rPr>
              <w:t>Obilježavanje 20.3. Svjetski dan oralnog zdravlja Upoznavanje i imenovanje pribora za pranje zubiju Simbolička igra pranja zubiju</w:t>
            </w:r>
          </w:p>
        </w:tc>
        <w:tc>
          <w:tcPr>
            <w:tcW w:w="2088" w:type="dxa"/>
            <w:tcMar>
              <w:top w:w="80" w:type="dxa"/>
              <w:left w:w="80" w:type="dxa"/>
              <w:bottom w:w="80" w:type="dxa"/>
              <w:right w:w="80" w:type="dxa"/>
            </w:tcMar>
            <w:vAlign w:val="center"/>
          </w:tcPr>
          <w:p w14:paraId="2DE91E95"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ED17BE" w:rsidRPr="00F51F43" w14:paraId="565A2ADB" w14:textId="77777777" w:rsidTr="00ED17BE">
        <w:trPr>
          <w:cantSplit/>
          <w:jc w:val="center"/>
        </w:trPr>
        <w:tc>
          <w:tcPr>
            <w:tcW w:w="1101" w:type="dxa"/>
            <w:tcMar>
              <w:top w:w="80" w:type="dxa"/>
              <w:left w:w="80" w:type="dxa"/>
              <w:bottom w:w="80" w:type="dxa"/>
              <w:right w:w="80" w:type="dxa"/>
            </w:tcMar>
            <w:vAlign w:val="center"/>
          </w:tcPr>
          <w:p w14:paraId="37BF0F50"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Arijana P., medicinska sestra</w:t>
            </w:r>
          </w:p>
        </w:tc>
        <w:tc>
          <w:tcPr>
            <w:tcW w:w="992" w:type="dxa"/>
            <w:tcMar>
              <w:top w:w="80" w:type="dxa"/>
              <w:left w:w="80" w:type="dxa"/>
              <w:bottom w:w="80" w:type="dxa"/>
              <w:right w:w="80" w:type="dxa"/>
            </w:tcMar>
            <w:vAlign w:val="center"/>
          </w:tcPr>
          <w:p w14:paraId="37BB3333" w14:textId="77777777" w:rsidR="00ED17BE" w:rsidRPr="00F51F43" w:rsidRDefault="00ED17BE" w:rsidP="00ED17BE">
            <w:pPr>
              <w:spacing w:after="0" w:line="240" w:lineRule="auto"/>
              <w:jc w:val="center"/>
              <w:rPr>
                <w:noProof/>
                <w:sz w:val="20"/>
                <w:szCs w:val="20"/>
              </w:rPr>
            </w:pPr>
            <w:r w:rsidRPr="00F51F43">
              <w:rPr>
                <w:noProof/>
                <w:sz w:val="20"/>
                <w:szCs w:val="20"/>
              </w:rPr>
              <w:t>travanj</w:t>
            </w:r>
          </w:p>
        </w:tc>
        <w:tc>
          <w:tcPr>
            <w:tcW w:w="851" w:type="dxa"/>
            <w:tcMar>
              <w:top w:w="80" w:type="dxa"/>
              <w:left w:w="80" w:type="dxa"/>
              <w:bottom w:w="80" w:type="dxa"/>
              <w:right w:w="80" w:type="dxa"/>
            </w:tcMar>
            <w:vAlign w:val="center"/>
          </w:tcPr>
          <w:p w14:paraId="23A7FBC7" w14:textId="77777777" w:rsidR="00ED17BE" w:rsidRPr="00F51F43" w:rsidRDefault="00ED17BE" w:rsidP="00ED17BE">
            <w:pPr>
              <w:spacing w:after="0" w:line="240" w:lineRule="auto"/>
              <w:jc w:val="center"/>
              <w:rPr>
                <w:noProof/>
                <w:sz w:val="20"/>
                <w:szCs w:val="20"/>
              </w:rPr>
            </w:pPr>
            <w:r w:rsidRPr="00F51F43">
              <w:rPr>
                <w:noProof/>
                <w:sz w:val="20"/>
                <w:szCs w:val="20"/>
              </w:rPr>
              <w:t>8</w:t>
            </w:r>
          </w:p>
        </w:tc>
        <w:tc>
          <w:tcPr>
            <w:tcW w:w="1134" w:type="dxa"/>
            <w:tcMar>
              <w:top w:w="80" w:type="dxa"/>
              <w:left w:w="80" w:type="dxa"/>
              <w:bottom w:w="80" w:type="dxa"/>
              <w:right w:w="80" w:type="dxa"/>
            </w:tcMar>
            <w:vAlign w:val="center"/>
          </w:tcPr>
          <w:p w14:paraId="7E72C95F"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14A437AD"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 obrazovnom radu Poticanje na usvajanje osnovnih higijenskih i zdravstvenih navika te razvoj samostalnosti u brizi o vlastitom zdravlju i osobnoj higijeni kroz igru, demonstraciju i oponašanje</w:t>
            </w:r>
          </w:p>
        </w:tc>
        <w:tc>
          <w:tcPr>
            <w:tcW w:w="2387" w:type="dxa"/>
            <w:tcMar>
              <w:top w:w="80" w:type="dxa"/>
              <w:left w:w="80" w:type="dxa"/>
              <w:bottom w:w="80" w:type="dxa"/>
              <w:right w:w="80" w:type="dxa"/>
            </w:tcMar>
            <w:vAlign w:val="center"/>
          </w:tcPr>
          <w:p w14:paraId="7AF8AC8E" w14:textId="77777777" w:rsidR="00ED17BE" w:rsidRPr="00F51F43" w:rsidRDefault="00ED17BE" w:rsidP="00ED17BE">
            <w:pPr>
              <w:spacing w:after="0" w:line="240" w:lineRule="auto"/>
              <w:jc w:val="center"/>
              <w:rPr>
                <w:noProof/>
                <w:sz w:val="20"/>
                <w:szCs w:val="20"/>
              </w:rPr>
            </w:pPr>
            <w:r w:rsidRPr="00F51F43">
              <w:rPr>
                <w:noProof/>
                <w:sz w:val="20"/>
                <w:szCs w:val="20"/>
              </w:rPr>
              <w:t>Usvajanje ustaljenih navika svakodnevnih higijenskih postupaka kroz igru ili praćenjem plakata s koracima</w:t>
            </w:r>
          </w:p>
        </w:tc>
        <w:tc>
          <w:tcPr>
            <w:tcW w:w="2363" w:type="dxa"/>
            <w:tcMar>
              <w:top w:w="80" w:type="dxa"/>
              <w:left w:w="80" w:type="dxa"/>
              <w:bottom w:w="80" w:type="dxa"/>
              <w:right w:w="80" w:type="dxa"/>
            </w:tcMar>
            <w:vAlign w:val="center"/>
          </w:tcPr>
          <w:p w14:paraId="3100B315" w14:textId="77777777" w:rsidR="00ED17BE" w:rsidRPr="00F51F43" w:rsidRDefault="00ED17BE" w:rsidP="00ED17BE">
            <w:pPr>
              <w:spacing w:after="0" w:line="240" w:lineRule="auto"/>
              <w:jc w:val="center"/>
              <w:rPr>
                <w:noProof/>
                <w:sz w:val="20"/>
                <w:szCs w:val="20"/>
              </w:rPr>
            </w:pPr>
            <w:r w:rsidRPr="00F51F43">
              <w:rPr>
                <w:noProof/>
                <w:sz w:val="20"/>
                <w:szCs w:val="20"/>
              </w:rPr>
              <w:t>Obilježavanje 7.4. Svjetskog dana zdravlja Pravilno pranje ruku Plakat „Kako puše moj nos“ Simbolička igra pranja ruku</w:t>
            </w:r>
          </w:p>
        </w:tc>
        <w:tc>
          <w:tcPr>
            <w:tcW w:w="2088" w:type="dxa"/>
            <w:tcMar>
              <w:top w:w="80" w:type="dxa"/>
              <w:left w:w="80" w:type="dxa"/>
              <w:bottom w:w="80" w:type="dxa"/>
              <w:right w:w="80" w:type="dxa"/>
            </w:tcMar>
            <w:vAlign w:val="center"/>
          </w:tcPr>
          <w:p w14:paraId="02E2EAE6"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ED17BE" w:rsidRPr="00F51F43" w14:paraId="53344DE5" w14:textId="77777777" w:rsidTr="00ED17BE">
        <w:trPr>
          <w:cantSplit/>
          <w:jc w:val="center"/>
        </w:trPr>
        <w:tc>
          <w:tcPr>
            <w:tcW w:w="1101" w:type="dxa"/>
            <w:tcMar>
              <w:top w:w="80" w:type="dxa"/>
              <w:left w:w="80" w:type="dxa"/>
              <w:bottom w:w="80" w:type="dxa"/>
              <w:right w:w="80" w:type="dxa"/>
            </w:tcMar>
            <w:vAlign w:val="center"/>
          </w:tcPr>
          <w:p w14:paraId="5C2B0154" w14:textId="77777777" w:rsidR="00ED17BE" w:rsidRPr="00F51F43" w:rsidRDefault="00ED17BE" w:rsidP="00ED17BE">
            <w:pPr>
              <w:spacing w:after="0" w:line="240" w:lineRule="auto"/>
              <w:jc w:val="center"/>
              <w:rPr>
                <w:noProof/>
                <w:sz w:val="20"/>
                <w:szCs w:val="20"/>
              </w:rPr>
            </w:pPr>
            <w:r w:rsidRPr="00F51F43">
              <w:rPr>
                <w:noProof/>
                <w:sz w:val="20"/>
                <w:szCs w:val="20"/>
              </w:rPr>
              <w:t>Ana Marija T., fizioterapeut</w:t>
            </w:r>
          </w:p>
        </w:tc>
        <w:tc>
          <w:tcPr>
            <w:tcW w:w="992" w:type="dxa"/>
            <w:tcMar>
              <w:top w:w="80" w:type="dxa"/>
              <w:left w:w="80" w:type="dxa"/>
              <w:bottom w:w="80" w:type="dxa"/>
              <w:right w:w="80" w:type="dxa"/>
            </w:tcMar>
            <w:vAlign w:val="center"/>
          </w:tcPr>
          <w:p w14:paraId="78DEE853"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1A83BF2D" w14:textId="77777777" w:rsidR="00ED17BE" w:rsidRPr="00F51F43" w:rsidRDefault="00ED17BE" w:rsidP="00ED17BE">
            <w:pPr>
              <w:spacing w:after="0" w:line="240" w:lineRule="auto"/>
              <w:jc w:val="center"/>
              <w:rPr>
                <w:noProof/>
                <w:sz w:val="20"/>
                <w:szCs w:val="20"/>
              </w:rPr>
            </w:pPr>
            <w:r w:rsidRPr="00F51F43">
              <w:rPr>
                <w:noProof/>
                <w:sz w:val="20"/>
                <w:szCs w:val="20"/>
              </w:rPr>
              <w:t>8</w:t>
            </w:r>
          </w:p>
        </w:tc>
        <w:tc>
          <w:tcPr>
            <w:tcW w:w="1134" w:type="dxa"/>
            <w:tcMar>
              <w:top w:w="80" w:type="dxa"/>
              <w:left w:w="80" w:type="dxa"/>
              <w:bottom w:w="80" w:type="dxa"/>
              <w:right w:w="80" w:type="dxa"/>
            </w:tcMar>
            <w:vAlign w:val="center"/>
          </w:tcPr>
          <w:p w14:paraId="4B49E11C"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6C4DDF1D"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 obrazovnom radu Poticanje na pravilno izvođenje pokreta s ciljem razvoja koordinacije, ravnoteže, snage i spretnosti te poticanje na samostalnosti i sigurnosti pri kretanju</w:t>
            </w:r>
          </w:p>
        </w:tc>
        <w:tc>
          <w:tcPr>
            <w:tcW w:w="2387" w:type="dxa"/>
            <w:tcMar>
              <w:top w:w="80" w:type="dxa"/>
              <w:left w:w="80" w:type="dxa"/>
              <w:bottom w:w="80" w:type="dxa"/>
              <w:right w:w="80" w:type="dxa"/>
            </w:tcMar>
            <w:vAlign w:val="center"/>
          </w:tcPr>
          <w:p w14:paraId="0275439D" w14:textId="77777777" w:rsidR="00ED17BE" w:rsidRPr="00F51F43" w:rsidRDefault="00ED17BE" w:rsidP="00ED17BE">
            <w:pPr>
              <w:spacing w:after="0" w:line="240" w:lineRule="auto"/>
              <w:jc w:val="center"/>
              <w:rPr>
                <w:noProof/>
                <w:sz w:val="20"/>
                <w:szCs w:val="20"/>
              </w:rPr>
            </w:pPr>
            <w:r w:rsidRPr="00F51F43">
              <w:rPr>
                <w:noProof/>
                <w:sz w:val="20"/>
                <w:szCs w:val="20"/>
              </w:rPr>
              <w:t>Razvoj grube motorike, ravnoteže, koordinacije i pokretljivosti kroz jednostavne motoričke aktivnosti i igru</w:t>
            </w:r>
          </w:p>
        </w:tc>
        <w:tc>
          <w:tcPr>
            <w:tcW w:w="2363" w:type="dxa"/>
            <w:tcMar>
              <w:top w:w="80" w:type="dxa"/>
              <w:left w:w="80" w:type="dxa"/>
              <w:bottom w:w="80" w:type="dxa"/>
              <w:right w:w="80" w:type="dxa"/>
            </w:tcMar>
            <w:vAlign w:val="center"/>
          </w:tcPr>
          <w:p w14:paraId="67AF9D0C" w14:textId="77777777" w:rsidR="00ED17BE" w:rsidRPr="00F51F43" w:rsidRDefault="00ED17BE" w:rsidP="00ED17BE">
            <w:pPr>
              <w:spacing w:after="0" w:line="240" w:lineRule="auto"/>
              <w:jc w:val="center"/>
              <w:rPr>
                <w:noProof/>
                <w:sz w:val="20"/>
                <w:szCs w:val="20"/>
              </w:rPr>
            </w:pPr>
            <w:r w:rsidRPr="00F51F43">
              <w:rPr>
                <w:noProof/>
                <w:sz w:val="20"/>
                <w:szCs w:val="20"/>
              </w:rPr>
              <w:t>Obilježavanje 10.5. Međunarodni dan tjelesne aktivnosti Poligon s preprekama (puzanje, provlačenje, penjanje, spuštanje,...) Igre balonima</w:t>
            </w:r>
          </w:p>
        </w:tc>
        <w:tc>
          <w:tcPr>
            <w:tcW w:w="2088" w:type="dxa"/>
            <w:tcMar>
              <w:top w:w="80" w:type="dxa"/>
              <w:left w:w="80" w:type="dxa"/>
              <w:bottom w:w="80" w:type="dxa"/>
              <w:right w:w="80" w:type="dxa"/>
            </w:tcMar>
            <w:vAlign w:val="center"/>
          </w:tcPr>
          <w:p w14:paraId="5728CC59"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ED17BE" w:rsidRPr="00F51F43" w14:paraId="5818C3C7" w14:textId="77777777" w:rsidTr="00ED17BE">
        <w:trPr>
          <w:cantSplit/>
          <w:jc w:val="center"/>
        </w:trPr>
        <w:tc>
          <w:tcPr>
            <w:tcW w:w="1101" w:type="dxa"/>
            <w:tcMar>
              <w:top w:w="80" w:type="dxa"/>
              <w:left w:w="80" w:type="dxa"/>
              <w:bottom w:w="80" w:type="dxa"/>
              <w:right w:w="80" w:type="dxa"/>
            </w:tcMar>
            <w:vAlign w:val="center"/>
          </w:tcPr>
          <w:p w14:paraId="189D22AF" w14:textId="77777777" w:rsidR="00ED17BE" w:rsidRPr="00F51F43" w:rsidRDefault="00ED17BE" w:rsidP="00ED17BE">
            <w:pPr>
              <w:spacing w:after="0" w:line="240" w:lineRule="auto"/>
              <w:jc w:val="center"/>
              <w:rPr>
                <w:noProof/>
                <w:sz w:val="20"/>
                <w:szCs w:val="20"/>
              </w:rPr>
            </w:pPr>
            <w:r w:rsidRPr="00F51F43">
              <w:rPr>
                <w:noProof/>
                <w:sz w:val="20"/>
                <w:szCs w:val="20"/>
              </w:rPr>
              <w:t>Pavao M., glazbenik</w:t>
            </w:r>
          </w:p>
        </w:tc>
        <w:tc>
          <w:tcPr>
            <w:tcW w:w="992" w:type="dxa"/>
            <w:tcMar>
              <w:top w:w="80" w:type="dxa"/>
              <w:left w:w="80" w:type="dxa"/>
              <w:bottom w:w="80" w:type="dxa"/>
              <w:right w:w="80" w:type="dxa"/>
            </w:tcMar>
            <w:vAlign w:val="center"/>
          </w:tcPr>
          <w:p w14:paraId="5F485AE8" w14:textId="77777777" w:rsidR="00ED17BE" w:rsidRPr="00F51F43" w:rsidRDefault="00ED17BE" w:rsidP="00ED17BE">
            <w:pPr>
              <w:spacing w:after="0" w:line="240" w:lineRule="auto"/>
              <w:jc w:val="center"/>
              <w:rPr>
                <w:noProof/>
                <w:sz w:val="20"/>
                <w:szCs w:val="20"/>
              </w:rPr>
            </w:pPr>
            <w:r w:rsidRPr="00F51F43">
              <w:rPr>
                <w:noProof/>
                <w:sz w:val="20"/>
                <w:szCs w:val="20"/>
              </w:rPr>
              <w:t>lipanj</w:t>
            </w:r>
          </w:p>
        </w:tc>
        <w:tc>
          <w:tcPr>
            <w:tcW w:w="851" w:type="dxa"/>
            <w:tcMar>
              <w:top w:w="80" w:type="dxa"/>
              <w:left w:w="80" w:type="dxa"/>
              <w:bottom w:w="80" w:type="dxa"/>
              <w:right w:w="80" w:type="dxa"/>
            </w:tcMar>
            <w:vAlign w:val="center"/>
          </w:tcPr>
          <w:p w14:paraId="75D44D1F" w14:textId="77777777" w:rsidR="00ED17BE" w:rsidRPr="00F51F43" w:rsidRDefault="00ED17BE" w:rsidP="00ED17BE">
            <w:pPr>
              <w:spacing w:after="0" w:line="240" w:lineRule="auto"/>
              <w:jc w:val="center"/>
              <w:rPr>
                <w:noProof/>
                <w:sz w:val="20"/>
                <w:szCs w:val="20"/>
              </w:rPr>
            </w:pPr>
            <w:r w:rsidRPr="00F51F43">
              <w:rPr>
                <w:noProof/>
                <w:sz w:val="20"/>
                <w:szCs w:val="20"/>
              </w:rPr>
              <w:t>8</w:t>
            </w:r>
          </w:p>
        </w:tc>
        <w:tc>
          <w:tcPr>
            <w:tcW w:w="1134" w:type="dxa"/>
            <w:tcMar>
              <w:top w:w="80" w:type="dxa"/>
              <w:left w:w="80" w:type="dxa"/>
              <w:bottom w:w="80" w:type="dxa"/>
              <w:right w:w="80" w:type="dxa"/>
            </w:tcMar>
            <w:vAlign w:val="center"/>
          </w:tcPr>
          <w:p w14:paraId="6C9F8C1B"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3FCECCBD" w14:textId="77777777" w:rsidR="00ED17BE" w:rsidRPr="00F51F43" w:rsidRDefault="00ED17BE" w:rsidP="00ED17BE">
            <w:pPr>
              <w:spacing w:after="0" w:line="240" w:lineRule="auto"/>
              <w:jc w:val="center"/>
              <w:rPr>
                <w:noProof/>
                <w:sz w:val="20"/>
                <w:szCs w:val="20"/>
              </w:rPr>
            </w:pPr>
            <w:r w:rsidRPr="00F51F43">
              <w:rPr>
                <w:noProof/>
                <w:sz w:val="20"/>
                <w:szCs w:val="20"/>
              </w:rPr>
              <w:t>Sudjelovanje u odgojno, obrazovnom radu Poticanje razvoja interesa za glazbu kroz pjevanje, slušanje, ritmičke igre, pokret i sviranje jednostavnih instrumenata</w:t>
            </w:r>
          </w:p>
        </w:tc>
        <w:tc>
          <w:tcPr>
            <w:tcW w:w="2387" w:type="dxa"/>
            <w:tcMar>
              <w:top w:w="80" w:type="dxa"/>
              <w:left w:w="80" w:type="dxa"/>
              <w:bottom w:w="80" w:type="dxa"/>
              <w:right w:w="80" w:type="dxa"/>
            </w:tcMar>
            <w:vAlign w:val="center"/>
          </w:tcPr>
          <w:p w14:paraId="7B913BE8" w14:textId="77777777" w:rsidR="00ED17BE" w:rsidRPr="00F51F43" w:rsidRDefault="00ED17BE" w:rsidP="00ED17BE">
            <w:pPr>
              <w:spacing w:after="0" w:line="240" w:lineRule="auto"/>
              <w:jc w:val="center"/>
              <w:rPr>
                <w:noProof/>
                <w:sz w:val="20"/>
                <w:szCs w:val="20"/>
              </w:rPr>
            </w:pPr>
            <w:r w:rsidRPr="00F51F43">
              <w:rPr>
                <w:noProof/>
                <w:sz w:val="20"/>
                <w:szCs w:val="20"/>
              </w:rPr>
              <w:t>Razvoj slušne pažnju, osjećaja za ritam i koordinaciju pokreta kroz slušanje glazbe, pjevanje, ritmičke igre, pokret i istraživanje jednostavnih glazbenih instrumenata</w:t>
            </w:r>
          </w:p>
        </w:tc>
        <w:tc>
          <w:tcPr>
            <w:tcW w:w="2363" w:type="dxa"/>
            <w:tcMar>
              <w:top w:w="80" w:type="dxa"/>
              <w:left w:w="80" w:type="dxa"/>
              <w:bottom w:w="80" w:type="dxa"/>
              <w:right w:w="80" w:type="dxa"/>
            </w:tcMar>
            <w:vAlign w:val="center"/>
          </w:tcPr>
          <w:p w14:paraId="0DB43DE7" w14:textId="77777777" w:rsidR="00ED17BE" w:rsidRPr="00F51F43" w:rsidRDefault="00ED17BE" w:rsidP="00ED17BE">
            <w:pPr>
              <w:spacing w:after="0" w:line="240" w:lineRule="auto"/>
              <w:jc w:val="center"/>
              <w:rPr>
                <w:noProof/>
                <w:sz w:val="20"/>
                <w:szCs w:val="20"/>
              </w:rPr>
            </w:pPr>
            <w:r w:rsidRPr="00F51F43">
              <w:rPr>
                <w:noProof/>
                <w:sz w:val="20"/>
                <w:szCs w:val="20"/>
              </w:rPr>
              <w:t>Obilježavanje 21.6. Svjetski dan glazbe Prepoznavanje zvukova ( pr. auto, pas, maška,...) Sviranje jednostavnih instrumenata (ritam, glasnoća,...)</w:t>
            </w:r>
          </w:p>
        </w:tc>
        <w:tc>
          <w:tcPr>
            <w:tcW w:w="2088" w:type="dxa"/>
            <w:tcMar>
              <w:top w:w="80" w:type="dxa"/>
              <w:left w:w="80" w:type="dxa"/>
              <w:bottom w:w="80" w:type="dxa"/>
              <w:right w:w="80" w:type="dxa"/>
            </w:tcMar>
            <w:vAlign w:val="center"/>
          </w:tcPr>
          <w:p w14:paraId="56B77BE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ED17BE" w:rsidRPr="00F51F43" w14:paraId="060D518A" w14:textId="77777777" w:rsidTr="00ED17BE">
        <w:trPr>
          <w:cantSplit/>
          <w:jc w:val="center"/>
        </w:trPr>
        <w:tc>
          <w:tcPr>
            <w:tcW w:w="1101" w:type="dxa"/>
            <w:tcMar>
              <w:top w:w="80" w:type="dxa"/>
              <w:left w:w="80" w:type="dxa"/>
              <w:bottom w:w="80" w:type="dxa"/>
              <w:right w:w="80" w:type="dxa"/>
            </w:tcMar>
            <w:vAlign w:val="center"/>
          </w:tcPr>
          <w:p w14:paraId="491B7CFD" w14:textId="77777777" w:rsidR="00ED17BE" w:rsidRPr="00F51F43" w:rsidRDefault="00ED17BE" w:rsidP="00ED17BE">
            <w:pPr>
              <w:spacing w:after="0" w:line="240" w:lineRule="auto"/>
              <w:jc w:val="center"/>
              <w:rPr>
                <w:noProof/>
                <w:sz w:val="20"/>
                <w:szCs w:val="20"/>
              </w:rPr>
            </w:pPr>
            <w:r w:rsidRPr="00F51F43">
              <w:rPr>
                <w:noProof/>
                <w:sz w:val="20"/>
                <w:szCs w:val="20"/>
              </w:rPr>
              <w:t>Katarina H.P.</w:t>
            </w:r>
          </w:p>
        </w:tc>
        <w:tc>
          <w:tcPr>
            <w:tcW w:w="992" w:type="dxa"/>
            <w:tcMar>
              <w:top w:w="80" w:type="dxa"/>
              <w:left w:w="80" w:type="dxa"/>
              <w:bottom w:w="80" w:type="dxa"/>
              <w:right w:w="80" w:type="dxa"/>
            </w:tcMar>
            <w:vAlign w:val="center"/>
          </w:tcPr>
          <w:p w14:paraId="3E96CBA1" w14:textId="77777777" w:rsidR="00ED17BE" w:rsidRPr="00F51F43" w:rsidRDefault="00ED17BE" w:rsidP="00ED17BE">
            <w:pPr>
              <w:spacing w:after="0" w:line="240" w:lineRule="auto"/>
              <w:jc w:val="center"/>
              <w:rPr>
                <w:noProof/>
                <w:sz w:val="20"/>
                <w:szCs w:val="20"/>
              </w:rPr>
            </w:pPr>
            <w:r w:rsidRPr="00F51F43">
              <w:rPr>
                <w:noProof/>
                <w:sz w:val="20"/>
                <w:szCs w:val="20"/>
              </w:rPr>
              <w:t>prosinac</w:t>
            </w:r>
          </w:p>
        </w:tc>
        <w:tc>
          <w:tcPr>
            <w:tcW w:w="851" w:type="dxa"/>
            <w:tcMar>
              <w:top w:w="80" w:type="dxa"/>
              <w:left w:w="80" w:type="dxa"/>
              <w:bottom w:w="80" w:type="dxa"/>
              <w:right w:w="80" w:type="dxa"/>
            </w:tcMar>
            <w:vAlign w:val="center"/>
          </w:tcPr>
          <w:p w14:paraId="3A0EB189"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60BDAAA3" w14:textId="77777777" w:rsidR="00ED17BE" w:rsidRPr="00F51F43" w:rsidRDefault="00ED17BE" w:rsidP="00ED17BE">
            <w:pPr>
              <w:spacing w:after="0" w:line="240" w:lineRule="auto"/>
              <w:jc w:val="center"/>
              <w:rPr>
                <w:noProof/>
                <w:sz w:val="20"/>
                <w:szCs w:val="20"/>
              </w:rPr>
            </w:pPr>
            <w:r w:rsidRPr="00F51F43">
              <w:rPr>
                <w:noProof/>
                <w:sz w:val="20"/>
                <w:szCs w:val="20"/>
              </w:rPr>
              <w:t>Mali zeko</w:t>
            </w:r>
          </w:p>
        </w:tc>
        <w:tc>
          <w:tcPr>
            <w:tcW w:w="2409" w:type="dxa"/>
            <w:tcMar>
              <w:top w:w="80" w:type="dxa"/>
              <w:left w:w="80" w:type="dxa"/>
              <w:bottom w:w="80" w:type="dxa"/>
              <w:right w:w="80" w:type="dxa"/>
            </w:tcMar>
            <w:vAlign w:val="center"/>
          </w:tcPr>
          <w:p w14:paraId="67480F32" w14:textId="77777777" w:rsidR="00ED17BE" w:rsidRPr="00F51F43" w:rsidRDefault="00ED17BE" w:rsidP="00ED17BE">
            <w:pPr>
              <w:spacing w:after="0" w:line="240" w:lineRule="auto"/>
              <w:jc w:val="center"/>
              <w:rPr>
                <w:noProof/>
                <w:sz w:val="20"/>
                <w:szCs w:val="20"/>
              </w:rPr>
            </w:pPr>
            <w:r w:rsidRPr="00F51F43">
              <w:rPr>
                <w:noProof/>
                <w:sz w:val="20"/>
                <w:szCs w:val="20"/>
              </w:rPr>
              <w:t>Predstaviti zanimanje slastičar</w:t>
            </w:r>
          </w:p>
        </w:tc>
        <w:tc>
          <w:tcPr>
            <w:tcW w:w="2387" w:type="dxa"/>
            <w:tcMar>
              <w:top w:w="80" w:type="dxa"/>
              <w:left w:w="80" w:type="dxa"/>
              <w:bottom w:w="80" w:type="dxa"/>
              <w:right w:w="80" w:type="dxa"/>
            </w:tcMar>
            <w:vAlign w:val="center"/>
          </w:tcPr>
          <w:p w14:paraId="527BE527" w14:textId="77777777" w:rsidR="00ED17BE" w:rsidRPr="00F51F43" w:rsidRDefault="00ED17BE" w:rsidP="00ED17BE">
            <w:pPr>
              <w:spacing w:after="0" w:line="240" w:lineRule="auto"/>
              <w:jc w:val="center"/>
              <w:rPr>
                <w:noProof/>
                <w:sz w:val="20"/>
                <w:szCs w:val="20"/>
              </w:rPr>
            </w:pPr>
            <w:r w:rsidRPr="00F51F43">
              <w:rPr>
                <w:noProof/>
                <w:sz w:val="20"/>
                <w:szCs w:val="20"/>
              </w:rPr>
              <w:t>razvoj pozitivnih stavova prema okolini, razvoj jezika, razvoj sposobnosti</w:t>
            </w:r>
          </w:p>
        </w:tc>
        <w:tc>
          <w:tcPr>
            <w:tcW w:w="2363" w:type="dxa"/>
            <w:tcMar>
              <w:top w:w="80" w:type="dxa"/>
              <w:left w:w="80" w:type="dxa"/>
              <w:bottom w:w="80" w:type="dxa"/>
              <w:right w:w="80" w:type="dxa"/>
            </w:tcMar>
            <w:vAlign w:val="center"/>
          </w:tcPr>
          <w:p w14:paraId="7612E9E6" w14:textId="77777777" w:rsidR="00ED17BE" w:rsidRPr="00F51F43" w:rsidRDefault="00ED17BE" w:rsidP="00ED17BE">
            <w:pPr>
              <w:spacing w:after="0" w:line="240" w:lineRule="auto"/>
              <w:jc w:val="center"/>
              <w:rPr>
                <w:noProof/>
                <w:sz w:val="20"/>
                <w:szCs w:val="20"/>
              </w:rPr>
            </w:pPr>
            <w:r w:rsidRPr="00F51F43">
              <w:rPr>
                <w:noProof/>
                <w:sz w:val="20"/>
                <w:szCs w:val="20"/>
              </w:rPr>
              <w:t>razgovor o zanimanju slastičar, upoznavanje s opremom slastičara, priprema i ukrašavanje keksića</w:t>
            </w:r>
          </w:p>
        </w:tc>
        <w:tc>
          <w:tcPr>
            <w:tcW w:w="2088" w:type="dxa"/>
            <w:tcMar>
              <w:top w:w="80" w:type="dxa"/>
              <w:left w:w="80" w:type="dxa"/>
              <w:bottom w:w="80" w:type="dxa"/>
              <w:right w:w="80" w:type="dxa"/>
            </w:tcMar>
            <w:vAlign w:val="center"/>
          </w:tcPr>
          <w:p w14:paraId="4EA40980"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ED17BE" w:rsidRPr="00F51F43" w14:paraId="139A8665" w14:textId="77777777" w:rsidTr="00ED17BE">
        <w:trPr>
          <w:cantSplit/>
          <w:jc w:val="center"/>
        </w:trPr>
        <w:tc>
          <w:tcPr>
            <w:tcW w:w="1101" w:type="dxa"/>
            <w:tcMar>
              <w:top w:w="80" w:type="dxa"/>
              <w:left w:w="80" w:type="dxa"/>
              <w:bottom w:w="80" w:type="dxa"/>
              <w:right w:w="80" w:type="dxa"/>
            </w:tcMar>
            <w:vAlign w:val="center"/>
          </w:tcPr>
          <w:p w14:paraId="47FDCD09"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Ana Š.</w:t>
            </w:r>
          </w:p>
        </w:tc>
        <w:tc>
          <w:tcPr>
            <w:tcW w:w="992" w:type="dxa"/>
            <w:tcMar>
              <w:top w:w="80" w:type="dxa"/>
              <w:left w:w="80" w:type="dxa"/>
              <w:bottom w:w="80" w:type="dxa"/>
              <w:right w:w="80" w:type="dxa"/>
            </w:tcMar>
            <w:vAlign w:val="center"/>
          </w:tcPr>
          <w:p w14:paraId="6EAFAB0F" w14:textId="77777777" w:rsidR="00ED17BE" w:rsidRPr="00F51F43" w:rsidRDefault="00ED17BE" w:rsidP="00ED17BE">
            <w:pPr>
              <w:spacing w:after="0" w:line="240" w:lineRule="auto"/>
              <w:jc w:val="center"/>
              <w:rPr>
                <w:noProof/>
                <w:sz w:val="20"/>
                <w:szCs w:val="20"/>
              </w:rPr>
            </w:pPr>
            <w:r w:rsidRPr="00F51F43">
              <w:rPr>
                <w:noProof/>
                <w:sz w:val="20"/>
                <w:szCs w:val="20"/>
              </w:rPr>
              <w:t>proljeće</w:t>
            </w:r>
          </w:p>
        </w:tc>
        <w:tc>
          <w:tcPr>
            <w:tcW w:w="851" w:type="dxa"/>
            <w:tcMar>
              <w:top w:w="80" w:type="dxa"/>
              <w:left w:w="80" w:type="dxa"/>
              <w:bottom w:w="80" w:type="dxa"/>
              <w:right w:w="80" w:type="dxa"/>
            </w:tcMar>
            <w:vAlign w:val="center"/>
          </w:tcPr>
          <w:p w14:paraId="644241A7"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5CDD9063" w14:textId="77777777" w:rsidR="00ED17BE" w:rsidRPr="00F51F43" w:rsidRDefault="00ED17BE" w:rsidP="00ED17BE">
            <w:pPr>
              <w:spacing w:after="0" w:line="240" w:lineRule="auto"/>
              <w:jc w:val="center"/>
              <w:rPr>
                <w:noProof/>
                <w:sz w:val="20"/>
                <w:szCs w:val="20"/>
              </w:rPr>
            </w:pPr>
            <w:r w:rsidRPr="00F51F43">
              <w:rPr>
                <w:noProof/>
                <w:sz w:val="20"/>
                <w:szCs w:val="20"/>
              </w:rPr>
              <w:t>Mali zeko</w:t>
            </w:r>
          </w:p>
        </w:tc>
        <w:tc>
          <w:tcPr>
            <w:tcW w:w="2409" w:type="dxa"/>
            <w:tcMar>
              <w:top w:w="80" w:type="dxa"/>
              <w:left w:w="80" w:type="dxa"/>
              <w:bottom w:w="80" w:type="dxa"/>
              <w:right w:w="80" w:type="dxa"/>
            </w:tcMar>
            <w:vAlign w:val="center"/>
          </w:tcPr>
          <w:p w14:paraId="3AF9154F" w14:textId="77777777" w:rsidR="00ED17BE" w:rsidRPr="00F51F43" w:rsidRDefault="00ED17BE" w:rsidP="00ED17BE">
            <w:pPr>
              <w:spacing w:after="0" w:line="240" w:lineRule="auto"/>
              <w:jc w:val="center"/>
              <w:rPr>
                <w:noProof/>
                <w:sz w:val="20"/>
                <w:szCs w:val="20"/>
              </w:rPr>
            </w:pPr>
            <w:r w:rsidRPr="00F51F43">
              <w:rPr>
                <w:noProof/>
                <w:sz w:val="20"/>
                <w:szCs w:val="20"/>
              </w:rPr>
              <w:t>Predstaviti zanimanje kuhar</w:t>
            </w:r>
          </w:p>
        </w:tc>
        <w:tc>
          <w:tcPr>
            <w:tcW w:w="2387" w:type="dxa"/>
            <w:tcMar>
              <w:top w:w="80" w:type="dxa"/>
              <w:left w:w="80" w:type="dxa"/>
              <w:bottom w:w="80" w:type="dxa"/>
              <w:right w:w="80" w:type="dxa"/>
            </w:tcMar>
            <w:vAlign w:val="center"/>
          </w:tcPr>
          <w:p w14:paraId="00B34E65" w14:textId="77777777" w:rsidR="00ED17BE" w:rsidRPr="00F51F43" w:rsidRDefault="00ED17BE" w:rsidP="00ED17BE">
            <w:pPr>
              <w:spacing w:after="0" w:line="240" w:lineRule="auto"/>
              <w:jc w:val="center"/>
              <w:rPr>
                <w:noProof/>
                <w:sz w:val="20"/>
                <w:szCs w:val="20"/>
              </w:rPr>
            </w:pPr>
            <w:r w:rsidRPr="00F51F43">
              <w:rPr>
                <w:noProof/>
                <w:sz w:val="20"/>
                <w:szCs w:val="20"/>
              </w:rPr>
              <w:t>razvoj pozitivnih stavova prema okolini, razvoj jezika, razvoj sposobnosti</w:t>
            </w:r>
          </w:p>
        </w:tc>
        <w:tc>
          <w:tcPr>
            <w:tcW w:w="2363" w:type="dxa"/>
            <w:tcMar>
              <w:top w:w="80" w:type="dxa"/>
              <w:left w:w="80" w:type="dxa"/>
              <w:bottom w:w="80" w:type="dxa"/>
              <w:right w:w="80" w:type="dxa"/>
            </w:tcMar>
            <w:vAlign w:val="center"/>
          </w:tcPr>
          <w:p w14:paraId="79D3323C" w14:textId="77777777" w:rsidR="00ED17BE" w:rsidRPr="00F51F43" w:rsidRDefault="00ED17BE" w:rsidP="00ED17BE">
            <w:pPr>
              <w:spacing w:after="0" w:line="240" w:lineRule="auto"/>
              <w:jc w:val="center"/>
              <w:rPr>
                <w:noProof/>
                <w:sz w:val="20"/>
                <w:szCs w:val="20"/>
              </w:rPr>
            </w:pPr>
            <w:r w:rsidRPr="00F51F43">
              <w:rPr>
                <w:noProof/>
                <w:sz w:val="20"/>
                <w:szCs w:val="20"/>
              </w:rPr>
              <w:t>razgovor o zanimanju kuhar, upoznavanje s kuharskom opremom, priprema proljetne juhe</w:t>
            </w:r>
          </w:p>
        </w:tc>
        <w:tc>
          <w:tcPr>
            <w:tcW w:w="2088" w:type="dxa"/>
            <w:tcMar>
              <w:top w:w="80" w:type="dxa"/>
              <w:left w:w="80" w:type="dxa"/>
              <w:bottom w:w="80" w:type="dxa"/>
              <w:right w:w="80" w:type="dxa"/>
            </w:tcMar>
            <w:vAlign w:val="center"/>
          </w:tcPr>
          <w:p w14:paraId="363B14D2"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ED17BE" w:rsidRPr="00F51F43" w14:paraId="049A7F08" w14:textId="77777777" w:rsidTr="00ED17BE">
        <w:trPr>
          <w:cantSplit/>
          <w:jc w:val="center"/>
        </w:trPr>
        <w:tc>
          <w:tcPr>
            <w:tcW w:w="1101" w:type="dxa"/>
            <w:tcMar>
              <w:top w:w="80" w:type="dxa"/>
              <w:left w:w="80" w:type="dxa"/>
              <w:bottom w:w="80" w:type="dxa"/>
              <w:right w:w="80" w:type="dxa"/>
            </w:tcMar>
            <w:vAlign w:val="center"/>
          </w:tcPr>
          <w:p w14:paraId="2A229CD2" w14:textId="77777777" w:rsidR="00ED17BE" w:rsidRPr="00F51F43" w:rsidRDefault="00ED17BE" w:rsidP="00ED17BE">
            <w:pPr>
              <w:spacing w:after="0" w:line="240" w:lineRule="auto"/>
              <w:jc w:val="center"/>
              <w:rPr>
                <w:noProof/>
                <w:sz w:val="20"/>
                <w:szCs w:val="20"/>
              </w:rPr>
            </w:pPr>
            <w:r w:rsidRPr="00F51F43">
              <w:rPr>
                <w:noProof/>
                <w:sz w:val="20"/>
                <w:szCs w:val="20"/>
              </w:rPr>
              <w:t>Eva .</w:t>
            </w:r>
          </w:p>
        </w:tc>
        <w:tc>
          <w:tcPr>
            <w:tcW w:w="992" w:type="dxa"/>
            <w:tcMar>
              <w:top w:w="80" w:type="dxa"/>
              <w:left w:w="80" w:type="dxa"/>
              <w:bottom w:w="80" w:type="dxa"/>
              <w:right w:w="80" w:type="dxa"/>
            </w:tcMar>
            <w:vAlign w:val="center"/>
          </w:tcPr>
          <w:p w14:paraId="0CE6ECC0" w14:textId="77777777" w:rsidR="00ED17BE" w:rsidRPr="00F51F43" w:rsidRDefault="00ED17BE" w:rsidP="00ED17BE">
            <w:pPr>
              <w:spacing w:after="0" w:line="240" w:lineRule="auto"/>
              <w:jc w:val="center"/>
              <w:rPr>
                <w:noProof/>
                <w:sz w:val="20"/>
                <w:szCs w:val="20"/>
              </w:rPr>
            </w:pPr>
            <w:r w:rsidRPr="00F51F43">
              <w:rPr>
                <w:noProof/>
                <w:sz w:val="20"/>
                <w:szCs w:val="20"/>
              </w:rPr>
              <w:t>proljeće</w:t>
            </w:r>
          </w:p>
        </w:tc>
        <w:tc>
          <w:tcPr>
            <w:tcW w:w="851" w:type="dxa"/>
            <w:tcMar>
              <w:top w:w="80" w:type="dxa"/>
              <w:left w:w="80" w:type="dxa"/>
              <w:bottom w:w="80" w:type="dxa"/>
              <w:right w:w="80" w:type="dxa"/>
            </w:tcMar>
            <w:vAlign w:val="center"/>
          </w:tcPr>
          <w:p w14:paraId="121527AB"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509F7B26" w14:textId="77777777" w:rsidR="00ED17BE" w:rsidRPr="00F51F43" w:rsidRDefault="00ED17BE" w:rsidP="00ED17BE">
            <w:pPr>
              <w:spacing w:after="0" w:line="240" w:lineRule="auto"/>
              <w:jc w:val="center"/>
              <w:rPr>
                <w:noProof/>
                <w:sz w:val="20"/>
                <w:szCs w:val="20"/>
              </w:rPr>
            </w:pPr>
            <w:r w:rsidRPr="00F51F43">
              <w:rPr>
                <w:noProof/>
                <w:sz w:val="20"/>
                <w:szCs w:val="20"/>
              </w:rPr>
              <w:t>Mali zeko</w:t>
            </w:r>
          </w:p>
        </w:tc>
        <w:tc>
          <w:tcPr>
            <w:tcW w:w="2409" w:type="dxa"/>
            <w:tcMar>
              <w:top w:w="80" w:type="dxa"/>
              <w:left w:w="80" w:type="dxa"/>
              <w:bottom w:w="80" w:type="dxa"/>
              <w:right w:w="80" w:type="dxa"/>
            </w:tcMar>
            <w:vAlign w:val="center"/>
          </w:tcPr>
          <w:p w14:paraId="11444B35" w14:textId="77777777" w:rsidR="00ED17BE" w:rsidRPr="00F51F43" w:rsidRDefault="00ED17BE" w:rsidP="00ED17BE">
            <w:pPr>
              <w:spacing w:after="0" w:line="240" w:lineRule="auto"/>
              <w:jc w:val="center"/>
              <w:rPr>
                <w:noProof/>
                <w:sz w:val="20"/>
                <w:szCs w:val="20"/>
              </w:rPr>
            </w:pPr>
            <w:r w:rsidRPr="00F51F43">
              <w:rPr>
                <w:noProof/>
                <w:sz w:val="20"/>
                <w:szCs w:val="20"/>
              </w:rPr>
              <w:t>Predstaviti zanimanje frizer/kozmetičar</w:t>
            </w:r>
          </w:p>
        </w:tc>
        <w:tc>
          <w:tcPr>
            <w:tcW w:w="2387" w:type="dxa"/>
            <w:tcMar>
              <w:top w:w="80" w:type="dxa"/>
              <w:left w:w="80" w:type="dxa"/>
              <w:bottom w:w="80" w:type="dxa"/>
              <w:right w:w="80" w:type="dxa"/>
            </w:tcMar>
            <w:vAlign w:val="center"/>
          </w:tcPr>
          <w:p w14:paraId="0405E109" w14:textId="77777777" w:rsidR="00ED17BE" w:rsidRPr="00F51F43" w:rsidRDefault="00ED17BE" w:rsidP="00ED17BE">
            <w:pPr>
              <w:spacing w:after="0" w:line="240" w:lineRule="auto"/>
              <w:jc w:val="center"/>
              <w:rPr>
                <w:noProof/>
                <w:sz w:val="20"/>
                <w:szCs w:val="20"/>
              </w:rPr>
            </w:pPr>
            <w:r w:rsidRPr="00F51F43">
              <w:rPr>
                <w:noProof/>
                <w:sz w:val="20"/>
                <w:szCs w:val="20"/>
              </w:rPr>
              <w:t>razvoj pozitivnih stavova prema okolini, razvoj jezika, razvoj sposobnosti</w:t>
            </w:r>
          </w:p>
        </w:tc>
        <w:tc>
          <w:tcPr>
            <w:tcW w:w="2363" w:type="dxa"/>
            <w:tcMar>
              <w:top w:w="80" w:type="dxa"/>
              <w:left w:w="80" w:type="dxa"/>
              <w:bottom w:w="80" w:type="dxa"/>
              <w:right w:w="80" w:type="dxa"/>
            </w:tcMar>
            <w:vAlign w:val="center"/>
          </w:tcPr>
          <w:p w14:paraId="7096D342" w14:textId="77777777" w:rsidR="00ED17BE" w:rsidRPr="00F51F43" w:rsidRDefault="00ED17BE" w:rsidP="00ED17BE">
            <w:pPr>
              <w:spacing w:after="0" w:line="240" w:lineRule="auto"/>
              <w:jc w:val="center"/>
              <w:rPr>
                <w:noProof/>
                <w:sz w:val="20"/>
                <w:szCs w:val="20"/>
              </w:rPr>
            </w:pPr>
            <w:r w:rsidRPr="00F51F43">
              <w:rPr>
                <w:noProof/>
                <w:sz w:val="20"/>
                <w:szCs w:val="20"/>
              </w:rPr>
              <w:t>razgovor o zanimanju frizer/kozmetičar, upoznavanje s opremom i rekvizitima, uređivanje frizura</w:t>
            </w:r>
          </w:p>
        </w:tc>
        <w:tc>
          <w:tcPr>
            <w:tcW w:w="2088" w:type="dxa"/>
            <w:tcMar>
              <w:top w:w="80" w:type="dxa"/>
              <w:left w:w="80" w:type="dxa"/>
              <w:bottom w:w="80" w:type="dxa"/>
              <w:right w:w="80" w:type="dxa"/>
            </w:tcMar>
            <w:vAlign w:val="center"/>
          </w:tcPr>
          <w:p w14:paraId="653385A2"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ED17BE" w:rsidRPr="00F51F43" w14:paraId="3104A28A" w14:textId="77777777" w:rsidTr="00ED17BE">
        <w:trPr>
          <w:cantSplit/>
          <w:jc w:val="center"/>
        </w:trPr>
        <w:tc>
          <w:tcPr>
            <w:tcW w:w="1101" w:type="dxa"/>
            <w:tcMar>
              <w:top w:w="80" w:type="dxa"/>
              <w:left w:w="80" w:type="dxa"/>
              <w:bottom w:w="80" w:type="dxa"/>
              <w:right w:w="80" w:type="dxa"/>
            </w:tcMar>
            <w:vAlign w:val="center"/>
          </w:tcPr>
          <w:p w14:paraId="36080DF4" w14:textId="77777777" w:rsidR="00ED17BE" w:rsidRPr="00F51F43" w:rsidRDefault="00ED17BE" w:rsidP="00ED17BE">
            <w:pPr>
              <w:spacing w:after="0" w:line="240" w:lineRule="auto"/>
              <w:jc w:val="center"/>
              <w:rPr>
                <w:noProof/>
                <w:sz w:val="20"/>
                <w:szCs w:val="20"/>
              </w:rPr>
            </w:pPr>
            <w:r w:rsidRPr="00F51F43">
              <w:rPr>
                <w:noProof/>
                <w:sz w:val="20"/>
                <w:szCs w:val="20"/>
              </w:rPr>
              <w:t>Ivona R.</w:t>
            </w:r>
          </w:p>
        </w:tc>
        <w:tc>
          <w:tcPr>
            <w:tcW w:w="992" w:type="dxa"/>
            <w:tcMar>
              <w:top w:w="80" w:type="dxa"/>
              <w:left w:w="80" w:type="dxa"/>
              <w:bottom w:w="80" w:type="dxa"/>
              <w:right w:w="80" w:type="dxa"/>
            </w:tcMar>
            <w:vAlign w:val="center"/>
          </w:tcPr>
          <w:p w14:paraId="6E0C1E62" w14:textId="77777777" w:rsidR="00ED17BE" w:rsidRPr="00F51F43" w:rsidRDefault="00ED17BE" w:rsidP="00ED17BE">
            <w:pPr>
              <w:spacing w:after="0" w:line="240" w:lineRule="auto"/>
              <w:jc w:val="center"/>
              <w:rPr>
                <w:noProof/>
                <w:sz w:val="20"/>
                <w:szCs w:val="20"/>
              </w:rPr>
            </w:pPr>
          </w:p>
        </w:tc>
        <w:tc>
          <w:tcPr>
            <w:tcW w:w="851" w:type="dxa"/>
            <w:tcMar>
              <w:top w:w="80" w:type="dxa"/>
              <w:left w:w="80" w:type="dxa"/>
              <w:bottom w:w="80" w:type="dxa"/>
              <w:right w:w="80" w:type="dxa"/>
            </w:tcMar>
            <w:vAlign w:val="center"/>
          </w:tcPr>
          <w:p w14:paraId="61F68026"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489F1708" w14:textId="77777777" w:rsidR="00ED17BE" w:rsidRPr="00F51F43" w:rsidRDefault="00ED17BE" w:rsidP="00ED17BE">
            <w:pPr>
              <w:spacing w:after="0" w:line="240" w:lineRule="auto"/>
              <w:jc w:val="center"/>
              <w:rPr>
                <w:noProof/>
                <w:sz w:val="20"/>
                <w:szCs w:val="20"/>
              </w:rPr>
            </w:pPr>
            <w:r w:rsidRPr="00F51F43">
              <w:rPr>
                <w:noProof/>
                <w:sz w:val="20"/>
                <w:szCs w:val="20"/>
              </w:rPr>
              <w:t>Mali zeko</w:t>
            </w:r>
          </w:p>
        </w:tc>
        <w:tc>
          <w:tcPr>
            <w:tcW w:w="2409" w:type="dxa"/>
            <w:tcMar>
              <w:top w:w="80" w:type="dxa"/>
              <w:left w:w="80" w:type="dxa"/>
              <w:bottom w:w="80" w:type="dxa"/>
              <w:right w:w="80" w:type="dxa"/>
            </w:tcMar>
            <w:vAlign w:val="center"/>
          </w:tcPr>
          <w:p w14:paraId="1A4376F5" w14:textId="77777777" w:rsidR="00ED17BE" w:rsidRPr="00F51F43" w:rsidRDefault="00ED17BE" w:rsidP="00ED17BE">
            <w:pPr>
              <w:spacing w:after="0" w:line="240" w:lineRule="auto"/>
              <w:jc w:val="center"/>
              <w:rPr>
                <w:noProof/>
                <w:sz w:val="20"/>
                <w:szCs w:val="20"/>
              </w:rPr>
            </w:pPr>
            <w:r w:rsidRPr="00F51F43">
              <w:rPr>
                <w:noProof/>
                <w:sz w:val="20"/>
                <w:szCs w:val="20"/>
              </w:rPr>
              <w:t>Prestaviti zanimanje frizer</w:t>
            </w:r>
          </w:p>
        </w:tc>
        <w:tc>
          <w:tcPr>
            <w:tcW w:w="2387" w:type="dxa"/>
            <w:tcMar>
              <w:top w:w="80" w:type="dxa"/>
              <w:left w:w="80" w:type="dxa"/>
              <w:bottom w:w="80" w:type="dxa"/>
              <w:right w:w="80" w:type="dxa"/>
            </w:tcMar>
            <w:vAlign w:val="center"/>
          </w:tcPr>
          <w:p w14:paraId="293761CF" w14:textId="77777777" w:rsidR="00ED17BE" w:rsidRPr="00F51F43" w:rsidRDefault="00ED17BE" w:rsidP="00ED17BE">
            <w:pPr>
              <w:spacing w:after="0" w:line="240" w:lineRule="auto"/>
              <w:jc w:val="center"/>
              <w:rPr>
                <w:noProof/>
                <w:sz w:val="20"/>
                <w:szCs w:val="20"/>
              </w:rPr>
            </w:pPr>
            <w:r w:rsidRPr="00F51F43">
              <w:rPr>
                <w:noProof/>
                <w:sz w:val="20"/>
                <w:szCs w:val="20"/>
              </w:rPr>
              <w:t>razvoj pozitivnih stavova prema okolini, razvoj jezika, razvoj sposobnosti</w:t>
            </w:r>
          </w:p>
        </w:tc>
        <w:tc>
          <w:tcPr>
            <w:tcW w:w="2363" w:type="dxa"/>
            <w:tcMar>
              <w:top w:w="80" w:type="dxa"/>
              <w:left w:w="80" w:type="dxa"/>
              <w:bottom w:w="80" w:type="dxa"/>
              <w:right w:w="80" w:type="dxa"/>
            </w:tcMar>
            <w:vAlign w:val="center"/>
          </w:tcPr>
          <w:p w14:paraId="4CAFFCA5" w14:textId="77777777" w:rsidR="00ED17BE" w:rsidRPr="00F51F43" w:rsidRDefault="00ED17BE" w:rsidP="00ED17BE">
            <w:pPr>
              <w:spacing w:after="0" w:line="240" w:lineRule="auto"/>
              <w:jc w:val="center"/>
              <w:rPr>
                <w:noProof/>
                <w:sz w:val="20"/>
                <w:szCs w:val="20"/>
              </w:rPr>
            </w:pPr>
            <w:r w:rsidRPr="00F51F43">
              <w:rPr>
                <w:noProof/>
                <w:sz w:val="20"/>
                <w:szCs w:val="20"/>
              </w:rPr>
              <w:t>razgovor o zanimanju frizer/kozmetičar, upoznavanje s opremom i rekvizitima, uređivanje frizura</w:t>
            </w:r>
          </w:p>
        </w:tc>
        <w:tc>
          <w:tcPr>
            <w:tcW w:w="2088" w:type="dxa"/>
            <w:tcMar>
              <w:top w:w="80" w:type="dxa"/>
              <w:left w:w="80" w:type="dxa"/>
              <w:bottom w:w="80" w:type="dxa"/>
              <w:right w:w="80" w:type="dxa"/>
            </w:tcMar>
            <w:vAlign w:val="center"/>
          </w:tcPr>
          <w:p w14:paraId="167C137F"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 fotodokumentacija</w:t>
            </w:r>
          </w:p>
        </w:tc>
      </w:tr>
      <w:tr w:rsidR="00ED17BE" w:rsidRPr="00F51F43" w14:paraId="21922703" w14:textId="77777777" w:rsidTr="00ED17BE">
        <w:trPr>
          <w:cantSplit/>
          <w:jc w:val="center"/>
        </w:trPr>
        <w:tc>
          <w:tcPr>
            <w:tcW w:w="1101" w:type="dxa"/>
            <w:tcMar>
              <w:top w:w="80" w:type="dxa"/>
              <w:left w:w="80" w:type="dxa"/>
              <w:bottom w:w="80" w:type="dxa"/>
              <w:right w:w="80" w:type="dxa"/>
            </w:tcMar>
            <w:vAlign w:val="center"/>
          </w:tcPr>
          <w:p w14:paraId="19DC52D7" w14:textId="77777777" w:rsidR="00ED17BE" w:rsidRPr="00F51F43" w:rsidRDefault="00ED17BE" w:rsidP="00ED17BE">
            <w:pPr>
              <w:spacing w:after="0" w:line="240" w:lineRule="auto"/>
              <w:jc w:val="center"/>
              <w:rPr>
                <w:noProof/>
                <w:sz w:val="20"/>
                <w:szCs w:val="20"/>
              </w:rPr>
            </w:pPr>
            <w:r w:rsidRPr="00F51F43">
              <w:rPr>
                <w:noProof/>
                <w:sz w:val="20"/>
                <w:szCs w:val="20"/>
              </w:rPr>
              <w:t>Kuharica Vesna T.</w:t>
            </w:r>
          </w:p>
        </w:tc>
        <w:tc>
          <w:tcPr>
            <w:tcW w:w="992" w:type="dxa"/>
            <w:tcMar>
              <w:top w:w="80" w:type="dxa"/>
              <w:left w:w="80" w:type="dxa"/>
              <w:bottom w:w="80" w:type="dxa"/>
              <w:right w:w="80" w:type="dxa"/>
            </w:tcMar>
            <w:vAlign w:val="center"/>
          </w:tcPr>
          <w:p w14:paraId="3462B941"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4A69C077"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56096481" w14:textId="77777777" w:rsidR="00ED17BE" w:rsidRPr="00F51F43" w:rsidRDefault="00ED17BE" w:rsidP="00ED17BE">
            <w:pPr>
              <w:spacing w:after="0" w:line="240" w:lineRule="auto"/>
              <w:jc w:val="center"/>
              <w:rPr>
                <w:noProof/>
                <w:sz w:val="20"/>
                <w:szCs w:val="20"/>
              </w:rPr>
            </w:pPr>
            <w:r w:rsidRPr="00F51F43">
              <w:rPr>
                <w:noProof/>
                <w:sz w:val="20"/>
                <w:szCs w:val="20"/>
              </w:rPr>
              <w:t>Sovice</w:t>
            </w:r>
          </w:p>
        </w:tc>
        <w:tc>
          <w:tcPr>
            <w:tcW w:w="2409" w:type="dxa"/>
            <w:tcMar>
              <w:top w:w="80" w:type="dxa"/>
              <w:left w:w="80" w:type="dxa"/>
              <w:bottom w:w="80" w:type="dxa"/>
              <w:right w:w="80" w:type="dxa"/>
            </w:tcMar>
            <w:vAlign w:val="center"/>
          </w:tcPr>
          <w:p w14:paraId="41618972" w14:textId="77777777" w:rsidR="00ED17BE" w:rsidRPr="00F51F43" w:rsidRDefault="00ED17BE" w:rsidP="00ED17BE">
            <w:pPr>
              <w:spacing w:after="0" w:line="240" w:lineRule="auto"/>
              <w:jc w:val="center"/>
              <w:rPr>
                <w:noProof/>
                <w:sz w:val="20"/>
                <w:szCs w:val="20"/>
              </w:rPr>
            </w:pPr>
            <w:r w:rsidRPr="00F51F43">
              <w:rPr>
                <w:noProof/>
                <w:sz w:val="20"/>
                <w:szCs w:val="20"/>
              </w:rPr>
              <w:t>Upoznati djecu s procesom izrade kruha</w:t>
            </w:r>
          </w:p>
        </w:tc>
        <w:tc>
          <w:tcPr>
            <w:tcW w:w="2387" w:type="dxa"/>
            <w:tcMar>
              <w:top w:w="80" w:type="dxa"/>
              <w:left w:w="80" w:type="dxa"/>
              <w:bottom w:w="80" w:type="dxa"/>
              <w:right w:w="80" w:type="dxa"/>
            </w:tcMar>
            <w:vAlign w:val="center"/>
          </w:tcPr>
          <w:p w14:paraId="55E2B96C" w14:textId="77777777" w:rsidR="00ED17BE" w:rsidRPr="00F51F43" w:rsidRDefault="00ED17BE" w:rsidP="00ED17BE">
            <w:pPr>
              <w:spacing w:after="0" w:line="240" w:lineRule="auto"/>
              <w:jc w:val="center"/>
              <w:rPr>
                <w:noProof/>
                <w:sz w:val="20"/>
                <w:szCs w:val="20"/>
              </w:rPr>
            </w:pPr>
            <w:r w:rsidRPr="00F51F43">
              <w:rPr>
                <w:noProof/>
                <w:sz w:val="20"/>
                <w:szCs w:val="20"/>
              </w:rPr>
              <w:t>razvoj fine motorike, usvajanje radnih navika</w:t>
            </w:r>
          </w:p>
        </w:tc>
        <w:tc>
          <w:tcPr>
            <w:tcW w:w="2363" w:type="dxa"/>
            <w:tcMar>
              <w:top w:w="80" w:type="dxa"/>
              <w:left w:w="80" w:type="dxa"/>
              <w:bottom w:w="80" w:type="dxa"/>
              <w:right w:w="80" w:type="dxa"/>
            </w:tcMar>
            <w:vAlign w:val="center"/>
          </w:tcPr>
          <w:p w14:paraId="75F04A5C" w14:textId="77777777" w:rsidR="00ED17BE" w:rsidRPr="00F51F43" w:rsidRDefault="00ED17BE" w:rsidP="00ED17BE">
            <w:pPr>
              <w:spacing w:after="0" w:line="240" w:lineRule="auto"/>
              <w:jc w:val="center"/>
              <w:rPr>
                <w:noProof/>
                <w:sz w:val="20"/>
                <w:szCs w:val="20"/>
              </w:rPr>
            </w:pPr>
            <w:r w:rsidRPr="00F51F43">
              <w:rPr>
                <w:noProof/>
                <w:sz w:val="20"/>
                <w:szCs w:val="20"/>
              </w:rPr>
              <w:t>izrada kruha</w:t>
            </w:r>
          </w:p>
        </w:tc>
        <w:tc>
          <w:tcPr>
            <w:tcW w:w="2088" w:type="dxa"/>
            <w:tcMar>
              <w:top w:w="80" w:type="dxa"/>
              <w:left w:w="80" w:type="dxa"/>
              <w:bottom w:w="80" w:type="dxa"/>
              <w:right w:w="80" w:type="dxa"/>
            </w:tcMar>
            <w:vAlign w:val="center"/>
          </w:tcPr>
          <w:p w14:paraId="1E619B5E" w14:textId="77777777" w:rsidR="00ED17BE" w:rsidRPr="00F51F43" w:rsidRDefault="00ED17BE" w:rsidP="00ED17BE">
            <w:pPr>
              <w:spacing w:after="0" w:line="240" w:lineRule="auto"/>
              <w:jc w:val="center"/>
              <w:rPr>
                <w:noProof/>
                <w:sz w:val="20"/>
                <w:szCs w:val="20"/>
              </w:rPr>
            </w:pPr>
            <w:r w:rsidRPr="00F51F43">
              <w:rPr>
                <w:noProof/>
                <w:sz w:val="20"/>
                <w:szCs w:val="20"/>
              </w:rPr>
              <w:t>reakcije djece, fotodokumentacija</w:t>
            </w:r>
          </w:p>
        </w:tc>
      </w:tr>
      <w:tr w:rsidR="00ED17BE" w:rsidRPr="00F51F43" w14:paraId="57E1763C" w14:textId="77777777" w:rsidTr="00ED17BE">
        <w:trPr>
          <w:cantSplit/>
          <w:jc w:val="center"/>
        </w:trPr>
        <w:tc>
          <w:tcPr>
            <w:tcW w:w="1101" w:type="dxa"/>
            <w:tcMar>
              <w:top w:w="80" w:type="dxa"/>
              <w:left w:w="80" w:type="dxa"/>
              <w:bottom w:w="80" w:type="dxa"/>
              <w:right w:w="80" w:type="dxa"/>
            </w:tcMar>
            <w:vAlign w:val="center"/>
          </w:tcPr>
          <w:p w14:paraId="7EEF6AF6" w14:textId="77777777" w:rsidR="00ED17BE" w:rsidRPr="00F51F43" w:rsidRDefault="00ED17BE" w:rsidP="00ED17BE">
            <w:pPr>
              <w:spacing w:after="0" w:line="240" w:lineRule="auto"/>
              <w:jc w:val="center"/>
              <w:rPr>
                <w:noProof/>
                <w:sz w:val="20"/>
                <w:szCs w:val="20"/>
              </w:rPr>
            </w:pPr>
            <w:r w:rsidRPr="00F51F43">
              <w:rPr>
                <w:noProof/>
                <w:sz w:val="20"/>
                <w:szCs w:val="20"/>
              </w:rPr>
              <w:t>Adriana J.</w:t>
            </w:r>
          </w:p>
        </w:tc>
        <w:tc>
          <w:tcPr>
            <w:tcW w:w="992" w:type="dxa"/>
            <w:tcMar>
              <w:top w:w="80" w:type="dxa"/>
              <w:left w:w="80" w:type="dxa"/>
              <w:bottom w:w="80" w:type="dxa"/>
              <w:right w:w="80" w:type="dxa"/>
            </w:tcMar>
            <w:vAlign w:val="center"/>
          </w:tcPr>
          <w:p w14:paraId="41E76D82" w14:textId="77777777" w:rsidR="00ED17BE" w:rsidRPr="00F51F43" w:rsidRDefault="00ED17BE" w:rsidP="00ED17BE">
            <w:pPr>
              <w:spacing w:after="0" w:line="240" w:lineRule="auto"/>
              <w:jc w:val="center"/>
              <w:rPr>
                <w:noProof/>
                <w:sz w:val="20"/>
                <w:szCs w:val="20"/>
              </w:rPr>
            </w:pPr>
            <w:r w:rsidRPr="00F51F43">
              <w:rPr>
                <w:noProof/>
                <w:sz w:val="20"/>
                <w:szCs w:val="20"/>
              </w:rPr>
              <w:t>siječanj</w:t>
            </w:r>
          </w:p>
        </w:tc>
        <w:tc>
          <w:tcPr>
            <w:tcW w:w="851" w:type="dxa"/>
            <w:tcMar>
              <w:top w:w="80" w:type="dxa"/>
              <w:left w:w="80" w:type="dxa"/>
              <w:bottom w:w="80" w:type="dxa"/>
              <w:right w:w="80" w:type="dxa"/>
            </w:tcMar>
            <w:vAlign w:val="center"/>
          </w:tcPr>
          <w:p w14:paraId="6660DDBB"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2D27300B" w14:textId="77777777" w:rsidR="00ED17BE" w:rsidRPr="00F51F43" w:rsidRDefault="00ED17BE" w:rsidP="00ED17BE">
            <w:pPr>
              <w:spacing w:after="0" w:line="240" w:lineRule="auto"/>
              <w:jc w:val="center"/>
              <w:rPr>
                <w:noProof/>
                <w:sz w:val="20"/>
                <w:szCs w:val="20"/>
              </w:rPr>
            </w:pPr>
            <w:r w:rsidRPr="00F51F43">
              <w:rPr>
                <w:noProof/>
                <w:sz w:val="20"/>
                <w:szCs w:val="20"/>
              </w:rPr>
              <w:t>Sovice</w:t>
            </w:r>
          </w:p>
        </w:tc>
        <w:tc>
          <w:tcPr>
            <w:tcW w:w="2409" w:type="dxa"/>
            <w:tcMar>
              <w:top w:w="80" w:type="dxa"/>
              <w:left w:w="80" w:type="dxa"/>
              <w:bottom w:w="80" w:type="dxa"/>
              <w:right w:w="80" w:type="dxa"/>
            </w:tcMar>
            <w:vAlign w:val="center"/>
          </w:tcPr>
          <w:p w14:paraId="536AD90E" w14:textId="77777777" w:rsidR="00ED17BE" w:rsidRPr="00F51F43" w:rsidRDefault="00ED17BE" w:rsidP="00ED17BE">
            <w:pPr>
              <w:spacing w:after="0" w:line="240" w:lineRule="auto"/>
              <w:jc w:val="center"/>
              <w:rPr>
                <w:noProof/>
                <w:sz w:val="20"/>
                <w:szCs w:val="20"/>
              </w:rPr>
            </w:pPr>
            <w:r w:rsidRPr="00F51F43">
              <w:rPr>
                <w:noProof/>
                <w:sz w:val="20"/>
                <w:szCs w:val="20"/>
              </w:rPr>
              <w:t>Poticati interes za knjigu i čitanje i razvijati jezične kometencije</w:t>
            </w:r>
          </w:p>
        </w:tc>
        <w:tc>
          <w:tcPr>
            <w:tcW w:w="2387" w:type="dxa"/>
            <w:tcMar>
              <w:top w:w="80" w:type="dxa"/>
              <w:left w:w="80" w:type="dxa"/>
              <w:bottom w:w="80" w:type="dxa"/>
              <w:right w:w="80" w:type="dxa"/>
            </w:tcMar>
            <w:vAlign w:val="center"/>
          </w:tcPr>
          <w:p w14:paraId="4515DDBB" w14:textId="77777777" w:rsidR="00ED17BE" w:rsidRPr="00F51F43" w:rsidRDefault="00ED17BE" w:rsidP="00ED17BE">
            <w:pPr>
              <w:spacing w:after="0" w:line="240" w:lineRule="auto"/>
              <w:jc w:val="center"/>
              <w:rPr>
                <w:noProof/>
                <w:sz w:val="20"/>
                <w:szCs w:val="20"/>
              </w:rPr>
            </w:pPr>
            <w:r w:rsidRPr="00F51F43">
              <w:rPr>
                <w:noProof/>
                <w:sz w:val="20"/>
                <w:szCs w:val="20"/>
              </w:rPr>
              <w:t>razvoj pažnje i koncentracije, obogaćivanje rječnika</w:t>
            </w:r>
          </w:p>
        </w:tc>
        <w:tc>
          <w:tcPr>
            <w:tcW w:w="2363" w:type="dxa"/>
            <w:tcMar>
              <w:top w:w="80" w:type="dxa"/>
              <w:left w:w="80" w:type="dxa"/>
              <w:bottom w:w="80" w:type="dxa"/>
              <w:right w:w="80" w:type="dxa"/>
            </w:tcMar>
            <w:vAlign w:val="center"/>
          </w:tcPr>
          <w:p w14:paraId="72E81B22" w14:textId="77777777" w:rsidR="00ED17BE" w:rsidRPr="00F51F43" w:rsidRDefault="00ED17BE" w:rsidP="00ED17BE">
            <w:pPr>
              <w:spacing w:after="0" w:line="240" w:lineRule="auto"/>
              <w:jc w:val="center"/>
              <w:rPr>
                <w:noProof/>
                <w:sz w:val="20"/>
                <w:szCs w:val="20"/>
              </w:rPr>
            </w:pPr>
            <w:r w:rsidRPr="00F51F43">
              <w:rPr>
                <w:noProof/>
                <w:sz w:val="20"/>
                <w:szCs w:val="20"/>
              </w:rPr>
              <w:t>čitanje slikovnice</w:t>
            </w:r>
          </w:p>
        </w:tc>
        <w:tc>
          <w:tcPr>
            <w:tcW w:w="2088" w:type="dxa"/>
            <w:tcMar>
              <w:top w:w="80" w:type="dxa"/>
              <w:left w:w="80" w:type="dxa"/>
              <w:bottom w:w="80" w:type="dxa"/>
              <w:right w:w="80" w:type="dxa"/>
            </w:tcMar>
            <w:vAlign w:val="center"/>
          </w:tcPr>
          <w:p w14:paraId="4D65DD23" w14:textId="77777777" w:rsidR="00ED17BE" w:rsidRPr="00F51F43" w:rsidRDefault="00ED17BE" w:rsidP="00ED17BE">
            <w:pPr>
              <w:spacing w:after="0" w:line="240" w:lineRule="auto"/>
              <w:jc w:val="center"/>
              <w:rPr>
                <w:noProof/>
                <w:sz w:val="20"/>
                <w:szCs w:val="20"/>
              </w:rPr>
            </w:pPr>
            <w:r w:rsidRPr="00F51F43">
              <w:rPr>
                <w:noProof/>
                <w:sz w:val="20"/>
                <w:szCs w:val="20"/>
              </w:rPr>
              <w:t>reakcije djece, fotodokumentacija</w:t>
            </w:r>
          </w:p>
        </w:tc>
      </w:tr>
      <w:tr w:rsidR="00ED17BE" w:rsidRPr="00F51F43" w14:paraId="0A108A54" w14:textId="77777777" w:rsidTr="00ED17BE">
        <w:trPr>
          <w:cantSplit/>
          <w:jc w:val="center"/>
        </w:trPr>
        <w:tc>
          <w:tcPr>
            <w:tcW w:w="1101" w:type="dxa"/>
            <w:tcMar>
              <w:top w:w="80" w:type="dxa"/>
              <w:left w:w="80" w:type="dxa"/>
              <w:bottom w:w="80" w:type="dxa"/>
              <w:right w:w="80" w:type="dxa"/>
            </w:tcMar>
            <w:vAlign w:val="center"/>
          </w:tcPr>
          <w:p w14:paraId="7F81B28F" w14:textId="77777777" w:rsidR="00ED17BE" w:rsidRPr="00F51F43" w:rsidRDefault="00ED17BE" w:rsidP="00ED17BE">
            <w:pPr>
              <w:spacing w:after="0" w:line="240" w:lineRule="auto"/>
              <w:jc w:val="center"/>
              <w:rPr>
                <w:noProof/>
                <w:sz w:val="20"/>
                <w:szCs w:val="20"/>
              </w:rPr>
            </w:pPr>
            <w:r w:rsidRPr="00F51F43">
              <w:rPr>
                <w:noProof/>
                <w:sz w:val="20"/>
                <w:szCs w:val="20"/>
              </w:rPr>
              <w:t>Sanja M.</w:t>
            </w:r>
          </w:p>
        </w:tc>
        <w:tc>
          <w:tcPr>
            <w:tcW w:w="992" w:type="dxa"/>
            <w:tcMar>
              <w:top w:w="80" w:type="dxa"/>
              <w:left w:w="80" w:type="dxa"/>
              <w:bottom w:w="80" w:type="dxa"/>
              <w:right w:w="80" w:type="dxa"/>
            </w:tcMar>
            <w:vAlign w:val="center"/>
          </w:tcPr>
          <w:p w14:paraId="2DAC2531"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401B8B6A"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7BC02756" w14:textId="77777777" w:rsidR="00ED17BE" w:rsidRPr="00F51F43" w:rsidRDefault="00ED17BE" w:rsidP="00ED17BE">
            <w:pPr>
              <w:spacing w:after="0" w:line="240" w:lineRule="auto"/>
              <w:jc w:val="center"/>
              <w:rPr>
                <w:noProof/>
                <w:sz w:val="20"/>
                <w:szCs w:val="20"/>
              </w:rPr>
            </w:pPr>
            <w:r w:rsidRPr="00F51F43">
              <w:rPr>
                <w:noProof/>
                <w:sz w:val="20"/>
                <w:szCs w:val="20"/>
              </w:rPr>
              <w:t>Sovice</w:t>
            </w:r>
          </w:p>
        </w:tc>
        <w:tc>
          <w:tcPr>
            <w:tcW w:w="2409" w:type="dxa"/>
            <w:tcMar>
              <w:top w:w="80" w:type="dxa"/>
              <w:left w:w="80" w:type="dxa"/>
              <w:bottom w:w="80" w:type="dxa"/>
              <w:right w:w="80" w:type="dxa"/>
            </w:tcMar>
            <w:vAlign w:val="center"/>
          </w:tcPr>
          <w:p w14:paraId="15B21989" w14:textId="77777777" w:rsidR="00ED17BE" w:rsidRPr="00F51F43" w:rsidRDefault="00ED17BE" w:rsidP="00ED17BE">
            <w:pPr>
              <w:spacing w:after="0" w:line="240" w:lineRule="auto"/>
              <w:jc w:val="center"/>
              <w:rPr>
                <w:noProof/>
                <w:sz w:val="20"/>
                <w:szCs w:val="20"/>
              </w:rPr>
            </w:pPr>
            <w:r w:rsidRPr="00F51F43">
              <w:rPr>
                <w:noProof/>
                <w:sz w:val="20"/>
                <w:szCs w:val="20"/>
              </w:rPr>
              <w:t>Upoznati djecu s glazbenim instrumentima te razvijati interes za glazbu</w:t>
            </w:r>
          </w:p>
        </w:tc>
        <w:tc>
          <w:tcPr>
            <w:tcW w:w="2387" w:type="dxa"/>
            <w:tcMar>
              <w:top w:w="80" w:type="dxa"/>
              <w:left w:w="80" w:type="dxa"/>
              <w:bottom w:w="80" w:type="dxa"/>
              <w:right w:w="80" w:type="dxa"/>
            </w:tcMar>
            <w:vAlign w:val="center"/>
          </w:tcPr>
          <w:p w14:paraId="6C8A6A05" w14:textId="77777777" w:rsidR="00ED17BE" w:rsidRPr="00F51F43" w:rsidRDefault="00ED17BE" w:rsidP="00ED17BE">
            <w:pPr>
              <w:spacing w:after="0" w:line="240" w:lineRule="auto"/>
              <w:jc w:val="center"/>
              <w:rPr>
                <w:noProof/>
                <w:sz w:val="20"/>
                <w:szCs w:val="20"/>
              </w:rPr>
            </w:pPr>
            <w:r w:rsidRPr="00F51F43">
              <w:rPr>
                <w:noProof/>
                <w:sz w:val="20"/>
                <w:szCs w:val="20"/>
              </w:rPr>
              <w:t>razvoj slušne percepcije, razvoj osjećaja za ritam</w:t>
            </w:r>
          </w:p>
        </w:tc>
        <w:tc>
          <w:tcPr>
            <w:tcW w:w="2363" w:type="dxa"/>
            <w:tcMar>
              <w:top w:w="80" w:type="dxa"/>
              <w:left w:w="80" w:type="dxa"/>
              <w:bottom w:w="80" w:type="dxa"/>
              <w:right w:w="80" w:type="dxa"/>
            </w:tcMar>
            <w:vAlign w:val="center"/>
          </w:tcPr>
          <w:p w14:paraId="15122613" w14:textId="77777777" w:rsidR="00ED17BE" w:rsidRPr="00F51F43" w:rsidRDefault="00ED17BE" w:rsidP="00ED17BE">
            <w:pPr>
              <w:spacing w:after="0" w:line="240" w:lineRule="auto"/>
              <w:jc w:val="center"/>
              <w:rPr>
                <w:noProof/>
                <w:sz w:val="20"/>
                <w:szCs w:val="20"/>
              </w:rPr>
            </w:pPr>
            <w:r w:rsidRPr="00F51F43">
              <w:rPr>
                <w:noProof/>
                <w:sz w:val="20"/>
                <w:szCs w:val="20"/>
              </w:rPr>
              <w:t>sviranje flaute</w:t>
            </w:r>
          </w:p>
        </w:tc>
        <w:tc>
          <w:tcPr>
            <w:tcW w:w="2088" w:type="dxa"/>
            <w:tcMar>
              <w:top w:w="80" w:type="dxa"/>
              <w:left w:w="80" w:type="dxa"/>
              <w:bottom w:w="80" w:type="dxa"/>
              <w:right w:w="80" w:type="dxa"/>
            </w:tcMar>
            <w:vAlign w:val="center"/>
          </w:tcPr>
          <w:p w14:paraId="744B5BE0" w14:textId="77777777" w:rsidR="00ED17BE" w:rsidRPr="00F51F43" w:rsidRDefault="00ED17BE" w:rsidP="00ED17BE">
            <w:pPr>
              <w:spacing w:after="0" w:line="240" w:lineRule="auto"/>
              <w:jc w:val="center"/>
              <w:rPr>
                <w:noProof/>
                <w:sz w:val="20"/>
                <w:szCs w:val="20"/>
              </w:rPr>
            </w:pPr>
            <w:r w:rsidRPr="00F51F43">
              <w:rPr>
                <w:noProof/>
                <w:sz w:val="20"/>
                <w:szCs w:val="20"/>
              </w:rPr>
              <w:t>reakcije djece, fotodokumentacija</w:t>
            </w:r>
          </w:p>
        </w:tc>
      </w:tr>
      <w:tr w:rsidR="00ED17BE" w:rsidRPr="00F51F43" w14:paraId="57AA2F57" w14:textId="77777777" w:rsidTr="00ED17BE">
        <w:trPr>
          <w:cantSplit/>
          <w:jc w:val="center"/>
        </w:trPr>
        <w:tc>
          <w:tcPr>
            <w:tcW w:w="1101" w:type="dxa"/>
            <w:tcMar>
              <w:top w:w="80" w:type="dxa"/>
              <w:left w:w="80" w:type="dxa"/>
              <w:bottom w:w="80" w:type="dxa"/>
              <w:right w:w="80" w:type="dxa"/>
            </w:tcMar>
            <w:vAlign w:val="center"/>
          </w:tcPr>
          <w:p w14:paraId="379765FF" w14:textId="77777777" w:rsidR="00ED17BE" w:rsidRPr="00F51F43" w:rsidRDefault="00ED17BE" w:rsidP="00ED17BE">
            <w:pPr>
              <w:spacing w:after="0" w:line="240" w:lineRule="auto"/>
              <w:jc w:val="center"/>
              <w:rPr>
                <w:noProof/>
                <w:sz w:val="20"/>
                <w:szCs w:val="20"/>
              </w:rPr>
            </w:pPr>
            <w:r w:rsidRPr="00F51F43">
              <w:rPr>
                <w:noProof/>
                <w:sz w:val="20"/>
                <w:szCs w:val="20"/>
              </w:rPr>
              <w:t>Marija K.</w:t>
            </w:r>
          </w:p>
        </w:tc>
        <w:tc>
          <w:tcPr>
            <w:tcW w:w="992" w:type="dxa"/>
            <w:tcMar>
              <w:top w:w="80" w:type="dxa"/>
              <w:left w:w="80" w:type="dxa"/>
              <w:bottom w:w="80" w:type="dxa"/>
              <w:right w:w="80" w:type="dxa"/>
            </w:tcMar>
            <w:vAlign w:val="center"/>
          </w:tcPr>
          <w:p w14:paraId="4630CB4B" w14:textId="77777777" w:rsidR="00ED17BE" w:rsidRPr="00F51F43" w:rsidRDefault="00ED17BE" w:rsidP="00ED17BE">
            <w:pPr>
              <w:spacing w:after="0" w:line="240" w:lineRule="auto"/>
              <w:jc w:val="center"/>
              <w:rPr>
                <w:noProof/>
                <w:sz w:val="20"/>
                <w:szCs w:val="20"/>
              </w:rPr>
            </w:pPr>
            <w:r w:rsidRPr="00F51F43">
              <w:rPr>
                <w:noProof/>
                <w:sz w:val="20"/>
                <w:szCs w:val="20"/>
              </w:rPr>
              <w:t>travanj</w:t>
            </w:r>
          </w:p>
        </w:tc>
        <w:tc>
          <w:tcPr>
            <w:tcW w:w="851" w:type="dxa"/>
            <w:tcMar>
              <w:top w:w="80" w:type="dxa"/>
              <w:left w:w="80" w:type="dxa"/>
              <w:bottom w:w="80" w:type="dxa"/>
              <w:right w:w="80" w:type="dxa"/>
            </w:tcMar>
            <w:vAlign w:val="center"/>
          </w:tcPr>
          <w:p w14:paraId="58F3C60D"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1B01B758" w14:textId="77777777" w:rsidR="00ED17BE" w:rsidRPr="00F51F43" w:rsidRDefault="00ED17BE" w:rsidP="00ED17BE">
            <w:pPr>
              <w:spacing w:after="0" w:line="240" w:lineRule="auto"/>
              <w:jc w:val="center"/>
              <w:rPr>
                <w:noProof/>
                <w:sz w:val="20"/>
                <w:szCs w:val="20"/>
              </w:rPr>
            </w:pPr>
            <w:r w:rsidRPr="00F51F43">
              <w:rPr>
                <w:noProof/>
                <w:sz w:val="20"/>
                <w:szCs w:val="20"/>
              </w:rPr>
              <w:t>Sovice</w:t>
            </w:r>
          </w:p>
        </w:tc>
        <w:tc>
          <w:tcPr>
            <w:tcW w:w="2409" w:type="dxa"/>
            <w:tcMar>
              <w:top w:w="80" w:type="dxa"/>
              <w:left w:w="80" w:type="dxa"/>
              <w:bottom w:w="80" w:type="dxa"/>
              <w:right w:w="80" w:type="dxa"/>
            </w:tcMar>
            <w:vAlign w:val="center"/>
          </w:tcPr>
          <w:p w14:paraId="2BE35D8C" w14:textId="77777777" w:rsidR="00ED17BE" w:rsidRPr="00F51F43" w:rsidRDefault="00ED17BE" w:rsidP="00ED17BE">
            <w:pPr>
              <w:spacing w:after="0" w:line="240" w:lineRule="auto"/>
              <w:jc w:val="center"/>
              <w:rPr>
                <w:noProof/>
                <w:sz w:val="20"/>
                <w:szCs w:val="20"/>
              </w:rPr>
            </w:pPr>
            <w:r w:rsidRPr="00F51F43">
              <w:rPr>
                <w:noProof/>
                <w:sz w:val="20"/>
                <w:szCs w:val="20"/>
              </w:rPr>
              <w:t>Upoznati djecu sa zanimanjem frizera i važnosti brige o izgledu i higijeni kose</w:t>
            </w:r>
          </w:p>
        </w:tc>
        <w:tc>
          <w:tcPr>
            <w:tcW w:w="2387" w:type="dxa"/>
            <w:tcMar>
              <w:top w:w="80" w:type="dxa"/>
              <w:left w:w="80" w:type="dxa"/>
              <w:bottom w:w="80" w:type="dxa"/>
              <w:right w:w="80" w:type="dxa"/>
            </w:tcMar>
            <w:vAlign w:val="center"/>
          </w:tcPr>
          <w:p w14:paraId="4C888EA3" w14:textId="77777777" w:rsidR="00ED17BE" w:rsidRPr="00F51F43" w:rsidRDefault="00ED17BE" w:rsidP="00ED17BE">
            <w:pPr>
              <w:spacing w:after="0" w:line="240" w:lineRule="auto"/>
              <w:jc w:val="center"/>
              <w:rPr>
                <w:noProof/>
                <w:sz w:val="20"/>
                <w:szCs w:val="20"/>
              </w:rPr>
            </w:pPr>
            <w:r w:rsidRPr="00F51F43">
              <w:rPr>
                <w:noProof/>
                <w:sz w:val="20"/>
                <w:szCs w:val="20"/>
              </w:rPr>
              <w:t>razvoj socijalne vještine, razvoj spoznajne vještine</w:t>
            </w:r>
          </w:p>
        </w:tc>
        <w:tc>
          <w:tcPr>
            <w:tcW w:w="2363" w:type="dxa"/>
            <w:tcMar>
              <w:top w:w="80" w:type="dxa"/>
              <w:left w:w="80" w:type="dxa"/>
              <w:bottom w:w="80" w:type="dxa"/>
              <w:right w:w="80" w:type="dxa"/>
            </w:tcMar>
            <w:vAlign w:val="center"/>
          </w:tcPr>
          <w:p w14:paraId="2DD4E7B2" w14:textId="77777777" w:rsidR="00ED17BE" w:rsidRPr="00F51F43" w:rsidRDefault="00ED17BE" w:rsidP="00ED17BE">
            <w:pPr>
              <w:spacing w:after="0" w:line="240" w:lineRule="auto"/>
              <w:jc w:val="center"/>
              <w:rPr>
                <w:noProof/>
                <w:sz w:val="20"/>
                <w:szCs w:val="20"/>
              </w:rPr>
            </w:pPr>
            <w:r w:rsidRPr="00F51F43">
              <w:rPr>
                <w:noProof/>
                <w:sz w:val="20"/>
                <w:szCs w:val="20"/>
              </w:rPr>
              <w:t>prikaz zanimanja frizera</w:t>
            </w:r>
          </w:p>
        </w:tc>
        <w:tc>
          <w:tcPr>
            <w:tcW w:w="2088" w:type="dxa"/>
            <w:tcMar>
              <w:top w:w="80" w:type="dxa"/>
              <w:left w:w="80" w:type="dxa"/>
              <w:bottom w:w="80" w:type="dxa"/>
              <w:right w:w="80" w:type="dxa"/>
            </w:tcMar>
            <w:vAlign w:val="center"/>
          </w:tcPr>
          <w:p w14:paraId="5BC96164" w14:textId="77777777" w:rsidR="00ED17BE" w:rsidRPr="00F51F43" w:rsidRDefault="00ED17BE" w:rsidP="00ED17BE">
            <w:pPr>
              <w:spacing w:after="0" w:line="240" w:lineRule="auto"/>
              <w:jc w:val="center"/>
              <w:rPr>
                <w:noProof/>
                <w:sz w:val="20"/>
                <w:szCs w:val="20"/>
              </w:rPr>
            </w:pPr>
            <w:r w:rsidRPr="00F51F43">
              <w:rPr>
                <w:noProof/>
                <w:sz w:val="20"/>
                <w:szCs w:val="20"/>
              </w:rPr>
              <w:t>reakcije djece, fotodokumentacija</w:t>
            </w:r>
          </w:p>
        </w:tc>
      </w:tr>
      <w:tr w:rsidR="00ED17BE" w:rsidRPr="00F51F43" w14:paraId="68788B6D" w14:textId="77777777" w:rsidTr="00ED17BE">
        <w:trPr>
          <w:cantSplit/>
          <w:jc w:val="center"/>
        </w:trPr>
        <w:tc>
          <w:tcPr>
            <w:tcW w:w="1101" w:type="dxa"/>
            <w:tcMar>
              <w:top w:w="80" w:type="dxa"/>
              <w:left w:w="80" w:type="dxa"/>
              <w:bottom w:w="80" w:type="dxa"/>
              <w:right w:w="80" w:type="dxa"/>
            </w:tcMar>
            <w:vAlign w:val="center"/>
          </w:tcPr>
          <w:p w14:paraId="36E6F9AB"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Adela N.</w:t>
            </w:r>
          </w:p>
        </w:tc>
        <w:tc>
          <w:tcPr>
            <w:tcW w:w="992" w:type="dxa"/>
            <w:tcMar>
              <w:top w:w="80" w:type="dxa"/>
              <w:left w:w="80" w:type="dxa"/>
              <w:bottom w:w="80" w:type="dxa"/>
              <w:right w:w="80" w:type="dxa"/>
            </w:tcMar>
            <w:vAlign w:val="center"/>
          </w:tcPr>
          <w:p w14:paraId="5604DF86"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13FFFFAF"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5F00948B" w14:textId="77777777" w:rsidR="00ED17BE" w:rsidRPr="00F51F43" w:rsidRDefault="00ED17BE" w:rsidP="00ED17BE">
            <w:pPr>
              <w:spacing w:after="0" w:line="240" w:lineRule="auto"/>
              <w:jc w:val="center"/>
              <w:rPr>
                <w:noProof/>
                <w:sz w:val="20"/>
                <w:szCs w:val="20"/>
              </w:rPr>
            </w:pPr>
            <w:r w:rsidRPr="00F51F43">
              <w:rPr>
                <w:noProof/>
                <w:sz w:val="20"/>
                <w:szCs w:val="20"/>
              </w:rPr>
              <w:t>Sovice</w:t>
            </w:r>
          </w:p>
        </w:tc>
        <w:tc>
          <w:tcPr>
            <w:tcW w:w="2409" w:type="dxa"/>
            <w:tcMar>
              <w:top w:w="80" w:type="dxa"/>
              <w:left w:w="80" w:type="dxa"/>
              <w:bottom w:w="80" w:type="dxa"/>
              <w:right w:w="80" w:type="dxa"/>
            </w:tcMar>
            <w:vAlign w:val="center"/>
          </w:tcPr>
          <w:p w14:paraId="344F8CA3" w14:textId="77777777" w:rsidR="00ED17BE" w:rsidRPr="00F51F43" w:rsidRDefault="00ED17BE" w:rsidP="00ED17BE">
            <w:pPr>
              <w:spacing w:after="0" w:line="240" w:lineRule="auto"/>
              <w:jc w:val="center"/>
              <w:rPr>
                <w:noProof/>
                <w:sz w:val="20"/>
                <w:szCs w:val="20"/>
              </w:rPr>
            </w:pPr>
            <w:r w:rsidRPr="00F51F43">
              <w:rPr>
                <w:noProof/>
                <w:sz w:val="20"/>
                <w:szCs w:val="20"/>
              </w:rPr>
              <w:t>Poticati kreativno izražavanje i upoznati djecu s različitim likovnim tehnikama i materijalima</w:t>
            </w:r>
          </w:p>
        </w:tc>
        <w:tc>
          <w:tcPr>
            <w:tcW w:w="2387" w:type="dxa"/>
            <w:tcMar>
              <w:top w:w="80" w:type="dxa"/>
              <w:left w:w="80" w:type="dxa"/>
              <w:bottom w:w="80" w:type="dxa"/>
              <w:right w:w="80" w:type="dxa"/>
            </w:tcMar>
            <w:vAlign w:val="center"/>
          </w:tcPr>
          <w:p w14:paraId="6AD31185" w14:textId="77777777" w:rsidR="00ED17BE" w:rsidRPr="00F51F43" w:rsidRDefault="00ED17BE" w:rsidP="00ED17BE">
            <w:pPr>
              <w:spacing w:after="0" w:line="240" w:lineRule="auto"/>
              <w:jc w:val="center"/>
              <w:rPr>
                <w:noProof/>
                <w:sz w:val="20"/>
                <w:szCs w:val="20"/>
              </w:rPr>
            </w:pPr>
            <w:r w:rsidRPr="00F51F43">
              <w:rPr>
                <w:noProof/>
                <w:sz w:val="20"/>
                <w:szCs w:val="20"/>
              </w:rPr>
              <w:t>Razvoj fine motorike, razvoj mašte i kreativnosti, razvoj samostalnog likovnog izražavanja</w:t>
            </w:r>
          </w:p>
        </w:tc>
        <w:tc>
          <w:tcPr>
            <w:tcW w:w="2363" w:type="dxa"/>
            <w:tcMar>
              <w:top w:w="80" w:type="dxa"/>
              <w:left w:w="80" w:type="dxa"/>
              <w:bottom w:w="80" w:type="dxa"/>
              <w:right w:w="80" w:type="dxa"/>
            </w:tcMar>
            <w:vAlign w:val="center"/>
          </w:tcPr>
          <w:p w14:paraId="3E540005" w14:textId="77777777" w:rsidR="00ED17BE" w:rsidRPr="00F51F43" w:rsidRDefault="00ED17BE" w:rsidP="00ED17BE">
            <w:pPr>
              <w:spacing w:after="0" w:line="240" w:lineRule="auto"/>
              <w:jc w:val="center"/>
              <w:rPr>
                <w:noProof/>
                <w:sz w:val="20"/>
                <w:szCs w:val="20"/>
              </w:rPr>
            </w:pPr>
            <w:r w:rsidRPr="00F51F43">
              <w:rPr>
                <w:noProof/>
                <w:sz w:val="20"/>
                <w:szCs w:val="20"/>
              </w:rPr>
              <w:t>slikanje na platnu</w:t>
            </w:r>
          </w:p>
        </w:tc>
        <w:tc>
          <w:tcPr>
            <w:tcW w:w="2088" w:type="dxa"/>
            <w:tcMar>
              <w:top w:w="80" w:type="dxa"/>
              <w:left w:w="80" w:type="dxa"/>
              <w:bottom w:w="80" w:type="dxa"/>
              <w:right w:w="80" w:type="dxa"/>
            </w:tcMar>
            <w:vAlign w:val="center"/>
          </w:tcPr>
          <w:p w14:paraId="37919E74" w14:textId="77777777" w:rsidR="00ED17BE" w:rsidRPr="00F51F43" w:rsidRDefault="00ED17BE" w:rsidP="00ED17BE">
            <w:pPr>
              <w:spacing w:after="0" w:line="240" w:lineRule="auto"/>
              <w:jc w:val="center"/>
              <w:rPr>
                <w:noProof/>
                <w:sz w:val="20"/>
                <w:szCs w:val="20"/>
              </w:rPr>
            </w:pPr>
            <w:r w:rsidRPr="00F51F43">
              <w:rPr>
                <w:noProof/>
                <w:sz w:val="20"/>
                <w:szCs w:val="20"/>
              </w:rPr>
              <w:t>reakcije djece, fotodokumentacija</w:t>
            </w:r>
          </w:p>
        </w:tc>
      </w:tr>
      <w:tr w:rsidR="00ED17BE" w:rsidRPr="00F51F43" w14:paraId="00185958" w14:textId="77777777" w:rsidTr="00ED17BE">
        <w:trPr>
          <w:cantSplit/>
          <w:jc w:val="center"/>
        </w:trPr>
        <w:tc>
          <w:tcPr>
            <w:tcW w:w="1101" w:type="dxa"/>
            <w:tcMar>
              <w:top w:w="80" w:type="dxa"/>
              <w:left w:w="80" w:type="dxa"/>
              <w:bottom w:w="80" w:type="dxa"/>
              <w:right w:w="80" w:type="dxa"/>
            </w:tcMar>
            <w:vAlign w:val="center"/>
          </w:tcPr>
          <w:p w14:paraId="7389B2C8" w14:textId="77777777" w:rsidR="00ED17BE" w:rsidRPr="00F51F43" w:rsidRDefault="00ED17BE" w:rsidP="00ED17BE">
            <w:pPr>
              <w:spacing w:after="0" w:line="240" w:lineRule="auto"/>
              <w:jc w:val="center"/>
              <w:rPr>
                <w:noProof/>
                <w:sz w:val="20"/>
                <w:szCs w:val="20"/>
              </w:rPr>
            </w:pPr>
            <w:r w:rsidRPr="00F51F43">
              <w:rPr>
                <w:noProof/>
                <w:sz w:val="20"/>
                <w:szCs w:val="20"/>
              </w:rPr>
              <w:t>Vesna T. (kuharica)</w:t>
            </w:r>
          </w:p>
        </w:tc>
        <w:tc>
          <w:tcPr>
            <w:tcW w:w="992" w:type="dxa"/>
            <w:tcMar>
              <w:top w:w="80" w:type="dxa"/>
              <w:left w:w="80" w:type="dxa"/>
              <w:bottom w:w="80" w:type="dxa"/>
              <w:right w:w="80" w:type="dxa"/>
            </w:tcMar>
            <w:vAlign w:val="center"/>
          </w:tcPr>
          <w:p w14:paraId="049C88DD"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043B3079" w14:textId="77777777" w:rsidR="00ED17BE" w:rsidRPr="00F51F43" w:rsidRDefault="00ED17BE" w:rsidP="00ED17BE">
            <w:pPr>
              <w:spacing w:after="0" w:line="240" w:lineRule="auto"/>
              <w:jc w:val="center"/>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6DBF4F8C" w14:textId="77777777" w:rsidR="00ED17BE" w:rsidRPr="00F51F43" w:rsidRDefault="00ED17BE" w:rsidP="00ED17BE">
            <w:pPr>
              <w:spacing w:after="0" w:line="240" w:lineRule="auto"/>
              <w:jc w:val="center"/>
              <w:rPr>
                <w:noProof/>
                <w:sz w:val="20"/>
                <w:szCs w:val="20"/>
              </w:rPr>
            </w:pPr>
            <w:r w:rsidRPr="00F51F43">
              <w:rPr>
                <w:noProof/>
                <w:sz w:val="20"/>
                <w:szCs w:val="20"/>
              </w:rPr>
              <w:t>Vesele rode</w:t>
            </w:r>
          </w:p>
        </w:tc>
        <w:tc>
          <w:tcPr>
            <w:tcW w:w="2409" w:type="dxa"/>
            <w:tcMar>
              <w:top w:w="80" w:type="dxa"/>
              <w:left w:w="80" w:type="dxa"/>
              <w:bottom w:w="80" w:type="dxa"/>
              <w:right w:w="80" w:type="dxa"/>
            </w:tcMar>
            <w:vAlign w:val="center"/>
          </w:tcPr>
          <w:p w14:paraId="5F5B9389" w14:textId="77777777" w:rsidR="00ED17BE" w:rsidRPr="00F51F43" w:rsidRDefault="00ED17BE" w:rsidP="00ED17BE">
            <w:pPr>
              <w:spacing w:after="0" w:line="240" w:lineRule="auto"/>
              <w:jc w:val="center"/>
              <w:rPr>
                <w:noProof/>
                <w:sz w:val="20"/>
                <w:szCs w:val="20"/>
              </w:rPr>
            </w:pPr>
            <w:r w:rsidRPr="00F51F43">
              <w:rPr>
                <w:noProof/>
                <w:sz w:val="20"/>
                <w:szCs w:val="20"/>
              </w:rPr>
              <w:t>predstaviti djeci zanimanje kuharice</w:t>
            </w:r>
          </w:p>
        </w:tc>
        <w:tc>
          <w:tcPr>
            <w:tcW w:w="2387" w:type="dxa"/>
            <w:tcMar>
              <w:top w:w="80" w:type="dxa"/>
              <w:left w:w="80" w:type="dxa"/>
              <w:bottom w:w="80" w:type="dxa"/>
              <w:right w:w="80" w:type="dxa"/>
            </w:tcMar>
            <w:vAlign w:val="center"/>
          </w:tcPr>
          <w:p w14:paraId="5737DB57" w14:textId="77777777" w:rsidR="00ED17BE" w:rsidRPr="00F51F43" w:rsidRDefault="00ED17BE" w:rsidP="00ED17BE">
            <w:pPr>
              <w:spacing w:after="0" w:line="240" w:lineRule="auto"/>
              <w:jc w:val="center"/>
              <w:rPr>
                <w:noProof/>
                <w:sz w:val="20"/>
                <w:szCs w:val="20"/>
              </w:rPr>
            </w:pPr>
            <w:r w:rsidRPr="00F51F43">
              <w:rPr>
                <w:noProof/>
                <w:sz w:val="20"/>
                <w:szCs w:val="20"/>
              </w:rPr>
              <w:t>razvoj fine motorike gnječenjem i oblikovanjem tjesta, razvoj osjetilnog istraživanja kroz dodir, miris i promatranje sastojaka</w:t>
            </w:r>
          </w:p>
        </w:tc>
        <w:tc>
          <w:tcPr>
            <w:tcW w:w="2363" w:type="dxa"/>
            <w:tcMar>
              <w:top w:w="80" w:type="dxa"/>
              <w:left w:w="80" w:type="dxa"/>
              <w:bottom w:w="80" w:type="dxa"/>
              <w:right w:w="80" w:type="dxa"/>
            </w:tcMar>
            <w:vAlign w:val="center"/>
          </w:tcPr>
          <w:p w14:paraId="14E67A04" w14:textId="77777777" w:rsidR="00ED17BE" w:rsidRPr="00F51F43" w:rsidRDefault="00ED17BE" w:rsidP="00ED17BE">
            <w:pPr>
              <w:spacing w:after="0" w:line="240" w:lineRule="auto"/>
              <w:jc w:val="center"/>
              <w:rPr>
                <w:noProof/>
                <w:sz w:val="20"/>
                <w:szCs w:val="20"/>
              </w:rPr>
            </w:pPr>
            <w:r w:rsidRPr="00F51F43">
              <w:rPr>
                <w:noProof/>
                <w:sz w:val="20"/>
                <w:szCs w:val="20"/>
              </w:rPr>
              <w:t>izrada kruha povodom Dana kruha</w:t>
            </w:r>
          </w:p>
        </w:tc>
        <w:tc>
          <w:tcPr>
            <w:tcW w:w="2088" w:type="dxa"/>
            <w:tcMar>
              <w:top w:w="80" w:type="dxa"/>
              <w:left w:w="80" w:type="dxa"/>
              <w:bottom w:w="80" w:type="dxa"/>
              <w:right w:w="80" w:type="dxa"/>
            </w:tcMar>
            <w:vAlign w:val="center"/>
          </w:tcPr>
          <w:p w14:paraId="68E3A406"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suradnika</w:t>
            </w:r>
          </w:p>
        </w:tc>
      </w:tr>
      <w:tr w:rsidR="00ED17BE" w:rsidRPr="00F51F43" w14:paraId="5B8FA4FB" w14:textId="77777777" w:rsidTr="00ED17BE">
        <w:trPr>
          <w:cantSplit/>
          <w:jc w:val="center"/>
        </w:trPr>
        <w:tc>
          <w:tcPr>
            <w:tcW w:w="1101" w:type="dxa"/>
            <w:tcMar>
              <w:top w:w="80" w:type="dxa"/>
              <w:left w:w="80" w:type="dxa"/>
              <w:bottom w:w="80" w:type="dxa"/>
              <w:right w:w="80" w:type="dxa"/>
            </w:tcMar>
            <w:vAlign w:val="center"/>
          </w:tcPr>
          <w:p w14:paraId="41282C4E" w14:textId="77777777" w:rsidR="00ED17BE" w:rsidRPr="00F51F43" w:rsidRDefault="00ED17BE" w:rsidP="00ED17BE">
            <w:pPr>
              <w:spacing w:after="0" w:line="240" w:lineRule="auto"/>
              <w:jc w:val="center"/>
              <w:rPr>
                <w:noProof/>
                <w:sz w:val="20"/>
                <w:szCs w:val="20"/>
              </w:rPr>
            </w:pPr>
            <w:r w:rsidRPr="00F51F43">
              <w:rPr>
                <w:noProof/>
                <w:sz w:val="20"/>
                <w:szCs w:val="20"/>
              </w:rPr>
              <w:t>Antonia G.</w:t>
            </w:r>
          </w:p>
        </w:tc>
        <w:tc>
          <w:tcPr>
            <w:tcW w:w="992" w:type="dxa"/>
            <w:tcMar>
              <w:top w:w="80" w:type="dxa"/>
              <w:left w:w="80" w:type="dxa"/>
              <w:bottom w:w="80" w:type="dxa"/>
              <w:right w:w="80" w:type="dxa"/>
            </w:tcMar>
            <w:vAlign w:val="center"/>
          </w:tcPr>
          <w:p w14:paraId="3D38940A" w14:textId="77777777" w:rsidR="00ED17BE" w:rsidRPr="00F51F43" w:rsidRDefault="00ED17BE" w:rsidP="00ED17BE">
            <w:pPr>
              <w:spacing w:after="0" w:line="240" w:lineRule="auto"/>
              <w:jc w:val="center"/>
              <w:rPr>
                <w:noProof/>
                <w:sz w:val="20"/>
                <w:szCs w:val="20"/>
              </w:rPr>
            </w:pPr>
            <w:r w:rsidRPr="00F51F43">
              <w:rPr>
                <w:noProof/>
                <w:sz w:val="20"/>
                <w:szCs w:val="20"/>
              </w:rPr>
              <w:t>siječanj</w:t>
            </w:r>
          </w:p>
        </w:tc>
        <w:tc>
          <w:tcPr>
            <w:tcW w:w="851" w:type="dxa"/>
            <w:tcMar>
              <w:top w:w="80" w:type="dxa"/>
              <w:left w:w="80" w:type="dxa"/>
              <w:bottom w:w="80" w:type="dxa"/>
              <w:right w:w="80" w:type="dxa"/>
            </w:tcMar>
            <w:vAlign w:val="center"/>
          </w:tcPr>
          <w:p w14:paraId="3E9413BB" w14:textId="77777777" w:rsidR="00ED17BE" w:rsidRPr="00F51F43" w:rsidRDefault="00ED17BE" w:rsidP="00ED17BE">
            <w:pPr>
              <w:spacing w:after="0" w:line="240" w:lineRule="auto"/>
              <w:jc w:val="center"/>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51C5CD71" w14:textId="77777777" w:rsidR="00ED17BE" w:rsidRPr="00F51F43" w:rsidRDefault="00ED17BE" w:rsidP="00ED17BE">
            <w:pPr>
              <w:spacing w:after="0" w:line="240" w:lineRule="auto"/>
              <w:jc w:val="center"/>
              <w:rPr>
                <w:noProof/>
                <w:sz w:val="20"/>
                <w:szCs w:val="20"/>
              </w:rPr>
            </w:pPr>
            <w:r w:rsidRPr="00F51F43">
              <w:rPr>
                <w:noProof/>
                <w:sz w:val="20"/>
                <w:szCs w:val="20"/>
              </w:rPr>
              <w:t>Vesele rode</w:t>
            </w:r>
          </w:p>
        </w:tc>
        <w:tc>
          <w:tcPr>
            <w:tcW w:w="2409" w:type="dxa"/>
            <w:tcMar>
              <w:top w:w="80" w:type="dxa"/>
              <w:left w:w="80" w:type="dxa"/>
              <w:bottom w:w="80" w:type="dxa"/>
              <w:right w:w="80" w:type="dxa"/>
            </w:tcMar>
            <w:vAlign w:val="center"/>
          </w:tcPr>
          <w:p w14:paraId="2C674018" w14:textId="77777777" w:rsidR="00ED17BE" w:rsidRPr="00F51F43" w:rsidRDefault="00ED17BE" w:rsidP="00ED17BE">
            <w:pPr>
              <w:spacing w:after="0" w:line="240" w:lineRule="auto"/>
              <w:jc w:val="center"/>
              <w:rPr>
                <w:noProof/>
                <w:sz w:val="20"/>
                <w:szCs w:val="20"/>
              </w:rPr>
            </w:pPr>
            <w:r w:rsidRPr="00F51F43">
              <w:rPr>
                <w:noProof/>
                <w:sz w:val="20"/>
                <w:szCs w:val="20"/>
              </w:rPr>
              <w:t>predstaviti djeci zanimanje učiteljice</w:t>
            </w:r>
          </w:p>
        </w:tc>
        <w:tc>
          <w:tcPr>
            <w:tcW w:w="2387" w:type="dxa"/>
            <w:tcMar>
              <w:top w:w="80" w:type="dxa"/>
              <w:left w:w="80" w:type="dxa"/>
              <w:bottom w:w="80" w:type="dxa"/>
              <w:right w:w="80" w:type="dxa"/>
            </w:tcMar>
            <w:vAlign w:val="center"/>
          </w:tcPr>
          <w:p w14:paraId="10129C9B" w14:textId="77777777" w:rsidR="00ED17BE" w:rsidRPr="00F51F43" w:rsidRDefault="00ED17BE" w:rsidP="00ED17BE">
            <w:pPr>
              <w:spacing w:after="0" w:line="240" w:lineRule="auto"/>
              <w:jc w:val="center"/>
              <w:rPr>
                <w:noProof/>
                <w:sz w:val="20"/>
                <w:szCs w:val="20"/>
              </w:rPr>
            </w:pPr>
            <w:r w:rsidRPr="00F51F43">
              <w:rPr>
                <w:noProof/>
                <w:sz w:val="20"/>
                <w:szCs w:val="20"/>
              </w:rPr>
              <w:t>razvoj govora i obogaćivanje rječnika slušanjem slikovnice i razgovorom, razvoj kreativnog izražavanja kroz crtanje i pjevanje, razvoj motorike i osjećaj za ritam kroz jednostavne tjelesne pokrete i pokret uz glazbu</w:t>
            </w:r>
          </w:p>
        </w:tc>
        <w:tc>
          <w:tcPr>
            <w:tcW w:w="2363" w:type="dxa"/>
            <w:tcMar>
              <w:top w:w="80" w:type="dxa"/>
              <w:left w:w="80" w:type="dxa"/>
              <w:bottom w:w="80" w:type="dxa"/>
              <w:right w:w="80" w:type="dxa"/>
            </w:tcMar>
            <w:vAlign w:val="center"/>
          </w:tcPr>
          <w:p w14:paraId="350EAF84" w14:textId="77777777" w:rsidR="00ED17BE" w:rsidRPr="00F51F43" w:rsidRDefault="00ED17BE" w:rsidP="00ED17BE">
            <w:pPr>
              <w:spacing w:after="0" w:line="240" w:lineRule="auto"/>
              <w:jc w:val="center"/>
              <w:rPr>
                <w:noProof/>
                <w:sz w:val="20"/>
                <w:szCs w:val="20"/>
              </w:rPr>
            </w:pPr>
            <w:r w:rsidRPr="00F51F43">
              <w:rPr>
                <w:noProof/>
                <w:sz w:val="20"/>
                <w:szCs w:val="20"/>
              </w:rPr>
              <w:t>čitanje slikovnica, predstavljanje jednog školskog sata (likovni, tjelesni, glazbeni)</w:t>
            </w:r>
          </w:p>
        </w:tc>
        <w:tc>
          <w:tcPr>
            <w:tcW w:w="2088" w:type="dxa"/>
            <w:tcMar>
              <w:top w:w="80" w:type="dxa"/>
              <w:left w:w="80" w:type="dxa"/>
              <w:bottom w:w="80" w:type="dxa"/>
              <w:right w:w="80" w:type="dxa"/>
            </w:tcMar>
            <w:vAlign w:val="center"/>
          </w:tcPr>
          <w:p w14:paraId="0F702031"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suradnika</w:t>
            </w:r>
          </w:p>
        </w:tc>
      </w:tr>
      <w:tr w:rsidR="00ED17BE" w:rsidRPr="00F51F43" w14:paraId="0D25066A" w14:textId="77777777" w:rsidTr="00ED17BE">
        <w:trPr>
          <w:cantSplit/>
          <w:jc w:val="center"/>
        </w:trPr>
        <w:tc>
          <w:tcPr>
            <w:tcW w:w="1101" w:type="dxa"/>
            <w:tcMar>
              <w:top w:w="80" w:type="dxa"/>
              <w:left w:w="80" w:type="dxa"/>
              <w:bottom w:w="80" w:type="dxa"/>
              <w:right w:w="80" w:type="dxa"/>
            </w:tcMar>
            <w:vAlign w:val="center"/>
          </w:tcPr>
          <w:p w14:paraId="30B91F54" w14:textId="77777777" w:rsidR="00ED17BE" w:rsidRPr="00F51F43" w:rsidRDefault="00ED17BE" w:rsidP="00ED17BE">
            <w:pPr>
              <w:spacing w:after="0" w:line="240" w:lineRule="auto"/>
              <w:jc w:val="center"/>
              <w:rPr>
                <w:noProof/>
                <w:sz w:val="20"/>
                <w:szCs w:val="20"/>
              </w:rPr>
            </w:pPr>
            <w:r w:rsidRPr="00F51F43">
              <w:rPr>
                <w:noProof/>
                <w:sz w:val="20"/>
                <w:szCs w:val="20"/>
              </w:rPr>
              <w:t>Karla K.</w:t>
            </w:r>
          </w:p>
        </w:tc>
        <w:tc>
          <w:tcPr>
            <w:tcW w:w="992" w:type="dxa"/>
            <w:tcMar>
              <w:top w:w="80" w:type="dxa"/>
              <w:left w:w="80" w:type="dxa"/>
              <w:bottom w:w="80" w:type="dxa"/>
              <w:right w:w="80" w:type="dxa"/>
            </w:tcMar>
            <w:vAlign w:val="center"/>
          </w:tcPr>
          <w:p w14:paraId="48F3B3CE"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4845BAF4" w14:textId="77777777" w:rsidR="00ED17BE" w:rsidRPr="00F51F43" w:rsidRDefault="00ED17BE" w:rsidP="00ED17BE">
            <w:pPr>
              <w:spacing w:after="0" w:line="240" w:lineRule="auto"/>
              <w:jc w:val="center"/>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362209AB" w14:textId="77777777" w:rsidR="00ED17BE" w:rsidRPr="00F51F43" w:rsidRDefault="00ED17BE" w:rsidP="00ED17BE">
            <w:pPr>
              <w:spacing w:after="0" w:line="240" w:lineRule="auto"/>
              <w:jc w:val="center"/>
              <w:rPr>
                <w:noProof/>
                <w:sz w:val="20"/>
                <w:szCs w:val="20"/>
              </w:rPr>
            </w:pPr>
            <w:r w:rsidRPr="00F51F43">
              <w:rPr>
                <w:noProof/>
                <w:sz w:val="20"/>
                <w:szCs w:val="20"/>
              </w:rPr>
              <w:t>Vesele rode</w:t>
            </w:r>
          </w:p>
        </w:tc>
        <w:tc>
          <w:tcPr>
            <w:tcW w:w="2409" w:type="dxa"/>
            <w:tcMar>
              <w:top w:w="80" w:type="dxa"/>
              <w:left w:w="80" w:type="dxa"/>
              <w:bottom w:w="80" w:type="dxa"/>
              <w:right w:w="80" w:type="dxa"/>
            </w:tcMar>
            <w:vAlign w:val="center"/>
          </w:tcPr>
          <w:p w14:paraId="52D9B598" w14:textId="77777777" w:rsidR="00ED17BE" w:rsidRPr="00F51F43" w:rsidRDefault="00ED17BE" w:rsidP="00ED17BE">
            <w:pPr>
              <w:spacing w:after="0" w:line="240" w:lineRule="auto"/>
              <w:jc w:val="center"/>
              <w:rPr>
                <w:noProof/>
                <w:sz w:val="20"/>
                <w:szCs w:val="20"/>
              </w:rPr>
            </w:pPr>
            <w:r w:rsidRPr="00F51F43">
              <w:rPr>
                <w:noProof/>
                <w:sz w:val="20"/>
                <w:szCs w:val="20"/>
              </w:rPr>
              <w:t>predstaviti djeci zanimanje medicinska sestra</w:t>
            </w:r>
          </w:p>
        </w:tc>
        <w:tc>
          <w:tcPr>
            <w:tcW w:w="2387" w:type="dxa"/>
            <w:tcMar>
              <w:top w:w="80" w:type="dxa"/>
              <w:left w:w="80" w:type="dxa"/>
              <w:bottom w:w="80" w:type="dxa"/>
              <w:right w:w="80" w:type="dxa"/>
            </w:tcMar>
            <w:vAlign w:val="center"/>
          </w:tcPr>
          <w:p w14:paraId="05186535" w14:textId="77777777" w:rsidR="00ED17BE" w:rsidRPr="00F51F43" w:rsidRDefault="00ED17BE" w:rsidP="00ED17BE">
            <w:pPr>
              <w:spacing w:after="0" w:line="240" w:lineRule="auto"/>
              <w:jc w:val="center"/>
              <w:rPr>
                <w:noProof/>
                <w:sz w:val="20"/>
                <w:szCs w:val="20"/>
              </w:rPr>
            </w:pPr>
            <w:r w:rsidRPr="00F51F43">
              <w:rPr>
                <w:noProof/>
                <w:sz w:val="20"/>
                <w:szCs w:val="20"/>
              </w:rPr>
              <w:t>razvoj osjećaja sigurnosti i povjerenja prema zdravstvenim djelatnicima, razvoj empatije i brige za djecu kroz simboličku igru</w:t>
            </w:r>
          </w:p>
        </w:tc>
        <w:tc>
          <w:tcPr>
            <w:tcW w:w="2363" w:type="dxa"/>
            <w:tcMar>
              <w:top w:w="80" w:type="dxa"/>
              <w:left w:w="80" w:type="dxa"/>
              <w:bottom w:w="80" w:type="dxa"/>
              <w:right w:w="80" w:type="dxa"/>
            </w:tcMar>
            <w:vAlign w:val="center"/>
          </w:tcPr>
          <w:p w14:paraId="13EF65B1" w14:textId="77777777" w:rsidR="00ED17BE" w:rsidRPr="00F51F43" w:rsidRDefault="00ED17BE" w:rsidP="00ED17BE">
            <w:pPr>
              <w:spacing w:after="0" w:line="240" w:lineRule="auto"/>
              <w:jc w:val="center"/>
              <w:rPr>
                <w:noProof/>
                <w:sz w:val="20"/>
                <w:szCs w:val="20"/>
              </w:rPr>
            </w:pPr>
            <w:r w:rsidRPr="00F51F43">
              <w:rPr>
                <w:noProof/>
                <w:sz w:val="20"/>
                <w:szCs w:val="20"/>
              </w:rPr>
              <w:t>upoznavanje zanimanja medicinska sestra, razvoj sposobnosti uživljavanja i suosjećanja u stanja drugih - Simbolička igra (liječnik/bolesnik) – Oformljavanje lječničkog centra</w:t>
            </w:r>
          </w:p>
        </w:tc>
        <w:tc>
          <w:tcPr>
            <w:tcW w:w="2088" w:type="dxa"/>
            <w:tcMar>
              <w:top w:w="80" w:type="dxa"/>
              <w:left w:w="80" w:type="dxa"/>
              <w:bottom w:w="80" w:type="dxa"/>
              <w:right w:w="80" w:type="dxa"/>
            </w:tcMar>
            <w:vAlign w:val="center"/>
          </w:tcPr>
          <w:p w14:paraId="621CFD0F"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suradnika</w:t>
            </w:r>
          </w:p>
        </w:tc>
      </w:tr>
      <w:tr w:rsidR="00ED17BE" w:rsidRPr="00F51F43" w14:paraId="1173511C" w14:textId="77777777" w:rsidTr="00ED17BE">
        <w:trPr>
          <w:cantSplit/>
          <w:jc w:val="center"/>
        </w:trPr>
        <w:tc>
          <w:tcPr>
            <w:tcW w:w="1101" w:type="dxa"/>
            <w:tcMar>
              <w:top w:w="80" w:type="dxa"/>
              <w:left w:w="80" w:type="dxa"/>
              <w:bottom w:w="80" w:type="dxa"/>
              <w:right w:w="80" w:type="dxa"/>
            </w:tcMar>
            <w:vAlign w:val="center"/>
          </w:tcPr>
          <w:p w14:paraId="6073BB71"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Ana N.</w:t>
            </w:r>
          </w:p>
        </w:tc>
        <w:tc>
          <w:tcPr>
            <w:tcW w:w="992" w:type="dxa"/>
            <w:tcMar>
              <w:top w:w="80" w:type="dxa"/>
              <w:left w:w="80" w:type="dxa"/>
              <w:bottom w:w="80" w:type="dxa"/>
              <w:right w:w="80" w:type="dxa"/>
            </w:tcMar>
            <w:vAlign w:val="center"/>
          </w:tcPr>
          <w:p w14:paraId="52EABAF6"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12135233" w14:textId="77777777" w:rsidR="00ED17BE" w:rsidRPr="00F51F43" w:rsidRDefault="00ED17BE" w:rsidP="00ED17BE">
            <w:pPr>
              <w:spacing w:after="0" w:line="240" w:lineRule="auto"/>
              <w:jc w:val="center"/>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0A453869" w14:textId="77777777" w:rsidR="00ED17BE" w:rsidRPr="00F51F43" w:rsidRDefault="00ED17BE" w:rsidP="00ED17BE">
            <w:pPr>
              <w:spacing w:after="0" w:line="240" w:lineRule="auto"/>
              <w:jc w:val="center"/>
              <w:rPr>
                <w:noProof/>
                <w:sz w:val="20"/>
                <w:szCs w:val="20"/>
              </w:rPr>
            </w:pPr>
            <w:r w:rsidRPr="00F51F43">
              <w:rPr>
                <w:noProof/>
                <w:sz w:val="20"/>
                <w:szCs w:val="20"/>
              </w:rPr>
              <w:t>Vesele rode</w:t>
            </w:r>
          </w:p>
        </w:tc>
        <w:tc>
          <w:tcPr>
            <w:tcW w:w="2409" w:type="dxa"/>
            <w:tcMar>
              <w:top w:w="80" w:type="dxa"/>
              <w:left w:w="80" w:type="dxa"/>
              <w:bottom w:w="80" w:type="dxa"/>
              <w:right w:w="80" w:type="dxa"/>
            </w:tcMar>
            <w:vAlign w:val="center"/>
          </w:tcPr>
          <w:p w14:paraId="1C91CB5F" w14:textId="77777777" w:rsidR="00ED17BE" w:rsidRPr="00F51F43" w:rsidRDefault="00ED17BE" w:rsidP="00ED17BE">
            <w:pPr>
              <w:spacing w:after="0" w:line="240" w:lineRule="auto"/>
              <w:jc w:val="center"/>
              <w:rPr>
                <w:noProof/>
                <w:sz w:val="20"/>
                <w:szCs w:val="20"/>
              </w:rPr>
            </w:pPr>
            <w:r w:rsidRPr="00F51F43">
              <w:rPr>
                <w:noProof/>
                <w:sz w:val="20"/>
                <w:szCs w:val="20"/>
              </w:rPr>
              <w:t>predstaviti djeci zanimanje kemičara</w:t>
            </w:r>
          </w:p>
        </w:tc>
        <w:tc>
          <w:tcPr>
            <w:tcW w:w="2387" w:type="dxa"/>
            <w:tcMar>
              <w:top w:w="80" w:type="dxa"/>
              <w:left w:w="80" w:type="dxa"/>
              <w:bottom w:w="80" w:type="dxa"/>
              <w:right w:w="80" w:type="dxa"/>
            </w:tcMar>
            <w:vAlign w:val="center"/>
          </w:tcPr>
          <w:p w14:paraId="2033A9F8" w14:textId="77777777" w:rsidR="00ED17BE" w:rsidRPr="00F51F43" w:rsidRDefault="00ED17BE" w:rsidP="00ED17BE">
            <w:pPr>
              <w:spacing w:after="0" w:line="240" w:lineRule="auto"/>
              <w:jc w:val="center"/>
              <w:rPr>
                <w:noProof/>
                <w:sz w:val="20"/>
                <w:szCs w:val="20"/>
              </w:rPr>
            </w:pPr>
            <w:r w:rsidRPr="00F51F43">
              <w:rPr>
                <w:noProof/>
                <w:sz w:val="20"/>
                <w:szCs w:val="20"/>
              </w:rPr>
              <w:t>razvoj znatiželje i istraživački interes promatranjem miješanja sastojaka, razvoj fine motorike i osjetilnog iskustva tijekom izrade sapuna</w:t>
            </w:r>
          </w:p>
        </w:tc>
        <w:tc>
          <w:tcPr>
            <w:tcW w:w="2363" w:type="dxa"/>
            <w:tcMar>
              <w:top w:w="80" w:type="dxa"/>
              <w:left w:w="80" w:type="dxa"/>
              <w:bottom w:w="80" w:type="dxa"/>
              <w:right w:w="80" w:type="dxa"/>
            </w:tcMar>
            <w:vAlign w:val="center"/>
          </w:tcPr>
          <w:p w14:paraId="790C5A3E" w14:textId="77777777" w:rsidR="00ED17BE" w:rsidRPr="00F51F43" w:rsidRDefault="00ED17BE" w:rsidP="00ED17BE">
            <w:pPr>
              <w:spacing w:after="0" w:line="240" w:lineRule="auto"/>
              <w:jc w:val="center"/>
              <w:rPr>
                <w:noProof/>
                <w:sz w:val="20"/>
                <w:szCs w:val="20"/>
              </w:rPr>
            </w:pPr>
            <w:r w:rsidRPr="00F51F43">
              <w:rPr>
                <w:noProof/>
                <w:sz w:val="20"/>
                <w:szCs w:val="20"/>
              </w:rPr>
              <w:t>izrada sapuna</w:t>
            </w:r>
          </w:p>
        </w:tc>
        <w:tc>
          <w:tcPr>
            <w:tcW w:w="2088" w:type="dxa"/>
            <w:tcMar>
              <w:top w:w="80" w:type="dxa"/>
              <w:left w:w="80" w:type="dxa"/>
              <w:bottom w:w="80" w:type="dxa"/>
              <w:right w:w="80" w:type="dxa"/>
            </w:tcMar>
            <w:vAlign w:val="center"/>
          </w:tcPr>
          <w:p w14:paraId="69EF03D7"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suradnika</w:t>
            </w:r>
          </w:p>
        </w:tc>
      </w:tr>
      <w:tr w:rsidR="00ED17BE" w:rsidRPr="00F51F43" w14:paraId="70098B8C" w14:textId="77777777" w:rsidTr="00ED17BE">
        <w:trPr>
          <w:cantSplit/>
          <w:jc w:val="center"/>
        </w:trPr>
        <w:tc>
          <w:tcPr>
            <w:tcW w:w="1101" w:type="dxa"/>
            <w:tcMar>
              <w:top w:w="80" w:type="dxa"/>
              <w:left w:w="80" w:type="dxa"/>
              <w:bottom w:w="80" w:type="dxa"/>
              <w:right w:w="80" w:type="dxa"/>
            </w:tcMar>
            <w:vAlign w:val="center"/>
          </w:tcPr>
          <w:p w14:paraId="0FFB5845" w14:textId="77777777" w:rsidR="00ED17BE" w:rsidRPr="00F51F43" w:rsidRDefault="00ED17BE" w:rsidP="00ED17BE">
            <w:pPr>
              <w:spacing w:after="0" w:line="240" w:lineRule="auto"/>
              <w:jc w:val="center"/>
              <w:rPr>
                <w:noProof/>
                <w:sz w:val="20"/>
                <w:szCs w:val="20"/>
              </w:rPr>
            </w:pPr>
            <w:r w:rsidRPr="00F51F43">
              <w:rPr>
                <w:noProof/>
                <w:sz w:val="20"/>
                <w:szCs w:val="20"/>
              </w:rPr>
              <w:t>stomatologinja Ana Z.</w:t>
            </w:r>
          </w:p>
        </w:tc>
        <w:tc>
          <w:tcPr>
            <w:tcW w:w="992" w:type="dxa"/>
            <w:tcMar>
              <w:top w:w="80" w:type="dxa"/>
              <w:left w:w="80" w:type="dxa"/>
              <w:bottom w:w="80" w:type="dxa"/>
              <w:right w:w="80" w:type="dxa"/>
            </w:tcMar>
            <w:vAlign w:val="center"/>
          </w:tcPr>
          <w:p w14:paraId="38761247"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24A80503"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5CD5080C" w14:textId="77777777" w:rsidR="00ED17BE" w:rsidRPr="00F51F43" w:rsidRDefault="00ED17BE" w:rsidP="00ED17BE">
            <w:pPr>
              <w:spacing w:after="0" w:line="240" w:lineRule="auto"/>
              <w:jc w:val="center"/>
              <w:rPr>
                <w:noProof/>
                <w:sz w:val="20"/>
                <w:szCs w:val="20"/>
              </w:rPr>
            </w:pPr>
            <w:r w:rsidRPr="00F51F43">
              <w:rPr>
                <w:noProof/>
                <w:sz w:val="20"/>
                <w:szCs w:val="20"/>
              </w:rPr>
              <w:t>Zvjezdice</w:t>
            </w:r>
          </w:p>
        </w:tc>
        <w:tc>
          <w:tcPr>
            <w:tcW w:w="2409" w:type="dxa"/>
            <w:tcMar>
              <w:top w:w="80" w:type="dxa"/>
              <w:left w:w="80" w:type="dxa"/>
              <w:bottom w:w="80" w:type="dxa"/>
              <w:right w:w="80" w:type="dxa"/>
            </w:tcMar>
            <w:vAlign w:val="center"/>
          </w:tcPr>
          <w:p w14:paraId="73A2AAE5" w14:textId="77777777" w:rsidR="00ED17BE" w:rsidRPr="00F51F43" w:rsidRDefault="00ED17BE" w:rsidP="00ED17BE">
            <w:pPr>
              <w:spacing w:after="0" w:line="240" w:lineRule="auto"/>
              <w:jc w:val="center"/>
              <w:rPr>
                <w:noProof/>
                <w:sz w:val="20"/>
                <w:szCs w:val="20"/>
              </w:rPr>
            </w:pPr>
            <w:r w:rsidRPr="00F51F43">
              <w:rPr>
                <w:noProof/>
                <w:sz w:val="20"/>
                <w:szCs w:val="20"/>
              </w:rPr>
              <w:t>Suradnja sa stomatologom za dobrobit djeteta, njihovog oralnog zdravlja, važnosti oralne higijene, ohrabrivanje djeteta u budućim odlascima u ordinaciju stomatologa</w:t>
            </w:r>
          </w:p>
        </w:tc>
        <w:tc>
          <w:tcPr>
            <w:tcW w:w="2387" w:type="dxa"/>
            <w:tcMar>
              <w:top w:w="80" w:type="dxa"/>
              <w:left w:w="80" w:type="dxa"/>
              <w:bottom w:w="80" w:type="dxa"/>
              <w:right w:w="80" w:type="dxa"/>
            </w:tcMar>
            <w:vAlign w:val="center"/>
          </w:tcPr>
          <w:p w14:paraId="4282FAAB" w14:textId="77777777" w:rsidR="00ED17BE" w:rsidRPr="00F51F43" w:rsidRDefault="00ED17BE" w:rsidP="00ED17BE">
            <w:pPr>
              <w:spacing w:after="0" w:line="240" w:lineRule="auto"/>
              <w:jc w:val="center"/>
              <w:rPr>
                <w:noProof/>
                <w:sz w:val="20"/>
                <w:szCs w:val="20"/>
              </w:rPr>
            </w:pPr>
            <w:r w:rsidRPr="00F51F43">
              <w:rPr>
                <w:noProof/>
                <w:sz w:val="20"/>
                <w:szCs w:val="20"/>
              </w:rPr>
              <w:t>razvoj pozitivnih stavova prema okolini, stjecanje iskustva, razvoj sposobnosti uočavanja odnosa i veza među ljudima</w:t>
            </w:r>
          </w:p>
        </w:tc>
        <w:tc>
          <w:tcPr>
            <w:tcW w:w="2363" w:type="dxa"/>
            <w:tcMar>
              <w:top w:w="80" w:type="dxa"/>
              <w:left w:w="80" w:type="dxa"/>
              <w:bottom w:w="80" w:type="dxa"/>
              <w:right w:w="80" w:type="dxa"/>
            </w:tcMar>
            <w:vAlign w:val="center"/>
          </w:tcPr>
          <w:p w14:paraId="35D7461E" w14:textId="77777777" w:rsidR="00ED17BE" w:rsidRPr="00F51F43" w:rsidRDefault="00ED17BE" w:rsidP="00ED17BE">
            <w:pPr>
              <w:spacing w:after="0" w:line="240" w:lineRule="auto"/>
              <w:jc w:val="center"/>
              <w:rPr>
                <w:noProof/>
                <w:sz w:val="20"/>
                <w:szCs w:val="20"/>
              </w:rPr>
            </w:pPr>
            <w:r w:rsidRPr="00F51F43">
              <w:rPr>
                <w:noProof/>
                <w:sz w:val="20"/>
                <w:szCs w:val="20"/>
              </w:rPr>
              <w:t>pravilno četkanje modela zubi, zajedničko četkanje vlastitih zubi, priča o Gricu i Grecu, likovne aktivnosti, senzomotoričke aktivnosti</w:t>
            </w:r>
          </w:p>
        </w:tc>
        <w:tc>
          <w:tcPr>
            <w:tcW w:w="2088" w:type="dxa"/>
            <w:tcMar>
              <w:top w:w="80" w:type="dxa"/>
              <w:left w:w="80" w:type="dxa"/>
              <w:bottom w:w="80" w:type="dxa"/>
              <w:right w:w="80" w:type="dxa"/>
            </w:tcMar>
            <w:vAlign w:val="center"/>
          </w:tcPr>
          <w:p w14:paraId="1EA9B821"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zanimanje djece za temu i roditelja</w:t>
            </w:r>
          </w:p>
        </w:tc>
      </w:tr>
      <w:tr w:rsidR="00ED17BE" w:rsidRPr="00F51F43" w14:paraId="6D25C314" w14:textId="77777777" w:rsidTr="00ED17BE">
        <w:trPr>
          <w:cantSplit/>
          <w:jc w:val="center"/>
        </w:trPr>
        <w:tc>
          <w:tcPr>
            <w:tcW w:w="1101" w:type="dxa"/>
            <w:tcMar>
              <w:top w:w="80" w:type="dxa"/>
              <w:left w:w="80" w:type="dxa"/>
              <w:bottom w:w="80" w:type="dxa"/>
              <w:right w:w="80" w:type="dxa"/>
            </w:tcMar>
            <w:vAlign w:val="center"/>
          </w:tcPr>
          <w:p w14:paraId="393B7797" w14:textId="77777777" w:rsidR="00ED17BE" w:rsidRPr="00F51F43" w:rsidRDefault="00ED17BE" w:rsidP="00ED17BE">
            <w:pPr>
              <w:spacing w:after="0" w:line="240" w:lineRule="auto"/>
              <w:jc w:val="center"/>
              <w:rPr>
                <w:noProof/>
                <w:sz w:val="20"/>
                <w:szCs w:val="20"/>
              </w:rPr>
            </w:pPr>
            <w:r w:rsidRPr="00F51F43">
              <w:rPr>
                <w:noProof/>
                <w:sz w:val="20"/>
                <w:szCs w:val="20"/>
              </w:rPr>
              <w:t>Katarina H.P.</w:t>
            </w:r>
          </w:p>
        </w:tc>
        <w:tc>
          <w:tcPr>
            <w:tcW w:w="992" w:type="dxa"/>
            <w:tcMar>
              <w:top w:w="80" w:type="dxa"/>
              <w:left w:w="80" w:type="dxa"/>
              <w:bottom w:w="80" w:type="dxa"/>
              <w:right w:w="80" w:type="dxa"/>
            </w:tcMar>
            <w:vAlign w:val="center"/>
          </w:tcPr>
          <w:p w14:paraId="3967ADE7" w14:textId="77777777" w:rsidR="00ED17BE" w:rsidRPr="00F51F43" w:rsidRDefault="00ED17BE" w:rsidP="00ED17BE">
            <w:pPr>
              <w:spacing w:after="0" w:line="240" w:lineRule="auto"/>
              <w:jc w:val="center"/>
              <w:rPr>
                <w:noProof/>
                <w:sz w:val="20"/>
                <w:szCs w:val="20"/>
              </w:rPr>
            </w:pPr>
            <w:r w:rsidRPr="00F51F43">
              <w:rPr>
                <w:noProof/>
                <w:sz w:val="20"/>
                <w:szCs w:val="20"/>
              </w:rPr>
              <w:t>prosinac</w:t>
            </w:r>
          </w:p>
        </w:tc>
        <w:tc>
          <w:tcPr>
            <w:tcW w:w="851" w:type="dxa"/>
            <w:tcMar>
              <w:top w:w="80" w:type="dxa"/>
              <w:left w:w="80" w:type="dxa"/>
              <w:bottom w:w="80" w:type="dxa"/>
              <w:right w:w="80" w:type="dxa"/>
            </w:tcMar>
            <w:vAlign w:val="center"/>
          </w:tcPr>
          <w:p w14:paraId="59874CC9"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36999B01" w14:textId="77777777" w:rsidR="00ED17BE" w:rsidRPr="00F51F43" w:rsidRDefault="00ED17BE" w:rsidP="00ED17BE">
            <w:pPr>
              <w:spacing w:after="0" w:line="240" w:lineRule="auto"/>
              <w:jc w:val="center"/>
              <w:rPr>
                <w:noProof/>
                <w:sz w:val="20"/>
                <w:szCs w:val="20"/>
              </w:rPr>
            </w:pPr>
            <w:r w:rsidRPr="00F51F43">
              <w:rPr>
                <w:noProof/>
                <w:sz w:val="20"/>
                <w:szCs w:val="20"/>
              </w:rPr>
              <w:t>Zvjezdice</w:t>
            </w:r>
          </w:p>
        </w:tc>
        <w:tc>
          <w:tcPr>
            <w:tcW w:w="2409" w:type="dxa"/>
            <w:tcMar>
              <w:top w:w="80" w:type="dxa"/>
              <w:left w:w="80" w:type="dxa"/>
              <w:bottom w:w="80" w:type="dxa"/>
              <w:right w:w="80" w:type="dxa"/>
            </w:tcMar>
            <w:vAlign w:val="center"/>
          </w:tcPr>
          <w:p w14:paraId="3DDC42FD" w14:textId="77777777" w:rsidR="00ED17BE" w:rsidRPr="00F51F43" w:rsidRDefault="00ED17BE" w:rsidP="00ED17BE">
            <w:pPr>
              <w:spacing w:after="0" w:line="240" w:lineRule="auto"/>
              <w:jc w:val="center"/>
              <w:rPr>
                <w:noProof/>
                <w:sz w:val="20"/>
                <w:szCs w:val="20"/>
              </w:rPr>
            </w:pPr>
            <w:r w:rsidRPr="00F51F43">
              <w:rPr>
                <w:noProof/>
                <w:sz w:val="20"/>
                <w:szCs w:val="20"/>
              </w:rPr>
              <w:t>Predstaviti djeci zanimanje slastičara</w:t>
            </w:r>
          </w:p>
        </w:tc>
        <w:tc>
          <w:tcPr>
            <w:tcW w:w="2387" w:type="dxa"/>
            <w:tcMar>
              <w:top w:w="80" w:type="dxa"/>
              <w:left w:w="80" w:type="dxa"/>
              <w:bottom w:w="80" w:type="dxa"/>
              <w:right w:w="80" w:type="dxa"/>
            </w:tcMar>
            <w:vAlign w:val="center"/>
          </w:tcPr>
          <w:p w14:paraId="4602C4A4" w14:textId="77777777" w:rsidR="00ED17BE" w:rsidRPr="00F51F43" w:rsidRDefault="00ED17BE" w:rsidP="00ED17BE">
            <w:pPr>
              <w:spacing w:after="0" w:line="240" w:lineRule="auto"/>
              <w:jc w:val="center"/>
              <w:rPr>
                <w:noProof/>
                <w:sz w:val="20"/>
                <w:szCs w:val="20"/>
              </w:rPr>
            </w:pPr>
            <w:r w:rsidRPr="00F51F43">
              <w:rPr>
                <w:noProof/>
                <w:sz w:val="20"/>
                <w:szCs w:val="20"/>
              </w:rPr>
              <w:t>razvoj pozitivnih stavova prema okolini, razvoj jezika, razvoj sposobnosti uočavanja odnosa i veza među ljudima, razvoj vizualne percepcije</w:t>
            </w:r>
          </w:p>
        </w:tc>
        <w:tc>
          <w:tcPr>
            <w:tcW w:w="2363" w:type="dxa"/>
            <w:tcMar>
              <w:top w:w="80" w:type="dxa"/>
              <w:left w:w="80" w:type="dxa"/>
              <w:bottom w:w="80" w:type="dxa"/>
              <w:right w:w="80" w:type="dxa"/>
            </w:tcMar>
            <w:vAlign w:val="center"/>
          </w:tcPr>
          <w:p w14:paraId="733EB485" w14:textId="77777777" w:rsidR="00ED17BE" w:rsidRPr="00F51F43" w:rsidRDefault="00ED17BE" w:rsidP="00ED17BE">
            <w:pPr>
              <w:spacing w:after="0" w:line="240" w:lineRule="auto"/>
              <w:jc w:val="center"/>
              <w:rPr>
                <w:noProof/>
                <w:sz w:val="20"/>
                <w:szCs w:val="20"/>
              </w:rPr>
            </w:pPr>
            <w:r w:rsidRPr="00F51F43">
              <w:rPr>
                <w:noProof/>
                <w:sz w:val="20"/>
                <w:szCs w:val="20"/>
              </w:rPr>
              <w:t>razgovor o zanimanju slastičar, upoznavanje sa radnom opremom i rekvizitima koje se koristi u navedenoj profesiji</w:t>
            </w:r>
          </w:p>
        </w:tc>
        <w:tc>
          <w:tcPr>
            <w:tcW w:w="2088" w:type="dxa"/>
            <w:tcMar>
              <w:top w:w="80" w:type="dxa"/>
              <w:left w:w="80" w:type="dxa"/>
              <w:bottom w:w="80" w:type="dxa"/>
              <w:right w:w="80" w:type="dxa"/>
            </w:tcMar>
            <w:vAlign w:val="center"/>
          </w:tcPr>
          <w:p w14:paraId="47A05691"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r w:rsidR="00ED17BE" w:rsidRPr="00F51F43" w14:paraId="6661F544" w14:textId="77777777" w:rsidTr="00ED17BE">
        <w:trPr>
          <w:cantSplit/>
          <w:jc w:val="center"/>
        </w:trPr>
        <w:tc>
          <w:tcPr>
            <w:tcW w:w="1101" w:type="dxa"/>
            <w:tcMar>
              <w:top w:w="80" w:type="dxa"/>
              <w:left w:w="80" w:type="dxa"/>
              <w:bottom w:w="80" w:type="dxa"/>
              <w:right w:w="80" w:type="dxa"/>
            </w:tcMar>
            <w:vAlign w:val="center"/>
          </w:tcPr>
          <w:p w14:paraId="5CB9BE44" w14:textId="77777777" w:rsidR="00ED17BE" w:rsidRPr="00F51F43" w:rsidRDefault="00ED17BE" w:rsidP="00ED17BE">
            <w:pPr>
              <w:spacing w:after="0" w:line="240" w:lineRule="auto"/>
              <w:jc w:val="center"/>
              <w:rPr>
                <w:noProof/>
                <w:sz w:val="20"/>
                <w:szCs w:val="20"/>
              </w:rPr>
            </w:pPr>
            <w:r w:rsidRPr="00F51F43">
              <w:rPr>
                <w:noProof/>
                <w:sz w:val="20"/>
                <w:szCs w:val="20"/>
              </w:rPr>
              <w:t>Dragutin C.</w:t>
            </w:r>
          </w:p>
        </w:tc>
        <w:tc>
          <w:tcPr>
            <w:tcW w:w="992" w:type="dxa"/>
            <w:tcMar>
              <w:top w:w="80" w:type="dxa"/>
              <w:left w:w="80" w:type="dxa"/>
              <w:bottom w:w="80" w:type="dxa"/>
              <w:right w:w="80" w:type="dxa"/>
            </w:tcMar>
            <w:vAlign w:val="center"/>
          </w:tcPr>
          <w:p w14:paraId="5CC51509"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0FC4EE69"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10FAFA74" w14:textId="77777777" w:rsidR="00ED17BE" w:rsidRPr="00F51F43" w:rsidRDefault="00ED17BE" w:rsidP="00ED17BE">
            <w:pPr>
              <w:spacing w:after="0" w:line="240" w:lineRule="auto"/>
              <w:jc w:val="center"/>
              <w:rPr>
                <w:noProof/>
                <w:sz w:val="20"/>
                <w:szCs w:val="20"/>
              </w:rPr>
            </w:pPr>
            <w:r w:rsidRPr="00F51F43">
              <w:rPr>
                <w:noProof/>
                <w:sz w:val="20"/>
                <w:szCs w:val="20"/>
              </w:rPr>
              <w:t>Zvjezdice</w:t>
            </w:r>
          </w:p>
        </w:tc>
        <w:tc>
          <w:tcPr>
            <w:tcW w:w="2409" w:type="dxa"/>
            <w:tcMar>
              <w:top w:w="80" w:type="dxa"/>
              <w:left w:w="80" w:type="dxa"/>
              <w:bottom w:w="80" w:type="dxa"/>
              <w:right w:w="80" w:type="dxa"/>
            </w:tcMar>
            <w:vAlign w:val="center"/>
          </w:tcPr>
          <w:p w14:paraId="0766F27C" w14:textId="77777777" w:rsidR="00ED17BE" w:rsidRPr="00F51F43" w:rsidRDefault="00ED17BE" w:rsidP="00ED17BE">
            <w:pPr>
              <w:spacing w:after="0" w:line="240" w:lineRule="auto"/>
              <w:jc w:val="center"/>
              <w:rPr>
                <w:noProof/>
                <w:sz w:val="20"/>
                <w:szCs w:val="20"/>
              </w:rPr>
            </w:pPr>
            <w:r w:rsidRPr="00F51F43">
              <w:rPr>
                <w:noProof/>
                <w:sz w:val="20"/>
                <w:szCs w:val="20"/>
              </w:rPr>
              <w:t>kiparske radionice ,rad s glinom</w:t>
            </w:r>
          </w:p>
        </w:tc>
        <w:tc>
          <w:tcPr>
            <w:tcW w:w="2387" w:type="dxa"/>
            <w:tcMar>
              <w:top w:w="80" w:type="dxa"/>
              <w:left w:w="80" w:type="dxa"/>
              <w:bottom w:w="80" w:type="dxa"/>
              <w:right w:w="80" w:type="dxa"/>
            </w:tcMar>
            <w:vAlign w:val="center"/>
          </w:tcPr>
          <w:p w14:paraId="13713752" w14:textId="77777777" w:rsidR="00ED17BE" w:rsidRPr="00F51F43" w:rsidRDefault="00ED17BE" w:rsidP="00ED17BE">
            <w:pPr>
              <w:spacing w:after="0" w:line="240" w:lineRule="auto"/>
              <w:jc w:val="center"/>
              <w:rPr>
                <w:noProof/>
                <w:sz w:val="20"/>
                <w:szCs w:val="20"/>
              </w:rPr>
            </w:pPr>
            <w:r w:rsidRPr="00F51F43">
              <w:rPr>
                <w:noProof/>
                <w:sz w:val="20"/>
                <w:szCs w:val="20"/>
              </w:rPr>
              <w:t>korištenje gline kao materijala za kreativno izražavanje</w:t>
            </w:r>
          </w:p>
        </w:tc>
        <w:tc>
          <w:tcPr>
            <w:tcW w:w="2363" w:type="dxa"/>
            <w:tcMar>
              <w:top w:w="80" w:type="dxa"/>
              <w:left w:w="80" w:type="dxa"/>
              <w:bottom w:w="80" w:type="dxa"/>
              <w:right w:w="80" w:type="dxa"/>
            </w:tcMar>
            <w:vAlign w:val="center"/>
          </w:tcPr>
          <w:p w14:paraId="79640812" w14:textId="77777777" w:rsidR="00ED17BE" w:rsidRPr="00F51F43" w:rsidRDefault="00ED17BE" w:rsidP="00ED17BE">
            <w:pPr>
              <w:spacing w:after="0" w:line="240" w:lineRule="auto"/>
              <w:jc w:val="center"/>
              <w:rPr>
                <w:noProof/>
                <w:sz w:val="20"/>
                <w:szCs w:val="20"/>
              </w:rPr>
            </w:pPr>
            <w:r w:rsidRPr="00F51F43">
              <w:rPr>
                <w:noProof/>
                <w:sz w:val="20"/>
                <w:szCs w:val="20"/>
              </w:rPr>
              <w:t>boravak u radionici na otvorenom-Ješkovo</w:t>
            </w:r>
          </w:p>
        </w:tc>
        <w:tc>
          <w:tcPr>
            <w:tcW w:w="2088" w:type="dxa"/>
            <w:tcMar>
              <w:top w:w="80" w:type="dxa"/>
              <w:left w:w="80" w:type="dxa"/>
              <w:bottom w:w="80" w:type="dxa"/>
              <w:right w:w="80" w:type="dxa"/>
            </w:tcMar>
            <w:vAlign w:val="center"/>
          </w:tcPr>
          <w:p w14:paraId="0D969F17"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 izložba</w:t>
            </w:r>
          </w:p>
        </w:tc>
      </w:tr>
      <w:tr w:rsidR="00ED17BE" w:rsidRPr="00F51F43" w14:paraId="1C99139A" w14:textId="77777777" w:rsidTr="00ED17BE">
        <w:trPr>
          <w:cantSplit/>
          <w:jc w:val="center"/>
        </w:trPr>
        <w:tc>
          <w:tcPr>
            <w:tcW w:w="1101" w:type="dxa"/>
            <w:tcMar>
              <w:top w:w="80" w:type="dxa"/>
              <w:left w:w="80" w:type="dxa"/>
              <w:bottom w:w="80" w:type="dxa"/>
              <w:right w:w="80" w:type="dxa"/>
            </w:tcMar>
            <w:vAlign w:val="center"/>
          </w:tcPr>
          <w:p w14:paraId="570B2F95" w14:textId="77777777" w:rsidR="00ED17BE" w:rsidRPr="00F51F43" w:rsidRDefault="00ED17BE" w:rsidP="00ED17BE">
            <w:pPr>
              <w:spacing w:after="0" w:line="240" w:lineRule="auto"/>
              <w:jc w:val="center"/>
              <w:rPr>
                <w:noProof/>
                <w:sz w:val="20"/>
                <w:szCs w:val="20"/>
              </w:rPr>
            </w:pPr>
            <w:r w:rsidRPr="00F51F43">
              <w:rPr>
                <w:noProof/>
                <w:sz w:val="20"/>
                <w:szCs w:val="20"/>
              </w:rPr>
              <w:t>Martina S.</w:t>
            </w:r>
          </w:p>
        </w:tc>
        <w:tc>
          <w:tcPr>
            <w:tcW w:w="992" w:type="dxa"/>
            <w:tcMar>
              <w:top w:w="80" w:type="dxa"/>
              <w:left w:w="80" w:type="dxa"/>
              <w:bottom w:w="80" w:type="dxa"/>
              <w:right w:w="80" w:type="dxa"/>
            </w:tcMar>
            <w:vAlign w:val="center"/>
          </w:tcPr>
          <w:p w14:paraId="632D46F6" w14:textId="77777777" w:rsidR="00ED17BE" w:rsidRPr="00F51F43" w:rsidRDefault="00ED17BE" w:rsidP="00ED17BE">
            <w:pPr>
              <w:spacing w:after="0" w:line="240" w:lineRule="auto"/>
              <w:jc w:val="center"/>
              <w:rPr>
                <w:noProof/>
                <w:sz w:val="20"/>
                <w:szCs w:val="20"/>
              </w:rPr>
            </w:pPr>
            <w:r w:rsidRPr="00F51F43">
              <w:rPr>
                <w:noProof/>
                <w:sz w:val="20"/>
                <w:szCs w:val="20"/>
              </w:rPr>
              <w:t>travanj</w:t>
            </w:r>
          </w:p>
        </w:tc>
        <w:tc>
          <w:tcPr>
            <w:tcW w:w="851" w:type="dxa"/>
            <w:tcMar>
              <w:top w:w="80" w:type="dxa"/>
              <w:left w:w="80" w:type="dxa"/>
              <w:bottom w:w="80" w:type="dxa"/>
              <w:right w:w="80" w:type="dxa"/>
            </w:tcMar>
            <w:vAlign w:val="center"/>
          </w:tcPr>
          <w:p w14:paraId="5B08316B"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645CBED8" w14:textId="77777777" w:rsidR="00ED17BE" w:rsidRPr="00F51F43" w:rsidRDefault="00ED17BE" w:rsidP="00ED17BE">
            <w:pPr>
              <w:spacing w:after="0" w:line="240" w:lineRule="auto"/>
              <w:jc w:val="center"/>
              <w:rPr>
                <w:noProof/>
                <w:sz w:val="20"/>
                <w:szCs w:val="20"/>
              </w:rPr>
            </w:pPr>
            <w:r w:rsidRPr="00F51F43">
              <w:rPr>
                <w:noProof/>
                <w:sz w:val="20"/>
                <w:szCs w:val="20"/>
              </w:rPr>
              <w:t>Zvjezdice</w:t>
            </w:r>
          </w:p>
        </w:tc>
        <w:tc>
          <w:tcPr>
            <w:tcW w:w="2409" w:type="dxa"/>
            <w:tcMar>
              <w:top w:w="80" w:type="dxa"/>
              <w:left w:w="80" w:type="dxa"/>
              <w:bottom w:w="80" w:type="dxa"/>
              <w:right w:w="80" w:type="dxa"/>
            </w:tcMar>
            <w:vAlign w:val="center"/>
          </w:tcPr>
          <w:p w14:paraId="551250AA" w14:textId="77777777" w:rsidR="00ED17BE" w:rsidRPr="00F51F43" w:rsidRDefault="00ED17BE" w:rsidP="00ED17BE">
            <w:pPr>
              <w:spacing w:after="0" w:line="240" w:lineRule="auto"/>
              <w:jc w:val="center"/>
              <w:rPr>
                <w:noProof/>
                <w:sz w:val="20"/>
                <w:szCs w:val="20"/>
              </w:rPr>
            </w:pPr>
            <w:r w:rsidRPr="00F51F43">
              <w:rPr>
                <w:noProof/>
                <w:sz w:val="20"/>
                <w:szCs w:val="20"/>
              </w:rPr>
              <w:t>predstaviti i približiti djetetu zanimanje poljoprivrednika</w:t>
            </w:r>
          </w:p>
        </w:tc>
        <w:tc>
          <w:tcPr>
            <w:tcW w:w="2387" w:type="dxa"/>
            <w:tcMar>
              <w:top w:w="80" w:type="dxa"/>
              <w:left w:w="80" w:type="dxa"/>
              <w:bottom w:w="80" w:type="dxa"/>
              <w:right w:w="80" w:type="dxa"/>
            </w:tcMar>
            <w:vAlign w:val="center"/>
          </w:tcPr>
          <w:p w14:paraId="3AAD6EB0" w14:textId="77777777" w:rsidR="00ED17BE" w:rsidRPr="00F51F43" w:rsidRDefault="00ED17BE" w:rsidP="00ED17BE">
            <w:pPr>
              <w:spacing w:after="0" w:line="240" w:lineRule="auto"/>
              <w:jc w:val="center"/>
              <w:rPr>
                <w:noProof/>
                <w:sz w:val="20"/>
                <w:szCs w:val="20"/>
              </w:rPr>
            </w:pPr>
            <w:r w:rsidRPr="00F51F43">
              <w:rPr>
                <w:noProof/>
                <w:sz w:val="20"/>
                <w:szCs w:val="20"/>
              </w:rPr>
              <w:t>upoznavanje djece sa zanimanjem, upoznavanje sa strojevima alatima i svim uređajima koji se koriste u ovom poslu, razvoj jezika</w:t>
            </w:r>
          </w:p>
        </w:tc>
        <w:tc>
          <w:tcPr>
            <w:tcW w:w="2363" w:type="dxa"/>
            <w:tcMar>
              <w:top w:w="80" w:type="dxa"/>
              <w:left w:w="80" w:type="dxa"/>
              <w:bottom w:w="80" w:type="dxa"/>
              <w:right w:w="80" w:type="dxa"/>
            </w:tcMar>
            <w:vAlign w:val="center"/>
          </w:tcPr>
          <w:p w14:paraId="2A7C231E" w14:textId="77777777" w:rsidR="00ED17BE" w:rsidRPr="00F51F43" w:rsidRDefault="00ED17BE" w:rsidP="00ED17BE">
            <w:pPr>
              <w:spacing w:after="0" w:line="240" w:lineRule="auto"/>
              <w:jc w:val="center"/>
              <w:rPr>
                <w:noProof/>
                <w:sz w:val="20"/>
                <w:szCs w:val="20"/>
              </w:rPr>
            </w:pPr>
            <w:r w:rsidRPr="00F51F43">
              <w:rPr>
                <w:noProof/>
                <w:sz w:val="20"/>
                <w:szCs w:val="20"/>
              </w:rPr>
              <w:t>posjeta na opg Salaj, likovne aktivnosti</w:t>
            </w:r>
          </w:p>
        </w:tc>
        <w:tc>
          <w:tcPr>
            <w:tcW w:w="2088" w:type="dxa"/>
            <w:tcMar>
              <w:top w:w="80" w:type="dxa"/>
              <w:left w:w="80" w:type="dxa"/>
              <w:bottom w:w="80" w:type="dxa"/>
              <w:right w:w="80" w:type="dxa"/>
            </w:tcMar>
            <w:vAlign w:val="center"/>
          </w:tcPr>
          <w:p w14:paraId="775BECD1"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r w:rsidR="00ED17BE" w:rsidRPr="00F51F43" w14:paraId="14822425" w14:textId="77777777" w:rsidTr="00ED17BE">
        <w:trPr>
          <w:cantSplit/>
          <w:jc w:val="center"/>
        </w:trPr>
        <w:tc>
          <w:tcPr>
            <w:tcW w:w="1101" w:type="dxa"/>
            <w:tcMar>
              <w:top w:w="80" w:type="dxa"/>
              <w:left w:w="80" w:type="dxa"/>
              <w:bottom w:w="80" w:type="dxa"/>
              <w:right w:w="80" w:type="dxa"/>
            </w:tcMar>
            <w:vAlign w:val="center"/>
          </w:tcPr>
          <w:p w14:paraId="3791B038"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Valerija K.,Veronika S.</w:t>
            </w:r>
          </w:p>
        </w:tc>
        <w:tc>
          <w:tcPr>
            <w:tcW w:w="992" w:type="dxa"/>
            <w:tcMar>
              <w:top w:w="80" w:type="dxa"/>
              <w:left w:w="80" w:type="dxa"/>
              <w:bottom w:w="80" w:type="dxa"/>
              <w:right w:w="80" w:type="dxa"/>
            </w:tcMar>
            <w:vAlign w:val="center"/>
          </w:tcPr>
          <w:p w14:paraId="6B2233CD" w14:textId="77777777" w:rsidR="00ED17BE" w:rsidRPr="00F51F43" w:rsidRDefault="00ED17BE" w:rsidP="00ED17BE">
            <w:pPr>
              <w:spacing w:after="0" w:line="240" w:lineRule="auto"/>
              <w:jc w:val="center"/>
              <w:rPr>
                <w:noProof/>
                <w:sz w:val="20"/>
                <w:szCs w:val="20"/>
              </w:rPr>
            </w:pPr>
            <w:r w:rsidRPr="00F51F43">
              <w:rPr>
                <w:noProof/>
                <w:sz w:val="20"/>
                <w:szCs w:val="20"/>
              </w:rPr>
              <w:t>lipanj</w:t>
            </w:r>
          </w:p>
        </w:tc>
        <w:tc>
          <w:tcPr>
            <w:tcW w:w="851" w:type="dxa"/>
            <w:tcMar>
              <w:top w:w="80" w:type="dxa"/>
              <w:left w:w="80" w:type="dxa"/>
              <w:bottom w:w="80" w:type="dxa"/>
              <w:right w:w="80" w:type="dxa"/>
            </w:tcMar>
            <w:vAlign w:val="center"/>
          </w:tcPr>
          <w:p w14:paraId="1A2A290D"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5E7588A6" w14:textId="77777777" w:rsidR="00ED17BE" w:rsidRPr="00F51F43" w:rsidRDefault="00ED17BE" w:rsidP="00ED17BE">
            <w:pPr>
              <w:spacing w:after="0" w:line="240" w:lineRule="auto"/>
              <w:jc w:val="center"/>
              <w:rPr>
                <w:noProof/>
                <w:sz w:val="20"/>
                <w:szCs w:val="20"/>
              </w:rPr>
            </w:pPr>
            <w:r w:rsidRPr="00F51F43">
              <w:rPr>
                <w:noProof/>
                <w:sz w:val="20"/>
                <w:szCs w:val="20"/>
              </w:rPr>
              <w:t>Zvjezdice</w:t>
            </w:r>
          </w:p>
        </w:tc>
        <w:tc>
          <w:tcPr>
            <w:tcW w:w="2409" w:type="dxa"/>
            <w:tcMar>
              <w:top w:w="80" w:type="dxa"/>
              <w:left w:w="80" w:type="dxa"/>
              <w:bottom w:w="80" w:type="dxa"/>
              <w:right w:w="80" w:type="dxa"/>
            </w:tcMar>
            <w:vAlign w:val="center"/>
          </w:tcPr>
          <w:p w14:paraId="5E083998" w14:textId="77777777" w:rsidR="00ED17BE" w:rsidRPr="00F51F43" w:rsidRDefault="00ED17BE" w:rsidP="00ED17BE">
            <w:pPr>
              <w:spacing w:after="0" w:line="240" w:lineRule="auto"/>
              <w:jc w:val="center"/>
              <w:rPr>
                <w:noProof/>
                <w:sz w:val="20"/>
                <w:szCs w:val="20"/>
              </w:rPr>
            </w:pPr>
            <w:r w:rsidRPr="00F51F43">
              <w:rPr>
                <w:noProof/>
                <w:sz w:val="20"/>
                <w:szCs w:val="20"/>
              </w:rPr>
              <w:t>predstaviti i približiti djeci glazbene žičane instrumente</w:t>
            </w:r>
          </w:p>
        </w:tc>
        <w:tc>
          <w:tcPr>
            <w:tcW w:w="2387" w:type="dxa"/>
            <w:tcMar>
              <w:top w:w="80" w:type="dxa"/>
              <w:left w:w="80" w:type="dxa"/>
              <w:bottom w:w="80" w:type="dxa"/>
              <w:right w:w="80" w:type="dxa"/>
            </w:tcMar>
            <w:vAlign w:val="center"/>
          </w:tcPr>
          <w:p w14:paraId="7C966EA2" w14:textId="77777777" w:rsidR="00ED17BE" w:rsidRPr="00F51F43" w:rsidRDefault="00ED17BE" w:rsidP="00ED17BE">
            <w:pPr>
              <w:spacing w:after="0" w:line="240" w:lineRule="auto"/>
              <w:jc w:val="center"/>
              <w:rPr>
                <w:noProof/>
                <w:sz w:val="20"/>
                <w:szCs w:val="20"/>
              </w:rPr>
            </w:pPr>
            <w:r w:rsidRPr="00F51F43">
              <w:rPr>
                <w:noProof/>
                <w:sz w:val="20"/>
                <w:szCs w:val="20"/>
              </w:rPr>
              <w:t>upoznavanje s instrumentima tamburice i gitare istraživanje zvukova koje proizvode</w:t>
            </w:r>
          </w:p>
        </w:tc>
        <w:tc>
          <w:tcPr>
            <w:tcW w:w="2363" w:type="dxa"/>
            <w:tcMar>
              <w:top w:w="80" w:type="dxa"/>
              <w:left w:w="80" w:type="dxa"/>
              <w:bottom w:w="80" w:type="dxa"/>
              <w:right w:w="80" w:type="dxa"/>
            </w:tcMar>
            <w:vAlign w:val="center"/>
          </w:tcPr>
          <w:p w14:paraId="321F24B4" w14:textId="77777777" w:rsidR="00ED17BE" w:rsidRPr="00F51F43" w:rsidRDefault="00ED17BE" w:rsidP="00ED17BE">
            <w:pPr>
              <w:spacing w:after="0" w:line="240" w:lineRule="auto"/>
              <w:jc w:val="center"/>
              <w:rPr>
                <w:noProof/>
                <w:sz w:val="20"/>
                <w:szCs w:val="20"/>
              </w:rPr>
            </w:pPr>
            <w:r w:rsidRPr="00F51F43">
              <w:rPr>
                <w:noProof/>
                <w:sz w:val="20"/>
                <w:szCs w:val="20"/>
              </w:rPr>
              <w:t>isprobavanje instrumenata pjevanje uz pratnju istih</w:t>
            </w:r>
          </w:p>
        </w:tc>
        <w:tc>
          <w:tcPr>
            <w:tcW w:w="2088" w:type="dxa"/>
            <w:tcMar>
              <w:top w:w="80" w:type="dxa"/>
              <w:left w:w="80" w:type="dxa"/>
              <w:bottom w:w="80" w:type="dxa"/>
              <w:right w:w="80" w:type="dxa"/>
            </w:tcMar>
            <w:vAlign w:val="center"/>
          </w:tcPr>
          <w:p w14:paraId="6FCFDDF0"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r w:rsidR="00ED17BE" w:rsidRPr="00F51F43" w14:paraId="3D4BB1BE" w14:textId="77777777" w:rsidTr="00ED17BE">
        <w:trPr>
          <w:cantSplit/>
          <w:jc w:val="center"/>
        </w:trPr>
        <w:tc>
          <w:tcPr>
            <w:tcW w:w="1101" w:type="dxa"/>
            <w:tcMar>
              <w:top w:w="80" w:type="dxa"/>
              <w:left w:w="80" w:type="dxa"/>
              <w:bottom w:w="80" w:type="dxa"/>
              <w:right w:w="80" w:type="dxa"/>
            </w:tcMar>
            <w:vAlign w:val="center"/>
          </w:tcPr>
          <w:p w14:paraId="5FB15EE7" w14:textId="77777777" w:rsidR="00ED17BE" w:rsidRPr="00F51F43" w:rsidRDefault="00ED17BE" w:rsidP="00ED17BE">
            <w:pPr>
              <w:spacing w:after="0" w:line="240" w:lineRule="auto"/>
              <w:jc w:val="center"/>
              <w:rPr>
                <w:noProof/>
                <w:sz w:val="20"/>
                <w:szCs w:val="20"/>
              </w:rPr>
            </w:pPr>
            <w:r w:rsidRPr="00F51F43">
              <w:rPr>
                <w:noProof/>
                <w:sz w:val="20"/>
                <w:szCs w:val="20"/>
              </w:rPr>
              <w:t>Dominik Z.</w:t>
            </w:r>
          </w:p>
        </w:tc>
        <w:tc>
          <w:tcPr>
            <w:tcW w:w="992" w:type="dxa"/>
            <w:tcMar>
              <w:top w:w="80" w:type="dxa"/>
              <w:left w:w="80" w:type="dxa"/>
              <w:bottom w:w="80" w:type="dxa"/>
              <w:right w:w="80" w:type="dxa"/>
            </w:tcMar>
            <w:vAlign w:val="center"/>
          </w:tcPr>
          <w:p w14:paraId="3292BE5A" w14:textId="77777777" w:rsidR="00ED17BE" w:rsidRPr="00F51F43" w:rsidRDefault="00ED17BE" w:rsidP="00ED17BE">
            <w:pPr>
              <w:spacing w:after="0" w:line="240" w:lineRule="auto"/>
              <w:jc w:val="center"/>
              <w:rPr>
                <w:noProof/>
                <w:sz w:val="20"/>
                <w:szCs w:val="20"/>
              </w:rPr>
            </w:pPr>
            <w:r w:rsidRPr="00F51F43">
              <w:rPr>
                <w:noProof/>
                <w:sz w:val="20"/>
                <w:szCs w:val="20"/>
              </w:rPr>
              <w:t>rujan</w:t>
            </w:r>
          </w:p>
        </w:tc>
        <w:tc>
          <w:tcPr>
            <w:tcW w:w="851" w:type="dxa"/>
            <w:tcMar>
              <w:top w:w="80" w:type="dxa"/>
              <w:left w:w="80" w:type="dxa"/>
              <w:bottom w:w="80" w:type="dxa"/>
              <w:right w:w="80" w:type="dxa"/>
            </w:tcMar>
            <w:vAlign w:val="center"/>
          </w:tcPr>
          <w:p w14:paraId="429D54E4" w14:textId="77777777" w:rsidR="00ED17BE" w:rsidRPr="00F51F43" w:rsidRDefault="00ED17BE" w:rsidP="00ED17BE">
            <w:pPr>
              <w:spacing w:after="0" w:line="240" w:lineRule="auto"/>
              <w:jc w:val="center"/>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28CE92A2" w14:textId="77777777" w:rsidR="00ED17BE" w:rsidRPr="00F51F43" w:rsidRDefault="00ED17BE" w:rsidP="00ED17BE">
            <w:pPr>
              <w:spacing w:after="0" w:line="240" w:lineRule="auto"/>
              <w:jc w:val="center"/>
              <w:rPr>
                <w:noProof/>
                <w:sz w:val="20"/>
                <w:szCs w:val="20"/>
              </w:rPr>
            </w:pPr>
            <w:r w:rsidRPr="00F51F43">
              <w:rPr>
                <w:noProof/>
                <w:sz w:val="20"/>
                <w:szCs w:val="20"/>
              </w:rPr>
              <w:t>Zvončić</w:t>
            </w:r>
          </w:p>
        </w:tc>
        <w:tc>
          <w:tcPr>
            <w:tcW w:w="2409" w:type="dxa"/>
            <w:tcMar>
              <w:top w:w="80" w:type="dxa"/>
              <w:left w:w="80" w:type="dxa"/>
              <w:bottom w:w="80" w:type="dxa"/>
              <w:right w:w="80" w:type="dxa"/>
            </w:tcMar>
            <w:vAlign w:val="center"/>
          </w:tcPr>
          <w:p w14:paraId="17DC2898" w14:textId="77777777" w:rsidR="00ED17BE" w:rsidRPr="00F51F43" w:rsidRDefault="00ED17BE" w:rsidP="00ED17BE">
            <w:pPr>
              <w:spacing w:after="0" w:line="240" w:lineRule="auto"/>
              <w:jc w:val="center"/>
              <w:rPr>
                <w:noProof/>
                <w:sz w:val="20"/>
                <w:szCs w:val="20"/>
              </w:rPr>
            </w:pPr>
            <w:r w:rsidRPr="00F51F43">
              <w:rPr>
                <w:noProof/>
                <w:sz w:val="20"/>
                <w:szCs w:val="20"/>
              </w:rPr>
              <w:t>Predstavljanje zanimanja policajac</w:t>
            </w:r>
          </w:p>
        </w:tc>
        <w:tc>
          <w:tcPr>
            <w:tcW w:w="2387" w:type="dxa"/>
            <w:tcMar>
              <w:top w:w="80" w:type="dxa"/>
              <w:left w:w="80" w:type="dxa"/>
              <w:bottom w:w="80" w:type="dxa"/>
              <w:right w:w="80" w:type="dxa"/>
            </w:tcMar>
            <w:vAlign w:val="center"/>
          </w:tcPr>
          <w:p w14:paraId="740E1D97" w14:textId="77777777" w:rsidR="00ED17BE" w:rsidRPr="00F51F43" w:rsidRDefault="00ED17BE" w:rsidP="00ED17BE">
            <w:pPr>
              <w:spacing w:after="0" w:line="240" w:lineRule="auto"/>
              <w:jc w:val="center"/>
              <w:rPr>
                <w:noProof/>
                <w:sz w:val="20"/>
                <w:szCs w:val="20"/>
              </w:rPr>
            </w:pPr>
            <w:r w:rsidRPr="00F51F43">
              <w:rPr>
                <w:noProof/>
                <w:sz w:val="20"/>
                <w:szCs w:val="20"/>
              </w:rPr>
              <w:t>Naglašavati važnost prometnih pravila i opreznosti u prometu, znati ulogu policajca, upoznati djecu s policijskom uniformom</w:t>
            </w:r>
          </w:p>
        </w:tc>
        <w:tc>
          <w:tcPr>
            <w:tcW w:w="2363" w:type="dxa"/>
            <w:tcMar>
              <w:top w:w="80" w:type="dxa"/>
              <w:left w:w="80" w:type="dxa"/>
              <w:bottom w:w="80" w:type="dxa"/>
              <w:right w:w="80" w:type="dxa"/>
            </w:tcMar>
            <w:vAlign w:val="center"/>
          </w:tcPr>
          <w:p w14:paraId="5C9229E8" w14:textId="77777777" w:rsidR="00ED17BE" w:rsidRPr="00F51F43" w:rsidRDefault="00ED17BE" w:rsidP="00ED17BE">
            <w:pPr>
              <w:spacing w:after="0" w:line="240" w:lineRule="auto"/>
              <w:jc w:val="center"/>
              <w:rPr>
                <w:noProof/>
                <w:sz w:val="20"/>
                <w:szCs w:val="20"/>
              </w:rPr>
            </w:pPr>
            <w:r w:rsidRPr="00F51F43">
              <w:rPr>
                <w:noProof/>
                <w:sz w:val="20"/>
                <w:szCs w:val="20"/>
              </w:rPr>
              <w:t>Obilježavanje Dana policije, Radionica izrade policijskih znački i</w:t>
            </w:r>
          </w:p>
        </w:tc>
        <w:tc>
          <w:tcPr>
            <w:tcW w:w="2088" w:type="dxa"/>
            <w:tcMar>
              <w:top w:w="80" w:type="dxa"/>
              <w:left w:w="80" w:type="dxa"/>
              <w:bottom w:w="80" w:type="dxa"/>
              <w:right w:w="80" w:type="dxa"/>
            </w:tcMar>
            <w:vAlign w:val="center"/>
          </w:tcPr>
          <w:p w14:paraId="6E5E937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roditelja, izjave roditelja</w:t>
            </w:r>
          </w:p>
        </w:tc>
      </w:tr>
      <w:tr w:rsidR="00ED17BE" w:rsidRPr="00F51F43" w14:paraId="3CFF4AE4" w14:textId="77777777" w:rsidTr="00ED17BE">
        <w:trPr>
          <w:cantSplit/>
          <w:jc w:val="center"/>
        </w:trPr>
        <w:tc>
          <w:tcPr>
            <w:tcW w:w="1101" w:type="dxa"/>
            <w:tcMar>
              <w:top w:w="80" w:type="dxa"/>
              <w:left w:w="80" w:type="dxa"/>
              <w:bottom w:w="80" w:type="dxa"/>
              <w:right w:w="80" w:type="dxa"/>
            </w:tcMar>
            <w:vAlign w:val="center"/>
          </w:tcPr>
          <w:p w14:paraId="1BEE8F61" w14:textId="77777777" w:rsidR="00ED17BE" w:rsidRPr="00F51F43" w:rsidRDefault="00ED17BE" w:rsidP="00ED17BE">
            <w:pPr>
              <w:spacing w:after="0" w:line="240" w:lineRule="auto"/>
              <w:jc w:val="center"/>
              <w:rPr>
                <w:noProof/>
                <w:sz w:val="20"/>
                <w:szCs w:val="20"/>
              </w:rPr>
            </w:pPr>
            <w:r w:rsidRPr="00F51F43">
              <w:rPr>
                <w:noProof/>
                <w:sz w:val="20"/>
                <w:szCs w:val="20"/>
              </w:rPr>
              <w:t>Marija K.</w:t>
            </w:r>
          </w:p>
        </w:tc>
        <w:tc>
          <w:tcPr>
            <w:tcW w:w="992" w:type="dxa"/>
            <w:tcMar>
              <w:top w:w="80" w:type="dxa"/>
              <w:left w:w="80" w:type="dxa"/>
              <w:bottom w:w="80" w:type="dxa"/>
              <w:right w:w="80" w:type="dxa"/>
            </w:tcMar>
            <w:vAlign w:val="center"/>
          </w:tcPr>
          <w:p w14:paraId="29FF4F69" w14:textId="77777777" w:rsidR="00ED17BE" w:rsidRPr="00F51F43" w:rsidRDefault="00ED17BE" w:rsidP="00ED17BE">
            <w:pPr>
              <w:spacing w:after="0" w:line="240" w:lineRule="auto"/>
              <w:jc w:val="center"/>
              <w:rPr>
                <w:noProof/>
                <w:sz w:val="20"/>
                <w:szCs w:val="20"/>
              </w:rPr>
            </w:pPr>
            <w:r w:rsidRPr="00F51F43">
              <w:rPr>
                <w:noProof/>
                <w:sz w:val="20"/>
                <w:szCs w:val="20"/>
              </w:rPr>
              <w:t>studeni</w:t>
            </w:r>
          </w:p>
        </w:tc>
        <w:tc>
          <w:tcPr>
            <w:tcW w:w="851" w:type="dxa"/>
            <w:tcMar>
              <w:top w:w="80" w:type="dxa"/>
              <w:left w:w="80" w:type="dxa"/>
              <w:bottom w:w="80" w:type="dxa"/>
              <w:right w:w="80" w:type="dxa"/>
            </w:tcMar>
            <w:vAlign w:val="center"/>
          </w:tcPr>
          <w:p w14:paraId="42963A73" w14:textId="77777777" w:rsidR="00ED17BE" w:rsidRPr="00F51F43" w:rsidRDefault="00ED17BE" w:rsidP="00ED17BE">
            <w:pPr>
              <w:spacing w:after="0" w:line="240" w:lineRule="auto"/>
              <w:jc w:val="center"/>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184D1650" w14:textId="77777777" w:rsidR="00ED17BE" w:rsidRPr="00F51F43" w:rsidRDefault="00ED17BE" w:rsidP="00ED17BE">
            <w:pPr>
              <w:spacing w:after="0" w:line="240" w:lineRule="auto"/>
              <w:jc w:val="center"/>
              <w:rPr>
                <w:noProof/>
                <w:sz w:val="20"/>
                <w:szCs w:val="20"/>
              </w:rPr>
            </w:pPr>
            <w:r w:rsidRPr="00F51F43">
              <w:rPr>
                <w:noProof/>
                <w:sz w:val="20"/>
                <w:szCs w:val="20"/>
              </w:rPr>
              <w:t>Zvončić</w:t>
            </w:r>
          </w:p>
        </w:tc>
        <w:tc>
          <w:tcPr>
            <w:tcW w:w="2409" w:type="dxa"/>
            <w:tcMar>
              <w:top w:w="80" w:type="dxa"/>
              <w:left w:w="80" w:type="dxa"/>
              <w:bottom w:w="80" w:type="dxa"/>
              <w:right w:w="80" w:type="dxa"/>
            </w:tcMar>
            <w:vAlign w:val="center"/>
          </w:tcPr>
          <w:p w14:paraId="605DA7F1" w14:textId="77777777" w:rsidR="00ED17BE" w:rsidRPr="00F51F43" w:rsidRDefault="00ED17BE" w:rsidP="00ED17BE">
            <w:pPr>
              <w:spacing w:after="0" w:line="240" w:lineRule="auto"/>
              <w:jc w:val="center"/>
              <w:rPr>
                <w:noProof/>
                <w:sz w:val="20"/>
                <w:szCs w:val="20"/>
              </w:rPr>
            </w:pPr>
            <w:r w:rsidRPr="00F51F43">
              <w:rPr>
                <w:noProof/>
                <w:sz w:val="20"/>
                <w:szCs w:val="20"/>
              </w:rPr>
              <w:t>Predstavljanje zanimanja frizer</w:t>
            </w:r>
          </w:p>
        </w:tc>
        <w:tc>
          <w:tcPr>
            <w:tcW w:w="2387" w:type="dxa"/>
            <w:tcMar>
              <w:top w:w="80" w:type="dxa"/>
              <w:left w:w="80" w:type="dxa"/>
              <w:bottom w:w="80" w:type="dxa"/>
              <w:right w:w="80" w:type="dxa"/>
            </w:tcMar>
            <w:vAlign w:val="center"/>
          </w:tcPr>
          <w:p w14:paraId="0400C130" w14:textId="77777777" w:rsidR="00ED17BE" w:rsidRPr="00F51F43" w:rsidRDefault="00ED17BE" w:rsidP="00ED17BE">
            <w:pPr>
              <w:spacing w:after="0" w:line="240" w:lineRule="auto"/>
              <w:jc w:val="center"/>
              <w:rPr>
                <w:noProof/>
                <w:sz w:val="20"/>
                <w:szCs w:val="20"/>
              </w:rPr>
            </w:pPr>
            <w:r w:rsidRPr="00F51F43">
              <w:rPr>
                <w:noProof/>
                <w:sz w:val="20"/>
                <w:szCs w:val="20"/>
              </w:rPr>
              <w:t>Razvoj fine motorike kroz češljanje, oblikovanja jednostavnih frizura,razvoj kreativnosti i poticanje na osobnu higijenu</w:t>
            </w:r>
          </w:p>
        </w:tc>
        <w:tc>
          <w:tcPr>
            <w:tcW w:w="2363" w:type="dxa"/>
            <w:tcMar>
              <w:top w:w="80" w:type="dxa"/>
              <w:left w:w="80" w:type="dxa"/>
              <w:bottom w:w="80" w:type="dxa"/>
              <w:right w:w="80" w:type="dxa"/>
            </w:tcMar>
            <w:vAlign w:val="center"/>
          </w:tcPr>
          <w:p w14:paraId="2C0012D9" w14:textId="77777777" w:rsidR="00ED17BE" w:rsidRPr="00F51F43" w:rsidRDefault="00ED17BE" w:rsidP="00ED17BE">
            <w:pPr>
              <w:spacing w:after="0" w:line="240" w:lineRule="auto"/>
              <w:jc w:val="center"/>
              <w:rPr>
                <w:noProof/>
                <w:sz w:val="20"/>
                <w:szCs w:val="20"/>
              </w:rPr>
            </w:pPr>
            <w:r w:rsidRPr="00F51F43">
              <w:rPr>
                <w:noProof/>
                <w:sz w:val="20"/>
                <w:szCs w:val="20"/>
              </w:rPr>
              <w:t>Radionica-izrada frizura</w:t>
            </w:r>
          </w:p>
        </w:tc>
        <w:tc>
          <w:tcPr>
            <w:tcW w:w="2088" w:type="dxa"/>
            <w:tcMar>
              <w:top w:w="80" w:type="dxa"/>
              <w:left w:w="80" w:type="dxa"/>
              <w:bottom w:w="80" w:type="dxa"/>
              <w:right w:w="80" w:type="dxa"/>
            </w:tcMar>
            <w:vAlign w:val="center"/>
          </w:tcPr>
          <w:p w14:paraId="19DFE27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roditelja, izjave roditelja</w:t>
            </w:r>
          </w:p>
        </w:tc>
      </w:tr>
      <w:tr w:rsidR="00ED17BE" w:rsidRPr="00F51F43" w14:paraId="67CF21F2" w14:textId="77777777" w:rsidTr="00ED17BE">
        <w:trPr>
          <w:cantSplit/>
          <w:jc w:val="center"/>
        </w:trPr>
        <w:tc>
          <w:tcPr>
            <w:tcW w:w="1101" w:type="dxa"/>
            <w:tcMar>
              <w:top w:w="80" w:type="dxa"/>
              <w:left w:w="80" w:type="dxa"/>
              <w:bottom w:w="80" w:type="dxa"/>
              <w:right w:w="80" w:type="dxa"/>
            </w:tcMar>
            <w:vAlign w:val="center"/>
          </w:tcPr>
          <w:p w14:paraId="28E8E2FF" w14:textId="77777777" w:rsidR="00ED17BE" w:rsidRPr="00F51F43" w:rsidRDefault="00ED17BE" w:rsidP="00ED17BE">
            <w:pPr>
              <w:spacing w:after="0" w:line="240" w:lineRule="auto"/>
              <w:jc w:val="center"/>
              <w:rPr>
                <w:noProof/>
                <w:sz w:val="20"/>
                <w:szCs w:val="20"/>
              </w:rPr>
            </w:pPr>
            <w:r w:rsidRPr="00F51F43">
              <w:rPr>
                <w:noProof/>
                <w:sz w:val="20"/>
                <w:szCs w:val="20"/>
              </w:rPr>
              <w:t>Katarina V.</w:t>
            </w:r>
          </w:p>
        </w:tc>
        <w:tc>
          <w:tcPr>
            <w:tcW w:w="992" w:type="dxa"/>
            <w:tcMar>
              <w:top w:w="80" w:type="dxa"/>
              <w:left w:w="80" w:type="dxa"/>
              <w:bottom w:w="80" w:type="dxa"/>
              <w:right w:w="80" w:type="dxa"/>
            </w:tcMar>
            <w:vAlign w:val="center"/>
          </w:tcPr>
          <w:p w14:paraId="09592622" w14:textId="77777777" w:rsidR="00ED17BE" w:rsidRPr="00F51F43" w:rsidRDefault="00ED17BE" w:rsidP="00ED17BE">
            <w:pPr>
              <w:spacing w:after="0" w:line="240" w:lineRule="auto"/>
              <w:jc w:val="center"/>
              <w:rPr>
                <w:noProof/>
                <w:sz w:val="20"/>
                <w:szCs w:val="20"/>
              </w:rPr>
            </w:pPr>
            <w:r w:rsidRPr="00F51F43">
              <w:rPr>
                <w:noProof/>
                <w:sz w:val="20"/>
                <w:szCs w:val="20"/>
              </w:rPr>
              <w:t>prosinac</w:t>
            </w:r>
          </w:p>
        </w:tc>
        <w:tc>
          <w:tcPr>
            <w:tcW w:w="851" w:type="dxa"/>
            <w:tcMar>
              <w:top w:w="80" w:type="dxa"/>
              <w:left w:w="80" w:type="dxa"/>
              <w:bottom w:w="80" w:type="dxa"/>
              <w:right w:w="80" w:type="dxa"/>
            </w:tcMar>
            <w:vAlign w:val="center"/>
          </w:tcPr>
          <w:p w14:paraId="3C18A37E" w14:textId="77777777" w:rsidR="00ED17BE" w:rsidRPr="00F51F43" w:rsidRDefault="00ED17BE" w:rsidP="00ED17BE">
            <w:pPr>
              <w:spacing w:after="0" w:line="240" w:lineRule="auto"/>
              <w:jc w:val="center"/>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1844FB02" w14:textId="77777777" w:rsidR="00ED17BE" w:rsidRPr="00F51F43" w:rsidRDefault="00ED17BE" w:rsidP="00ED17BE">
            <w:pPr>
              <w:spacing w:after="0" w:line="240" w:lineRule="auto"/>
              <w:jc w:val="center"/>
              <w:rPr>
                <w:noProof/>
                <w:sz w:val="20"/>
                <w:szCs w:val="20"/>
              </w:rPr>
            </w:pPr>
            <w:r w:rsidRPr="00F51F43">
              <w:rPr>
                <w:noProof/>
                <w:sz w:val="20"/>
                <w:szCs w:val="20"/>
              </w:rPr>
              <w:t>Zvončić</w:t>
            </w:r>
          </w:p>
        </w:tc>
        <w:tc>
          <w:tcPr>
            <w:tcW w:w="2409" w:type="dxa"/>
            <w:tcMar>
              <w:top w:w="80" w:type="dxa"/>
              <w:left w:w="80" w:type="dxa"/>
              <w:bottom w:w="80" w:type="dxa"/>
              <w:right w:w="80" w:type="dxa"/>
            </w:tcMar>
            <w:vAlign w:val="center"/>
          </w:tcPr>
          <w:p w14:paraId="295E3439" w14:textId="77777777" w:rsidR="00ED17BE" w:rsidRPr="00F51F43" w:rsidRDefault="00ED17BE" w:rsidP="00ED17BE">
            <w:pPr>
              <w:spacing w:after="0" w:line="240" w:lineRule="auto"/>
              <w:jc w:val="center"/>
              <w:rPr>
                <w:noProof/>
                <w:sz w:val="20"/>
                <w:szCs w:val="20"/>
              </w:rPr>
            </w:pPr>
            <w:r w:rsidRPr="00F51F43">
              <w:rPr>
                <w:noProof/>
                <w:sz w:val="20"/>
                <w:szCs w:val="20"/>
              </w:rPr>
              <w:t>Zajednička izrada kolača</w:t>
            </w:r>
          </w:p>
        </w:tc>
        <w:tc>
          <w:tcPr>
            <w:tcW w:w="2387" w:type="dxa"/>
            <w:tcMar>
              <w:top w:w="80" w:type="dxa"/>
              <w:left w:w="80" w:type="dxa"/>
              <w:bottom w:w="80" w:type="dxa"/>
              <w:right w:w="80" w:type="dxa"/>
            </w:tcMar>
            <w:vAlign w:val="center"/>
          </w:tcPr>
          <w:p w14:paraId="1E0646E6" w14:textId="77777777" w:rsidR="00ED17BE" w:rsidRPr="00F51F43" w:rsidRDefault="00ED17BE" w:rsidP="00ED17BE">
            <w:pPr>
              <w:spacing w:after="0" w:line="240" w:lineRule="auto"/>
              <w:jc w:val="center"/>
              <w:rPr>
                <w:noProof/>
                <w:sz w:val="20"/>
                <w:szCs w:val="20"/>
              </w:rPr>
            </w:pPr>
            <w:r w:rsidRPr="00F51F43">
              <w:rPr>
                <w:noProof/>
                <w:sz w:val="20"/>
                <w:szCs w:val="20"/>
              </w:rPr>
              <w:t>Razvijati pojam za količinu, broj, mjerenje,upoznavanje sastojaka i redoslijed pripreme, razvijati suradnju</w:t>
            </w:r>
          </w:p>
        </w:tc>
        <w:tc>
          <w:tcPr>
            <w:tcW w:w="2363" w:type="dxa"/>
            <w:tcMar>
              <w:top w:w="80" w:type="dxa"/>
              <w:left w:w="80" w:type="dxa"/>
              <w:bottom w:w="80" w:type="dxa"/>
              <w:right w:w="80" w:type="dxa"/>
            </w:tcMar>
            <w:vAlign w:val="center"/>
          </w:tcPr>
          <w:p w14:paraId="71DAB760" w14:textId="77777777" w:rsidR="00ED17BE" w:rsidRPr="00F51F43" w:rsidRDefault="00ED17BE" w:rsidP="00ED17BE">
            <w:pPr>
              <w:spacing w:after="0" w:line="240" w:lineRule="auto"/>
              <w:jc w:val="center"/>
              <w:rPr>
                <w:noProof/>
                <w:sz w:val="20"/>
                <w:szCs w:val="20"/>
              </w:rPr>
            </w:pPr>
            <w:r w:rsidRPr="00F51F43">
              <w:rPr>
                <w:noProof/>
                <w:sz w:val="20"/>
                <w:szCs w:val="20"/>
              </w:rPr>
              <w:t>Izrada kolača</w:t>
            </w:r>
          </w:p>
        </w:tc>
        <w:tc>
          <w:tcPr>
            <w:tcW w:w="2088" w:type="dxa"/>
            <w:tcMar>
              <w:top w:w="80" w:type="dxa"/>
              <w:left w:w="80" w:type="dxa"/>
              <w:bottom w:w="80" w:type="dxa"/>
              <w:right w:w="80" w:type="dxa"/>
            </w:tcMar>
            <w:vAlign w:val="center"/>
          </w:tcPr>
          <w:p w14:paraId="6EB9C533"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roditelja, izjave roditelja</w:t>
            </w:r>
          </w:p>
        </w:tc>
      </w:tr>
      <w:tr w:rsidR="00ED17BE" w:rsidRPr="00F51F43" w14:paraId="43EB2D3A" w14:textId="77777777" w:rsidTr="00ED17BE">
        <w:trPr>
          <w:cantSplit/>
          <w:jc w:val="center"/>
        </w:trPr>
        <w:tc>
          <w:tcPr>
            <w:tcW w:w="1101" w:type="dxa"/>
            <w:tcMar>
              <w:top w:w="80" w:type="dxa"/>
              <w:left w:w="80" w:type="dxa"/>
              <w:bottom w:w="80" w:type="dxa"/>
              <w:right w:w="80" w:type="dxa"/>
            </w:tcMar>
            <w:vAlign w:val="center"/>
          </w:tcPr>
          <w:p w14:paraId="10563AD3" w14:textId="77777777" w:rsidR="00ED17BE" w:rsidRPr="00F51F43" w:rsidRDefault="00ED17BE" w:rsidP="00ED17BE">
            <w:pPr>
              <w:spacing w:after="0" w:line="240" w:lineRule="auto"/>
              <w:jc w:val="center"/>
              <w:rPr>
                <w:noProof/>
                <w:sz w:val="20"/>
                <w:szCs w:val="20"/>
              </w:rPr>
            </w:pPr>
            <w:r w:rsidRPr="00F51F43">
              <w:rPr>
                <w:noProof/>
                <w:sz w:val="20"/>
                <w:szCs w:val="20"/>
              </w:rPr>
              <w:t>Nikolina M.</w:t>
            </w:r>
          </w:p>
        </w:tc>
        <w:tc>
          <w:tcPr>
            <w:tcW w:w="992" w:type="dxa"/>
            <w:tcMar>
              <w:top w:w="80" w:type="dxa"/>
              <w:left w:w="80" w:type="dxa"/>
              <w:bottom w:w="80" w:type="dxa"/>
              <w:right w:w="80" w:type="dxa"/>
            </w:tcMar>
            <w:vAlign w:val="center"/>
          </w:tcPr>
          <w:p w14:paraId="571B786F" w14:textId="77777777" w:rsidR="00ED17BE" w:rsidRPr="00F51F43" w:rsidRDefault="00ED17BE" w:rsidP="00ED17BE">
            <w:pPr>
              <w:spacing w:after="0" w:line="240" w:lineRule="auto"/>
              <w:jc w:val="center"/>
              <w:rPr>
                <w:noProof/>
                <w:sz w:val="20"/>
                <w:szCs w:val="20"/>
              </w:rPr>
            </w:pPr>
            <w:r w:rsidRPr="00F51F43">
              <w:rPr>
                <w:noProof/>
                <w:sz w:val="20"/>
                <w:szCs w:val="20"/>
              </w:rPr>
              <w:t>siječanj</w:t>
            </w:r>
          </w:p>
        </w:tc>
        <w:tc>
          <w:tcPr>
            <w:tcW w:w="851" w:type="dxa"/>
            <w:tcMar>
              <w:top w:w="80" w:type="dxa"/>
              <w:left w:w="80" w:type="dxa"/>
              <w:bottom w:w="80" w:type="dxa"/>
              <w:right w:w="80" w:type="dxa"/>
            </w:tcMar>
            <w:vAlign w:val="center"/>
          </w:tcPr>
          <w:p w14:paraId="53E8149D" w14:textId="77777777" w:rsidR="00ED17BE" w:rsidRPr="00F51F43" w:rsidRDefault="00ED17BE" w:rsidP="00ED17BE">
            <w:pPr>
              <w:spacing w:after="0" w:line="240" w:lineRule="auto"/>
              <w:jc w:val="center"/>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096BA028" w14:textId="77777777" w:rsidR="00ED17BE" w:rsidRPr="00F51F43" w:rsidRDefault="00ED17BE" w:rsidP="00ED17BE">
            <w:pPr>
              <w:spacing w:after="0" w:line="240" w:lineRule="auto"/>
              <w:jc w:val="center"/>
              <w:rPr>
                <w:noProof/>
                <w:sz w:val="20"/>
                <w:szCs w:val="20"/>
              </w:rPr>
            </w:pPr>
            <w:r w:rsidRPr="00F51F43">
              <w:rPr>
                <w:noProof/>
                <w:sz w:val="20"/>
                <w:szCs w:val="20"/>
              </w:rPr>
              <w:t>Zvončić</w:t>
            </w:r>
          </w:p>
        </w:tc>
        <w:tc>
          <w:tcPr>
            <w:tcW w:w="2409" w:type="dxa"/>
            <w:tcMar>
              <w:top w:w="80" w:type="dxa"/>
              <w:left w:w="80" w:type="dxa"/>
              <w:bottom w:w="80" w:type="dxa"/>
              <w:right w:w="80" w:type="dxa"/>
            </w:tcMar>
            <w:vAlign w:val="center"/>
          </w:tcPr>
          <w:p w14:paraId="00EBDF33" w14:textId="77777777" w:rsidR="00ED17BE" w:rsidRPr="00F51F43" w:rsidRDefault="00ED17BE" w:rsidP="00ED17BE">
            <w:pPr>
              <w:spacing w:after="0" w:line="240" w:lineRule="auto"/>
              <w:jc w:val="center"/>
              <w:rPr>
                <w:noProof/>
                <w:sz w:val="20"/>
                <w:szCs w:val="20"/>
              </w:rPr>
            </w:pPr>
            <w:r w:rsidRPr="00F51F43">
              <w:rPr>
                <w:noProof/>
                <w:sz w:val="20"/>
                <w:szCs w:val="20"/>
              </w:rPr>
              <w:t>Predstavljanje zanimanja medicinska sestra</w:t>
            </w:r>
          </w:p>
        </w:tc>
        <w:tc>
          <w:tcPr>
            <w:tcW w:w="2387" w:type="dxa"/>
            <w:tcMar>
              <w:top w:w="80" w:type="dxa"/>
              <w:left w:w="80" w:type="dxa"/>
              <w:bottom w:w="80" w:type="dxa"/>
              <w:right w:w="80" w:type="dxa"/>
            </w:tcMar>
            <w:vAlign w:val="center"/>
          </w:tcPr>
          <w:p w14:paraId="73DE51A2" w14:textId="77777777" w:rsidR="00ED17BE" w:rsidRPr="00F51F43" w:rsidRDefault="00ED17BE" w:rsidP="00ED17BE">
            <w:pPr>
              <w:spacing w:after="0" w:line="240" w:lineRule="auto"/>
              <w:jc w:val="center"/>
              <w:rPr>
                <w:noProof/>
                <w:sz w:val="20"/>
                <w:szCs w:val="20"/>
              </w:rPr>
            </w:pPr>
            <w:r w:rsidRPr="00F51F43">
              <w:rPr>
                <w:noProof/>
                <w:sz w:val="20"/>
                <w:szCs w:val="20"/>
              </w:rPr>
              <w:t>Razvoj osjećaja sigurnosti prema zdravstvenim djelatnicima, poticanje usvajanja zdravih životnih navika, poticanje na pomaganje drugima, razvoj fine motorike kroz baratanje medicinskim priborom</w:t>
            </w:r>
          </w:p>
        </w:tc>
        <w:tc>
          <w:tcPr>
            <w:tcW w:w="2363" w:type="dxa"/>
            <w:tcMar>
              <w:top w:w="80" w:type="dxa"/>
              <w:left w:w="80" w:type="dxa"/>
              <w:bottom w:w="80" w:type="dxa"/>
              <w:right w:w="80" w:type="dxa"/>
            </w:tcMar>
            <w:vAlign w:val="center"/>
          </w:tcPr>
          <w:p w14:paraId="32EEB734" w14:textId="77777777" w:rsidR="00ED17BE" w:rsidRPr="00F51F43" w:rsidRDefault="00ED17BE" w:rsidP="00ED17BE">
            <w:pPr>
              <w:spacing w:after="0" w:line="240" w:lineRule="auto"/>
              <w:jc w:val="center"/>
              <w:rPr>
                <w:noProof/>
                <w:sz w:val="20"/>
                <w:szCs w:val="20"/>
              </w:rPr>
            </w:pPr>
            <w:r w:rsidRPr="00F51F43">
              <w:rPr>
                <w:noProof/>
                <w:sz w:val="20"/>
                <w:szCs w:val="20"/>
              </w:rPr>
              <w:t>Radionica liječenja i pružanja prve pomoći na plišanim igračkama</w:t>
            </w:r>
          </w:p>
        </w:tc>
        <w:tc>
          <w:tcPr>
            <w:tcW w:w="2088" w:type="dxa"/>
            <w:tcMar>
              <w:top w:w="80" w:type="dxa"/>
              <w:left w:w="80" w:type="dxa"/>
              <w:bottom w:w="80" w:type="dxa"/>
              <w:right w:w="80" w:type="dxa"/>
            </w:tcMar>
            <w:vAlign w:val="center"/>
          </w:tcPr>
          <w:p w14:paraId="0AF714F2"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roditelja, izjave roditelja</w:t>
            </w:r>
          </w:p>
        </w:tc>
      </w:tr>
      <w:tr w:rsidR="00ED17BE" w:rsidRPr="00F51F43" w14:paraId="6643BEA6" w14:textId="77777777" w:rsidTr="00ED17BE">
        <w:trPr>
          <w:cantSplit/>
          <w:jc w:val="center"/>
        </w:trPr>
        <w:tc>
          <w:tcPr>
            <w:tcW w:w="1101" w:type="dxa"/>
            <w:tcMar>
              <w:top w:w="80" w:type="dxa"/>
              <w:left w:w="80" w:type="dxa"/>
              <w:bottom w:w="80" w:type="dxa"/>
              <w:right w:w="80" w:type="dxa"/>
            </w:tcMar>
            <w:vAlign w:val="center"/>
          </w:tcPr>
          <w:p w14:paraId="3032F572"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Andrea P.</w:t>
            </w:r>
          </w:p>
        </w:tc>
        <w:tc>
          <w:tcPr>
            <w:tcW w:w="992" w:type="dxa"/>
            <w:tcMar>
              <w:top w:w="80" w:type="dxa"/>
              <w:left w:w="80" w:type="dxa"/>
              <w:bottom w:w="80" w:type="dxa"/>
              <w:right w:w="80" w:type="dxa"/>
            </w:tcMar>
            <w:vAlign w:val="center"/>
          </w:tcPr>
          <w:p w14:paraId="2DFED50E"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24404E3C"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52060699" w14:textId="77777777" w:rsidR="00ED17BE" w:rsidRPr="00F51F43" w:rsidRDefault="00ED17BE" w:rsidP="00ED17BE">
            <w:pPr>
              <w:spacing w:after="0" w:line="240" w:lineRule="auto"/>
              <w:jc w:val="center"/>
              <w:rPr>
                <w:noProof/>
                <w:sz w:val="20"/>
                <w:szCs w:val="20"/>
              </w:rPr>
            </w:pPr>
            <w:r w:rsidRPr="00F51F43">
              <w:rPr>
                <w:noProof/>
                <w:sz w:val="20"/>
                <w:szCs w:val="20"/>
              </w:rPr>
              <w:t>Bambi</w:t>
            </w:r>
          </w:p>
        </w:tc>
        <w:tc>
          <w:tcPr>
            <w:tcW w:w="2409" w:type="dxa"/>
            <w:tcMar>
              <w:top w:w="80" w:type="dxa"/>
              <w:left w:w="80" w:type="dxa"/>
              <w:bottom w:w="80" w:type="dxa"/>
              <w:right w:w="80" w:type="dxa"/>
            </w:tcMar>
            <w:vAlign w:val="center"/>
          </w:tcPr>
          <w:p w14:paraId="4C37FB44" w14:textId="77777777" w:rsidR="00ED17BE" w:rsidRPr="00F51F43" w:rsidRDefault="00ED17BE" w:rsidP="00ED17BE">
            <w:pPr>
              <w:spacing w:after="0" w:line="240" w:lineRule="auto"/>
              <w:jc w:val="center"/>
              <w:rPr>
                <w:noProof/>
                <w:sz w:val="20"/>
                <w:szCs w:val="20"/>
              </w:rPr>
            </w:pPr>
            <w:r w:rsidRPr="00F51F43">
              <w:rPr>
                <w:noProof/>
                <w:sz w:val="20"/>
                <w:szCs w:val="20"/>
              </w:rPr>
              <w:t>Upoznati djecu s procesom nastajanja kruha “od zrna do kruha“</w:t>
            </w:r>
          </w:p>
        </w:tc>
        <w:tc>
          <w:tcPr>
            <w:tcW w:w="2387" w:type="dxa"/>
            <w:tcMar>
              <w:top w:w="80" w:type="dxa"/>
              <w:left w:w="80" w:type="dxa"/>
              <w:bottom w:w="80" w:type="dxa"/>
              <w:right w:w="80" w:type="dxa"/>
            </w:tcMar>
            <w:vAlign w:val="center"/>
          </w:tcPr>
          <w:p w14:paraId="1AAF37D2" w14:textId="77777777" w:rsidR="00ED17BE" w:rsidRPr="00F51F43" w:rsidRDefault="00ED17BE" w:rsidP="00ED17BE">
            <w:pPr>
              <w:spacing w:after="0" w:line="240" w:lineRule="auto"/>
              <w:jc w:val="center"/>
              <w:rPr>
                <w:noProof/>
                <w:sz w:val="20"/>
                <w:szCs w:val="20"/>
              </w:rPr>
            </w:pPr>
            <w:r w:rsidRPr="00F51F43">
              <w:rPr>
                <w:noProof/>
                <w:sz w:val="20"/>
                <w:szCs w:val="20"/>
              </w:rPr>
              <w:t>Razvoj okulomotorike, koordinacije, spretnosti i kreativnosti te razvoj fine motorike</w:t>
            </w:r>
          </w:p>
        </w:tc>
        <w:tc>
          <w:tcPr>
            <w:tcW w:w="2363" w:type="dxa"/>
            <w:tcMar>
              <w:top w:w="80" w:type="dxa"/>
              <w:left w:w="80" w:type="dxa"/>
              <w:bottom w:w="80" w:type="dxa"/>
              <w:right w:w="80" w:type="dxa"/>
            </w:tcMar>
            <w:vAlign w:val="center"/>
          </w:tcPr>
          <w:p w14:paraId="4EFD3E24" w14:textId="77777777" w:rsidR="00ED17BE" w:rsidRPr="00F51F43" w:rsidRDefault="00ED17BE" w:rsidP="00ED17BE">
            <w:pPr>
              <w:spacing w:after="0" w:line="240" w:lineRule="auto"/>
              <w:jc w:val="center"/>
              <w:rPr>
                <w:noProof/>
                <w:sz w:val="20"/>
                <w:szCs w:val="20"/>
              </w:rPr>
            </w:pPr>
            <w:r w:rsidRPr="00F51F43">
              <w:rPr>
                <w:noProof/>
                <w:sz w:val="20"/>
                <w:szCs w:val="20"/>
              </w:rPr>
              <w:t>Aktivnosti miješanja i oblikovanja tijesta s kvascem i bez kvasca</w:t>
            </w:r>
          </w:p>
        </w:tc>
        <w:tc>
          <w:tcPr>
            <w:tcW w:w="2088" w:type="dxa"/>
            <w:tcMar>
              <w:top w:w="80" w:type="dxa"/>
              <w:left w:w="80" w:type="dxa"/>
              <w:bottom w:w="80" w:type="dxa"/>
              <w:right w:w="80" w:type="dxa"/>
            </w:tcMar>
            <w:vAlign w:val="center"/>
          </w:tcPr>
          <w:p w14:paraId="6445D686"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suradnika</w:t>
            </w:r>
          </w:p>
        </w:tc>
      </w:tr>
      <w:tr w:rsidR="00ED17BE" w:rsidRPr="00F51F43" w14:paraId="1BD6D4AB" w14:textId="77777777" w:rsidTr="00ED17BE">
        <w:trPr>
          <w:cantSplit/>
          <w:jc w:val="center"/>
        </w:trPr>
        <w:tc>
          <w:tcPr>
            <w:tcW w:w="1101" w:type="dxa"/>
            <w:tcMar>
              <w:top w:w="80" w:type="dxa"/>
              <w:left w:w="80" w:type="dxa"/>
              <w:bottom w:w="80" w:type="dxa"/>
              <w:right w:w="80" w:type="dxa"/>
            </w:tcMar>
            <w:vAlign w:val="center"/>
          </w:tcPr>
          <w:p w14:paraId="4FF5DCB1" w14:textId="77777777" w:rsidR="00ED17BE" w:rsidRPr="00F51F43" w:rsidRDefault="00ED17BE" w:rsidP="00ED17BE">
            <w:pPr>
              <w:spacing w:after="0" w:line="240" w:lineRule="auto"/>
              <w:jc w:val="center"/>
              <w:rPr>
                <w:noProof/>
                <w:sz w:val="20"/>
                <w:szCs w:val="20"/>
              </w:rPr>
            </w:pPr>
            <w:r w:rsidRPr="00F51F43">
              <w:rPr>
                <w:noProof/>
                <w:sz w:val="20"/>
                <w:szCs w:val="20"/>
              </w:rPr>
              <w:t>Mirela B.</w:t>
            </w:r>
          </w:p>
        </w:tc>
        <w:tc>
          <w:tcPr>
            <w:tcW w:w="992" w:type="dxa"/>
            <w:tcMar>
              <w:top w:w="80" w:type="dxa"/>
              <w:left w:w="80" w:type="dxa"/>
              <w:bottom w:w="80" w:type="dxa"/>
              <w:right w:w="80" w:type="dxa"/>
            </w:tcMar>
            <w:vAlign w:val="center"/>
          </w:tcPr>
          <w:p w14:paraId="26204BD8" w14:textId="77777777" w:rsidR="00ED17BE" w:rsidRPr="00F51F43" w:rsidRDefault="00ED17BE" w:rsidP="00ED17BE">
            <w:pPr>
              <w:spacing w:after="0" w:line="240" w:lineRule="auto"/>
              <w:jc w:val="center"/>
              <w:rPr>
                <w:noProof/>
                <w:sz w:val="20"/>
                <w:szCs w:val="20"/>
              </w:rPr>
            </w:pPr>
            <w:r w:rsidRPr="00F51F43">
              <w:rPr>
                <w:noProof/>
                <w:sz w:val="20"/>
                <w:szCs w:val="20"/>
              </w:rPr>
              <w:t>prosinac</w:t>
            </w:r>
          </w:p>
        </w:tc>
        <w:tc>
          <w:tcPr>
            <w:tcW w:w="851" w:type="dxa"/>
            <w:tcMar>
              <w:top w:w="80" w:type="dxa"/>
              <w:left w:w="80" w:type="dxa"/>
              <w:bottom w:w="80" w:type="dxa"/>
              <w:right w:w="80" w:type="dxa"/>
            </w:tcMar>
            <w:vAlign w:val="center"/>
          </w:tcPr>
          <w:p w14:paraId="400A5345"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67294193" w14:textId="77777777" w:rsidR="00ED17BE" w:rsidRPr="00F51F43" w:rsidRDefault="00ED17BE" w:rsidP="00ED17BE">
            <w:pPr>
              <w:spacing w:after="0" w:line="240" w:lineRule="auto"/>
              <w:jc w:val="center"/>
              <w:rPr>
                <w:noProof/>
                <w:sz w:val="20"/>
                <w:szCs w:val="20"/>
              </w:rPr>
            </w:pPr>
            <w:r w:rsidRPr="00F51F43">
              <w:rPr>
                <w:noProof/>
                <w:sz w:val="20"/>
                <w:szCs w:val="20"/>
              </w:rPr>
              <w:t>Bambi</w:t>
            </w:r>
          </w:p>
        </w:tc>
        <w:tc>
          <w:tcPr>
            <w:tcW w:w="2409" w:type="dxa"/>
            <w:tcMar>
              <w:top w:w="80" w:type="dxa"/>
              <w:left w:w="80" w:type="dxa"/>
              <w:bottom w:w="80" w:type="dxa"/>
              <w:right w:w="80" w:type="dxa"/>
            </w:tcMar>
            <w:vAlign w:val="center"/>
          </w:tcPr>
          <w:p w14:paraId="34C5977E" w14:textId="77777777" w:rsidR="00ED17BE" w:rsidRPr="00F51F43" w:rsidRDefault="00ED17BE" w:rsidP="00ED17BE">
            <w:pPr>
              <w:spacing w:after="0" w:line="240" w:lineRule="auto"/>
              <w:jc w:val="center"/>
              <w:rPr>
                <w:noProof/>
                <w:sz w:val="20"/>
                <w:szCs w:val="20"/>
              </w:rPr>
            </w:pPr>
            <w:r w:rsidRPr="00F51F43">
              <w:rPr>
                <w:noProof/>
                <w:sz w:val="20"/>
                <w:szCs w:val="20"/>
              </w:rPr>
              <w:t>Prikazati djeci proces izrade kolača</w:t>
            </w:r>
          </w:p>
        </w:tc>
        <w:tc>
          <w:tcPr>
            <w:tcW w:w="2387" w:type="dxa"/>
            <w:tcMar>
              <w:top w:w="80" w:type="dxa"/>
              <w:left w:w="80" w:type="dxa"/>
              <w:bottom w:w="80" w:type="dxa"/>
              <w:right w:w="80" w:type="dxa"/>
            </w:tcMar>
            <w:vAlign w:val="center"/>
          </w:tcPr>
          <w:p w14:paraId="1B51969D" w14:textId="77777777" w:rsidR="00ED17BE" w:rsidRPr="00F51F43" w:rsidRDefault="00ED17BE" w:rsidP="00ED17BE">
            <w:pPr>
              <w:spacing w:after="0" w:line="240" w:lineRule="auto"/>
              <w:jc w:val="center"/>
              <w:rPr>
                <w:noProof/>
                <w:sz w:val="20"/>
                <w:szCs w:val="20"/>
              </w:rPr>
            </w:pPr>
            <w:r w:rsidRPr="00F51F43">
              <w:rPr>
                <w:noProof/>
                <w:sz w:val="20"/>
                <w:szCs w:val="20"/>
              </w:rPr>
              <w:t>Razvoj pozitivnih stavova prema okolini</w:t>
            </w:r>
          </w:p>
        </w:tc>
        <w:tc>
          <w:tcPr>
            <w:tcW w:w="2363" w:type="dxa"/>
            <w:tcMar>
              <w:top w:w="80" w:type="dxa"/>
              <w:left w:w="80" w:type="dxa"/>
              <w:bottom w:w="80" w:type="dxa"/>
              <w:right w:w="80" w:type="dxa"/>
            </w:tcMar>
            <w:vAlign w:val="center"/>
          </w:tcPr>
          <w:p w14:paraId="240BD6B6" w14:textId="77777777" w:rsidR="00ED17BE" w:rsidRPr="00F51F43" w:rsidRDefault="00ED17BE" w:rsidP="00ED17BE">
            <w:pPr>
              <w:spacing w:after="0" w:line="240" w:lineRule="auto"/>
              <w:jc w:val="center"/>
              <w:rPr>
                <w:noProof/>
                <w:sz w:val="20"/>
                <w:szCs w:val="20"/>
              </w:rPr>
            </w:pPr>
            <w:r w:rsidRPr="00F51F43">
              <w:rPr>
                <w:noProof/>
                <w:sz w:val="20"/>
                <w:szCs w:val="20"/>
              </w:rPr>
              <w:t>Izrada kolača</w:t>
            </w:r>
          </w:p>
        </w:tc>
        <w:tc>
          <w:tcPr>
            <w:tcW w:w="2088" w:type="dxa"/>
            <w:tcMar>
              <w:top w:w="80" w:type="dxa"/>
              <w:left w:w="80" w:type="dxa"/>
              <w:bottom w:w="80" w:type="dxa"/>
              <w:right w:w="80" w:type="dxa"/>
            </w:tcMar>
            <w:vAlign w:val="center"/>
          </w:tcPr>
          <w:p w14:paraId="7538B72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suradnika</w:t>
            </w:r>
          </w:p>
        </w:tc>
      </w:tr>
      <w:tr w:rsidR="00ED17BE" w:rsidRPr="00F51F43" w14:paraId="0637CA26" w14:textId="77777777" w:rsidTr="00ED17BE">
        <w:trPr>
          <w:cantSplit/>
          <w:jc w:val="center"/>
        </w:trPr>
        <w:tc>
          <w:tcPr>
            <w:tcW w:w="1101" w:type="dxa"/>
            <w:tcMar>
              <w:top w:w="80" w:type="dxa"/>
              <w:left w:w="80" w:type="dxa"/>
              <w:bottom w:w="80" w:type="dxa"/>
              <w:right w:w="80" w:type="dxa"/>
            </w:tcMar>
            <w:vAlign w:val="center"/>
          </w:tcPr>
          <w:p w14:paraId="1BA96FE0" w14:textId="77777777" w:rsidR="00ED17BE" w:rsidRPr="00F51F43" w:rsidRDefault="00ED17BE" w:rsidP="00ED17BE">
            <w:pPr>
              <w:spacing w:after="0" w:line="240" w:lineRule="auto"/>
              <w:jc w:val="center"/>
              <w:rPr>
                <w:noProof/>
                <w:sz w:val="20"/>
                <w:szCs w:val="20"/>
              </w:rPr>
            </w:pPr>
            <w:r w:rsidRPr="00F51F43">
              <w:rPr>
                <w:noProof/>
                <w:sz w:val="20"/>
                <w:szCs w:val="20"/>
              </w:rPr>
              <w:t>Frizerski salon Mija</w:t>
            </w:r>
          </w:p>
        </w:tc>
        <w:tc>
          <w:tcPr>
            <w:tcW w:w="992" w:type="dxa"/>
            <w:tcMar>
              <w:top w:w="80" w:type="dxa"/>
              <w:left w:w="80" w:type="dxa"/>
              <w:bottom w:w="80" w:type="dxa"/>
              <w:right w:w="80" w:type="dxa"/>
            </w:tcMar>
            <w:vAlign w:val="center"/>
          </w:tcPr>
          <w:p w14:paraId="4E35B05A" w14:textId="77777777" w:rsidR="00ED17BE" w:rsidRPr="00F51F43" w:rsidRDefault="00ED17BE" w:rsidP="00ED17BE">
            <w:pPr>
              <w:spacing w:after="0" w:line="240" w:lineRule="auto"/>
              <w:jc w:val="center"/>
              <w:rPr>
                <w:noProof/>
                <w:sz w:val="20"/>
                <w:szCs w:val="20"/>
              </w:rPr>
            </w:pPr>
            <w:r w:rsidRPr="00F51F43">
              <w:rPr>
                <w:noProof/>
                <w:sz w:val="20"/>
                <w:szCs w:val="20"/>
              </w:rPr>
              <w:t>siječanj</w:t>
            </w:r>
          </w:p>
        </w:tc>
        <w:tc>
          <w:tcPr>
            <w:tcW w:w="851" w:type="dxa"/>
            <w:tcMar>
              <w:top w:w="80" w:type="dxa"/>
              <w:left w:w="80" w:type="dxa"/>
              <w:bottom w:w="80" w:type="dxa"/>
              <w:right w:w="80" w:type="dxa"/>
            </w:tcMar>
            <w:vAlign w:val="center"/>
          </w:tcPr>
          <w:p w14:paraId="7CBB4D93"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389BFB49" w14:textId="77777777" w:rsidR="00ED17BE" w:rsidRPr="00F51F43" w:rsidRDefault="00ED17BE" w:rsidP="00ED17BE">
            <w:pPr>
              <w:spacing w:after="0" w:line="240" w:lineRule="auto"/>
              <w:jc w:val="center"/>
              <w:rPr>
                <w:noProof/>
                <w:sz w:val="20"/>
                <w:szCs w:val="20"/>
              </w:rPr>
            </w:pPr>
            <w:r w:rsidRPr="00F51F43">
              <w:rPr>
                <w:noProof/>
                <w:sz w:val="20"/>
                <w:szCs w:val="20"/>
              </w:rPr>
              <w:t>Bambi</w:t>
            </w:r>
          </w:p>
        </w:tc>
        <w:tc>
          <w:tcPr>
            <w:tcW w:w="2409" w:type="dxa"/>
            <w:tcMar>
              <w:top w:w="80" w:type="dxa"/>
              <w:left w:w="80" w:type="dxa"/>
              <w:bottom w:w="80" w:type="dxa"/>
              <w:right w:w="80" w:type="dxa"/>
            </w:tcMar>
            <w:vAlign w:val="center"/>
          </w:tcPr>
          <w:p w14:paraId="5303F529" w14:textId="77777777" w:rsidR="00ED17BE" w:rsidRPr="00F51F43" w:rsidRDefault="00ED17BE" w:rsidP="00ED17BE">
            <w:pPr>
              <w:spacing w:after="0" w:line="240" w:lineRule="auto"/>
              <w:jc w:val="center"/>
              <w:rPr>
                <w:noProof/>
                <w:sz w:val="20"/>
                <w:szCs w:val="20"/>
              </w:rPr>
            </w:pPr>
            <w:r w:rsidRPr="00F51F43">
              <w:rPr>
                <w:noProof/>
                <w:sz w:val="20"/>
                <w:szCs w:val="20"/>
              </w:rPr>
              <w:t>Predstaviti djeci zanimanje frizera</w:t>
            </w:r>
          </w:p>
        </w:tc>
        <w:tc>
          <w:tcPr>
            <w:tcW w:w="2387" w:type="dxa"/>
            <w:tcMar>
              <w:top w:w="80" w:type="dxa"/>
              <w:left w:w="80" w:type="dxa"/>
              <w:bottom w:w="80" w:type="dxa"/>
              <w:right w:w="80" w:type="dxa"/>
            </w:tcMar>
            <w:vAlign w:val="center"/>
          </w:tcPr>
          <w:p w14:paraId="59E11756" w14:textId="77777777" w:rsidR="00ED17BE" w:rsidRPr="00F51F43" w:rsidRDefault="00ED17BE" w:rsidP="00ED17BE">
            <w:pPr>
              <w:spacing w:after="0" w:line="240" w:lineRule="auto"/>
              <w:jc w:val="center"/>
              <w:rPr>
                <w:noProof/>
                <w:sz w:val="20"/>
                <w:szCs w:val="20"/>
              </w:rPr>
            </w:pPr>
            <w:r w:rsidRPr="00F51F43">
              <w:rPr>
                <w:noProof/>
                <w:sz w:val="20"/>
                <w:szCs w:val="20"/>
              </w:rPr>
              <w:t>Razvoj sposobnosti uočavanja odnosa i veza među ljudima</w:t>
            </w:r>
          </w:p>
        </w:tc>
        <w:tc>
          <w:tcPr>
            <w:tcW w:w="2363" w:type="dxa"/>
            <w:tcMar>
              <w:top w:w="80" w:type="dxa"/>
              <w:left w:w="80" w:type="dxa"/>
              <w:bottom w:w="80" w:type="dxa"/>
              <w:right w:w="80" w:type="dxa"/>
            </w:tcMar>
            <w:vAlign w:val="center"/>
          </w:tcPr>
          <w:p w14:paraId="2B49183C" w14:textId="77777777" w:rsidR="00ED17BE" w:rsidRPr="00F51F43" w:rsidRDefault="00ED17BE" w:rsidP="00ED17BE">
            <w:pPr>
              <w:spacing w:after="0" w:line="240" w:lineRule="auto"/>
              <w:jc w:val="center"/>
              <w:rPr>
                <w:noProof/>
                <w:sz w:val="20"/>
                <w:szCs w:val="20"/>
              </w:rPr>
            </w:pPr>
            <w:r w:rsidRPr="00F51F43">
              <w:rPr>
                <w:noProof/>
                <w:sz w:val="20"/>
                <w:szCs w:val="20"/>
              </w:rPr>
              <w:t>Izrada frizura, razgovor</w:t>
            </w:r>
          </w:p>
        </w:tc>
        <w:tc>
          <w:tcPr>
            <w:tcW w:w="2088" w:type="dxa"/>
            <w:tcMar>
              <w:top w:w="80" w:type="dxa"/>
              <w:left w:w="80" w:type="dxa"/>
              <w:bottom w:w="80" w:type="dxa"/>
              <w:right w:w="80" w:type="dxa"/>
            </w:tcMar>
            <w:vAlign w:val="center"/>
          </w:tcPr>
          <w:p w14:paraId="2E336F0B"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suradnika</w:t>
            </w:r>
          </w:p>
        </w:tc>
      </w:tr>
      <w:tr w:rsidR="00ED17BE" w:rsidRPr="00F51F43" w14:paraId="678A9A2F" w14:textId="77777777" w:rsidTr="00ED17BE">
        <w:trPr>
          <w:cantSplit/>
          <w:jc w:val="center"/>
        </w:trPr>
        <w:tc>
          <w:tcPr>
            <w:tcW w:w="1101" w:type="dxa"/>
            <w:tcMar>
              <w:top w:w="80" w:type="dxa"/>
              <w:left w:w="80" w:type="dxa"/>
              <w:bottom w:w="80" w:type="dxa"/>
              <w:right w:w="80" w:type="dxa"/>
            </w:tcMar>
            <w:vAlign w:val="center"/>
          </w:tcPr>
          <w:p w14:paraId="2552BC6B" w14:textId="77777777" w:rsidR="00ED17BE" w:rsidRPr="00F51F43" w:rsidRDefault="00ED17BE" w:rsidP="00ED17BE">
            <w:pPr>
              <w:spacing w:after="0" w:line="240" w:lineRule="auto"/>
              <w:jc w:val="center"/>
              <w:rPr>
                <w:noProof/>
                <w:sz w:val="20"/>
                <w:szCs w:val="20"/>
              </w:rPr>
            </w:pPr>
            <w:r w:rsidRPr="00F51F43">
              <w:rPr>
                <w:noProof/>
                <w:sz w:val="20"/>
                <w:szCs w:val="20"/>
              </w:rPr>
              <w:t>Valentina M.</w:t>
            </w:r>
          </w:p>
        </w:tc>
        <w:tc>
          <w:tcPr>
            <w:tcW w:w="992" w:type="dxa"/>
            <w:tcMar>
              <w:top w:w="80" w:type="dxa"/>
              <w:left w:w="80" w:type="dxa"/>
              <w:bottom w:w="80" w:type="dxa"/>
              <w:right w:w="80" w:type="dxa"/>
            </w:tcMar>
            <w:vAlign w:val="center"/>
          </w:tcPr>
          <w:p w14:paraId="72131994" w14:textId="77777777" w:rsidR="00ED17BE" w:rsidRPr="00F51F43" w:rsidRDefault="00ED17BE" w:rsidP="00ED17BE">
            <w:pPr>
              <w:spacing w:after="0" w:line="240" w:lineRule="auto"/>
              <w:jc w:val="center"/>
              <w:rPr>
                <w:noProof/>
                <w:sz w:val="20"/>
                <w:szCs w:val="20"/>
              </w:rPr>
            </w:pPr>
            <w:r w:rsidRPr="00F51F43">
              <w:rPr>
                <w:noProof/>
                <w:sz w:val="20"/>
                <w:szCs w:val="20"/>
              </w:rPr>
              <w:t>veljača</w:t>
            </w:r>
          </w:p>
        </w:tc>
        <w:tc>
          <w:tcPr>
            <w:tcW w:w="851" w:type="dxa"/>
            <w:tcMar>
              <w:top w:w="80" w:type="dxa"/>
              <w:left w:w="80" w:type="dxa"/>
              <w:bottom w:w="80" w:type="dxa"/>
              <w:right w:w="80" w:type="dxa"/>
            </w:tcMar>
            <w:vAlign w:val="center"/>
          </w:tcPr>
          <w:p w14:paraId="61C93242"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E99F29A" w14:textId="77777777" w:rsidR="00ED17BE" w:rsidRPr="00F51F43" w:rsidRDefault="00ED17BE" w:rsidP="00ED17BE">
            <w:pPr>
              <w:spacing w:after="0" w:line="240" w:lineRule="auto"/>
              <w:jc w:val="center"/>
              <w:rPr>
                <w:noProof/>
                <w:sz w:val="20"/>
                <w:szCs w:val="20"/>
              </w:rPr>
            </w:pPr>
            <w:r w:rsidRPr="00F51F43">
              <w:rPr>
                <w:noProof/>
                <w:sz w:val="20"/>
                <w:szCs w:val="20"/>
              </w:rPr>
              <w:t>Bambi</w:t>
            </w:r>
          </w:p>
        </w:tc>
        <w:tc>
          <w:tcPr>
            <w:tcW w:w="2409" w:type="dxa"/>
            <w:tcMar>
              <w:top w:w="80" w:type="dxa"/>
              <w:left w:w="80" w:type="dxa"/>
              <w:bottom w:w="80" w:type="dxa"/>
              <w:right w:w="80" w:type="dxa"/>
            </w:tcMar>
            <w:vAlign w:val="center"/>
          </w:tcPr>
          <w:p w14:paraId="72FCFBF9" w14:textId="77777777" w:rsidR="00ED17BE" w:rsidRPr="00F51F43" w:rsidRDefault="00ED17BE" w:rsidP="00ED17BE">
            <w:pPr>
              <w:spacing w:after="0" w:line="240" w:lineRule="auto"/>
              <w:jc w:val="center"/>
              <w:rPr>
                <w:noProof/>
                <w:sz w:val="20"/>
                <w:szCs w:val="20"/>
              </w:rPr>
            </w:pPr>
            <w:r w:rsidRPr="00F51F43">
              <w:rPr>
                <w:noProof/>
                <w:sz w:val="20"/>
                <w:szCs w:val="20"/>
              </w:rPr>
              <w:t>Predstaviti djeci zanimanje knjižničar</w:t>
            </w:r>
          </w:p>
        </w:tc>
        <w:tc>
          <w:tcPr>
            <w:tcW w:w="2387" w:type="dxa"/>
            <w:tcMar>
              <w:top w:w="80" w:type="dxa"/>
              <w:left w:w="80" w:type="dxa"/>
              <w:bottom w:w="80" w:type="dxa"/>
              <w:right w:w="80" w:type="dxa"/>
            </w:tcMar>
            <w:vAlign w:val="center"/>
          </w:tcPr>
          <w:p w14:paraId="6E5B6D60" w14:textId="77777777" w:rsidR="00ED17BE" w:rsidRPr="00F51F43" w:rsidRDefault="00ED17BE" w:rsidP="00ED17BE">
            <w:pPr>
              <w:spacing w:after="0" w:line="240" w:lineRule="auto"/>
              <w:jc w:val="center"/>
              <w:rPr>
                <w:noProof/>
                <w:sz w:val="20"/>
                <w:szCs w:val="20"/>
              </w:rPr>
            </w:pPr>
            <w:r w:rsidRPr="00F51F43">
              <w:rPr>
                <w:noProof/>
                <w:sz w:val="20"/>
                <w:szCs w:val="20"/>
              </w:rPr>
              <w:t>Razvoj sposobnosti uočavanja veza i odnosa među ljudima</w:t>
            </w:r>
          </w:p>
        </w:tc>
        <w:tc>
          <w:tcPr>
            <w:tcW w:w="2363" w:type="dxa"/>
            <w:tcMar>
              <w:top w:w="80" w:type="dxa"/>
              <w:left w:w="80" w:type="dxa"/>
              <w:bottom w:w="80" w:type="dxa"/>
              <w:right w:w="80" w:type="dxa"/>
            </w:tcMar>
            <w:vAlign w:val="center"/>
          </w:tcPr>
          <w:p w14:paraId="447FE7B2" w14:textId="77777777" w:rsidR="00ED17BE" w:rsidRPr="00F51F43" w:rsidRDefault="00ED17BE" w:rsidP="00ED17BE">
            <w:pPr>
              <w:spacing w:after="0" w:line="240" w:lineRule="auto"/>
              <w:jc w:val="center"/>
              <w:rPr>
                <w:noProof/>
                <w:sz w:val="20"/>
                <w:szCs w:val="20"/>
              </w:rPr>
            </w:pPr>
            <w:r w:rsidRPr="00F51F43">
              <w:rPr>
                <w:noProof/>
                <w:sz w:val="20"/>
                <w:szCs w:val="20"/>
              </w:rPr>
              <w:t>Interpretacija slikovnice</w:t>
            </w:r>
          </w:p>
        </w:tc>
        <w:tc>
          <w:tcPr>
            <w:tcW w:w="2088" w:type="dxa"/>
            <w:tcMar>
              <w:top w:w="80" w:type="dxa"/>
              <w:left w:w="80" w:type="dxa"/>
              <w:bottom w:w="80" w:type="dxa"/>
              <w:right w:w="80" w:type="dxa"/>
            </w:tcMar>
            <w:vAlign w:val="center"/>
          </w:tcPr>
          <w:p w14:paraId="79E88030"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suradnika</w:t>
            </w:r>
          </w:p>
        </w:tc>
      </w:tr>
      <w:tr w:rsidR="00ED17BE" w:rsidRPr="00F51F43" w14:paraId="0708C94B" w14:textId="77777777" w:rsidTr="00ED17BE">
        <w:trPr>
          <w:cantSplit/>
          <w:jc w:val="center"/>
        </w:trPr>
        <w:tc>
          <w:tcPr>
            <w:tcW w:w="1101" w:type="dxa"/>
            <w:tcMar>
              <w:top w:w="80" w:type="dxa"/>
              <w:left w:w="80" w:type="dxa"/>
              <w:bottom w:w="80" w:type="dxa"/>
              <w:right w:w="80" w:type="dxa"/>
            </w:tcMar>
            <w:vAlign w:val="center"/>
          </w:tcPr>
          <w:p w14:paraId="4B49FAE1" w14:textId="77777777" w:rsidR="00ED17BE" w:rsidRPr="00F51F43" w:rsidRDefault="00ED17BE" w:rsidP="00ED17BE">
            <w:pPr>
              <w:spacing w:after="0" w:line="240" w:lineRule="auto"/>
              <w:jc w:val="center"/>
              <w:rPr>
                <w:noProof/>
                <w:sz w:val="20"/>
                <w:szCs w:val="20"/>
              </w:rPr>
            </w:pPr>
            <w:r w:rsidRPr="00F51F43">
              <w:rPr>
                <w:noProof/>
                <w:sz w:val="20"/>
                <w:szCs w:val="20"/>
              </w:rPr>
              <w:t>Deni M.</w:t>
            </w:r>
          </w:p>
        </w:tc>
        <w:tc>
          <w:tcPr>
            <w:tcW w:w="992" w:type="dxa"/>
            <w:tcMar>
              <w:top w:w="80" w:type="dxa"/>
              <w:left w:w="80" w:type="dxa"/>
              <w:bottom w:w="80" w:type="dxa"/>
              <w:right w:w="80" w:type="dxa"/>
            </w:tcMar>
            <w:vAlign w:val="center"/>
          </w:tcPr>
          <w:p w14:paraId="702A629A"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2515981F"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48799F93" w14:textId="77777777" w:rsidR="00ED17BE" w:rsidRPr="00F51F43" w:rsidRDefault="00ED17BE" w:rsidP="00ED17BE">
            <w:pPr>
              <w:spacing w:after="0" w:line="240" w:lineRule="auto"/>
              <w:jc w:val="center"/>
              <w:rPr>
                <w:noProof/>
                <w:sz w:val="20"/>
                <w:szCs w:val="20"/>
              </w:rPr>
            </w:pPr>
            <w:r w:rsidRPr="00F51F43">
              <w:rPr>
                <w:noProof/>
                <w:sz w:val="20"/>
                <w:szCs w:val="20"/>
              </w:rPr>
              <w:t>Bambi</w:t>
            </w:r>
          </w:p>
        </w:tc>
        <w:tc>
          <w:tcPr>
            <w:tcW w:w="2409" w:type="dxa"/>
            <w:tcMar>
              <w:top w:w="80" w:type="dxa"/>
              <w:left w:w="80" w:type="dxa"/>
              <w:bottom w:w="80" w:type="dxa"/>
              <w:right w:w="80" w:type="dxa"/>
            </w:tcMar>
            <w:vAlign w:val="center"/>
          </w:tcPr>
          <w:p w14:paraId="7CEB9AB9" w14:textId="77777777" w:rsidR="00ED17BE" w:rsidRPr="00F51F43" w:rsidRDefault="00ED17BE" w:rsidP="00ED17BE">
            <w:pPr>
              <w:spacing w:after="0" w:line="240" w:lineRule="auto"/>
              <w:jc w:val="center"/>
              <w:rPr>
                <w:noProof/>
                <w:sz w:val="20"/>
                <w:szCs w:val="20"/>
              </w:rPr>
            </w:pPr>
            <w:r w:rsidRPr="00F51F43">
              <w:rPr>
                <w:noProof/>
                <w:sz w:val="20"/>
                <w:szCs w:val="20"/>
              </w:rPr>
              <w:t>Predstaviti djeci zanimanje vatrogasca</w:t>
            </w:r>
          </w:p>
        </w:tc>
        <w:tc>
          <w:tcPr>
            <w:tcW w:w="2387" w:type="dxa"/>
            <w:tcMar>
              <w:top w:w="80" w:type="dxa"/>
              <w:left w:w="80" w:type="dxa"/>
              <w:bottom w:w="80" w:type="dxa"/>
              <w:right w:w="80" w:type="dxa"/>
            </w:tcMar>
            <w:vAlign w:val="center"/>
          </w:tcPr>
          <w:p w14:paraId="759BA09E" w14:textId="77777777" w:rsidR="00ED17BE" w:rsidRPr="00F51F43" w:rsidRDefault="00ED17BE" w:rsidP="00ED17BE">
            <w:pPr>
              <w:spacing w:after="0" w:line="240" w:lineRule="auto"/>
              <w:jc w:val="center"/>
              <w:rPr>
                <w:noProof/>
                <w:sz w:val="20"/>
                <w:szCs w:val="20"/>
              </w:rPr>
            </w:pPr>
            <w:r w:rsidRPr="00F51F43">
              <w:rPr>
                <w:noProof/>
                <w:sz w:val="20"/>
                <w:szCs w:val="20"/>
              </w:rPr>
              <w:t>Razvoj novih i usavršavanje stečenih znanja o očuvanju šuma, sprečavanju požara</w:t>
            </w:r>
          </w:p>
        </w:tc>
        <w:tc>
          <w:tcPr>
            <w:tcW w:w="2363" w:type="dxa"/>
            <w:tcMar>
              <w:top w:w="80" w:type="dxa"/>
              <w:left w:w="80" w:type="dxa"/>
              <w:bottom w:w="80" w:type="dxa"/>
              <w:right w:w="80" w:type="dxa"/>
            </w:tcMar>
            <w:vAlign w:val="center"/>
          </w:tcPr>
          <w:p w14:paraId="6E6DBF83" w14:textId="77777777" w:rsidR="00ED17BE" w:rsidRPr="00F51F43" w:rsidRDefault="00ED17BE" w:rsidP="00ED17BE">
            <w:pPr>
              <w:spacing w:after="0" w:line="240" w:lineRule="auto"/>
              <w:jc w:val="center"/>
              <w:rPr>
                <w:noProof/>
                <w:sz w:val="20"/>
                <w:szCs w:val="20"/>
              </w:rPr>
            </w:pPr>
            <w:r w:rsidRPr="00F51F43">
              <w:rPr>
                <w:noProof/>
                <w:sz w:val="20"/>
                <w:szCs w:val="20"/>
              </w:rPr>
              <w:t>Vježba gašenja požara, prikaz vatre i vatrogasne opreme likovnim tehnikama</w:t>
            </w:r>
          </w:p>
        </w:tc>
        <w:tc>
          <w:tcPr>
            <w:tcW w:w="2088" w:type="dxa"/>
            <w:tcMar>
              <w:top w:w="80" w:type="dxa"/>
              <w:left w:w="80" w:type="dxa"/>
              <w:bottom w:w="80" w:type="dxa"/>
              <w:right w:w="80" w:type="dxa"/>
            </w:tcMar>
            <w:vAlign w:val="center"/>
          </w:tcPr>
          <w:p w14:paraId="0358F702"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suradnika</w:t>
            </w:r>
          </w:p>
        </w:tc>
      </w:tr>
      <w:tr w:rsidR="00ED17BE" w:rsidRPr="00F51F43" w14:paraId="724D80BE" w14:textId="77777777" w:rsidTr="00ED17BE">
        <w:trPr>
          <w:cantSplit/>
          <w:jc w:val="center"/>
        </w:trPr>
        <w:tc>
          <w:tcPr>
            <w:tcW w:w="1101" w:type="dxa"/>
            <w:tcMar>
              <w:top w:w="80" w:type="dxa"/>
              <w:left w:w="80" w:type="dxa"/>
              <w:bottom w:w="80" w:type="dxa"/>
              <w:right w:w="80" w:type="dxa"/>
            </w:tcMar>
            <w:vAlign w:val="center"/>
          </w:tcPr>
          <w:p w14:paraId="771EF33F" w14:textId="77777777" w:rsidR="00ED17BE" w:rsidRPr="00F51F43" w:rsidRDefault="00ED17BE" w:rsidP="00ED17BE">
            <w:pPr>
              <w:spacing w:after="0" w:line="240" w:lineRule="auto"/>
              <w:jc w:val="center"/>
              <w:rPr>
                <w:noProof/>
                <w:sz w:val="20"/>
                <w:szCs w:val="20"/>
              </w:rPr>
            </w:pPr>
            <w:r w:rsidRPr="00F51F43">
              <w:rPr>
                <w:noProof/>
                <w:sz w:val="20"/>
                <w:szCs w:val="20"/>
              </w:rPr>
              <w:t>Velečasni Branko H.</w:t>
            </w:r>
          </w:p>
        </w:tc>
        <w:tc>
          <w:tcPr>
            <w:tcW w:w="992" w:type="dxa"/>
            <w:tcMar>
              <w:top w:w="80" w:type="dxa"/>
              <w:left w:w="80" w:type="dxa"/>
              <w:bottom w:w="80" w:type="dxa"/>
              <w:right w:w="80" w:type="dxa"/>
            </w:tcMar>
            <w:vAlign w:val="center"/>
          </w:tcPr>
          <w:p w14:paraId="7966B025" w14:textId="77777777" w:rsidR="00ED17BE" w:rsidRPr="00F51F43" w:rsidRDefault="00ED17BE" w:rsidP="00ED17BE">
            <w:pPr>
              <w:spacing w:after="0" w:line="240" w:lineRule="auto"/>
              <w:jc w:val="center"/>
              <w:rPr>
                <w:noProof/>
                <w:sz w:val="20"/>
                <w:szCs w:val="20"/>
              </w:rPr>
            </w:pPr>
            <w:r w:rsidRPr="00F51F43">
              <w:rPr>
                <w:noProof/>
                <w:sz w:val="20"/>
                <w:szCs w:val="20"/>
              </w:rPr>
              <w:t>listopad, siječanj</w:t>
            </w:r>
          </w:p>
        </w:tc>
        <w:tc>
          <w:tcPr>
            <w:tcW w:w="851" w:type="dxa"/>
            <w:tcMar>
              <w:top w:w="80" w:type="dxa"/>
              <w:left w:w="80" w:type="dxa"/>
              <w:bottom w:w="80" w:type="dxa"/>
              <w:right w:w="80" w:type="dxa"/>
            </w:tcMar>
            <w:vAlign w:val="center"/>
          </w:tcPr>
          <w:p w14:paraId="738069CF"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20681978" w14:textId="77777777" w:rsidR="00ED17BE" w:rsidRPr="00F51F43" w:rsidRDefault="00ED17BE" w:rsidP="00ED17BE">
            <w:pPr>
              <w:spacing w:after="0" w:line="240" w:lineRule="auto"/>
              <w:jc w:val="center"/>
              <w:rPr>
                <w:noProof/>
                <w:sz w:val="20"/>
                <w:szCs w:val="20"/>
              </w:rPr>
            </w:pPr>
            <w:r w:rsidRPr="00F51F43">
              <w:rPr>
                <w:noProof/>
                <w:sz w:val="20"/>
                <w:szCs w:val="20"/>
              </w:rPr>
              <w:t>Lavići</w:t>
            </w:r>
          </w:p>
        </w:tc>
        <w:tc>
          <w:tcPr>
            <w:tcW w:w="2409" w:type="dxa"/>
            <w:tcMar>
              <w:top w:w="80" w:type="dxa"/>
              <w:left w:w="80" w:type="dxa"/>
              <w:bottom w:w="80" w:type="dxa"/>
              <w:right w:w="80" w:type="dxa"/>
            </w:tcMar>
            <w:vAlign w:val="center"/>
          </w:tcPr>
          <w:p w14:paraId="54A5E064" w14:textId="77777777" w:rsidR="00ED17BE" w:rsidRPr="00F51F43" w:rsidRDefault="00ED17BE" w:rsidP="00ED17BE">
            <w:pPr>
              <w:spacing w:after="0" w:line="240" w:lineRule="auto"/>
              <w:jc w:val="center"/>
              <w:rPr>
                <w:noProof/>
                <w:sz w:val="20"/>
                <w:szCs w:val="20"/>
              </w:rPr>
            </w:pPr>
            <w:r w:rsidRPr="00F51F43">
              <w:rPr>
                <w:noProof/>
                <w:sz w:val="20"/>
                <w:szCs w:val="20"/>
              </w:rPr>
              <w:t>blagoslov povodom Dana Kruha i blagoslov vrtića</w:t>
            </w:r>
          </w:p>
        </w:tc>
        <w:tc>
          <w:tcPr>
            <w:tcW w:w="2387" w:type="dxa"/>
            <w:tcMar>
              <w:top w:w="80" w:type="dxa"/>
              <w:left w:w="80" w:type="dxa"/>
              <w:bottom w:w="80" w:type="dxa"/>
              <w:right w:w="80" w:type="dxa"/>
            </w:tcMar>
            <w:vAlign w:val="center"/>
          </w:tcPr>
          <w:p w14:paraId="7A9E4753" w14:textId="77777777" w:rsidR="00ED17BE" w:rsidRPr="00F51F43" w:rsidRDefault="00ED17BE" w:rsidP="00ED17BE">
            <w:pPr>
              <w:spacing w:after="0" w:line="240" w:lineRule="auto"/>
              <w:jc w:val="center"/>
              <w:rPr>
                <w:noProof/>
                <w:sz w:val="20"/>
                <w:szCs w:val="20"/>
              </w:rPr>
            </w:pPr>
            <w:r w:rsidRPr="00F51F43">
              <w:rPr>
                <w:noProof/>
                <w:sz w:val="20"/>
                <w:szCs w:val="20"/>
              </w:rPr>
              <w:t>uočavanje važnosti pravilnog odnosa prema kruhu i hrani</w:t>
            </w:r>
          </w:p>
        </w:tc>
        <w:tc>
          <w:tcPr>
            <w:tcW w:w="2363" w:type="dxa"/>
            <w:tcMar>
              <w:top w:w="80" w:type="dxa"/>
              <w:left w:w="80" w:type="dxa"/>
              <w:bottom w:w="80" w:type="dxa"/>
              <w:right w:w="80" w:type="dxa"/>
            </w:tcMar>
            <w:vAlign w:val="center"/>
          </w:tcPr>
          <w:p w14:paraId="252323AE" w14:textId="77777777" w:rsidR="00ED17BE" w:rsidRPr="00F51F43" w:rsidRDefault="00ED17BE" w:rsidP="00ED17BE">
            <w:pPr>
              <w:spacing w:after="0" w:line="240" w:lineRule="auto"/>
              <w:jc w:val="center"/>
              <w:rPr>
                <w:noProof/>
                <w:sz w:val="20"/>
                <w:szCs w:val="20"/>
              </w:rPr>
            </w:pPr>
            <w:r w:rsidRPr="00F51F43">
              <w:rPr>
                <w:noProof/>
                <w:sz w:val="20"/>
                <w:szCs w:val="20"/>
              </w:rPr>
              <w:t>sudjelovanje u blagoslovu</w:t>
            </w:r>
          </w:p>
        </w:tc>
        <w:tc>
          <w:tcPr>
            <w:tcW w:w="2088" w:type="dxa"/>
            <w:tcMar>
              <w:top w:w="80" w:type="dxa"/>
              <w:left w:w="80" w:type="dxa"/>
              <w:bottom w:w="80" w:type="dxa"/>
              <w:right w:w="80" w:type="dxa"/>
            </w:tcMar>
            <w:vAlign w:val="center"/>
          </w:tcPr>
          <w:p w14:paraId="501C8CAC" w14:textId="77777777" w:rsidR="00ED17BE" w:rsidRPr="00F51F43" w:rsidRDefault="00ED17BE" w:rsidP="00ED17BE">
            <w:pPr>
              <w:spacing w:after="0" w:line="240" w:lineRule="auto"/>
              <w:jc w:val="center"/>
              <w:rPr>
                <w:noProof/>
                <w:sz w:val="20"/>
                <w:szCs w:val="20"/>
              </w:rPr>
            </w:pPr>
            <w:r w:rsidRPr="00F51F43">
              <w:rPr>
                <w:noProof/>
                <w:sz w:val="20"/>
                <w:szCs w:val="20"/>
              </w:rPr>
              <w:t>crteži</w:t>
            </w:r>
          </w:p>
        </w:tc>
      </w:tr>
      <w:tr w:rsidR="00ED17BE" w:rsidRPr="00F51F43" w14:paraId="1F4E1E2E" w14:textId="77777777" w:rsidTr="00ED17BE">
        <w:trPr>
          <w:cantSplit/>
          <w:jc w:val="center"/>
        </w:trPr>
        <w:tc>
          <w:tcPr>
            <w:tcW w:w="1101" w:type="dxa"/>
            <w:tcMar>
              <w:top w:w="80" w:type="dxa"/>
              <w:left w:w="80" w:type="dxa"/>
              <w:bottom w:w="80" w:type="dxa"/>
              <w:right w:w="80" w:type="dxa"/>
            </w:tcMar>
            <w:vAlign w:val="center"/>
          </w:tcPr>
          <w:p w14:paraId="2250E632" w14:textId="77777777" w:rsidR="00ED17BE" w:rsidRPr="00F51F43" w:rsidRDefault="00ED17BE" w:rsidP="00ED17BE">
            <w:pPr>
              <w:spacing w:after="0" w:line="240" w:lineRule="auto"/>
              <w:jc w:val="center"/>
              <w:rPr>
                <w:noProof/>
                <w:sz w:val="20"/>
                <w:szCs w:val="20"/>
              </w:rPr>
            </w:pPr>
            <w:r w:rsidRPr="00F51F43">
              <w:rPr>
                <w:noProof/>
                <w:sz w:val="20"/>
                <w:szCs w:val="20"/>
              </w:rPr>
              <w:t>Djelatnici Bibliobusa</w:t>
            </w:r>
          </w:p>
        </w:tc>
        <w:tc>
          <w:tcPr>
            <w:tcW w:w="992" w:type="dxa"/>
            <w:tcMar>
              <w:top w:w="80" w:type="dxa"/>
              <w:left w:w="80" w:type="dxa"/>
              <w:bottom w:w="80" w:type="dxa"/>
              <w:right w:w="80" w:type="dxa"/>
            </w:tcMar>
            <w:vAlign w:val="center"/>
          </w:tcPr>
          <w:p w14:paraId="149BD8AB" w14:textId="77777777" w:rsidR="00ED17BE" w:rsidRPr="00F51F43" w:rsidRDefault="00ED17BE" w:rsidP="00ED17BE">
            <w:pPr>
              <w:spacing w:after="0" w:line="240" w:lineRule="auto"/>
              <w:jc w:val="center"/>
              <w:rPr>
                <w:noProof/>
                <w:sz w:val="20"/>
                <w:szCs w:val="20"/>
              </w:rPr>
            </w:pPr>
            <w:r w:rsidRPr="00F51F43">
              <w:rPr>
                <w:noProof/>
                <w:sz w:val="20"/>
                <w:szCs w:val="20"/>
              </w:rPr>
              <w:t>rujan / srpanj</w:t>
            </w:r>
          </w:p>
        </w:tc>
        <w:tc>
          <w:tcPr>
            <w:tcW w:w="851" w:type="dxa"/>
            <w:tcMar>
              <w:top w:w="80" w:type="dxa"/>
              <w:left w:w="80" w:type="dxa"/>
              <w:bottom w:w="80" w:type="dxa"/>
              <w:right w:w="80" w:type="dxa"/>
            </w:tcMar>
            <w:vAlign w:val="center"/>
          </w:tcPr>
          <w:p w14:paraId="39D3DD0E"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0FD44020" w14:textId="77777777" w:rsidR="00ED17BE" w:rsidRPr="00F51F43" w:rsidRDefault="00ED17BE" w:rsidP="00ED17BE">
            <w:pPr>
              <w:spacing w:after="0" w:line="240" w:lineRule="auto"/>
              <w:jc w:val="center"/>
              <w:rPr>
                <w:noProof/>
                <w:sz w:val="20"/>
                <w:szCs w:val="20"/>
              </w:rPr>
            </w:pPr>
            <w:r w:rsidRPr="00F51F43">
              <w:rPr>
                <w:noProof/>
                <w:sz w:val="20"/>
                <w:szCs w:val="20"/>
              </w:rPr>
              <w:t>Lavići</w:t>
            </w:r>
          </w:p>
        </w:tc>
        <w:tc>
          <w:tcPr>
            <w:tcW w:w="2409" w:type="dxa"/>
            <w:tcMar>
              <w:top w:w="80" w:type="dxa"/>
              <w:left w:w="80" w:type="dxa"/>
              <w:bottom w:w="80" w:type="dxa"/>
              <w:right w:w="80" w:type="dxa"/>
            </w:tcMar>
            <w:vAlign w:val="center"/>
          </w:tcPr>
          <w:p w14:paraId="5CACBD87" w14:textId="77777777" w:rsidR="00ED17BE" w:rsidRPr="00F51F43" w:rsidRDefault="00ED17BE" w:rsidP="00ED17BE">
            <w:pPr>
              <w:spacing w:after="0" w:line="240" w:lineRule="auto"/>
              <w:jc w:val="center"/>
              <w:rPr>
                <w:noProof/>
                <w:sz w:val="20"/>
                <w:szCs w:val="20"/>
              </w:rPr>
            </w:pPr>
            <w:r w:rsidRPr="00F51F43">
              <w:rPr>
                <w:noProof/>
                <w:sz w:val="20"/>
                <w:szCs w:val="20"/>
              </w:rPr>
              <w:t>stvaranje pozitivnog odnosa prema knjigama, vraćanje knjiga na odgovarajuće mjesto, upoznavanje sa knjižničarkom</w:t>
            </w:r>
          </w:p>
        </w:tc>
        <w:tc>
          <w:tcPr>
            <w:tcW w:w="2387" w:type="dxa"/>
            <w:tcMar>
              <w:top w:w="80" w:type="dxa"/>
              <w:left w:w="80" w:type="dxa"/>
              <w:bottom w:w="80" w:type="dxa"/>
              <w:right w:w="80" w:type="dxa"/>
            </w:tcMar>
            <w:vAlign w:val="center"/>
          </w:tcPr>
          <w:p w14:paraId="69EFBCD5" w14:textId="77777777" w:rsidR="00ED17BE" w:rsidRPr="00F51F43" w:rsidRDefault="00ED17BE" w:rsidP="00ED17BE">
            <w:pPr>
              <w:spacing w:after="0" w:line="240" w:lineRule="auto"/>
              <w:jc w:val="center"/>
              <w:rPr>
                <w:noProof/>
                <w:sz w:val="20"/>
                <w:szCs w:val="20"/>
              </w:rPr>
            </w:pPr>
            <w:r w:rsidRPr="00F51F43">
              <w:rPr>
                <w:noProof/>
                <w:sz w:val="20"/>
                <w:szCs w:val="20"/>
              </w:rPr>
              <w:t>usvajanje pravila poželjnog ponašanja u Bibliobusu i prema knjigama, razvoj pozitivnih osjećaja prema čitanju i slušanju priča i slikovnica</w:t>
            </w:r>
          </w:p>
        </w:tc>
        <w:tc>
          <w:tcPr>
            <w:tcW w:w="2363" w:type="dxa"/>
            <w:tcMar>
              <w:top w:w="80" w:type="dxa"/>
              <w:left w:w="80" w:type="dxa"/>
              <w:bottom w:w="80" w:type="dxa"/>
              <w:right w:w="80" w:type="dxa"/>
            </w:tcMar>
            <w:vAlign w:val="center"/>
          </w:tcPr>
          <w:p w14:paraId="2D2C1A96" w14:textId="77777777" w:rsidR="00ED17BE" w:rsidRPr="00F51F43" w:rsidRDefault="00ED17BE" w:rsidP="00ED17BE">
            <w:pPr>
              <w:spacing w:after="0" w:line="240" w:lineRule="auto"/>
              <w:jc w:val="center"/>
              <w:rPr>
                <w:noProof/>
                <w:sz w:val="20"/>
                <w:szCs w:val="20"/>
              </w:rPr>
            </w:pPr>
            <w:r w:rsidRPr="00F51F43">
              <w:rPr>
                <w:noProof/>
                <w:sz w:val="20"/>
                <w:szCs w:val="20"/>
              </w:rPr>
              <w:t>odlazak u Bibliobus,slušanje priče</w:t>
            </w:r>
          </w:p>
        </w:tc>
        <w:tc>
          <w:tcPr>
            <w:tcW w:w="2088" w:type="dxa"/>
            <w:tcMar>
              <w:top w:w="80" w:type="dxa"/>
              <w:left w:w="80" w:type="dxa"/>
              <w:bottom w:w="80" w:type="dxa"/>
              <w:right w:w="80" w:type="dxa"/>
            </w:tcMar>
            <w:vAlign w:val="center"/>
          </w:tcPr>
          <w:p w14:paraId="1004B2DA" w14:textId="77777777" w:rsidR="00ED17BE" w:rsidRPr="00F51F43" w:rsidRDefault="00ED17BE" w:rsidP="00ED17BE">
            <w:pPr>
              <w:spacing w:after="0" w:line="240" w:lineRule="auto"/>
              <w:jc w:val="center"/>
              <w:rPr>
                <w:noProof/>
                <w:sz w:val="20"/>
                <w:szCs w:val="20"/>
              </w:rPr>
            </w:pPr>
            <w:r w:rsidRPr="00F51F43">
              <w:rPr>
                <w:noProof/>
                <w:sz w:val="20"/>
                <w:szCs w:val="20"/>
              </w:rPr>
              <w:t>samostalno korištenje slikovnice</w:t>
            </w:r>
          </w:p>
        </w:tc>
      </w:tr>
      <w:tr w:rsidR="00ED17BE" w:rsidRPr="00F51F43" w14:paraId="74933002" w14:textId="77777777" w:rsidTr="00ED17BE">
        <w:trPr>
          <w:cantSplit/>
          <w:jc w:val="center"/>
        </w:trPr>
        <w:tc>
          <w:tcPr>
            <w:tcW w:w="1101" w:type="dxa"/>
            <w:tcMar>
              <w:top w:w="80" w:type="dxa"/>
              <w:left w:w="80" w:type="dxa"/>
              <w:bottom w:w="80" w:type="dxa"/>
              <w:right w:w="80" w:type="dxa"/>
            </w:tcMar>
            <w:vAlign w:val="center"/>
          </w:tcPr>
          <w:p w14:paraId="12E87B0B" w14:textId="77777777" w:rsidR="00ED17BE" w:rsidRPr="00F51F43" w:rsidRDefault="00ED17BE" w:rsidP="00ED17BE">
            <w:pPr>
              <w:spacing w:after="0" w:line="240" w:lineRule="auto"/>
              <w:jc w:val="center"/>
              <w:rPr>
                <w:noProof/>
                <w:sz w:val="20"/>
                <w:szCs w:val="20"/>
              </w:rPr>
            </w:pPr>
            <w:r w:rsidRPr="00F51F43">
              <w:rPr>
                <w:noProof/>
                <w:sz w:val="20"/>
                <w:szCs w:val="20"/>
              </w:rPr>
              <w:t>Čitaj mi priču-baka djece iz skupine</w:t>
            </w:r>
          </w:p>
        </w:tc>
        <w:tc>
          <w:tcPr>
            <w:tcW w:w="992" w:type="dxa"/>
            <w:tcMar>
              <w:top w:w="80" w:type="dxa"/>
              <w:left w:w="80" w:type="dxa"/>
              <w:bottom w:w="80" w:type="dxa"/>
              <w:right w:w="80" w:type="dxa"/>
            </w:tcMar>
            <w:vAlign w:val="center"/>
          </w:tcPr>
          <w:p w14:paraId="7BC50E8A" w14:textId="77777777" w:rsidR="00ED17BE" w:rsidRPr="00F51F43" w:rsidRDefault="00ED17BE" w:rsidP="00ED17BE">
            <w:pPr>
              <w:spacing w:after="0" w:line="240" w:lineRule="auto"/>
              <w:jc w:val="center"/>
              <w:rPr>
                <w:noProof/>
                <w:sz w:val="20"/>
                <w:szCs w:val="20"/>
              </w:rPr>
            </w:pPr>
            <w:r w:rsidRPr="00F51F43">
              <w:rPr>
                <w:noProof/>
                <w:sz w:val="20"/>
                <w:szCs w:val="20"/>
              </w:rPr>
              <w:t>listopad / studeni</w:t>
            </w:r>
          </w:p>
        </w:tc>
        <w:tc>
          <w:tcPr>
            <w:tcW w:w="851" w:type="dxa"/>
            <w:tcMar>
              <w:top w:w="80" w:type="dxa"/>
              <w:left w:w="80" w:type="dxa"/>
              <w:bottom w:w="80" w:type="dxa"/>
              <w:right w:w="80" w:type="dxa"/>
            </w:tcMar>
            <w:vAlign w:val="center"/>
          </w:tcPr>
          <w:p w14:paraId="51CBB127"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0E580A1A" w14:textId="77777777" w:rsidR="00ED17BE" w:rsidRPr="00F51F43" w:rsidRDefault="00ED17BE" w:rsidP="00ED17BE">
            <w:pPr>
              <w:spacing w:after="0" w:line="240" w:lineRule="auto"/>
              <w:jc w:val="center"/>
              <w:rPr>
                <w:noProof/>
                <w:sz w:val="20"/>
                <w:szCs w:val="20"/>
              </w:rPr>
            </w:pPr>
            <w:r w:rsidRPr="00F51F43">
              <w:rPr>
                <w:noProof/>
                <w:sz w:val="20"/>
                <w:szCs w:val="20"/>
              </w:rPr>
              <w:t>Lavići</w:t>
            </w:r>
          </w:p>
        </w:tc>
        <w:tc>
          <w:tcPr>
            <w:tcW w:w="2409" w:type="dxa"/>
            <w:tcMar>
              <w:top w:w="80" w:type="dxa"/>
              <w:left w:w="80" w:type="dxa"/>
              <w:bottom w:w="80" w:type="dxa"/>
              <w:right w:w="80" w:type="dxa"/>
            </w:tcMar>
            <w:vAlign w:val="center"/>
          </w:tcPr>
          <w:p w14:paraId="62882E42" w14:textId="77777777" w:rsidR="00ED17BE" w:rsidRPr="00F51F43" w:rsidRDefault="00ED17BE" w:rsidP="00ED17BE">
            <w:pPr>
              <w:spacing w:after="0" w:line="240" w:lineRule="auto"/>
              <w:jc w:val="center"/>
              <w:rPr>
                <w:noProof/>
                <w:sz w:val="20"/>
                <w:szCs w:val="20"/>
              </w:rPr>
            </w:pPr>
            <w:r w:rsidRPr="00F51F43">
              <w:rPr>
                <w:noProof/>
                <w:sz w:val="20"/>
                <w:szCs w:val="20"/>
              </w:rPr>
              <w:t>poticanje suradnje između djece i starijih osoba, jačanje obiteljskih veza</w:t>
            </w:r>
          </w:p>
        </w:tc>
        <w:tc>
          <w:tcPr>
            <w:tcW w:w="2387" w:type="dxa"/>
            <w:tcMar>
              <w:top w:w="80" w:type="dxa"/>
              <w:left w:w="80" w:type="dxa"/>
              <w:bottom w:w="80" w:type="dxa"/>
              <w:right w:w="80" w:type="dxa"/>
            </w:tcMar>
            <w:vAlign w:val="center"/>
          </w:tcPr>
          <w:p w14:paraId="1D637744" w14:textId="77777777" w:rsidR="00ED17BE" w:rsidRPr="00F51F43" w:rsidRDefault="00ED17BE" w:rsidP="00ED17BE">
            <w:pPr>
              <w:spacing w:after="0" w:line="240" w:lineRule="auto"/>
              <w:jc w:val="center"/>
              <w:rPr>
                <w:noProof/>
                <w:sz w:val="20"/>
                <w:szCs w:val="20"/>
              </w:rPr>
            </w:pPr>
            <w:r w:rsidRPr="00F51F43">
              <w:rPr>
                <w:noProof/>
                <w:sz w:val="20"/>
                <w:szCs w:val="20"/>
              </w:rPr>
              <w:t>razvoj socijalnih interakcija s odraslima, razvoj poštivanja starijih osoba</w:t>
            </w:r>
          </w:p>
        </w:tc>
        <w:tc>
          <w:tcPr>
            <w:tcW w:w="2363" w:type="dxa"/>
            <w:tcMar>
              <w:top w:w="80" w:type="dxa"/>
              <w:left w:w="80" w:type="dxa"/>
              <w:bottom w:w="80" w:type="dxa"/>
              <w:right w:w="80" w:type="dxa"/>
            </w:tcMar>
            <w:vAlign w:val="center"/>
          </w:tcPr>
          <w:p w14:paraId="0BE324A7" w14:textId="77777777" w:rsidR="00ED17BE" w:rsidRPr="00F51F43" w:rsidRDefault="00ED17BE" w:rsidP="00ED17BE">
            <w:pPr>
              <w:spacing w:after="0" w:line="240" w:lineRule="auto"/>
              <w:jc w:val="center"/>
              <w:rPr>
                <w:noProof/>
                <w:sz w:val="20"/>
                <w:szCs w:val="20"/>
              </w:rPr>
            </w:pPr>
            <w:r w:rsidRPr="00F51F43">
              <w:rPr>
                <w:noProof/>
                <w:sz w:val="20"/>
                <w:szCs w:val="20"/>
              </w:rPr>
              <w:t>čitanje izabrane priče, slobodno druženje s djecom</w:t>
            </w:r>
          </w:p>
        </w:tc>
        <w:tc>
          <w:tcPr>
            <w:tcW w:w="2088" w:type="dxa"/>
            <w:tcMar>
              <w:top w:w="80" w:type="dxa"/>
              <w:left w:w="80" w:type="dxa"/>
              <w:bottom w:w="80" w:type="dxa"/>
              <w:right w:w="80" w:type="dxa"/>
            </w:tcMar>
            <w:vAlign w:val="center"/>
          </w:tcPr>
          <w:p w14:paraId="2401CFF2"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suradnika, izjave suradnika</w:t>
            </w:r>
          </w:p>
        </w:tc>
      </w:tr>
      <w:tr w:rsidR="00ED17BE" w:rsidRPr="00F51F43" w14:paraId="28E5FC16" w14:textId="77777777" w:rsidTr="00ED17BE">
        <w:trPr>
          <w:cantSplit/>
          <w:jc w:val="center"/>
        </w:trPr>
        <w:tc>
          <w:tcPr>
            <w:tcW w:w="1101" w:type="dxa"/>
            <w:tcMar>
              <w:top w:w="80" w:type="dxa"/>
              <w:left w:w="80" w:type="dxa"/>
              <w:bottom w:w="80" w:type="dxa"/>
              <w:right w:w="80" w:type="dxa"/>
            </w:tcMar>
            <w:vAlign w:val="center"/>
          </w:tcPr>
          <w:p w14:paraId="4DA5A64D"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Boro i Davorka O.</w:t>
            </w:r>
          </w:p>
        </w:tc>
        <w:tc>
          <w:tcPr>
            <w:tcW w:w="992" w:type="dxa"/>
            <w:tcMar>
              <w:top w:w="80" w:type="dxa"/>
              <w:left w:w="80" w:type="dxa"/>
              <w:bottom w:w="80" w:type="dxa"/>
              <w:right w:w="80" w:type="dxa"/>
            </w:tcMar>
            <w:vAlign w:val="center"/>
          </w:tcPr>
          <w:p w14:paraId="66E9AF43"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2DF58EA2"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406DA8E7" w14:textId="77777777" w:rsidR="00ED17BE" w:rsidRPr="00F51F43" w:rsidRDefault="00ED17BE" w:rsidP="00ED17BE">
            <w:pPr>
              <w:spacing w:after="0" w:line="240" w:lineRule="auto"/>
              <w:jc w:val="center"/>
              <w:rPr>
                <w:noProof/>
                <w:sz w:val="20"/>
                <w:szCs w:val="20"/>
              </w:rPr>
            </w:pPr>
            <w:r w:rsidRPr="00F51F43">
              <w:rPr>
                <w:noProof/>
                <w:sz w:val="20"/>
                <w:szCs w:val="20"/>
              </w:rPr>
              <w:t>Lavići</w:t>
            </w:r>
          </w:p>
        </w:tc>
        <w:tc>
          <w:tcPr>
            <w:tcW w:w="2409" w:type="dxa"/>
            <w:tcMar>
              <w:top w:w="80" w:type="dxa"/>
              <w:left w:w="80" w:type="dxa"/>
              <w:bottom w:w="80" w:type="dxa"/>
              <w:right w:w="80" w:type="dxa"/>
            </w:tcMar>
            <w:vAlign w:val="center"/>
          </w:tcPr>
          <w:p w14:paraId="49F58DC5" w14:textId="77777777" w:rsidR="00ED17BE" w:rsidRPr="00F51F43" w:rsidRDefault="00ED17BE" w:rsidP="00ED17BE">
            <w:pPr>
              <w:spacing w:after="0" w:line="240" w:lineRule="auto"/>
              <w:jc w:val="center"/>
              <w:rPr>
                <w:noProof/>
                <w:sz w:val="20"/>
                <w:szCs w:val="20"/>
              </w:rPr>
            </w:pPr>
            <w:r w:rsidRPr="00F51F43">
              <w:rPr>
                <w:noProof/>
                <w:sz w:val="20"/>
                <w:szCs w:val="20"/>
              </w:rPr>
              <w:t>poticanje djece na uočavanje važnosti očuvanja pčela (pčele čuvamo, ne ubijamo, ne gazimo)</w:t>
            </w:r>
          </w:p>
        </w:tc>
        <w:tc>
          <w:tcPr>
            <w:tcW w:w="2387" w:type="dxa"/>
            <w:tcMar>
              <w:top w:w="80" w:type="dxa"/>
              <w:left w:w="80" w:type="dxa"/>
              <w:bottom w:w="80" w:type="dxa"/>
              <w:right w:w="80" w:type="dxa"/>
            </w:tcMar>
            <w:vAlign w:val="center"/>
          </w:tcPr>
          <w:p w14:paraId="6C4C8EF6" w14:textId="77777777" w:rsidR="00ED17BE" w:rsidRPr="00F51F43" w:rsidRDefault="00ED17BE" w:rsidP="00ED17BE">
            <w:pPr>
              <w:spacing w:after="0" w:line="240" w:lineRule="auto"/>
              <w:jc w:val="center"/>
              <w:rPr>
                <w:noProof/>
                <w:sz w:val="20"/>
                <w:szCs w:val="20"/>
              </w:rPr>
            </w:pPr>
            <w:r w:rsidRPr="00F51F43">
              <w:rPr>
                <w:noProof/>
                <w:sz w:val="20"/>
                <w:szCs w:val="20"/>
              </w:rPr>
              <w:t>razvoj svijesti o očuvanju pčela</w:t>
            </w:r>
          </w:p>
        </w:tc>
        <w:tc>
          <w:tcPr>
            <w:tcW w:w="2363" w:type="dxa"/>
            <w:tcMar>
              <w:top w:w="80" w:type="dxa"/>
              <w:left w:w="80" w:type="dxa"/>
              <w:bottom w:w="80" w:type="dxa"/>
              <w:right w:w="80" w:type="dxa"/>
            </w:tcMar>
            <w:vAlign w:val="center"/>
          </w:tcPr>
          <w:p w14:paraId="50156FBF" w14:textId="77777777" w:rsidR="00ED17BE" w:rsidRPr="00F51F43" w:rsidRDefault="00ED17BE" w:rsidP="00ED17BE">
            <w:pPr>
              <w:spacing w:after="0" w:line="240" w:lineRule="auto"/>
              <w:jc w:val="center"/>
              <w:rPr>
                <w:noProof/>
                <w:sz w:val="20"/>
                <w:szCs w:val="20"/>
              </w:rPr>
            </w:pPr>
            <w:r w:rsidRPr="00F51F43">
              <w:rPr>
                <w:noProof/>
                <w:sz w:val="20"/>
                <w:szCs w:val="20"/>
              </w:rPr>
              <w:t>promatranje pčela u staklu, konzumiranje meda, igre, likovno izražavanje</w:t>
            </w:r>
          </w:p>
        </w:tc>
        <w:tc>
          <w:tcPr>
            <w:tcW w:w="2088" w:type="dxa"/>
            <w:tcMar>
              <w:top w:w="80" w:type="dxa"/>
              <w:left w:w="80" w:type="dxa"/>
              <w:bottom w:w="80" w:type="dxa"/>
              <w:right w:w="80" w:type="dxa"/>
            </w:tcMar>
            <w:vAlign w:val="center"/>
          </w:tcPr>
          <w:p w14:paraId="616CE04E" w14:textId="77777777" w:rsidR="00ED17BE" w:rsidRPr="00F51F43" w:rsidRDefault="00ED17BE" w:rsidP="00ED17BE">
            <w:pPr>
              <w:spacing w:after="0" w:line="240" w:lineRule="auto"/>
              <w:jc w:val="center"/>
              <w:rPr>
                <w:noProof/>
                <w:sz w:val="20"/>
                <w:szCs w:val="20"/>
              </w:rPr>
            </w:pPr>
            <w:r w:rsidRPr="00F51F43">
              <w:rPr>
                <w:noProof/>
                <w:sz w:val="20"/>
                <w:szCs w:val="20"/>
              </w:rPr>
              <w:t>crteži, izjave djece</w:t>
            </w:r>
          </w:p>
        </w:tc>
      </w:tr>
      <w:tr w:rsidR="00ED17BE" w:rsidRPr="00F51F43" w14:paraId="6790F902" w14:textId="77777777" w:rsidTr="00ED17BE">
        <w:trPr>
          <w:cantSplit/>
          <w:jc w:val="center"/>
        </w:trPr>
        <w:tc>
          <w:tcPr>
            <w:tcW w:w="1101" w:type="dxa"/>
            <w:tcMar>
              <w:top w:w="80" w:type="dxa"/>
              <w:left w:w="80" w:type="dxa"/>
              <w:bottom w:w="80" w:type="dxa"/>
              <w:right w:w="80" w:type="dxa"/>
            </w:tcMar>
            <w:vAlign w:val="center"/>
          </w:tcPr>
          <w:p w14:paraId="1A04931D" w14:textId="77777777" w:rsidR="00ED17BE" w:rsidRPr="00F51F43" w:rsidRDefault="00ED17BE" w:rsidP="00ED17BE">
            <w:pPr>
              <w:spacing w:after="0" w:line="240" w:lineRule="auto"/>
              <w:jc w:val="center"/>
              <w:rPr>
                <w:noProof/>
                <w:sz w:val="20"/>
                <w:szCs w:val="20"/>
              </w:rPr>
            </w:pPr>
            <w:r w:rsidRPr="00F51F43">
              <w:rPr>
                <w:noProof/>
                <w:sz w:val="20"/>
                <w:szCs w:val="20"/>
              </w:rPr>
              <w:t>Udruga žena Koprivnički Bregi</w:t>
            </w:r>
          </w:p>
        </w:tc>
        <w:tc>
          <w:tcPr>
            <w:tcW w:w="992" w:type="dxa"/>
            <w:tcMar>
              <w:top w:w="80" w:type="dxa"/>
              <w:left w:w="80" w:type="dxa"/>
              <w:bottom w:w="80" w:type="dxa"/>
              <w:right w:w="80" w:type="dxa"/>
            </w:tcMar>
            <w:vAlign w:val="center"/>
          </w:tcPr>
          <w:p w14:paraId="3C8C7F13" w14:textId="77777777" w:rsidR="00ED17BE" w:rsidRPr="00F51F43" w:rsidRDefault="00ED17BE" w:rsidP="00ED17BE">
            <w:pPr>
              <w:spacing w:after="0" w:line="240" w:lineRule="auto"/>
              <w:jc w:val="center"/>
              <w:rPr>
                <w:noProof/>
                <w:sz w:val="20"/>
                <w:szCs w:val="20"/>
              </w:rPr>
            </w:pPr>
            <w:r w:rsidRPr="00F51F43">
              <w:rPr>
                <w:noProof/>
                <w:sz w:val="20"/>
                <w:szCs w:val="20"/>
              </w:rPr>
              <w:t>prosinac</w:t>
            </w:r>
          </w:p>
        </w:tc>
        <w:tc>
          <w:tcPr>
            <w:tcW w:w="851" w:type="dxa"/>
            <w:tcMar>
              <w:top w:w="80" w:type="dxa"/>
              <w:left w:w="80" w:type="dxa"/>
              <w:bottom w:w="80" w:type="dxa"/>
              <w:right w:w="80" w:type="dxa"/>
            </w:tcMar>
            <w:vAlign w:val="center"/>
          </w:tcPr>
          <w:p w14:paraId="74F3D6F0"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4989A9A0" w14:textId="77777777" w:rsidR="00ED17BE" w:rsidRPr="00F51F43" w:rsidRDefault="00ED17BE" w:rsidP="00ED17BE">
            <w:pPr>
              <w:spacing w:after="0" w:line="240" w:lineRule="auto"/>
              <w:jc w:val="center"/>
              <w:rPr>
                <w:noProof/>
                <w:sz w:val="20"/>
                <w:szCs w:val="20"/>
              </w:rPr>
            </w:pPr>
            <w:r w:rsidRPr="00F51F43">
              <w:rPr>
                <w:noProof/>
                <w:sz w:val="20"/>
                <w:szCs w:val="20"/>
              </w:rPr>
              <w:t>Lavići</w:t>
            </w:r>
          </w:p>
        </w:tc>
        <w:tc>
          <w:tcPr>
            <w:tcW w:w="2409" w:type="dxa"/>
            <w:tcMar>
              <w:top w:w="80" w:type="dxa"/>
              <w:left w:w="80" w:type="dxa"/>
              <w:bottom w:w="80" w:type="dxa"/>
              <w:right w:w="80" w:type="dxa"/>
            </w:tcMar>
            <w:vAlign w:val="center"/>
          </w:tcPr>
          <w:p w14:paraId="413D4374" w14:textId="77777777" w:rsidR="00ED17BE" w:rsidRPr="00F51F43" w:rsidRDefault="00ED17BE" w:rsidP="00ED17BE">
            <w:pPr>
              <w:spacing w:after="0" w:line="240" w:lineRule="auto"/>
              <w:jc w:val="center"/>
              <w:rPr>
                <w:noProof/>
                <w:sz w:val="20"/>
                <w:szCs w:val="20"/>
              </w:rPr>
            </w:pPr>
            <w:r w:rsidRPr="00F51F43">
              <w:rPr>
                <w:noProof/>
                <w:sz w:val="20"/>
                <w:szCs w:val="20"/>
              </w:rPr>
              <w:t>izrada božićnih kolača</w:t>
            </w:r>
          </w:p>
        </w:tc>
        <w:tc>
          <w:tcPr>
            <w:tcW w:w="2387" w:type="dxa"/>
            <w:tcMar>
              <w:top w:w="80" w:type="dxa"/>
              <w:left w:w="80" w:type="dxa"/>
              <w:bottom w:w="80" w:type="dxa"/>
              <w:right w:w="80" w:type="dxa"/>
            </w:tcMar>
            <w:vAlign w:val="center"/>
          </w:tcPr>
          <w:p w14:paraId="66519B4B" w14:textId="77777777" w:rsidR="00ED17BE" w:rsidRPr="00F51F43" w:rsidRDefault="00ED17BE" w:rsidP="00ED17BE">
            <w:pPr>
              <w:spacing w:after="0" w:line="240" w:lineRule="auto"/>
              <w:jc w:val="center"/>
              <w:rPr>
                <w:noProof/>
                <w:sz w:val="20"/>
                <w:szCs w:val="20"/>
              </w:rPr>
            </w:pPr>
            <w:r w:rsidRPr="00F51F43">
              <w:rPr>
                <w:noProof/>
                <w:sz w:val="20"/>
                <w:szCs w:val="20"/>
              </w:rPr>
              <w:t>razvoj fine motorike šake</w:t>
            </w:r>
          </w:p>
        </w:tc>
        <w:tc>
          <w:tcPr>
            <w:tcW w:w="2363" w:type="dxa"/>
            <w:tcMar>
              <w:top w:w="80" w:type="dxa"/>
              <w:left w:w="80" w:type="dxa"/>
              <w:bottom w:w="80" w:type="dxa"/>
              <w:right w:w="80" w:type="dxa"/>
            </w:tcMar>
            <w:vAlign w:val="center"/>
          </w:tcPr>
          <w:p w14:paraId="63BF8A80" w14:textId="77777777" w:rsidR="00ED17BE" w:rsidRPr="00F51F43" w:rsidRDefault="00ED17BE" w:rsidP="00ED17BE">
            <w:pPr>
              <w:spacing w:after="0" w:line="240" w:lineRule="auto"/>
              <w:jc w:val="center"/>
              <w:rPr>
                <w:noProof/>
                <w:sz w:val="20"/>
                <w:szCs w:val="20"/>
              </w:rPr>
            </w:pPr>
            <w:r w:rsidRPr="00F51F43">
              <w:rPr>
                <w:noProof/>
                <w:sz w:val="20"/>
                <w:szCs w:val="20"/>
              </w:rPr>
              <w:t>izrezivanje tijesta modlicama</w:t>
            </w:r>
          </w:p>
        </w:tc>
        <w:tc>
          <w:tcPr>
            <w:tcW w:w="2088" w:type="dxa"/>
            <w:tcMar>
              <w:top w:w="80" w:type="dxa"/>
              <w:left w:w="80" w:type="dxa"/>
              <w:bottom w:w="80" w:type="dxa"/>
              <w:right w:w="80" w:type="dxa"/>
            </w:tcMar>
            <w:vAlign w:val="center"/>
          </w:tcPr>
          <w:p w14:paraId="46312CD0" w14:textId="77777777" w:rsidR="00ED17BE" w:rsidRPr="00F51F43" w:rsidRDefault="00ED17BE" w:rsidP="00ED17BE">
            <w:pPr>
              <w:spacing w:after="0" w:line="240" w:lineRule="auto"/>
              <w:jc w:val="center"/>
              <w:rPr>
                <w:noProof/>
                <w:sz w:val="20"/>
                <w:szCs w:val="20"/>
              </w:rPr>
            </w:pPr>
          </w:p>
        </w:tc>
      </w:tr>
      <w:tr w:rsidR="00ED17BE" w:rsidRPr="00F51F43" w14:paraId="3444B6CC" w14:textId="77777777" w:rsidTr="00ED17BE">
        <w:trPr>
          <w:cantSplit/>
          <w:jc w:val="center"/>
        </w:trPr>
        <w:tc>
          <w:tcPr>
            <w:tcW w:w="1101" w:type="dxa"/>
            <w:tcMar>
              <w:top w:w="80" w:type="dxa"/>
              <w:left w:w="80" w:type="dxa"/>
              <w:bottom w:w="80" w:type="dxa"/>
              <w:right w:w="80" w:type="dxa"/>
            </w:tcMar>
            <w:vAlign w:val="center"/>
          </w:tcPr>
          <w:p w14:paraId="3FADAC93" w14:textId="77777777" w:rsidR="00ED17BE" w:rsidRPr="00F51F43" w:rsidRDefault="00ED17BE" w:rsidP="00ED17BE">
            <w:pPr>
              <w:spacing w:after="0" w:line="240" w:lineRule="auto"/>
              <w:jc w:val="center"/>
              <w:rPr>
                <w:noProof/>
                <w:sz w:val="20"/>
                <w:szCs w:val="20"/>
              </w:rPr>
            </w:pPr>
            <w:r w:rsidRPr="00F51F43">
              <w:rPr>
                <w:noProof/>
                <w:sz w:val="20"/>
                <w:szCs w:val="20"/>
              </w:rPr>
              <w:t>Roditelji</w:t>
            </w:r>
          </w:p>
        </w:tc>
        <w:tc>
          <w:tcPr>
            <w:tcW w:w="992" w:type="dxa"/>
            <w:tcMar>
              <w:top w:w="80" w:type="dxa"/>
              <w:left w:w="80" w:type="dxa"/>
              <w:bottom w:w="80" w:type="dxa"/>
              <w:right w:w="80" w:type="dxa"/>
            </w:tcMar>
            <w:vAlign w:val="center"/>
          </w:tcPr>
          <w:p w14:paraId="04C25DFF" w14:textId="77777777" w:rsidR="00ED17BE" w:rsidRPr="00F51F43" w:rsidRDefault="00ED17BE" w:rsidP="00ED17BE">
            <w:pPr>
              <w:spacing w:after="0" w:line="240" w:lineRule="auto"/>
              <w:jc w:val="center"/>
              <w:rPr>
                <w:noProof/>
                <w:sz w:val="20"/>
                <w:szCs w:val="20"/>
              </w:rPr>
            </w:pPr>
            <w:r w:rsidRPr="00F51F43">
              <w:rPr>
                <w:noProof/>
                <w:sz w:val="20"/>
                <w:szCs w:val="20"/>
              </w:rPr>
              <w:t>prosinac / srpanj</w:t>
            </w:r>
          </w:p>
        </w:tc>
        <w:tc>
          <w:tcPr>
            <w:tcW w:w="851" w:type="dxa"/>
            <w:tcMar>
              <w:top w:w="80" w:type="dxa"/>
              <w:left w:w="80" w:type="dxa"/>
              <w:bottom w:w="80" w:type="dxa"/>
              <w:right w:w="80" w:type="dxa"/>
            </w:tcMar>
            <w:vAlign w:val="center"/>
          </w:tcPr>
          <w:p w14:paraId="2F9CA3E7"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2748AB76" w14:textId="77777777" w:rsidR="00ED17BE" w:rsidRPr="00F51F43" w:rsidRDefault="00ED17BE" w:rsidP="00ED17BE">
            <w:pPr>
              <w:spacing w:after="0" w:line="240" w:lineRule="auto"/>
              <w:jc w:val="center"/>
              <w:rPr>
                <w:noProof/>
                <w:sz w:val="20"/>
                <w:szCs w:val="20"/>
              </w:rPr>
            </w:pPr>
            <w:r w:rsidRPr="00F51F43">
              <w:rPr>
                <w:noProof/>
                <w:sz w:val="20"/>
                <w:szCs w:val="20"/>
              </w:rPr>
              <w:t>Lavići</w:t>
            </w:r>
          </w:p>
        </w:tc>
        <w:tc>
          <w:tcPr>
            <w:tcW w:w="2409" w:type="dxa"/>
            <w:tcMar>
              <w:top w:w="80" w:type="dxa"/>
              <w:left w:w="80" w:type="dxa"/>
              <w:bottom w:w="80" w:type="dxa"/>
              <w:right w:w="80" w:type="dxa"/>
            </w:tcMar>
            <w:vAlign w:val="center"/>
          </w:tcPr>
          <w:p w14:paraId="29E69FD7" w14:textId="77777777" w:rsidR="00ED17BE" w:rsidRPr="00F51F43" w:rsidRDefault="00ED17BE" w:rsidP="00ED17BE">
            <w:pPr>
              <w:spacing w:after="0" w:line="240" w:lineRule="auto"/>
              <w:jc w:val="center"/>
              <w:rPr>
                <w:noProof/>
                <w:sz w:val="20"/>
                <w:szCs w:val="20"/>
              </w:rPr>
            </w:pPr>
            <w:r w:rsidRPr="00F51F43">
              <w:rPr>
                <w:noProof/>
                <w:sz w:val="20"/>
                <w:szCs w:val="20"/>
              </w:rPr>
              <w:t>čitanje priča,glazbene radionice,sportske aktivnosti</w:t>
            </w:r>
          </w:p>
        </w:tc>
        <w:tc>
          <w:tcPr>
            <w:tcW w:w="2387" w:type="dxa"/>
            <w:tcMar>
              <w:top w:w="80" w:type="dxa"/>
              <w:left w:w="80" w:type="dxa"/>
              <w:bottom w:w="80" w:type="dxa"/>
              <w:right w:w="80" w:type="dxa"/>
            </w:tcMar>
            <w:vAlign w:val="center"/>
          </w:tcPr>
          <w:p w14:paraId="0F8ECA02" w14:textId="77777777" w:rsidR="00ED17BE" w:rsidRPr="00F51F43" w:rsidRDefault="00ED17BE" w:rsidP="00ED17BE">
            <w:pPr>
              <w:spacing w:after="0" w:line="240" w:lineRule="auto"/>
              <w:jc w:val="center"/>
              <w:rPr>
                <w:noProof/>
                <w:sz w:val="20"/>
                <w:szCs w:val="20"/>
              </w:rPr>
            </w:pPr>
            <w:r w:rsidRPr="00F51F43">
              <w:rPr>
                <w:noProof/>
                <w:sz w:val="20"/>
                <w:szCs w:val="20"/>
              </w:rPr>
              <w:t>jačanje veza između roditelja, djece i odgojitelja</w:t>
            </w:r>
          </w:p>
        </w:tc>
        <w:tc>
          <w:tcPr>
            <w:tcW w:w="2363" w:type="dxa"/>
            <w:tcMar>
              <w:top w:w="80" w:type="dxa"/>
              <w:left w:w="80" w:type="dxa"/>
              <w:bottom w:w="80" w:type="dxa"/>
              <w:right w:w="80" w:type="dxa"/>
            </w:tcMar>
            <w:vAlign w:val="center"/>
          </w:tcPr>
          <w:p w14:paraId="73E86C77" w14:textId="77777777" w:rsidR="00ED17BE" w:rsidRPr="00F51F43" w:rsidRDefault="00ED17BE" w:rsidP="00ED17BE">
            <w:pPr>
              <w:spacing w:after="0" w:line="240" w:lineRule="auto"/>
              <w:jc w:val="center"/>
              <w:rPr>
                <w:noProof/>
                <w:sz w:val="20"/>
                <w:szCs w:val="20"/>
              </w:rPr>
            </w:pPr>
            <w:r w:rsidRPr="00F51F43">
              <w:rPr>
                <w:noProof/>
                <w:sz w:val="20"/>
                <w:szCs w:val="20"/>
              </w:rPr>
              <w:t>slušanje priče, učenje pjesmica uz tempo i ritam, sportske igre</w:t>
            </w:r>
          </w:p>
        </w:tc>
        <w:tc>
          <w:tcPr>
            <w:tcW w:w="2088" w:type="dxa"/>
            <w:tcMar>
              <w:top w:w="80" w:type="dxa"/>
              <w:left w:w="80" w:type="dxa"/>
              <w:bottom w:w="80" w:type="dxa"/>
              <w:right w:w="80" w:type="dxa"/>
            </w:tcMar>
            <w:vAlign w:val="center"/>
          </w:tcPr>
          <w:p w14:paraId="369604D9" w14:textId="77777777" w:rsidR="00ED17BE" w:rsidRPr="00F51F43" w:rsidRDefault="00ED17BE" w:rsidP="00ED17BE">
            <w:pPr>
              <w:spacing w:after="0" w:line="240" w:lineRule="auto"/>
              <w:jc w:val="center"/>
              <w:rPr>
                <w:noProof/>
                <w:sz w:val="20"/>
                <w:szCs w:val="20"/>
              </w:rPr>
            </w:pPr>
          </w:p>
        </w:tc>
      </w:tr>
      <w:tr w:rsidR="00ED17BE" w:rsidRPr="00F51F43" w14:paraId="3E149BB3" w14:textId="77777777" w:rsidTr="00ED17BE">
        <w:trPr>
          <w:cantSplit/>
          <w:jc w:val="center"/>
        </w:trPr>
        <w:tc>
          <w:tcPr>
            <w:tcW w:w="1101" w:type="dxa"/>
            <w:tcMar>
              <w:top w:w="80" w:type="dxa"/>
              <w:left w:w="80" w:type="dxa"/>
              <w:bottom w:w="80" w:type="dxa"/>
              <w:right w:w="80" w:type="dxa"/>
            </w:tcMar>
            <w:vAlign w:val="center"/>
          </w:tcPr>
          <w:p w14:paraId="4B259244" w14:textId="77777777" w:rsidR="00ED17BE" w:rsidRPr="00F51F43" w:rsidRDefault="00ED17BE" w:rsidP="00ED17BE">
            <w:pPr>
              <w:spacing w:after="0" w:line="240" w:lineRule="auto"/>
              <w:jc w:val="center"/>
              <w:rPr>
                <w:noProof/>
                <w:sz w:val="20"/>
                <w:szCs w:val="20"/>
              </w:rPr>
            </w:pPr>
            <w:r w:rsidRPr="00F51F43">
              <w:rPr>
                <w:noProof/>
                <w:sz w:val="20"/>
                <w:szCs w:val="20"/>
              </w:rPr>
              <w:t>Maja P.</w:t>
            </w:r>
          </w:p>
        </w:tc>
        <w:tc>
          <w:tcPr>
            <w:tcW w:w="992" w:type="dxa"/>
            <w:tcMar>
              <w:top w:w="80" w:type="dxa"/>
              <w:left w:w="80" w:type="dxa"/>
              <w:bottom w:w="80" w:type="dxa"/>
              <w:right w:w="80" w:type="dxa"/>
            </w:tcMar>
            <w:vAlign w:val="center"/>
          </w:tcPr>
          <w:p w14:paraId="7B691297" w14:textId="77777777" w:rsidR="00ED17BE" w:rsidRPr="00F51F43" w:rsidRDefault="00ED17BE" w:rsidP="00ED17BE">
            <w:pPr>
              <w:spacing w:after="0" w:line="240" w:lineRule="auto"/>
              <w:jc w:val="center"/>
              <w:rPr>
                <w:noProof/>
                <w:sz w:val="20"/>
                <w:szCs w:val="20"/>
              </w:rPr>
            </w:pPr>
            <w:r w:rsidRPr="00F51F43">
              <w:rPr>
                <w:noProof/>
                <w:sz w:val="20"/>
                <w:szCs w:val="20"/>
              </w:rPr>
              <w:t>rujan – svibanj</w:t>
            </w:r>
          </w:p>
        </w:tc>
        <w:tc>
          <w:tcPr>
            <w:tcW w:w="851" w:type="dxa"/>
            <w:tcMar>
              <w:top w:w="80" w:type="dxa"/>
              <w:left w:w="80" w:type="dxa"/>
              <w:bottom w:w="80" w:type="dxa"/>
              <w:right w:w="80" w:type="dxa"/>
            </w:tcMar>
            <w:vAlign w:val="center"/>
          </w:tcPr>
          <w:p w14:paraId="08FB2D89"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270E8BDB"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7418150A" w14:textId="77777777" w:rsidR="00ED17BE" w:rsidRPr="00F51F43" w:rsidRDefault="00ED17BE" w:rsidP="00ED17BE">
            <w:pPr>
              <w:spacing w:after="0" w:line="240" w:lineRule="auto"/>
              <w:jc w:val="center"/>
              <w:rPr>
                <w:noProof/>
                <w:sz w:val="20"/>
                <w:szCs w:val="20"/>
              </w:rPr>
            </w:pPr>
            <w:r w:rsidRPr="00F51F43">
              <w:rPr>
                <w:noProof/>
                <w:sz w:val="20"/>
                <w:szCs w:val="20"/>
              </w:rPr>
              <w:t>Upoznavanje djece s zanimanjem medicinske sestre</w:t>
            </w:r>
          </w:p>
        </w:tc>
        <w:tc>
          <w:tcPr>
            <w:tcW w:w="2387" w:type="dxa"/>
            <w:tcMar>
              <w:top w:w="80" w:type="dxa"/>
              <w:left w:w="80" w:type="dxa"/>
              <w:bottom w:w="80" w:type="dxa"/>
              <w:right w:w="80" w:type="dxa"/>
            </w:tcMar>
            <w:vAlign w:val="center"/>
          </w:tcPr>
          <w:p w14:paraId="5AEC2195" w14:textId="77777777" w:rsidR="00ED17BE" w:rsidRPr="00F51F43" w:rsidRDefault="00ED17BE" w:rsidP="00ED17BE">
            <w:pPr>
              <w:spacing w:after="0" w:line="240" w:lineRule="auto"/>
              <w:jc w:val="center"/>
              <w:rPr>
                <w:noProof/>
                <w:sz w:val="20"/>
                <w:szCs w:val="20"/>
              </w:rPr>
            </w:pPr>
            <w:r w:rsidRPr="00F51F43">
              <w:rPr>
                <w:noProof/>
                <w:sz w:val="20"/>
                <w:szCs w:val="20"/>
              </w:rPr>
              <w:t>Razvoj kognitivnog i socio-emocionalnog razvoja</w:t>
            </w:r>
          </w:p>
        </w:tc>
        <w:tc>
          <w:tcPr>
            <w:tcW w:w="2363" w:type="dxa"/>
            <w:tcMar>
              <w:top w:w="80" w:type="dxa"/>
              <w:left w:w="80" w:type="dxa"/>
              <w:bottom w:w="80" w:type="dxa"/>
              <w:right w:w="80" w:type="dxa"/>
            </w:tcMar>
            <w:vAlign w:val="center"/>
          </w:tcPr>
          <w:p w14:paraId="2FD14232" w14:textId="77777777" w:rsidR="00ED17BE" w:rsidRPr="00F51F43" w:rsidRDefault="00ED17BE" w:rsidP="00ED17BE">
            <w:pPr>
              <w:spacing w:after="0" w:line="240" w:lineRule="auto"/>
              <w:jc w:val="center"/>
              <w:rPr>
                <w:noProof/>
                <w:sz w:val="20"/>
                <w:szCs w:val="20"/>
              </w:rPr>
            </w:pPr>
            <w:r w:rsidRPr="00F51F43">
              <w:rPr>
                <w:noProof/>
                <w:sz w:val="20"/>
                <w:szCs w:val="20"/>
              </w:rPr>
              <w:t>Igra, medicinski rekviziti</w:t>
            </w:r>
          </w:p>
        </w:tc>
        <w:tc>
          <w:tcPr>
            <w:tcW w:w="2088" w:type="dxa"/>
            <w:tcMar>
              <w:top w:w="80" w:type="dxa"/>
              <w:left w:w="80" w:type="dxa"/>
              <w:bottom w:w="80" w:type="dxa"/>
              <w:right w:w="80" w:type="dxa"/>
            </w:tcMar>
            <w:vAlign w:val="center"/>
          </w:tcPr>
          <w:p w14:paraId="09E555AE" w14:textId="77777777" w:rsidR="00ED17BE" w:rsidRPr="00F51F43" w:rsidRDefault="00ED17BE" w:rsidP="00ED17BE">
            <w:pPr>
              <w:spacing w:after="0" w:line="240" w:lineRule="auto"/>
              <w:jc w:val="center"/>
              <w:rPr>
                <w:noProof/>
                <w:sz w:val="20"/>
                <w:szCs w:val="20"/>
              </w:rPr>
            </w:pPr>
            <w:r w:rsidRPr="00F51F43">
              <w:rPr>
                <w:noProof/>
                <w:sz w:val="20"/>
                <w:szCs w:val="20"/>
              </w:rPr>
              <w:t>reakcije djece, interakcija, djece i odraslih</w:t>
            </w:r>
          </w:p>
        </w:tc>
      </w:tr>
      <w:tr w:rsidR="00ED17BE" w:rsidRPr="00F51F43" w14:paraId="6F3E3362" w14:textId="77777777" w:rsidTr="00ED17BE">
        <w:trPr>
          <w:cantSplit/>
          <w:jc w:val="center"/>
        </w:trPr>
        <w:tc>
          <w:tcPr>
            <w:tcW w:w="1101" w:type="dxa"/>
            <w:tcMar>
              <w:top w:w="80" w:type="dxa"/>
              <w:left w:w="80" w:type="dxa"/>
              <w:bottom w:w="80" w:type="dxa"/>
              <w:right w:w="80" w:type="dxa"/>
            </w:tcMar>
            <w:vAlign w:val="center"/>
          </w:tcPr>
          <w:p w14:paraId="37A5F14D" w14:textId="77777777" w:rsidR="00ED17BE" w:rsidRPr="00F51F43" w:rsidRDefault="00ED17BE" w:rsidP="00ED17BE">
            <w:pPr>
              <w:spacing w:after="0" w:line="240" w:lineRule="auto"/>
              <w:jc w:val="center"/>
              <w:rPr>
                <w:noProof/>
                <w:sz w:val="20"/>
                <w:szCs w:val="20"/>
              </w:rPr>
            </w:pPr>
            <w:r w:rsidRPr="00F51F43">
              <w:rPr>
                <w:noProof/>
                <w:sz w:val="20"/>
                <w:szCs w:val="20"/>
              </w:rPr>
              <w:t>Zvjezdan D.</w:t>
            </w:r>
          </w:p>
        </w:tc>
        <w:tc>
          <w:tcPr>
            <w:tcW w:w="992" w:type="dxa"/>
            <w:tcMar>
              <w:top w:w="80" w:type="dxa"/>
              <w:left w:w="80" w:type="dxa"/>
              <w:bottom w:w="80" w:type="dxa"/>
              <w:right w:w="80" w:type="dxa"/>
            </w:tcMar>
            <w:vAlign w:val="center"/>
          </w:tcPr>
          <w:p w14:paraId="7426F78D" w14:textId="77777777" w:rsidR="00ED17BE" w:rsidRPr="00F51F43" w:rsidRDefault="00ED17BE" w:rsidP="00ED17BE">
            <w:pPr>
              <w:spacing w:after="0" w:line="240" w:lineRule="auto"/>
              <w:jc w:val="center"/>
              <w:rPr>
                <w:noProof/>
                <w:sz w:val="20"/>
                <w:szCs w:val="20"/>
              </w:rPr>
            </w:pPr>
            <w:r w:rsidRPr="00F51F43">
              <w:rPr>
                <w:noProof/>
                <w:sz w:val="20"/>
                <w:szCs w:val="20"/>
              </w:rPr>
              <w:t>rujan – svibanj</w:t>
            </w:r>
          </w:p>
        </w:tc>
        <w:tc>
          <w:tcPr>
            <w:tcW w:w="851" w:type="dxa"/>
            <w:tcMar>
              <w:top w:w="80" w:type="dxa"/>
              <w:left w:w="80" w:type="dxa"/>
              <w:bottom w:w="80" w:type="dxa"/>
              <w:right w:w="80" w:type="dxa"/>
            </w:tcMar>
            <w:vAlign w:val="center"/>
          </w:tcPr>
          <w:p w14:paraId="15F3E199"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48226A59"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6B56A1E9" w14:textId="77777777" w:rsidR="00ED17BE" w:rsidRPr="00F51F43" w:rsidRDefault="00ED17BE" w:rsidP="00ED17BE">
            <w:pPr>
              <w:spacing w:after="0" w:line="240" w:lineRule="auto"/>
              <w:jc w:val="center"/>
              <w:rPr>
                <w:noProof/>
                <w:sz w:val="20"/>
                <w:szCs w:val="20"/>
              </w:rPr>
            </w:pPr>
            <w:r w:rsidRPr="00F51F43">
              <w:rPr>
                <w:noProof/>
                <w:sz w:val="20"/>
                <w:szCs w:val="20"/>
              </w:rPr>
              <w:t>Upoznavanje djece s etno instrumentima te novom i drugačijom vrstom glazbenog izričaja</w:t>
            </w:r>
          </w:p>
        </w:tc>
        <w:tc>
          <w:tcPr>
            <w:tcW w:w="2387" w:type="dxa"/>
            <w:tcMar>
              <w:top w:w="80" w:type="dxa"/>
              <w:left w:w="80" w:type="dxa"/>
              <w:bottom w:w="80" w:type="dxa"/>
              <w:right w:w="80" w:type="dxa"/>
            </w:tcMar>
            <w:vAlign w:val="center"/>
          </w:tcPr>
          <w:p w14:paraId="758E4FB8" w14:textId="77777777" w:rsidR="00ED17BE" w:rsidRPr="00F51F43" w:rsidRDefault="00ED17BE" w:rsidP="00ED17BE">
            <w:pPr>
              <w:spacing w:after="0" w:line="240" w:lineRule="auto"/>
              <w:jc w:val="center"/>
              <w:rPr>
                <w:noProof/>
                <w:sz w:val="20"/>
                <w:szCs w:val="20"/>
              </w:rPr>
            </w:pPr>
            <w:r w:rsidRPr="00F51F43">
              <w:rPr>
                <w:noProof/>
                <w:sz w:val="20"/>
                <w:szCs w:val="20"/>
              </w:rPr>
              <w:t>Razvoj glazbenog pamćenja, glazbenog stvaralaštva</w:t>
            </w:r>
          </w:p>
        </w:tc>
        <w:tc>
          <w:tcPr>
            <w:tcW w:w="2363" w:type="dxa"/>
            <w:tcMar>
              <w:top w:w="80" w:type="dxa"/>
              <w:left w:w="80" w:type="dxa"/>
              <w:bottom w:w="80" w:type="dxa"/>
              <w:right w:w="80" w:type="dxa"/>
            </w:tcMar>
            <w:vAlign w:val="center"/>
          </w:tcPr>
          <w:p w14:paraId="6F952B38" w14:textId="77777777" w:rsidR="00ED17BE" w:rsidRPr="00F51F43" w:rsidRDefault="00ED17BE" w:rsidP="00ED17BE">
            <w:pPr>
              <w:spacing w:after="0" w:line="240" w:lineRule="auto"/>
              <w:jc w:val="center"/>
              <w:rPr>
                <w:noProof/>
                <w:sz w:val="20"/>
                <w:szCs w:val="20"/>
              </w:rPr>
            </w:pPr>
            <w:r w:rsidRPr="00F51F43">
              <w:rPr>
                <w:noProof/>
                <w:sz w:val="20"/>
                <w:szCs w:val="20"/>
              </w:rPr>
              <w:t>Pjevanje, sviranje, istraživanje glazbenog pisma drugih naroda</w:t>
            </w:r>
          </w:p>
        </w:tc>
        <w:tc>
          <w:tcPr>
            <w:tcW w:w="2088" w:type="dxa"/>
            <w:tcMar>
              <w:top w:w="80" w:type="dxa"/>
              <w:left w:w="80" w:type="dxa"/>
              <w:bottom w:w="80" w:type="dxa"/>
              <w:right w:w="80" w:type="dxa"/>
            </w:tcMar>
            <w:vAlign w:val="center"/>
          </w:tcPr>
          <w:p w14:paraId="48A7FA68" w14:textId="77777777" w:rsidR="00ED17BE" w:rsidRPr="00F51F43" w:rsidRDefault="00ED17BE" w:rsidP="00ED17BE">
            <w:pPr>
              <w:spacing w:after="0" w:line="240" w:lineRule="auto"/>
              <w:jc w:val="center"/>
              <w:rPr>
                <w:noProof/>
                <w:sz w:val="20"/>
                <w:szCs w:val="20"/>
              </w:rPr>
            </w:pPr>
            <w:r w:rsidRPr="00F51F43">
              <w:rPr>
                <w:noProof/>
                <w:sz w:val="20"/>
                <w:szCs w:val="20"/>
              </w:rPr>
              <w:t>reakcije djece, interakcija, djece i odraslih kroz glazbu</w:t>
            </w:r>
          </w:p>
        </w:tc>
      </w:tr>
      <w:tr w:rsidR="00ED17BE" w:rsidRPr="00F51F43" w14:paraId="496E04FC" w14:textId="77777777" w:rsidTr="00ED17BE">
        <w:trPr>
          <w:cantSplit/>
          <w:jc w:val="center"/>
        </w:trPr>
        <w:tc>
          <w:tcPr>
            <w:tcW w:w="1101" w:type="dxa"/>
            <w:tcMar>
              <w:top w:w="80" w:type="dxa"/>
              <w:left w:w="80" w:type="dxa"/>
              <w:bottom w:w="80" w:type="dxa"/>
              <w:right w:w="80" w:type="dxa"/>
            </w:tcMar>
            <w:vAlign w:val="center"/>
          </w:tcPr>
          <w:p w14:paraId="40461B01" w14:textId="77777777" w:rsidR="00ED17BE" w:rsidRPr="00F51F43" w:rsidRDefault="00ED17BE" w:rsidP="00ED17BE">
            <w:pPr>
              <w:spacing w:after="0" w:line="240" w:lineRule="auto"/>
              <w:jc w:val="center"/>
              <w:rPr>
                <w:noProof/>
                <w:sz w:val="20"/>
                <w:szCs w:val="20"/>
              </w:rPr>
            </w:pPr>
            <w:r w:rsidRPr="00F51F43">
              <w:rPr>
                <w:noProof/>
                <w:sz w:val="20"/>
                <w:szCs w:val="20"/>
              </w:rPr>
              <w:t>Zvjezdan D.</w:t>
            </w:r>
          </w:p>
        </w:tc>
        <w:tc>
          <w:tcPr>
            <w:tcW w:w="992" w:type="dxa"/>
            <w:tcMar>
              <w:top w:w="80" w:type="dxa"/>
              <w:left w:w="80" w:type="dxa"/>
              <w:bottom w:w="80" w:type="dxa"/>
              <w:right w:w="80" w:type="dxa"/>
            </w:tcMar>
            <w:vAlign w:val="center"/>
          </w:tcPr>
          <w:p w14:paraId="5C86DE7C" w14:textId="77777777" w:rsidR="00ED17BE" w:rsidRPr="00F51F43" w:rsidRDefault="00ED17BE" w:rsidP="00ED17BE">
            <w:pPr>
              <w:spacing w:after="0" w:line="240" w:lineRule="auto"/>
              <w:jc w:val="center"/>
              <w:rPr>
                <w:noProof/>
                <w:sz w:val="20"/>
                <w:szCs w:val="20"/>
              </w:rPr>
            </w:pPr>
            <w:r w:rsidRPr="00F51F43">
              <w:rPr>
                <w:noProof/>
                <w:sz w:val="20"/>
                <w:szCs w:val="20"/>
              </w:rPr>
              <w:t>rujan – svibanj</w:t>
            </w:r>
          </w:p>
        </w:tc>
        <w:tc>
          <w:tcPr>
            <w:tcW w:w="851" w:type="dxa"/>
            <w:tcMar>
              <w:top w:w="80" w:type="dxa"/>
              <w:left w:w="80" w:type="dxa"/>
              <w:bottom w:w="80" w:type="dxa"/>
              <w:right w:w="80" w:type="dxa"/>
            </w:tcMar>
            <w:vAlign w:val="center"/>
          </w:tcPr>
          <w:p w14:paraId="3D12352E"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E8F0265"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4F5BD0FB" w14:textId="77777777" w:rsidR="00ED17BE" w:rsidRPr="00F51F43" w:rsidRDefault="00ED17BE" w:rsidP="00ED17BE">
            <w:pPr>
              <w:spacing w:after="0" w:line="240" w:lineRule="auto"/>
              <w:jc w:val="center"/>
              <w:rPr>
                <w:noProof/>
                <w:sz w:val="20"/>
                <w:szCs w:val="20"/>
              </w:rPr>
            </w:pPr>
            <w:r w:rsidRPr="00F51F43">
              <w:rPr>
                <w:noProof/>
                <w:sz w:val="20"/>
                <w:szCs w:val="20"/>
              </w:rPr>
              <w:t>Upoznavanje država svijeta</w:t>
            </w:r>
          </w:p>
        </w:tc>
        <w:tc>
          <w:tcPr>
            <w:tcW w:w="2387" w:type="dxa"/>
            <w:tcMar>
              <w:top w:w="80" w:type="dxa"/>
              <w:left w:w="80" w:type="dxa"/>
              <w:bottom w:w="80" w:type="dxa"/>
              <w:right w:w="80" w:type="dxa"/>
            </w:tcMar>
            <w:vAlign w:val="center"/>
          </w:tcPr>
          <w:p w14:paraId="106D036E" w14:textId="77777777" w:rsidR="00ED17BE" w:rsidRPr="00F51F43" w:rsidRDefault="00ED17BE" w:rsidP="00ED17BE">
            <w:pPr>
              <w:spacing w:after="0" w:line="240" w:lineRule="auto"/>
              <w:jc w:val="center"/>
              <w:rPr>
                <w:noProof/>
                <w:sz w:val="20"/>
                <w:szCs w:val="20"/>
              </w:rPr>
            </w:pPr>
            <w:r w:rsidRPr="00F51F43">
              <w:rPr>
                <w:noProof/>
                <w:sz w:val="20"/>
                <w:szCs w:val="20"/>
              </w:rPr>
              <w:t>Razvoj spoznajnog razvoja</w:t>
            </w:r>
          </w:p>
        </w:tc>
        <w:tc>
          <w:tcPr>
            <w:tcW w:w="2363" w:type="dxa"/>
            <w:tcMar>
              <w:top w:w="80" w:type="dxa"/>
              <w:left w:w="80" w:type="dxa"/>
              <w:bottom w:w="80" w:type="dxa"/>
              <w:right w:w="80" w:type="dxa"/>
            </w:tcMar>
            <w:vAlign w:val="center"/>
          </w:tcPr>
          <w:p w14:paraId="4129490F" w14:textId="77777777" w:rsidR="00ED17BE" w:rsidRPr="00F51F43" w:rsidRDefault="00ED17BE" w:rsidP="00ED17BE">
            <w:pPr>
              <w:spacing w:after="0" w:line="240" w:lineRule="auto"/>
              <w:jc w:val="center"/>
              <w:rPr>
                <w:noProof/>
                <w:sz w:val="20"/>
                <w:szCs w:val="20"/>
              </w:rPr>
            </w:pPr>
            <w:r w:rsidRPr="00F51F43">
              <w:rPr>
                <w:noProof/>
                <w:sz w:val="20"/>
                <w:szCs w:val="20"/>
              </w:rPr>
              <w:t>Upoznavanje kultura drugih država, priča, pjesma</w:t>
            </w:r>
          </w:p>
        </w:tc>
        <w:tc>
          <w:tcPr>
            <w:tcW w:w="2088" w:type="dxa"/>
            <w:tcMar>
              <w:top w:w="80" w:type="dxa"/>
              <w:left w:w="80" w:type="dxa"/>
              <w:bottom w:w="80" w:type="dxa"/>
              <w:right w:w="80" w:type="dxa"/>
            </w:tcMar>
            <w:vAlign w:val="center"/>
          </w:tcPr>
          <w:p w14:paraId="67E4A3D5" w14:textId="77777777" w:rsidR="00ED17BE" w:rsidRPr="00F51F43" w:rsidRDefault="00ED17BE" w:rsidP="00ED17BE">
            <w:pPr>
              <w:spacing w:after="0" w:line="240" w:lineRule="auto"/>
              <w:jc w:val="center"/>
              <w:rPr>
                <w:noProof/>
                <w:sz w:val="20"/>
                <w:szCs w:val="20"/>
              </w:rPr>
            </w:pPr>
            <w:r w:rsidRPr="00F51F43">
              <w:rPr>
                <w:noProof/>
                <w:sz w:val="20"/>
                <w:szCs w:val="20"/>
              </w:rPr>
              <w:t>interakcija, djece i odraslih</w:t>
            </w:r>
          </w:p>
        </w:tc>
      </w:tr>
      <w:tr w:rsidR="00ED17BE" w:rsidRPr="00F51F43" w14:paraId="32702FA5" w14:textId="77777777" w:rsidTr="00ED17BE">
        <w:trPr>
          <w:cantSplit/>
          <w:jc w:val="center"/>
        </w:trPr>
        <w:tc>
          <w:tcPr>
            <w:tcW w:w="1101" w:type="dxa"/>
            <w:tcMar>
              <w:top w:w="80" w:type="dxa"/>
              <w:left w:w="80" w:type="dxa"/>
              <w:bottom w:w="80" w:type="dxa"/>
              <w:right w:w="80" w:type="dxa"/>
            </w:tcMar>
            <w:vAlign w:val="center"/>
          </w:tcPr>
          <w:p w14:paraId="1CC212E3" w14:textId="77777777" w:rsidR="00ED17BE" w:rsidRPr="00F51F43" w:rsidRDefault="00ED17BE" w:rsidP="00ED17BE">
            <w:pPr>
              <w:spacing w:after="0" w:line="240" w:lineRule="auto"/>
              <w:jc w:val="center"/>
              <w:rPr>
                <w:noProof/>
                <w:sz w:val="20"/>
                <w:szCs w:val="20"/>
              </w:rPr>
            </w:pPr>
            <w:r w:rsidRPr="00F51F43">
              <w:rPr>
                <w:noProof/>
                <w:sz w:val="20"/>
                <w:szCs w:val="20"/>
              </w:rPr>
              <w:t>Roditelji P.</w:t>
            </w:r>
          </w:p>
        </w:tc>
        <w:tc>
          <w:tcPr>
            <w:tcW w:w="992" w:type="dxa"/>
            <w:tcMar>
              <w:top w:w="80" w:type="dxa"/>
              <w:left w:w="80" w:type="dxa"/>
              <w:bottom w:w="80" w:type="dxa"/>
              <w:right w:w="80" w:type="dxa"/>
            </w:tcMar>
            <w:vAlign w:val="center"/>
          </w:tcPr>
          <w:p w14:paraId="5C5B520C" w14:textId="77777777" w:rsidR="00ED17BE" w:rsidRPr="00F51F43" w:rsidRDefault="00ED17BE" w:rsidP="00ED17BE">
            <w:pPr>
              <w:spacing w:after="0" w:line="240" w:lineRule="auto"/>
              <w:jc w:val="center"/>
              <w:rPr>
                <w:noProof/>
                <w:sz w:val="20"/>
                <w:szCs w:val="20"/>
              </w:rPr>
            </w:pPr>
            <w:r w:rsidRPr="00F51F43">
              <w:rPr>
                <w:noProof/>
                <w:sz w:val="20"/>
                <w:szCs w:val="20"/>
              </w:rPr>
              <w:t>rujan – svibanj</w:t>
            </w:r>
          </w:p>
        </w:tc>
        <w:tc>
          <w:tcPr>
            <w:tcW w:w="851" w:type="dxa"/>
            <w:tcMar>
              <w:top w:w="80" w:type="dxa"/>
              <w:left w:w="80" w:type="dxa"/>
              <w:bottom w:w="80" w:type="dxa"/>
              <w:right w:w="80" w:type="dxa"/>
            </w:tcMar>
            <w:vAlign w:val="center"/>
          </w:tcPr>
          <w:p w14:paraId="3667906B"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3E1C2E97"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5A3428E7" w14:textId="77777777" w:rsidR="00ED17BE" w:rsidRPr="00F51F43" w:rsidRDefault="00ED17BE" w:rsidP="00ED17BE">
            <w:pPr>
              <w:spacing w:after="0" w:line="240" w:lineRule="auto"/>
              <w:jc w:val="center"/>
              <w:rPr>
                <w:noProof/>
                <w:sz w:val="20"/>
                <w:szCs w:val="20"/>
              </w:rPr>
            </w:pPr>
            <w:r w:rsidRPr="00F51F43">
              <w:rPr>
                <w:noProof/>
                <w:sz w:val="20"/>
                <w:szCs w:val="20"/>
              </w:rPr>
              <w:t>Upoznavanje Grčke i njezine kulture</w:t>
            </w:r>
          </w:p>
        </w:tc>
        <w:tc>
          <w:tcPr>
            <w:tcW w:w="2387" w:type="dxa"/>
            <w:tcMar>
              <w:top w:w="80" w:type="dxa"/>
              <w:left w:w="80" w:type="dxa"/>
              <w:bottom w:w="80" w:type="dxa"/>
              <w:right w:w="80" w:type="dxa"/>
            </w:tcMar>
            <w:vAlign w:val="center"/>
          </w:tcPr>
          <w:p w14:paraId="1E11FBCA" w14:textId="77777777" w:rsidR="00ED17BE" w:rsidRPr="00F51F43" w:rsidRDefault="00ED17BE" w:rsidP="00ED17BE">
            <w:pPr>
              <w:spacing w:after="0" w:line="240" w:lineRule="auto"/>
              <w:jc w:val="center"/>
              <w:rPr>
                <w:noProof/>
                <w:sz w:val="20"/>
                <w:szCs w:val="20"/>
              </w:rPr>
            </w:pPr>
            <w:r w:rsidRPr="00F51F43">
              <w:rPr>
                <w:noProof/>
                <w:sz w:val="20"/>
                <w:szCs w:val="20"/>
              </w:rPr>
              <w:t>Razvoj spoznajnog razvoja</w:t>
            </w:r>
          </w:p>
        </w:tc>
        <w:tc>
          <w:tcPr>
            <w:tcW w:w="2363" w:type="dxa"/>
            <w:tcMar>
              <w:top w:w="80" w:type="dxa"/>
              <w:left w:w="80" w:type="dxa"/>
              <w:bottom w:w="80" w:type="dxa"/>
              <w:right w:w="80" w:type="dxa"/>
            </w:tcMar>
            <w:vAlign w:val="center"/>
          </w:tcPr>
          <w:p w14:paraId="32F52E01" w14:textId="77777777" w:rsidR="00ED17BE" w:rsidRPr="00F51F43" w:rsidRDefault="00ED17BE" w:rsidP="00ED17BE">
            <w:pPr>
              <w:spacing w:after="0" w:line="240" w:lineRule="auto"/>
              <w:jc w:val="center"/>
              <w:rPr>
                <w:noProof/>
                <w:sz w:val="20"/>
                <w:szCs w:val="20"/>
              </w:rPr>
            </w:pPr>
            <w:r w:rsidRPr="00F51F43">
              <w:rPr>
                <w:noProof/>
                <w:sz w:val="20"/>
                <w:szCs w:val="20"/>
              </w:rPr>
              <w:t>Upoznavanje kulture druge države, konzumacija hrane</w:t>
            </w:r>
          </w:p>
        </w:tc>
        <w:tc>
          <w:tcPr>
            <w:tcW w:w="2088" w:type="dxa"/>
            <w:tcMar>
              <w:top w:w="80" w:type="dxa"/>
              <w:left w:w="80" w:type="dxa"/>
              <w:bottom w:w="80" w:type="dxa"/>
              <w:right w:w="80" w:type="dxa"/>
            </w:tcMar>
            <w:vAlign w:val="center"/>
          </w:tcPr>
          <w:p w14:paraId="02F2A9FE" w14:textId="77777777" w:rsidR="00ED17BE" w:rsidRPr="00F51F43" w:rsidRDefault="00ED17BE" w:rsidP="00ED17BE">
            <w:pPr>
              <w:spacing w:after="0" w:line="240" w:lineRule="auto"/>
              <w:jc w:val="center"/>
              <w:rPr>
                <w:noProof/>
                <w:sz w:val="20"/>
                <w:szCs w:val="20"/>
              </w:rPr>
            </w:pPr>
            <w:r w:rsidRPr="00F51F43">
              <w:rPr>
                <w:noProof/>
                <w:sz w:val="20"/>
                <w:szCs w:val="20"/>
              </w:rPr>
              <w:t>reakcije djece, interakcija, djece i odraslih</w:t>
            </w:r>
          </w:p>
        </w:tc>
      </w:tr>
      <w:tr w:rsidR="00ED17BE" w:rsidRPr="00F51F43" w14:paraId="5E1E158E" w14:textId="77777777" w:rsidTr="00ED17BE">
        <w:trPr>
          <w:cantSplit/>
          <w:jc w:val="center"/>
        </w:trPr>
        <w:tc>
          <w:tcPr>
            <w:tcW w:w="1101" w:type="dxa"/>
            <w:tcMar>
              <w:top w:w="80" w:type="dxa"/>
              <w:left w:w="80" w:type="dxa"/>
              <w:bottom w:w="80" w:type="dxa"/>
              <w:right w:w="80" w:type="dxa"/>
            </w:tcMar>
            <w:vAlign w:val="center"/>
          </w:tcPr>
          <w:p w14:paraId="14E09387" w14:textId="77777777" w:rsidR="00ED17BE" w:rsidRPr="00F51F43" w:rsidRDefault="00ED17BE" w:rsidP="00ED17BE">
            <w:pPr>
              <w:spacing w:after="0" w:line="240" w:lineRule="auto"/>
              <w:jc w:val="center"/>
              <w:rPr>
                <w:noProof/>
                <w:sz w:val="20"/>
                <w:szCs w:val="20"/>
              </w:rPr>
            </w:pPr>
            <w:r w:rsidRPr="00F51F43">
              <w:rPr>
                <w:noProof/>
                <w:sz w:val="20"/>
                <w:szCs w:val="20"/>
              </w:rPr>
              <w:t>Bake i djedovi</w:t>
            </w:r>
          </w:p>
        </w:tc>
        <w:tc>
          <w:tcPr>
            <w:tcW w:w="992" w:type="dxa"/>
            <w:tcMar>
              <w:top w:w="80" w:type="dxa"/>
              <w:left w:w="80" w:type="dxa"/>
              <w:bottom w:w="80" w:type="dxa"/>
              <w:right w:w="80" w:type="dxa"/>
            </w:tcMar>
            <w:vAlign w:val="center"/>
          </w:tcPr>
          <w:p w14:paraId="06887092"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3B53524D"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068935D5"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58E2E865" w14:textId="77777777" w:rsidR="00ED17BE" w:rsidRPr="00F51F43" w:rsidRDefault="00ED17BE" w:rsidP="00ED17BE">
            <w:pPr>
              <w:spacing w:after="0" w:line="240" w:lineRule="auto"/>
              <w:jc w:val="center"/>
              <w:rPr>
                <w:noProof/>
                <w:sz w:val="20"/>
                <w:szCs w:val="20"/>
              </w:rPr>
            </w:pPr>
            <w:r w:rsidRPr="00F51F43">
              <w:rPr>
                <w:noProof/>
                <w:sz w:val="20"/>
                <w:szCs w:val="20"/>
              </w:rPr>
              <w:t>Uključivanje starijih u društvenu zajednicu prema njihovim mogućnostima</w:t>
            </w:r>
          </w:p>
        </w:tc>
        <w:tc>
          <w:tcPr>
            <w:tcW w:w="2387" w:type="dxa"/>
            <w:tcMar>
              <w:top w:w="80" w:type="dxa"/>
              <w:left w:w="80" w:type="dxa"/>
              <w:bottom w:w="80" w:type="dxa"/>
              <w:right w:w="80" w:type="dxa"/>
            </w:tcMar>
            <w:vAlign w:val="center"/>
          </w:tcPr>
          <w:p w14:paraId="13FA577E" w14:textId="77777777" w:rsidR="00ED17BE" w:rsidRPr="00F51F43" w:rsidRDefault="00ED17BE" w:rsidP="00ED17BE">
            <w:pPr>
              <w:spacing w:after="0" w:line="240" w:lineRule="auto"/>
              <w:jc w:val="center"/>
              <w:rPr>
                <w:noProof/>
                <w:sz w:val="20"/>
                <w:szCs w:val="20"/>
              </w:rPr>
            </w:pPr>
            <w:r w:rsidRPr="00F51F43">
              <w:rPr>
                <w:noProof/>
                <w:sz w:val="20"/>
                <w:szCs w:val="20"/>
              </w:rPr>
              <w:t>Razvoj empatije kod djece prema osobama treće životne dobi</w:t>
            </w:r>
          </w:p>
        </w:tc>
        <w:tc>
          <w:tcPr>
            <w:tcW w:w="2363" w:type="dxa"/>
            <w:tcMar>
              <w:top w:w="80" w:type="dxa"/>
              <w:left w:w="80" w:type="dxa"/>
              <w:bottom w:w="80" w:type="dxa"/>
              <w:right w:w="80" w:type="dxa"/>
            </w:tcMar>
            <w:vAlign w:val="center"/>
          </w:tcPr>
          <w:p w14:paraId="05FB265D" w14:textId="77777777" w:rsidR="00ED17BE" w:rsidRPr="00F51F43" w:rsidRDefault="00ED17BE" w:rsidP="00ED17BE">
            <w:pPr>
              <w:spacing w:after="0" w:line="240" w:lineRule="auto"/>
              <w:jc w:val="center"/>
              <w:rPr>
                <w:noProof/>
                <w:sz w:val="20"/>
                <w:szCs w:val="20"/>
              </w:rPr>
            </w:pPr>
            <w:r w:rsidRPr="00F51F43">
              <w:rPr>
                <w:noProof/>
                <w:sz w:val="20"/>
                <w:szCs w:val="20"/>
              </w:rPr>
              <w:t>Igra, čitanje priče, druženje</w:t>
            </w:r>
          </w:p>
        </w:tc>
        <w:tc>
          <w:tcPr>
            <w:tcW w:w="2088" w:type="dxa"/>
            <w:tcMar>
              <w:top w:w="80" w:type="dxa"/>
              <w:left w:w="80" w:type="dxa"/>
              <w:bottom w:w="80" w:type="dxa"/>
              <w:right w:w="80" w:type="dxa"/>
            </w:tcMar>
            <w:vAlign w:val="center"/>
          </w:tcPr>
          <w:p w14:paraId="0EFB69FF" w14:textId="77777777" w:rsidR="00ED17BE" w:rsidRPr="00F51F43" w:rsidRDefault="00ED17BE" w:rsidP="00ED17BE">
            <w:pPr>
              <w:spacing w:after="0" w:line="240" w:lineRule="auto"/>
              <w:jc w:val="center"/>
              <w:rPr>
                <w:noProof/>
                <w:sz w:val="20"/>
                <w:szCs w:val="20"/>
              </w:rPr>
            </w:pPr>
            <w:r w:rsidRPr="00F51F43">
              <w:rPr>
                <w:noProof/>
                <w:sz w:val="20"/>
                <w:szCs w:val="20"/>
              </w:rPr>
              <w:t>reakcije djece, odraslih</w:t>
            </w:r>
          </w:p>
        </w:tc>
      </w:tr>
      <w:tr w:rsidR="00ED17BE" w:rsidRPr="00F51F43" w14:paraId="789A9EB8" w14:textId="77777777" w:rsidTr="00ED17BE">
        <w:trPr>
          <w:cantSplit/>
          <w:jc w:val="center"/>
        </w:trPr>
        <w:tc>
          <w:tcPr>
            <w:tcW w:w="1101" w:type="dxa"/>
            <w:tcMar>
              <w:top w:w="80" w:type="dxa"/>
              <w:left w:w="80" w:type="dxa"/>
              <w:bottom w:w="80" w:type="dxa"/>
              <w:right w:w="80" w:type="dxa"/>
            </w:tcMar>
            <w:vAlign w:val="center"/>
          </w:tcPr>
          <w:p w14:paraId="432DD216"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Posjet stomatologa</w:t>
            </w:r>
          </w:p>
        </w:tc>
        <w:tc>
          <w:tcPr>
            <w:tcW w:w="992" w:type="dxa"/>
            <w:tcMar>
              <w:top w:w="80" w:type="dxa"/>
              <w:left w:w="80" w:type="dxa"/>
              <w:bottom w:w="80" w:type="dxa"/>
              <w:right w:w="80" w:type="dxa"/>
            </w:tcMar>
            <w:vAlign w:val="center"/>
          </w:tcPr>
          <w:p w14:paraId="4FE1663D" w14:textId="77777777" w:rsidR="00ED17BE" w:rsidRPr="00F51F43" w:rsidRDefault="00ED17BE" w:rsidP="00ED17BE">
            <w:pPr>
              <w:spacing w:after="0" w:line="240" w:lineRule="auto"/>
              <w:jc w:val="center"/>
              <w:rPr>
                <w:noProof/>
                <w:sz w:val="20"/>
                <w:szCs w:val="20"/>
              </w:rPr>
            </w:pPr>
            <w:r w:rsidRPr="00F51F43">
              <w:rPr>
                <w:noProof/>
                <w:sz w:val="20"/>
                <w:szCs w:val="20"/>
              </w:rPr>
              <w:t>rujan</w:t>
            </w:r>
          </w:p>
        </w:tc>
        <w:tc>
          <w:tcPr>
            <w:tcW w:w="851" w:type="dxa"/>
            <w:tcMar>
              <w:top w:w="80" w:type="dxa"/>
              <w:left w:w="80" w:type="dxa"/>
              <w:bottom w:w="80" w:type="dxa"/>
              <w:right w:w="80" w:type="dxa"/>
            </w:tcMar>
            <w:vAlign w:val="center"/>
          </w:tcPr>
          <w:p w14:paraId="151C209B"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31BAA1B"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0759B8CF" w14:textId="77777777" w:rsidR="00ED17BE" w:rsidRPr="00F51F43" w:rsidRDefault="00ED17BE" w:rsidP="00ED17BE">
            <w:pPr>
              <w:spacing w:after="0" w:line="240" w:lineRule="auto"/>
              <w:jc w:val="center"/>
              <w:rPr>
                <w:noProof/>
                <w:sz w:val="20"/>
                <w:szCs w:val="20"/>
              </w:rPr>
            </w:pPr>
            <w:r w:rsidRPr="00F51F43">
              <w:rPr>
                <w:noProof/>
                <w:sz w:val="20"/>
                <w:szCs w:val="20"/>
              </w:rPr>
              <w:t>Upoznavanje pravilne higijene zubiju, te zdravi i nezdravi zubi</w:t>
            </w:r>
          </w:p>
        </w:tc>
        <w:tc>
          <w:tcPr>
            <w:tcW w:w="2387" w:type="dxa"/>
            <w:tcMar>
              <w:top w:w="80" w:type="dxa"/>
              <w:left w:w="80" w:type="dxa"/>
              <w:bottom w:w="80" w:type="dxa"/>
              <w:right w:w="80" w:type="dxa"/>
            </w:tcMar>
            <w:vAlign w:val="center"/>
          </w:tcPr>
          <w:p w14:paraId="18139F5D" w14:textId="77777777" w:rsidR="00ED17BE" w:rsidRPr="00F51F43" w:rsidRDefault="00ED17BE" w:rsidP="00ED17BE">
            <w:pPr>
              <w:spacing w:after="0" w:line="240" w:lineRule="auto"/>
              <w:jc w:val="center"/>
              <w:rPr>
                <w:noProof/>
                <w:sz w:val="20"/>
                <w:szCs w:val="20"/>
              </w:rPr>
            </w:pPr>
          </w:p>
        </w:tc>
        <w:tc>
          <w:tcPr>
            <w:tcW w:w="2363" w:type="dxa"/>
            <w:tcMar>
              <w:top w:w="80" w:type="dxa"/>
              <w:left w:w="80" w:type="dxa"/>
              <w:bottom w:w="80" w:type="dxa"/>
              <w:right w:w="80" w:type="dxa"/>
            </w:tcMar>
            <w:vAlign w:val="center"/>
          </w:tcPr>
          <w:p w14:paraId="43D5752C" w14:textId="77777777" w:rsidR="00ED17BE" w:rsidRPr="00F51F43" w:rsidRDefault="00ED17BE" w:rsidP="00ED17BE">
            <w:pPr>
              <w:spacing w:after="0" w:line="240" w:lineRule="auto"/>
              <w:jc w:val="center"/>
              <w:rPr>
                <w:noProof/>
                <w:sz w:val="20"/>
                <w:szCs w:val="20"/>
              </w:rPr>
            </w:pPr>
            <w:r w:rsidRPr="00F51F43">
              <w:rPr>
                <w:noProof/>
                <w:sz w:val="20"/>
                <w:szCs w:val="20"/>
              </w:rPr>
              <w:t>Pravilna higijena zuba</w:t>
            </w:r>
          </w:p>
        </w:tc>
        <w:tc>
          <w:tcPr>
            <w:tcW w:w="2088" w:type="dxa"/>
            <w:tcMar>
              <w:top w:w="80" w:type="dxa"/>
              <w:left w:w="80" w:type="dxa"/>
              <w:bottom w:w="80" w:type="dxa"/>
              <w:right w:w="80" w:type="dxa"/>
            </w:tcMar>
            <w:vAlign w:val="center"/>
          </w:tcPr>
          <w:p w14:paraId="6EFCF046" w14:textId="77777777" w:rsidR="00ED17BE" w:rsidRPr="00F51F43" w:rsidRDefault="00ED17BE" w:rsidP="00ED17BE">
            <w:pPr>
              <w:spacing w:after="0" w:line="240" w:lineRule="auto"/>
              <w:jc w:val="center"/>
              <w:rPr>
                <w:noProof/>
                <w:sz w:val="20"/>
                <w:szCs w:val="20"/>
              </w:rPr>
            </w:pPr>
            <w:r w:rsidRPr="00F51F43">
              <w:rPr>
                <w:noProof/>
                <w:sz w:val="20"/>
                <w:szCs w:val="20"/>
              </w:rPr>
              <w:t>reakcije djece, interakcija, između djece i odraslih</w:t>
            </w:r>
          </w:p>
        </w:tc>
      </w:tr>
      <w:tr w:rsidR="00ED17BE" w:rsidRPr="00F51F43" w14:paraId="03AD70FD" w14:textId="77777777" w:rsidTr="00ED17BE">
        <w:trPr>
          <w:cantSplit/>
          <w:jc w:val="center"/>
        </w:trPr>
        <w:tc>
          <w:tcPr>
            <w:tcW w:w="1101" w:type="dxa"/>
            <w:tcMar>
              <w:top w:w="80" w:type="dxa"/>
              <w:left w:w="80" w:type="dxa"/>
              <w:bottom w:w="80" w:type="dxa"/>
              <w:right w:w="80" w:type="dxa"/>
            </w:tcMar>
            <w:vAlign w:val="center"/>
          </w:tcPr>
          <w:p w14:paraId="5EC7EB42" w14:textId="77777777" w:rsidR="00ED17BE" w:rsidRPr="00F51F43" w:rsidRDefault="00ED17BE" w:rsidP="00ED17BE">
            <w:pPr>
              <w:spacing w:after="0" w:line="240" w:lineRule="auto"/>
              <w:jc w:val="center"/>
              <w:rPr>
                <w:noProof/>
                <w:sz w:val="20"/>
                <w:szCs w:val="20"/>
              </w:rPr>
            </w:pPr>
            <w:r w:rsidRPr="00F51F43">
              <w:rPr>
                <w:noProof/>
                <w:sz w:val="20"/>
                <w:szCs w:val="20"/>
              </w:rPr>
              <w:t>Posjet djelatnika PU</w:t>
            </w:r>
          </w:p>
        </w:tc>
        <w:tc>
          <w:tcPr>
            <w:tcW w:w="992" w:type="dxa"/>
            <w:tcMar>
              <w:top w:w="80" w:type="dxa"/>
              <w:left w:w="80" w:type="dxa"/>
              <w:bottom w:w="80" w:type="dxa"/>
              <w:right w:w="80" w:type="dxa"/>
            </w:tcMar>
            <w:vAlign w:val="center"/>
          </w:tcPr>
          <w:p w14:paraId="36992AE7" w14:textId="77777777" w:rsidR="00ED17BE" w:rsidRPr="00F51F43" w:rsidRDefault="00ED17BE" w:rsidP="00ED17BE">
            <w:pPr>
              <w:spacing w:after="0" w:line="240" w:lineRule="auto"/>
              <w:jc w:val="center"/>
              <w:rPr>
                <w:noProof/>
                <w:sz w:val="20"/>
                <w:szCs w:val="20"/>
              </w:rPr>
            </w:pPr>
            <w:r w:rsidRPr="00F51F43">
              <w:rPr>
                <w:noProof/>
                <w:sz w:val="20"/>
                <w:szCs w:val="20"/>
              </w:rPr>
              <w:t>listopad – svibanj</w:t>
            </w:r>
          </w:p>
        </w:tc>
        <w:tc>
          <w:tcPr>
            <w:tcW w:w="851" w:type="dxa"/>
            <w:tcMar>
              <w:top w:w="80" w:type="dxa"/>
              <w:left w:w="80" w:type="dxa"/>
              <w:bottom w:w="80" w:type="dxa"/>
              <w:right w:w="80" w:type="dxa"/>
            </w:tcMar>
            <w:vAlign w:val="center"/>
          </w:tcPr>
          <w:p w14:paraId="2D0FB749"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4EF73D6A"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7DFBF9CC" w14:textId="77777777" w:rsidR="00ED17BE" w:rsidRPr="00F51F43" w:rsidRDefault="00ED17BE" w:rsidP="00ED17BE">
            <w:pPr>
              <w:spacing w:after="0" w:line="240" w:lineRule="auto"/>
              <w:jc w:val="center"/>
              <w:rPr>
                <w:noProof/>
                <w:sz w:val="20"/>
                <w:szCs w:val="20"/>
              </w:rPr>
            </w:pPr>
            <w:r w:rsidRPr="00F51F43">
              <w:rPr>
                <w:noProof/>
                <w:sz w:val="20"/>
                <w:szCs w:val="20"/>
              </w:rPr>
              <w:t>Upoznavanje djece s pravilnim ponašanjem u prometu, izgradnja povjerenja između djece i policijskih službenika</w:t>
            </w:r>
          </w:p>
        </w:tc>
        <w:tc>
          <w:tcPr>
            <w:tcW w:w="2387" w:type="dxa"/>
            <w:tcMar>
              <w:top w:w="80" w:type="dxa"/>
              <w:left w:w="80" w:type="dxa"/>
              <w:bottom w:w="80" w:type="dxa"/>
              <w:right w:w="80" w:type="dxa"/>
            </w:tcMar>
            <w:vAlign w:val="center"/>
          </w:tcPr>
          <w:p w14:paraId="46AB15B3" w14:textId="77777777" w:rsidR="00ED17BE" w:rsidRPr="00F51F43" w:rsidRDefault="00ED17BE" w:rsidP="00ED17BE">
            <w:pPr>
              <w:spacing w:after="0" w:line="240" w:lineRule="auto"/>
              <w:jc w:val="center"/>
              <w:rPr>
                <w:noProof/>
                <w:sz w:val="20"/>
                <w:szCs w:val="20"/>
              </w:rPr>
            </w:pPr>
            <w:r w:rsidRPr="00F51F43">
              <w:rPr>
                <w:noProof/>
                <w:sz w:val="20"/>
                <w:szCs w:val="20"/>
              </w:rPr>
              <w:t>Uočavanje važnosti poštivanja pravila ponašanja i sigurnosti kretanja u prometu</w:t>
            </w:r>
          </w:p>
        </w:tc>
        <w:tc>
          <w:tcPr>
            <w:tcW w:w="2363" w:type="dxa"/>
            <w:tcMar>
              <w:top w:w="80" w:type="dxa"/>
              <w:left w:w="80" w:type="dxa"/>
              <w:bottom w:w="80" w:type="dxa"/>
              <w:right w:w="80" w:type="dxa"/>
            </w:tcMar>
            <w:vAlign w:val="center"/>
          </w:tcPr>
          <w:p w14:paraId="2C6C40FB" w14:textId="77777777" w:rsidR="00ED17BE" w:rsidRPr="00F51F43" w:rsidRDefault="00ED17BE" w:rsidP="00ED17BE">
            <w:pPr>
              <w:spacing w:after="0" w:line="240" w:lineRule="auto"/>
              <w:jc w:val="center"/>
              <w:rPr>
                <w:noProof/>
                <w:sz w:val="20"/>
                <w:szCs w:val="20"/>
              </w:rPr>
            </w:pPr>
            <w:r w:rsidRPr="00F51F43">
              <w:rPr>
                <w:noProof/>
                <w:sz w:val="20"/>
                <w:szCs w:val="20"/>
              </w:rPr>
              <w:t>Razgovor, likovne aktivnosti, šetnja do obližnjeg pješačkog prelaza</w:t>
            </w:r>
          </w:p>
        </w:tc>
        <w:tc>
          <w:tcPr>
            <w:tcW w:w="2088" w:type="dxa"/>
            <w:tcMar>
              <w:top w:w="80" w:type="dxa"/>
              <w:left w:w="80" w:type="dxa"/>
              <w:bottom w:w="80" w:type="dxa"/>
              <w:right w:w="80" w:type="dxa"/>
            </w:tcMar>
            <w:vAlign w:val="center"/>
          </w:tcPr>
          <w:p w14:paraId="5005A590" w14:textId="77777777" w:rsidR="00ED17BE" w:rsidRPr="00F51F43" w:rsidRDefault="00ED17BE" w:rsidP="00ED17BE">
            <w:pPr>
              <w:spacing w:after="0" w:line="240" w:lineRule="auto"/>
              <w:jc w:val="center"/>
              <w:rPr>
                <w:noProof/>
                <w:sz w:val="20"/>
                <w:szCs w:val="20"/>
              </w:rPr>
            </w:pPr>
            <w:r w:rsidRPr="00F51F43">
              <w:rPr>
                <w:noProof/>
                <w:sz w:val="20"/>
                <w:szCs w:val="20"/>
              </w:rPr>
              <w:t>reakcije djece, komunikacija, i odraslih</w:t>
            </w:r>
          </w:p>
        </w:tc>
      </w:tr>
      <w:tr w:rsidR="00ED17BE" w:rsidRPr="00F51F43" w14:paraId="629CFB91" w14:textId="77777777" w:rsidTr="00ED17BE">
        <w:trPr>
          <w:cantSplit/>
          <w:jc w:val="center"/>
        </w:trPr>
        <w:tc>
          <w:tcPr>
            <w:tcW w:w="1101" w:type="dxa"/>
            <w:tcMar>
              <w:top w:w="80" w:type="dxa"/>
              <w:left w:w="80" w:type="dxa"/>
              <w:bottom w:w="80" w:type="dxa"/>
              <w:right w:w="80" w:type="dxa"/>
            </w:tcMar>
            <w:vAlign w:val="center"/>
          </w:tcPr>
          <w:p w14:paraId="2FD44E10" w14:textId="77777777" w:rsidR="00ED17BE" w:rsidRPr="00F51F43" w:rsidRDefault="00ED17BE" w:rsidP="00ED17BE">
            <w:pPr>
              <w:spacing w:after="0" w:line="240" w:lineRule="auto"/>
              <w:jc w:val="center"/>
              <w:rPr>
                <w:noProof/>
                <w:sz w:val="20"/>
                <w:szCs w:val="20"/>
              </w:rPr>
            </w:pPr>
            <w:r w:rsidRPr="00F51F43">
              <w:rPr>
                <w:noProof/>
                <w:sz w:val="20"/>
                <w:szCs w:val="20"/>
              </w:rPr>
              <w:t>Velečasni Branko H.</w:t>
            </w:r>
          </w:p>
        </w:tc>
        <w:tc>
          <w:tcPr>
            <w:tcW w:w="992" w:type="dxa"/>
            <w:tcMar>
              <w:top w:w="80" w:type="dxa"/>
              <w:left w:w="80" w:type="dxa"/>
              <w:bottom w:w="80" w:type="dxa"/>
              <w:right w:w="80" w:type="dxa"/>
            </w:tcMar>
            <w:vAlign w:val="center"/>
          </w:tcPr>
          <w:p w14:paraId="7EC37F78" w14:textId="77777777" w:rsidR="00ED17BE" w:rsidRPr="00F51F43" w:rsidRDefault="00ED17BE" w:rsidP="00ED17BE">
            <w:pPr>
              <w:spacing w:after="0" w:line="240" w:lineRule="auto"/>
              <w:jc w:val="center"/>
              <w:rPr>
                <w:noProof/>
                <w:sz w:val="20"/>
                <w:szCs w:val="20"/>
              </w:rPr>
            </w:pPr>
            <w:r w:rsidRPr="00F51F43">
              <w:rPr>
                <w:noProof/>
                <w:sz w:val="20"/>
                <w:szCs w:val="20"/>
              </w:rPr>
              <w:t>listopad – svibanj</w:t>
            </w:r>
          </w:p>
        </w:tc>
        <w:tc>
          <w:tcPr>
            <w:tcW w:w="851" w:type="dxa"/>
            <w:tcMar>
              <w:top w:w="80" w:type="dxa"/>
              <w:left w:w="80" w:type="dxa"/>
              <w:bottom w:w="80" w:type="dxa"/>
              <w:right w:w="80" w:type="dxa"/>
            </w:tcMar>
            <w:vAlign w:val="center"/>
          </w:tcPr>
          <w:p w14:paraId="2CFE1F9F"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2C0FE883"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7957A395" w14:textId="77777777" w:rsidR="00ED17BE" w:rsidRPr="00F51F43" w:rsidRDefault="00ED17BE" w:rsidP="00ED17BE">
            <w:pPr>
              <w:spacing w:after="0" w:line="240" w:lineRule="auto"/>
              <w:jc w:val="center"/>
              <w:rPr>
                <w:noProof/>
                <w:sz w:val="20"/>
                <w:szCs w:val="20"/>
              </w:rPr>
            </w:pPr>
            <w:r w:rsidRPr="00F51F43">
              <w:rPr>
                <w:noProof/>
                <w:sz w:val="20"/>
                <w:szCs w:val="20"/>
              </w:rPr>
              <w:t>Blagoslov povodom Dana kruha, blagoslov vrtića</w:t>
            </w:r>
          </w:p>
        </w:tc>
        <w:tc>
          <w:tcPr>
            <w:tcW w:w="2387" w:type="dxa"/>
            <w:tcMar>
              <w:top w:w="80" w:type="dxa"/>
              <w:left w:w="80" w:type="dxa"/>
              <w:bottom w:w="80" w:type="dxa"/>
              <w:right w:w="80" w:type="dxa"/>
            </w:tcMar>
            <w:vAlign w:val="center"/>
          </w:tcPr>
          <w:p w14:paraId="322B7B99" w14:textId="77777777" w:rsidR="00ED17BE" w:rsidRPr="00F51F43" w:rsidRDefault="00ED17BE" w:rsidP="00ED17BE">
            <w:pPr>
              <w:spacing w:after="0" w:line="240" w:lineRule="auto"/>
              <w:jc w:val="center"/>
              <w:rPr>
                <w:noProof/>
                <w:sz w:val="20"/>
                <w:szCs w:val="20"/>
              </w:rPr>
            </w:pPr>
            <w:r w:rsidRPr="00F51F43">
              <w:rPr>
                <w:noProof/>
                <w:sz w:val="20"/>
                <w:szCs w:val="20"/>
              </w:rPr>
              <w:t>Uočavanje važnosti duhovnih dobara, važnih datuma i blagdana</w:t>
            </w:r>
          </w:p>
        </w:tc>
        <w:tc>
          <w:tcPr>
            <w:tcW w:w="2363" w:type="dxa"/>
            <w:tcMar>
              <w:top w:w="80" w:type="dxa"/>
              <w:left w:w="80" w:type="dxa"/>
              <w:bottom w:w="80" w:type="dxa"/>
              <w:right w:w="80" w:type="dxa"/>
            </w:tcMar>
            <w:vAlign w:val="center"/>
          </w:tcPr>
          <w:p w14:paraId="493168C9" w14:textId="77777777" w:rsidR="00ED17BE" w:rsidRPr="00F51F43" w:rsidRDefault="00ED17BE" w:rsidP="00ED17BE">
            <w:pPr>
              <w:spacing w:after="0" w:line="240" w:lineRule="auto"/>
              <w:jc w:val="center"/>
              <w:rPr>
                <w:noProof/>
                <w:sz w:val="20"/>
                <w:szCs w:val="20"/>
              </w:rPr>
            </w:pPr>
            <w:r w:rsidRPr="00F51F43">
              <w:rPr>
                <w:noProof/>
                <w:sz w:val="20"/>
                <w:szCs w:val="20"/>
              </w:rPr>
              <w:t>Kratki programa pjesma i recitacija, likovne aktivnosti</w:t>
            </w:r>
          </w:p>
        </w:tc>
        <w:tc>
          <w:tcPr>
            <w:tcW w:w="2088" w:type="dxa"/>
            <w:tcMar>
              <w:top w:w="80" w:type="dxa"/>
              <w:left w:w="80" w:type="dxa"/>
              <w:bottom w:w="80" w:type="dxa"/>
              <w:right w:w="80" w:type="dxa"/>
            </w:tcMar>
            <w:vAlign w:val="center"/>
          </w:tcPr>
          <w:p w14:paraId="078DB673" w14:textId="77777777" w:rsidR="00ED17BE" w:rsidRPr="00F51F43" w:rsidRDefault="00ED17BE" w:rsidP="00ED17BE">
            <w:pPr>
              <w:spacing w:after="0" w:line="240" w:lineRule="auto"/>
              <w:jc w:val="center"/>
              <w:rPr>
                <w:noProof/>
                <w:sz w:val="20"/>
                <w:szCs w:val="20"/>
              </w:rPr>
            </w:pPr>
            <w:r w:rsidRPr="00F51F43">
              <w:rPr>
                <w:noProof/>
                <w:sz w:val="20"/>
                <w:szCs w:val="20"/>
              </w:rPr>
              <w:t>reakcije roditelja, djece i mještana</w:t>
            </w:r>
          </w:p>
        </w:tc>
      </w:tr>
      <w:tr w:rsidR="00ED17BE" w:rsidRPr="00F51F43" w14:paraId="0196E539" w14:textId="77777777" w:rsidTr="00ED17BE">
        <w:trPr>
          <w:cantSplit/>
          <w:jc w:val="center"/>
        </w:trPr>
        <w:tc>
          <w:tcPr>
            <w:tcW w:w="1101" w:type="dxa"/>
            <w:tcMar>
              <w:top w:w="80" w:type="dxa"/>
              <w:left w:w="80" w:type="dxa"/>
              <w:bottom w:w="80" w:type="dxa"/>
              <w:right w:w="80" w:type="dxa"/>
            </w:tcMar>
            <w:vAlign w:val="center"/>
          </w:tcPr>
          <w:p w14:paraId="3B6BE6CE" w14:textId="77777777" w:rsidR="00ED17BE" w:rsidRPr="00F51F43" w:rsidRDefault="00ED17BE" w:rsidP="00ED17BE">
            <w:pPr>
              <w:spacing w:after="0" w:line="240" w:lineRule="auto"/>
              <w:jc w:val="center"/>
              <w:rPr>
                <w:noProof/>
                <w:sz w:val="20"/>
                <w:szCs w:val="20"/>
              </w:rPr>
            </w:pPr>
            <w:r w:rsidRPr="00F51F43">
              <w:rPr>
                <w:noProof/>
                <w:sz w:val="20"/>
                <w:szCs w:val="20"/>
              </w:rPr>
              <w:t>Jelena P.</w:t>
            </w:r>
          </w:p>
        </w:tc>
        <w:tc>
          <w:tcPr>
            <w:tcW w:w="992" w:type="dxa"/>
            <w:tcMar>
              <w:top w:w="80" w:type="dxa"/>
              <w:left w:w="80" w:type="dxa"/>
              <w:bottom w:w="80" w:type="dxa"/>
              <w:right w:w="80" w:type="dxa"/>
            </w:tcMar>
            <w:vAlign w:val="center"/>
          </w:tcPr>
          <w:p w14:paraId="358253B7" w14:textId="77777777" w:rsidR="00ED17BE" w:rsidRPr="00F51F43" w:rsidRDefault="00ED17BE" w:rsidP="00ED17BE">
            <w:pPr>
              <w:spacing w:after="0" w:line="240" w:lineRule="auto"/>
              <w:jc w:val="center"/>
              <w:rPr>
                <w:noProof/>
                <w:sz w:val="20"/>
                <w:szCs w:val="20"/>
              </w:rPr>
            </w:pPr>
            <w:r w:rsidRPr="00F51F43">
              <w:rPr>
                <w:noProof/>
                <w:sz w:val="20"/>
                <w:szCs w:val="20"/>
              </w:rPr>
              <w:t>tijekom godine</w:t>
            </w:r>
          </w:p>
        </w:tc>
        <w:tc>
          <w:tcPr>
            <w:tcW w:w="851" w:type="dxa"/>
            <w:tcMar>
              <w:top w:w="80" w:type="dxa"/>
              <w:left w:w="80" w:type="dxa"/>
              <w:bottom w:w="80" w:type="dxa"/>
              <w:right w:w="80" w:type="dxa"/>
            </w:tcMar>
            <w:vAlign w:val="center"/>
          </w:tcPr>
          <w:p w14:paraId="63D25604"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173ABCAF" w14:textId="77777777" w:rsidR="00ED17BE" w:rsidRPr="00F51F43" w:rsidRDefault="00ED17BE" w:rsidP="00ED17BE">
            <w:pPr>
              <w:spacing w:after="0" w:line="240" w:lineRule="auto"/>
              <w:jc w:val="center"/>
              <w:rPr>
                <w:noProof/>
                <w:sz w:val="20"/>
                <w:szCs w:val="20"/>
              </w:rPr>
            </w:pPr>
            <w:r w:rsidRPr="00F51F43">
              <w:rPr>
                <w:noProof/>
                <w:sz w:val="20"/>
                <w:szCs w:val="20"/>
              </w:rPr>
              <w:t>Bubamare</w:t>
            </w:r>
          </w:p>
        </w:tc>
        <w:tc>
          <w:tcPr>
            <w:tcW w:w="2409" w:type="dxa"/>
            <w:tcMar>
              <w:top w:w="80" w:type="dxa"/>
              <w:left w:w="80" w:type="dxa"/>
              <w:bottom w:w="80" w:type="dxa"/>
              <w:right w:w="80" w:type="dxa"/>
            </w:tcMar>
            <w:vAlign w:val="center"/>
          </w:tcPr>
          <w:p w14:paraId="43654843" w14:textId="77777777" w:rsidR="00ED17BE" w:rsidRPr="00F51F43" w:rsidRDefault="00ED17BE" w:rsidP="00ED17BE">
            <w:pPr>
              <w:spacing w:after="0" w:line="240" w:lineRule="auto"/>
              <w:jc w:val="center"/>
              <w:rPr>
                <w:noProof/>
                <w:sz w:val="20"/>
                <w:szCs w:val="20"/>
              </w:rPr>
            </w:pPr>
            <w:r w:rsidRPr="00F51F43">
              <w:rPr>
                <w:noProof/>
                <w:sz w:val="20"/>
                <w:szCs w:val="20"/>
              </w:rPr>
              <w:t>Prema dogovoru</w:t>
            </w:r>
          </w:p>
        </w:tc>
        <w:tc>
          <w:tcPr>
            <w:tcW w:w="2387" w:type="dxa"/>
            <w:tcMar>
              <w:top w:w="80" w:type="dxa"/>
              <w:left w:w="80" w:type="dxa"/>
              <w:bottom w:w="80" w:type="dxa"/>
              <w:right w:w="80" w:type="dxa"/>
            </w:tcMar>
            <w:vAlign w:val="center"/>
          </w:tcPr>
          <w:p w14:paraId="1F91FF25" w14:textId="77777777" w:rsidR="00ED17BE" w:rsidRPr="00F51F43" w:rsidRDefault="00ED17BE" w:rsidP="00ED17BE">
            <w:pPr>
              <w:spacing w:after="0" w:line="240" w:lineRule="auto"/>
              <w:jc w:val="center"/>
              <w:rPr>
                <w:noProof/>
                <w:sz w:val="20"/>
                <w:szCs w:val="20"/>
              </w:rPr>
            </w:pPr>
          </w:p>
        </w:tc>
        <w:tc>
          <w:tcPr>
            <w:tcW w:w="2363" w:type="dxa"/>
            <w:tcMar>
              <w:top w:w="80" w:type="dxa"/>
              <w:left w:w="80" w:type="dxa"/>
              <w:bottom w:w="80" w:type="dxa"/>
              <w:right w:w="80" w:type="dxa"/>
            </w:tcMar>
            <w:vAlign w:val="center"/>
          </w:tcPr>
          <w:p w14:paraId="3EF5E8E3" w14:textId="77777777" w:rsidR="00ED17BE" w:rsidRPr="00F51F43" w:rsidRDefault="00ED17BE" w:rsidP="00ED17BE">
            <w:pPr>
              <w:spacing w:after="0" w:line="240" w:lineRule="auto"/>
              <w:jc w:val="center"/>
              <w:rPr>
                <w:noProof/>
                <w:sz w:val="20"/>
                <w:szCs w:val="20"/>
              </w:rPr>
            </w:pPr>
          </w:p>
        </w:tc>
        <w:tc>
          <w:tcPr>
            <w:tcW w:w="2088" w:type="dxa"/>
            <w:tcMar>
              <w:top w:w="80" w:type="dxa"/>
              <w:left w:w="80" w:type="dxa"/>
              <w:bottom w:w="80" w:type="dxa"/>
              <w:right w:w="80" w:type="dxa"/>
            </w:tcMar>
            <w:vAlign w:val="center"/>
          </w:tcPr>
          <w:p w14:paraId="7AF41A03" w14:textId="77777777" w:rsidR="00ED17BE" w:rsidRPr="00F51F43" w:rsidRDefault="00ED17BE" w:rsidP="00ED17BE">
            <w:pPr>
              <w:spacing w:after="0" w:line="240" w:lineRule="auto"/>
              <w:jc w:val="center"/>
              <w:rPr>
                <w:noProof/>
                <w:sz w:val="20"/>
                <w:szCs w:val="20"/>
              </w:rPr>
            </w:pPr>
          </w:p>
        </w:tc>
      </w:tr>
      <w:tr w:rsidR="00ED17BE" w:rsidRPr="00F51F43" w14:paraId="1F71EB53" w14:textId="77777777" w:rsidTr="00ED17BE">
        <w:trPr>
          <w:cantSplit/>
          <w:jc w:val="center"/>
        </w:trPr>
        <w:tc>
          <w:tcPr>
            <w:tcW w:w="1101" w:type="dxa"/>
            <w:tcMar>
              <w:top w:w="80" w:type="dxa"/>
              <w:left w:w="80" w:type="dxa"/>
              <w:bottom w:w="80" w:type="dxa"/>
              <w:right w:w="80" w:type="dxa"/>
            </w:tcMar>
            <w:vAlign w:val="center"/>
          </w:tcPr>
          <w:p w14:paraId="14E46033" w14:textId="77777777" w:rsidR="00ED17BE" w:rsidRPr="00F51F43" w:rsidRDefault="00ED17BE" w:rsidP="00ED17BE">
            <w:pPr>
              <w:spacing w:after="0" w:line="240" w:lineRule="auto"/>
              <w:jc w:val="center"/>
              <w:rPr>
                <w:noProof/>
                <w:sz w:val="20"/>
                <w:szCs w:val="20"/>
              </w:rPr>
            </w:pPr>
            <w:r w:rsidRPr="00F51F43">
              <w:rPr>
                <w:noProof/>
                <w:sz w:val="20"/>
                <w:szCs w:val="20"/>
              </w:rPr>
              <w:t>Tea T. B.</w:t>
            </w:r>
          </w:p>
        </w:tc>
        <w:tc>
          <w:tcPr>
            <w:tcW w:w="992" w:type="dxa"/>
            <w:tcMar>
              <w:top w:w="80" w:type="dxa"/>
              <w:left w:w="80" w:type="dxa"/>
              <w:bottom w:w="80" w:type="dxa"/>
              <w:right w:w="80" w:type="dxa"/>
            </w:tcMar>
            <w:vAlign w:val="center"/>
          </w:tcPr>
          <w:p w14:paraId="184B499D" w14:textId="77777777" w:rsidR="00ED17BE" w:rsidRPr="00F51F43" w:rsidRDefault="00ED17BE" w:rsidP="00ED17BE">
            <w:pPr>
              <w:spacing w:after="0" w:line="240" w:lineRule="auto"/>
              <w:jc w:val="center"/>
              <w:rPr>
                <w:noProof/>
                <w:sz w:val="20"/>
                <w:szCs w:val="20"/>
              </w:rPr>
            </w:pPr>
            <w:r w:rsidRPr="00F51F43">
              <w:rPr>
                <w:noProof/>
                <w:sz w:val="20"/>
                <w:szCs w:val="20"/>
              </w:rPr>
              <w:t>tijekom godine</w:t>
            </w:r>
          </w:p>
        </w:tc>
        <w:tc>
          <w:tcPr>
            <w:tcW w:w="851" w:type="dxa"/>
            <w:tcMar>
              <w:top w:w="80" w:type="dxa"/>
              <w:left w:w="80" w:type="dxa"/>
              <w:bottom w:w="80" w:type="dxa"/>
              <w:right w:w="80" w:type="dxa"/>
            </w:tcMar>
            <w:vAlign w:val="center"/>
          </w:tcPr>
          <w:p w14:paraId="1B53DD26"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7B57B31C" w14:textId="77777777" w:rsidR="00ED17BE" w:rsidRPr="00F51F43" w:rsidRDefault="00ED17BE" w:rsidP="00ED17BE">
            <w:pPr>
              <w:spacing w:after="0" w:line="240" w:lineRule="auto"/>
              <w:jc w:val="center"/>
              <w:rPr>
                <w:noProof/>
                <w:sz w:val="20"/>
                <w:szCs w:val="20"/>
              </w:rPr>
            </w:pPr>
            <w:r w:rsidRPr="00F51F43">
              <w:rPr>
                <w:noProof/>
                <w:sz w:val="20"/>
                <w:szCs w:val="20"/>
              </w:rPr>
              <w:t>Bubamare</w:t>
            </w:r>
          </w:p>
        </w:tc>
        <w:tc>
          <w:tcPr>
            <w:tcW w:w="2409" w:type="dxa"/>
            <w:tcMar>
              <w:top w:w="80" w:type="dxa"/>
              <w:left w:w="80" w:type="dxa"/>
              <w:bottom w:w="80" w:type="dxa"/>
              <w:right w:w="80" w:type="dxa"/>
            </w:tcMar>
            <w:vAlign w:val="center"/>
          </w:tcPr>
          <w:p w14:paraId="6E7F397C" w14:textId="77777777" w:rsidR="00ED17BE" w:rsidRPr="00F51F43" w:rsidRDefault="00ED17BE" w:rsidP="00ED17BE">
            <w:pPr>
              <w:spacing w:after="0" w:line="240" w:lineRule="auto"/>
              <w:jc w:val="center"/>
              <w:rPr>
                <w:noProof/>
                <w:sz w:val="20"/>
                <w:szCs w:val="20"/>
              </w:rPr>
            </w:pPr>
            <w:r w:rsidRPr="00F51F43">
              <w:rPr>
                <w:noProof/>
                <w:sz w:val="20"/>
                <w:szCs w:val="20"/>
              </w:rPr>
              <w:t>Prema dogovoru</w:t>
            </w:r>
          </w:p>
        </w:tc>
        <w:tc>
          <w:tcPr>
            <w:tcW w:w="2387" w:type="dxa"/>
            <w:tcMar>
              <w:top w:w="80" w:type="dxa"/>
              <w:left w:w="80" w:type="dxa"/>
              <w:bottom w:w="80" w:type="dxa"/>
              <w:right w:w="80" w:type="dxa"/>
            </w:tcMar>
            <w:vAlign w:val="center"/>
          </w:tcPr>
          <w:p w14:paraId="21CD3978" w14:textId="77777777" w:rsidR="00ED17BE" w:rsidRPr="00F51F43" w:rsidRDefault="00ED17BE" w:rsidP="00ED17BE">
            <w:pPr>
              <w:spacing w:after="0" w:line="240" w:lineRule="auto"/>
              <w:jc w:val="center"/>
              <w:rPr>
                <w:noProof/>
                <w:sz w:val="20"/>
                <w:szCs w:val="20"/>
              </w:rPr>
            </w:pPr>
          </w:p>
        </w:tc>
        <w:tc>
          <w:tcPr>
            <w:tcW w:w="2363" w:type="dxa"/>
            <w:tcMar>
              <w:top w:w="80" w:type="dxa"/>
              <w:left w:w="80" w:type="dxa"/>
              <w:bottom w:w="80" w:type="dxa"/>
              <w:right w:w="80" w:type="dxa"/>
            </w:tcMar>
            <w:vAlign w:val="center"/>
          </w:tcPr>
          <w:p w14:paraId="592267F7" w14:textId="77777777" w:rsidR="00ED17BE" w:rsidRPr="00F51F43" w:rsidRDefault="00ED17BE" w:rsidP="00ED17BE">
            <w:pPr>
              <w:spacing w:after="0" w:line="240" w:lineRule="auto"/>
              <w:jc w:val="center"/>
              <w:rPr>
                <w:noProof/>
                <w:sz w:val="20"/>
                <w:szCs w:val="20"/>
              </w:rPr>
            </w:pPr>
          </w:p>
        </w:tc>
        <w:tc>
          <w:tcPr>
            <w:tcW w:w="2088" w:type="dxa"/>
            <w:tcMar>
              <w:top w:w="80" w:type="dxa"/>
              <w:left w:w="80" w:type="dxa"/>
              <w:bottom w:w="80" w:type="dxa"/>
              <w:right w:w="80" w:type="dxa"/>
            </w:tcMar>
            <w:vAlign w:val="center"/>
          </w:tcPr>
          <w:p w14:paraId="17FB517D" w14:textId="77777777" w:rsidR="00ED17BE" w:rsidRPr="00F51F43" w:rsidRDefault="00ED17BE" w:rsidP="00ED17BE">
            <w:pPr>
              <w:spacing w:after="0" w:line="240" w:lineRule="auto"/>
              <w:jc w:val="center"/>
              <w:rPr>
                <w:noProof/>
                <w:sz w:val="20"/>
                <w:szCs w:val="20"/>
              </w:rPr>
            </w:pPr>
          </w:p>
        </w:tc>
      </w:tr>
      <w:tr w:rsidR="00ED17BE" w:rsidRPr="00F51F43" w14:paraId="6E7E5336" w14:textId="77777777" w:rsidTr="00ED17BE">
        <w:trPr>
          <w:cantSplit/>
          <w:jc w:val="center"/>
        </w:trPr>
        <w:tc>
          <w:tcPr>
            <w:tcW w:w="1101" w:type="dxa"/>
            <w:tcMar>
              <w:top w:w="80" w:type="dxa"/>
              <w:left w:w="80" w:type="dxa"/>
              <w:bottom w:w="80" w:type="dxa"/>
              <w:right w:w="80" w:type="dxa"/>
            </w:tcMar>
            <w:vAlign w:val="center"/>
          </w:tcPr>
          <w:p w14:paraId="705D8A7E" w14:textId="77777777" w:rsidR="00ED17BE" w:rsidRPr="00F51F43" w:rsidRDefault="00ED17BE" w:rsidP="00ED17BE">
            <w:pPr>
              <w:spacing w:after="0" w:line="240" w:lineRule="auto"/>
              <w:jc w:val="center"/>
              <w:rPr>
                <w:noProof/>
                <w:sz w:val="20"/>
                <w:szCs w:val="20"/>
              </w:rPr>
            </w:pPr>
            <w:r w:rsidRPr="00F51F43">
              <w:rPr>
                <w:noProof/>
                <w:sz w:val="20"/>
                <w:szCs w:val="20"/>
              </w:rPr>
              <w:t>Ana-Marija H.</w:t>
            </w:r>
          </w:p>
        </w:tc>
        <w:tc>
          <w:tcPr>
            <w:tcW w:w="992" w:type="dxa"/>
            <w:tcMar>
              <w:top w:w="80" w:type="dxa"/>
              <w:left w:w="80" w:type="dxa"/>
              <w:bottom w:w="80" w:type="dxa"/>
              <w:right w:w="80" w:type="dxa"/>
            </w:tcMar>
            <w:vAlign w:val="center"/>
          </w:tcPr>
          <w:p w14:paraId="4F96FE95" w14:textId="77777777" w:rsidR="00ED17BE" w:rsidRPr="00F51F43" w:rsidRDefault="00ED17BE" w:rsidP="00ED17BE">
            <w:pPr>
              <w:spacing w:after="0" w:line="240" w:lineRule="auto"/>
              <w:jc w:val="center"/>
              <w:rPr>
                <w:noProof/>
                <w:sz w:val="20"/>
                <w:szCs w:val="20"/>
              </w:rPr>
            </w:pPr>
            <w:r w:rsidRPr="00F51F43">
              <w:rPr>
                <w:noProof/>
                <w:sz w:val="20"/>
                <w:szCs w:val="20"/>
              </w:rPr>
              <w:t>tijekom godine</w:t>
            </w:r>
          </w:p>
        </w:tc>
        <w:tc>
          <w:tcPr>
            <w:tcW w:w="851" w:type="dxa"/>
            <w:tcMar>
              <w:top w:w="80" w:type="dxa"/>
              <w:left w:w="80" w:type="dxa"/>
              <w:bottom w:w="80" w:type="dxa"/>
              <w:right w:w="80" w:type="dxa"/>
            </w:tcMar>
            <w:vAlign w:val="center"/>
          </w:tcPr>
          <w:p w14:paraId="6EB168E0"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271155E8" w14:textId="77777777" w:rsidR="00ED17BE" w:rsidRPr="00F51F43" w:rsidRDefault="00ED17BE" w:rsidP="00ED17BE">
            <w:pPr>
              <w:spacing w:after="0" w:line="240" w:lineRule="auto"/>
              <w:jc w:val="center"/>
              <w:rPr>
                <w:noProof/>
                <w:sz w:val="20"/>
                <w:szCs w:val="20"/>
              </w:rPr>
            </w:pPr>
            <w:r w:rsidRPr="00F51F43">
              <w:rPr>
                <w:noProof/>
                <w:sz w:val="20"/>
                <w:szCs w:val="20"/>
              </w:rPr>
              <w:t>Bubamare</w:t>
            </w:r>
          </w:p>
        </w:tc>
        <w:tc>
          <w:tcPr>
            <w:tcW w:w="2409" w:type="dxa"/>
            <w:tcMar>
              <w:top w:w="80" w:type="dxa"/>
              <w:left w:w="80" w:type="dxa"/>
              <w:bottom w:w="80" w:type="dxa"/>
              <w:right w:w="80" w:type="dxa"/>
            </w:tcMar>
            <w:vAlign w:val="center"/>
          </w:tcPr>
          <w:p w14:paraId="5F197AEC" w14:textId="77777777" w:rsidR="00ED17BE" w:rsidRPr="00F51F43" w:rsidRDefault="00ED17BE" w:rsidP="00ED17BE">
            <w:pPr>
              <w:spacing w:after="0" w:line="240" w:lineRule="auto"/>
              <w:jc w:val="center"/>
              <w:rPr>
                <w:noProof/>
                <w:sz w:val="20"/>
                <w:szCs w:val="20"/>
              </w:rPr>
            </w:pPr>
            <w:r w:rsidRPr="00F51F43">
              <w:rPr>
                <w:noProof/>
                <w:sz w:val="20"/>
                <w:szCs w:val="20"/>
              </w:rPr>
              <w:t>Prema dogovoru</w:t>
            </w:r>
          </w:p>
        </w:tc>
        <w:tc>
          <w:tcPr>
            <w:tcW w:w="2387" w:type="dxa"/>
            <w:tcMar>
              <w:top w:w="80" w:type="dxa"/>
              <w:left w:w="80" w:type="dxa"/>
              <w:bottom w:w="80" w:type="dxa"/>
              <w:right w:w="80" w:type="dxa"/>
            </w:tcMar>
            <w:vAlign w:val="center"/>
          </w:tcPr>
          <w:p w14:paraId="6F8DA12C" w14:textId="77777777" w:rsidR="00ED17BE" w:rsidRPr="00F51F43" w:rsidRDefault="00ED17BE" w:rsidP="00ED17BE">
            <w:pPr>
              <w:spacing w:after="0" w:line="240" w:lineRule="auto"/>
              <w:jc w:val="center"/>
              <w:rPr>
                <w:noProof/>
                <w:sz w:val="20"/>
                <w:szCs w:val="20"/>
              </w:rPr>
            </w:pPr>
          </w:p>
        </w:tc>
        <w:tc>
          <w:tcPr>
            <w:tcW w:w="2363" w:type="dxa"/>
            <w:tcMar>
              <w:top w:w="80" w:type="dxa"/>
              <w:left w:w="80" w:type="dxa"/>
              <w:bottom w:w="80" w:type="dxa"/>
              <w:right w:w="80" w:type="dxa"/>
            </w:tcMar>
            <w:vAlign w:val="center"/>
          </w:tcPr>
          <w:p w14:paraId="276D1557" w14:textId="77777777" w:rsidR="00ED17BE" w:rsidRPr="00F51F43" w:rsidRDefault="00ED17BE" w:rsidP="00ED17BE">
            <w:pPr>
              <w:spacing w:after="0" w:line="240" w:lineRule="auto"/>
              <w:jc w:val="center"/>
              <w:rPr>
                <w:noProof/>
                <w:sz w:val="20"/>
                <w:szCs w:val="20"/>
              </w:rPr>
            </w:pPr>
          </w:p>
        </w:tc>
        <w:tc>
          <w:tcPr>
            <w:tcW w:w="2088" w:type="dxa"/>
            <w:tcMar>
              <w:top w:w="80" w:type="dxa"/>
              <w:left w:w="80" w:type="dxa"/>
              <w:bottom w:w="80" w:type="dxa"/>
              <w:right w:w="80" w:type="dxa"/>
            </w:tcMar>
            <w:vAlign w:val="center"/>
          </w:tcPr>
          <w:p w14:paraId="1ED863EE" w14:textId="77777777" w:rsidR="00ED17BE" w:rsidRPr="00F51F43" w:rsidRDefault="00ED17BE" w:rsidP="00ED17BE">
            <w:pPr>
              <w:spacing w:after="0" w:line="240" w:lineRule="auto"/>
              <w:jc w:val="center"/>
              <w:rPr>
                <w:noProof/>
                <w:sz w:val="20"/>
                <w:szCs w:val="20"/>
              </w:rPr>
            </w:pPr>
          </w:p>
        </w:tc>
      </w:tr>
      <w:tr w:rsidR="00ED17BE" w:rsidRPr="00F51F43" w14:paraId="6ED96207" w14:textId="77777777" w:rsidTr="00ED17BE">
        <w:trPr>
          <w:cantSplit/>
          <w:jc w:val="center"/>
        </w:trPr>
        <w:tc>
          <w:tcPr>
            <w:tcW w:w="1101" w:type="dxa"/>
            <w:tcMar>
              <w:top w:w="80" w:type="dxa"/>
              <w:left w:w="80" w:type="dxa"/>
              <w:bottom w:w="80" w:type="dxa"/>
              <w:right w:w="80" w:type="dxa"/>
            </w:tcMar>
            <w:vAlign w:val="center"/>
          </w:tcPr>
          <w:p w14:paraId="7F4B2FD5" w14:textId="77777777" w:rsidR="00ED17BE" w:rsidRPr="00F51F43" w:rsidRDefault="00ED17BE" w:rsidP="00ED17BE">
            <w:pPr>
              <w:spacing w:after="0" w:line="240" w:lineRule="auto"/>
              <w:jc w:val="center"/>
              <w:rPr>
                <w:noProof/>
                <w:sz w:val="20"/>
                <w:szCs w:val="20"/>
              </w:rPr>
            </w:pPr>
            <w:r w:rsidRPr="00F51F43">
              <w:rPr>
                <w:noProof/>
                <w:sz w:val="20"/>
                <w:szCs w:val="20"/>
              </w:rPr>
              <w:t>Stela P.</w:t>
            </w:r>
          </w:p>
        </w:tc>
        <w:tc>
          <w:tcPr>
            <w:tcW w:w="992" w:type="dxa"/>
            <w:tcMar>
              <w:top w:w="80" w:type="dxa"/>
              <w:left w:w="80" w:type="dxa"/>
              <w:bottom w:w="80" w:type="dxa"/>
              <w:right w:w="80" w:type="dxa"/>
            </w:tcMar>
            <w:vAlign w:val="center"/>
          </w:tcPr>
          <w:p w14:paraId="0276E9E8" w14:textId="77777777" w:rsidR="00ED17BE" w:rsidRPr="00F51F43" w:rsidRDefault="00ED17BE" w:rsidP="00ED17BE">
            <w:pPr>
              <w:spacing w:after="0" w:line="240" w:lineRule="auto"/>
              <w:jc w:val="center"/>
              <w:rPr>
                <w:noProof/>
                <w:sz w:val="20"/>
                <w:szCs w:val="20"/>
              </w:rPr>
            </w:pPr>
            <w:r w:rsidRPr="00F51F43">
              <w:rPr>
                <w:noProof/>
                <w:sz w:val="20"/>
                <w:szCs w:val="20"/>
              </w:rPr>
              <w:t>tijekom godine</w:t>
            </w:r>
          </w:p>
        </w:tc>
        <w:tc>
          <w:tcPr>
            <w:tcW w:w="851" w:type="dxa"/>
            <w:tcMar>
              <w:top w:w="80" w:type="dxa"/>
              <w:left w:w="80" w:type="dxa"/>
              <w:bottom w:w="80" w:type="dxa"/>
              <w:right w:w="80" w:type="dxa"/>
            </w:tcMar>
            <w:vAlign w:val="center"/>
          </w:tcPr>
          <w:p w14:paraId="26F80F92"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157A26EA" w14:textId="77777777" w:rsidR="00ED17BE" w:rsidRPr="00F51F43" w:rsidRDefault="00ED17BE" w:rsidP="00ED17BE">
            <w:pPr>
              <w:spacing w:after="0" w:line="240" w:lineRule="auto"/>
              <w:jc w:val="center"/>
              <w:rPr>
                <w:noProof/>
                <w:sz w:val="20"/>
                <w:szCs w:val="20"/>
              </w:rPr>
            </w:pPr>
            <w:r w:rsidRPr="00F51F43">
              <w:rPr>
                <w:noProof/>
                <w:sz w:val="20"/>
                <w:szCs w:val="20"/>
              </w:rPr>
              <w:t>Bubamare</w:t>
            </w:r>
          </w:p>
        </w:tc>
        <w:tc>
          <w:tcPr>
            <w:tcW w:w="2409" w:type="dxa"/>
            <w:tcMar>
              <w:top w:w="80" w:type="dxa"/>
              <w:left w:w="80" w:type="dxa"/>
              <w:bottom w:w="80" w:type="dxa"/>
              <w:right w:w="80" w:type="dxa"/>
            </w:tcMar>
            <w:vAlign w:val="center"/>
          </w:tcPr>
          <w:p w14:paraId="0A33A572" w14:textId="77777777" w:rsidR="00ED17BE" w:rsidRPr="00F51F43" w:rsidRDefault="00ED17BE" w:rsidP="00ED17BE">
            <w:pPr>
              <w:spacing w:after="0" w:line="240" w:lineRule="auto"/>
              <w:jc w:val="center"/>
              <w:rPr>
                <w:noProof/>
                <w:sz w:val="20"/>
                <w:szCs w:val="20"/>
              </w:rPr>
            </w:pPr>
            <w:r w:rsidRPr="00F51F43">
              <w:rPr>
                <w:noProof/>
                <w:sz w:val="20"/>
                <w:szCs w:val="20"/>
              </w:rPr>
              <w:t>Prema dogovoru</w:t>
            </w:r>
          </w:p>
        </w:tc>
        <w:tc>
          <w:tcPr>
            <w:tcW w:w="2387" w:type="dxa"/>
            <w:tcMar>
              <w:top w:w="80" w:type="dxa"/>
              <w:left w:w="80" w:type="dxa"/>
              <w:bottom w:w="80" w:type="dxa"/>
              <w:right w:w="80" w:type="dxa"/>
            </w:tcMar>
            <w:vAlign w:val="center"/>
          </w:tcPr>
          <w:p w14:paraId="7A5EAFFF" w14:textId="77777777" w:rsidR="00ED17BE" w:rsidRPr="00F51F43" w:rsidRDefault="00ED17BE" w:rsidP="00ED17BE">
            <w:pPr>
              <w:spacing w:after="0" w:line="240" w:lineRule="auto"/>
              <w:jc w:val="center"/>
              <w:rPr>
                <w:noProof/>
                <w:sz w:val="20"/>
                <w:szCs w:val="20"/>
              </w:rPr>
            </w:pPr>
          </w:p>
        </w:tc>
        <w:tc>
          <w:tcPr>
            <w:tcW w:w="2363" w:type="dxa"/>
            <w:tcMar>
              <w:top w:w="80" w:type="dxa"/>
              <w:left w:w="80" w:type="dxa"/>
              <w:bottom w:w="80" w:type="dxa"/>
              <w:right w:w="80" w:type="dxa"/>
            </w:tcMar>
            <w:vAlign w:val="center"/>
          </w:tcPr>
          <w:p w14:paraId="1D92C293" w14:textId="77777777" w:rsidR="00ED17BE" w:rsidRPr="00F51F43" w:rsidRDefault="00ED17BE" w:rsidP="00ED17BE">
            <w:pPr>
              <w:spacing w:after="0" w:line="240" w:lineRule="auto"/>
              <w:jc w:val="center"/>
              <w:rPr>
                <w:noProof/>
                <w:sz w:val="20"/>
                <w:szCs w:val="20"/>
              </w:rPr>
            </w:pPr>
          </w:p>
        </w:tc>
        <w:tc>
          <w:tcPr>
            <w:tcW w:w="2088" w:type="dxa"/>
            <w:tcMar>
              <w:top w:w="80" w:type="dxa"/>
              <w:left w:w="80" w:type="dxa"/>
              <w:bottom w:w="80" w:type="dxa"/>
              <w:right w:w="80" w:type="dxa"/>
            </w:tcMar>
            <w:vAlign w:val="center"/>
          </w:tcPr>
          <w:p w14:paraId="223F3B79" w14:textId="77777777" w:rsidR="00ED17BE" w:rsidRPr="00F51F43" w:rsidRDefault="00ED17BE" w:rsidP="00ED17BE">
            <w:pPr>
              <w:spacing w:after="0" w:line="240" w:lineRule="auto"/>
              <w:jc w:val="center"/>
              <w:rPr>
                <w:noProof/>
                <w:sz w:val="20"/>
                <w:szCs w:val="20"/>
              </w:rPr>
            </w:pPr>
          </w:p>
        </w:tc>
      </w:tr>
      <w:tr w:rsidR="00ED17BE" w:rsidRPr="00F51F43" w14:paraId="4C405E9B" w14:textId="77777777" w:rsidTr="00ED17BE">
        <w:trPr>
          <w:cantSplit/>
          <w:jc w:val="center"/>
        </w:trPr>
        <w:tc>
          <w:tcPr>
            <w:tcW w:w="1101" w:type="dxa"/>
            <w:tcMar>
              <w:top w:w="80" w:type="dxa"/>
              <w:left w:w="80" w:type="dxa"/>
              <w:bottom w:w="80" w:type="dxa"/>
              <w:right w:w="80" w:type="dxa"/>
            </w:tcMar>
            <w:vAlign w:val="center"/>
          </w:tcPr>
          <w:p w14:paraId="249294EA" w14:textId="77777777" w:rsidR="00ED17BE" w:rsidRPr="00F51F43" w:rsidRDefault="00ED17BE" w:rsidP="00ED17BE">
            <w:pPr>
              <w:spacing w:after="0" w:line="240" w:lineRule="auto"/>
              <w:jc w:val="center"/>
              <w:rPr>
                <w:noProof/>
                <w:sz w:val="20"/>
                <w:szCs w:val="20"/>
              </w:rPr>
            </w:pPr>
            <w:r w:rsidRPr="00F51F43">
              <w:rPr>
                <w:noProof/>
                <w:sz w:val="20"/>
                <w:szCs w:val="20"/>
              </w:rPr>
              <w:t>Damir S.</w:t>
            </w:r>
          </w:p>
        </w:tc>
        <w:tc>
          <w:tcPr>
            <w:tcW w:w="992" w:type="dxa"/>
            <w:tcMar>
              <w:top w:w="80" w:type="dxa"/>
              <w:left w:w="80" w:type="dxa"/>
              <w:bottom w:w="80" w:type="dxa"/>
              <w:right w:w="80" w:type="dxa"/>
            </w:tcMar>
            <w:vAlign w:val="center"/>
          </w:tcPr>
          <w:p w14:paraId="26679DEA"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7021E9BB" w14:textId="77777777" w:rsidR="00ED17BE" w:rsidRPr="00F51F43" w:rsidRDefault="00ED17BE" w:rsidP="00ED17BE">
            <w:pPr>
              <w:spacing w:after="0" w:line="240" w:lineRule="auto"/>
              <w:jc w:val="center"/>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60108EF6" w14:textId="77777777" w:rsidR="00ED17BE" w:rsidRPr="00F51F43" w:rsidRDefault="00ED17BE" w:rsidP="00ED17BE">
            <w:pPr>
              <w:spacing w:after="0" w:line="240" w:lineRule="auto"/>
              <w:jc w:val="center"/>
              <w:rPr>
                <w:noProof/>
                <w:sz w:val="20"/>
                <w:szCs w:val="20"/>
              </w:rPr>
            </w:pPr>
            <w:r w:rsidRPr="00F51F43">
              <w:rPr>
                <w:noProof/>
                <w:sz w:val="20"/>
                <w:szCs w:val="20"/>
              </w:rPr>
              <w:t>Bubamare</w:t>
            </w:r>
          </w:p>
        </w:tc>
        <w:tc>
          <w:tcPr>
            <w:tcW w:w="2409" w:type="dxa"/>
            <w:tcMar>
              <w:top w:w="80" w:type="dxa"/>
              <w:left w:w="80" w:type="dxa"/>
              <w:bottom w:w="80" w:type="dxa"/>
              <w:right w:w="80" w:type="dxa"/>
            </w:tcMar>
            <w:vAlign w:val="center"/>
          </w:tcPr>
          <w:p w14:paraId="76496016" w14:textId="77777777" w:rsidR="00ED17BE" w:rsidRPr="00F51F43" w:rsidRDefault="00ED17BE" w:rsidP="00ED17BE">
            <w:pPr>
              <w:spacing w:after="0" w:line="240" w:lineRule="auto"/>
              <w:jc w:val="center"/>
              <w:rPr>
                <w:noProof/>
                <w:sz w:val="20"/>
                <w:szCs w:val="20"/>
              </w:rPr>
            </w:pPr>
            <w:r w:rsidRPr="00F51F43">
              <w:rPr>
                <w:noProof/>
                <w:sz w:val="20"/>
                <w:szCs w:val="20"/>
              </w:rPr>
              <w:t>upoznavanje s djecom, blagoslov svečanog stola</w:t>
            </w:r>
          </w:p>
        </w:tc>
        <w:tc>
          <w:tcPr>
            <w:tcW w:w="2387" w:type="dxa"/>
            <w:tcMar>
              <w:top w:w="80" w:type="dxa"/>
              <w:left w:w="80" w:type="dxa"/>
              <w:bottom w:w="80" w:type="dxa"/>
              <w:right w:w="80" w:type="dxa"/>
            </w:tcMar>
            <w:vAlign w:val="center"/>
          </w:tcPr>
          <w:p w14:paraId="77F81B55" w14:textId="77777777" w:rsidR="00ED17BE" w:rsidRPr="00F51F43" w:rsidRDefault="00ED17BE" w:rsidP="00ED17BE">
            <w:pPr>
              <w:spacing w:after="0" w:line="240" w:lineRule="auto"/>
              <w:jc w:val="center"/>
              <w:rPr>
                <w:noProof/>
                <w:sz w:val="20"/>
                <w:szCs w:val="20"/>
              </w:rPr>
            </w:pPr>
            <w:r w:rsidRPr="00F51F43">
              <w:rPr>
                <w:noProof/>
                <w:sz w:val="20"/>
                <w:szCs w:val="20"/>
              </w:rPr>
              <w:t>razvoj empatije i zajedništva</w:t>
            </w:r>
          </w:p>
        </w:tc>
        <w:tc>
          <w:tcPr>
            <w:tcW w:w="2363" w:type="dxa"/>
            <w:tcMar>
              <w:top w:w="80" w:type="dxa"/>
              <w:left w:w="80" w:type="dxa"/>
              <w:bottom w:w="80" w:type="dxa"/>
              <w:right w:w="80" w:type="dxa"/>
            </w:tcMar>
            <w:vAlign w:val="center"/>
          </w:tcPr>
          <w:p w14:paraId="043D8917" w14:textId="77777777" w:rsidR="00ED17BE" w:rsidRPr="00F51F43" w:rsidRDefault="00ED17BE" w:rsidP="00ED17BE">
            <w:pPr>
              <w:spacing w:after="0" w:line="240" w:lineRule="auto"/>
              <w:jc w:val="center"/>
              <w:rPr>
                <w:noProof/>
                <w:sz w:val="20"/>
                <w:szCs w:val="20"/>
              </w:rPr>
            </w:pPr>
            <w:r w:rsidRPr="00F51F43">
              <w:rPr>
                <w:noProof/>
                <w:sz w:val="20"/>
                <w:szCs w:val="20"/>
              </w:rPr>
              <w:t>priprema svečanog stola, pjevanje prigodnih pjesama, zajednička molitva, druženje uz degustaciju pekarskih proizvoda</w:t>
            </w:r>
          </w:p>
        </w:tc>
        <w:tc>
          <w:tcPr>
            <w:tcW w:w="2088" w:type="dxa"/>
            <w:tcMar>
              <w:top w:w="80" w:type="dxa"/>
              <w:left w:w="80" w:type="dxa"/>
              <w:bottom w:w="80" w:type="dxa"/>
              <w:right w:w="80" w:type="dxa"/>
            </w:tcMar>
            <w:vAlign w:val="center"/>
          </w:tcPr>
          <w:p w14:paraId="47C0D88C"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videozapisi</w:t>
            </w:r>
          </w:p>
        </w:tc>
      </w:tr>
      <w:tr w:rsidR="00ED17BE" w:rsidRPr="00F51F43" w14:paraId="3E32F5B4" w14:textId="77777777" w:rsidTr="00ED17BE">
        <w:trPr>
          <w:cantSplit/>
          <w:jc w:val="center"/>
        </w:trPr>
        <w:tc>
          <w:tcPr>
            <w:tcW w:w="1101" w:type="dxa"/>
            <w:tcMar>
              <w:top w:w="80" w:type="dxa"/>
              <w:left w:w="80" w:type="dxa"/>
              <w:bottom w:w="80" w:type="dxa"/>
              <w:right w:w="80" w:type="dxa"/>
            </w:tcMar>
            <w:vAlign w:val="center"/>
          </w:tcPr>
          <w:p w14:paraId="5C7A41CA"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Saša P., Patricija J.</w:t>
            </w:r>
          </w:p>
        </w:tc>
        <w:tc>
          <w:tcPr>
            <w:tcW w:w="992" w:type="dxa"/>
            <w:tcMar>
              <w:top w:w="80" w:type="dxa"/>
              <w:left w:w="80" w:type="dxa"/>
              <w:bottom w:w="80" w:type="dxa"/>
              <w:right w:w="80" w:type="dxa"/>
            </w:tcMar>
            <w:vAlign w:val="center"/>
          </w:tcPr>
          <w:p w14:paraId="593AC849" w14:textId="77777777" w:rsidR="00ED17BE" w:rsidRPr="00F51F43" w:rsidRDefault="00ED17BE" w:rsidP="00ED17BE">
            <w:pPr>
              <w:spacing w:after="0" w:line="240" w:lineRule="auto"/>
              <w:jc w:val="center"/>
              <w:rPr>
                <w:noProof/>
                <w:sz w:val="20"/>
                <w:szCs w:val="20"/>
              </w:rPr>
            </w:pPr>
            <w:r w:rsidRPr="00F51F43">
              <w:rPr>
                <w:noProof/>
                <w:sz w:val="20"/>
                <w:szCs w:val="20"/>
              </w:rPr>
              <w:t>rujan</w:t>
            </w:r>
          </w:p>
        </w:tc>
        <w:tc>
          <w:tcPr>
            <w:tcW w:w="851" w:type="dxa"/>
            <w:tcMar>
              <w:top w:w="80" w:type="dxa"/>
              <w:left w:w="80" w:type="dxa"/>
              <w:bottom w:w="80" w:type="dxa"/>
              <w:right w:w="80" w:type="dxa"/>
            </w:tcMar>
            <w:vAlign w:val="center"/>
          </w:tcPr>
          <w:p w14:paraId="3F22738F"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27B80307" w14:textId="77777777" w:rsidR="00ED17BE" w:rsidRPr="00F51F43" w:rsidRDefault="00ED17BE" w:rsidP="00ED17BE">
            <w:pPr>
              <w:spacing w:after="0" w:line="240" w:lineRule="auto"/>
              <w:jc w:val="center"/>
              <w:rPr>
                <w:noProof/>
                <w:sz w:val="20"/>
                <w:szCs w:val="20"/>
              </w:rPr>
            </w:pPr>
            <w:r w:rsidRPr="00F51F43">
              <w:rPr>
                <w:noProof/>
                <w:sz w:val="20"/>
                <w:szCs w:val="20"/>
              </w:rPr>
              <w:t>Cvjetići</w:t>
            </w:r>
          </w:p>
        </w:tc>
        <w:tc>
          <w:tcPr>
            <w:tcW w:w="2409" w:type="dxa"/>
            <w:tcMar>
              <w:top w:w="80" w:type="dxa"/>
              <w:left w:w="80" w:type="dxa"/>
              <w:bottom w:w="80" w:type="dxa"/>
              <w:right w:w="80" w:type="dxa"/>
            </w:tcMar>
            <w:vAlign w:val="center"/>
          </w:tcPr>
          <w:p w14:paraId="5958E15C" w14:textId="77777777" w:rsidR="00ED17BE" w:rsidRPr="00F51F43" w:rsidRDefault="00ED17BE" w:rsidP="00ED17BE">
            <w:pPr>
              <w:spacing w:after="0" w:line="240" w:lineRule="auto"/>
              <w:jc w:val="center"/>
              <w:rPr>
                <w:noProof/>
                <w:sz w:val="20"/>
                <w:szCs w:val="20"/>
              </w:rPr>
            </w:pPr>
            <w:r w:rsidRPr="00F51F43">
              <w:rPr>
                <w:noProof/>
                <w:sz w:val="20"/>
                <w:szCs w:val="20"/>
              </w:rPr>
              <w:t>upoznati roditelje i djecu s prostorom sobe dnevnog boravka, kupaone, hodnika, pobliže upoznati obiteljsko funkcioniranje i ritam djeteta</w:t>
            </w:r>
          </w:p>
        </w:tc>
        <w:tc>
          <w:tcPr>
            <w:tcW w:w="2387" w:type="dxa"/>
            <w:tcMar>
              <w:top w:w="80" w:type="dxa"/>
              <w:left w:w="80" w:type="dxa"/>
              <w:bottom w:w="80" w:type="dxa"/>
              <w:right w:w="80" w:type="dxa"/>
            </w:tcMar>
            <w:vAlign w:val="center"/>
          </w:tcPr>
          <w:p w14:paraId="41CA5AA4" w14:textId="77777777" w:rsidR="00ED17BE" w:rsidRPr="00F51F43" w:rsidRDefault="00ED17BE" w:rsidP="00ED17BE">
            <w:pPr>
              <w:spacing w:after="0" w:line="240" w:lineRule="auto"/>
              <w:jc w:val="center"/>
              <w:rPr>
                <w:noProof/>
                <w:sz w:val="20"/>
                <w:szCs w:val="20"/>
              </w:rPr>
            </w:pPr>
            <w:r w:rsidRPr="00F51F43">
              <w:rPr>
                <w:noProof/>
                <w:sz w:val="20"/>
                <w:szCs w:val="20"/>
              </w:rPr>
              <w:t>razvoj osjećaja sigurnosti, upoznati odgojiteljice i prostor, razvoj zanimanja za druge u zajedničkoj igri i aktivnostima</w:t>
            </w:r>
          </w:p>
        </w:tc>
        <w:tc>
          <w:tcPr>
            <w:tcW w:w="2363" w:type="dxa"/>
            <w:tcMar>
              <w:top w:w="80" w:type="dxa"/>
              <w:left w:w="80" w:type="dxa"/>
              <w:bottom w:w="80" w:type="dxa"/>
              <w:right w:w="80" w:type="dxa"/>
            </w:tcMar>
            <w:vAlign w:val="center"/>
          </w:tcPr>
          <w:p w14:paraId="0B0425B7" w14:textId="77777777" w:rsidR="00ED17BE" w:rsidRPr="00F51F43" w:rsidRDefault="00ED17BE" w:rsidP="00ED17BE">
            <w:pPr>
              <w:spacing w:after="0" w:line="240" w:lineRule="auto"/>
              <w:jc w:val="center"/>
              <w:rPr>
                <w:noProof/>
                <w:sz w:val="20"/>
                <w:szCs w:val="20"/>
              </w:rPr>
            </w:pPr>
            <w:r w:rsidRPr="00F51F43">
              <w:rPr>
                <w:noProof/>
                <w:sz w:val="20"/>
                <w:szCs w:val="20"/>
              </w:rPr>
              <w:t>brojalice, gestovne i prstovne igre, interpretacija slikovnica i priča, slušanje pjesama, boravak na otvorenom, istraživanje centara aktivnosti</w:t>
            </w:r>
          </w:p>
        </w:tc>
        <w:tc>
          <w:tcPr>
            <w:tcW w:w="2088" w:type="dxa"/>
            <w:tcMar>
              <w:top w:w="80" w:type="dxa"/>
              <w:left w:w="80" w:type="dxa"/>
              <w:bottom w:w="80" w:type="dxa"/>
              <w:right w:w="80" w:type="dxa"/>
            </w:tcMar>
            <w:vAlign w:val="center"/>
          </w:tcPr>
          <w:p w14:paraId="392792AE" w14:textId="77777777" w:rsidR="00ED17BE" w:rsidRPr="00F51F43" w:rsidRDefault="00ED17BE" w:rsidP="00ED17BE">
            <w:pPr>
              <w:spacing w:after="0" w:line="240" w:lineRule="auto"/>
              <w:jc w:val="center"/>
              <w:rPr>
                <w:noProof/>
                <w:sz w:val="20"/>
                <w:szCs w:val="20"/>
              </w:rPr>
            </w:pPr>
            <w:r w:rsidRPr="00F51F43">
              <w:rPr>
                <w:noProof/>
                <w:sz w:val="20"/>
                <w:szCs w:val="20"/>
              </w:rPr>
              <w:t>reakcije djece, povratne informacije roditelja</w:t>
            </w:r>
          </w:p>
        </w:tc>
      </w:tr>
      <w:tr w:rsidR="00ED17BE" w:rsidRPr="00F51F43" w14:paraId="184319AF" w14:textId="77777777" w:rsidTr="00ED17BE">
        <w:trPr>
          <w:cantSplit/>
          <w:jc w:val="center"/>
        </w:trPr>
        <w:tc>
          <w:tcPr>
            <w:tcW w:w="1101" w:type="dxa"/>
            <w:tcMar>
              <w:top w:w="80" w:type="dxa"/>
              <w:left w:w="80" w:type="dxa"/>
              <w:bottom w:w="80" w:type="dxa"/>
              <w:right w:w="80" w:type="dxa"/>
            </w:tcMar>
            <w:vAlign w:val="center"/>
          </w:tcPr>
          <w:p w14:paraId="4408C1B9" w14:textId="77777777" w:rsidR="00ED17BE" w:rsidRPr="00F51F43" w:rsidRDefault="00ED17BE" w:rsidP="00ED17BE">
            <w:pPr>
              <w:spacing w:after="0" w:line="240" w:lineRule="auto"/>
              <w:jc w:val="center"/>
              <w:rPr>
                <w:noProof/>
                <w:sz w:val="20"/>
                <w:szCs w:val="20"/>
              </w:rPr>
            </w:pPr>
            <w:r w:rsidRPr="00F51F43">
              <w:rPr>
                <w:noProof/>
                <w:sz w:val="20"/>
                <w:szCs w:val="20"/>
              </w:rPr>
              <w:t>Damir S.</w:t>
            </w:r>
          </w:p>
        </w:tc>
        <w:tc>
          <w:tcPr>
            <w:tcW w:w="992" w:type="dxa"/>
            <w:tcMar>
              <w:top w:w="80" w:type="dxa"/>
              <w:left w:w="80" w:type="dxa"/>
              <w:bottom w:w="80" w:type="dxa"/>
              <w:right w:w="80" w:type="dxa"/>
            </w:tcMar>
            <w:vAlign w:val="center"/>
          </w:tcPr>
          <w:p w14:paraId="1EFCAD0D"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5E879334"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122716AC" w14:textId="77777777" w:rsidR="00ED17BE" w:rsidRPr="00F51F43" w:rsidRDefault="00ED17BE" w:rsidP="00ED17BE">
            <w:pPr>
              <w:spacing w:after="0" w:line="240" w:lineRule="auto"/>
              <w:jc w:val="center"/>
              <w:rPr>
                <w:noProof/>
                <w:sz w:val="20"/>
                <w:szCs w:val="20"/>
              </w:rPr>
            </w:pPr>
            <w:r w:rsidRPr="00F51F43">
              <w:rPr>
                <w:noProof/>
                <w:sz w:val="20"/>
                <w:szCs w:val="20"/>
              </w:rPr>
              <w:t>Cvjetići</w:t>
            </w:r>
          </w:p>
        </w:tc>
        <w:tc>
          <w:tcPr>
            <w:tcW w:w="2409" w:type="dxa"/>
            <w:tcMar>
              <w:top w:w="80" w:type="dxa"/>
              <w:left w:w="80" w:type="dxa"/>
              <w:bottom w:w="80" w:type="dxa"/>
              <w:right w:w="80" w:type="dxa"/>
            </w:tcMar>
            <w:vAlign w:val="center"/>
          </w:tcPr>
          <w:p w14:paraId="009D83BA" w14:textId="77777777" w:rsidR="00ED17BE" w:rsidRPr="00F51F43" w:rsidRDefault="00ED17BE" w:rsidP="00ED17BE">
            <w:pPr>
              <w:spacing w:after="0" w:line="240" w:lineRule="auto"/>
              <w:jc w:val="center"/>
              <w:rPr>
                <w:noProof/>
                <w:sz w:val="20"/>
                <w:szCs w:val="20"/>
              </w:rPr>
            </w:pPr>
            <w:r w:rsidRPr="00F51F43">
              <w:rPr>
                <w:noProof/>
                <w:sz w:val="20"/>
                <w:szCs w:val="20"/>
              </w:rPr>
              <w:t>upoznavanje s djecom, blagoslov svečanog stola</w:t>
            </w:r>
          </w:p>
        </w:tc>
        <w:tc>
          <w:tcPr>
            <w:tcW w:w="2387" w:type="dxa"/>
            <w:tcMar>
              <w:top w:w="80" w:type="dxa"/>
              <w:left w:w="80" w:type="dxa"/>
              <w:bottom w:w="80" w:type="dxa"/>
              <w:right w:w="80" w:type="dxa"/>
            </w:tcMar>
            <w:vAlign w:val="center"/>
          </w:tcPr>
          <w:p w14:paraId="35D335BC" w14:textId="77777777" w:rsidR="00ED17BE" w:rsidRPr="00F51F43" w:rsidRDefault="00ED17BE" w:rsidP="00ED17BE">
            <w:pPr>
              <w:spacing w:after="0" w:line="240" w:lineRule="auto"/>
              <w:jc w:val="center"/>
              <w:rPr>
                <w:noProof/>
                <w:sz w:val="20"/>
                <w:szCs w:val="20"/>
              </w:rPr>
            </w:pPr>
            <w:r w:rsidRPr="00F51F43">
              <w:rPr>
                <w:noProof/>
                <w:sz w:val="20"/>
                <w:szCs w:val="20"/>
              </w:rPr>
              <w:t>razvoj empatije i zajedništva</w:t>
            </w:r>
          </w:p>
        </w:tc>
        <w:tc>
          <w:tcPr>
            <w:tcW w:w="2363" w:type="dxa"/>
            <w:tcMar>
              <w:top w:w="80" w:type="dxa"/>
              <w:left w:w="80" w:type="dxa"/>
              <w:bottom w:w="80" w:type="dxa"/>
              <w:right w:w="80" w:type="dxa"/>
            </w:tcMar>
            <w:vAlign w:val="center"/>
          </w:tcPr>
          <w:p w14:paraId="02C14BDD" w14:textId="77777777" w:rsidR="00ED17BE" w:rsidRPr="00F51F43" w:rsidRDefault="00ED17BE" w:rsidP="00ED17BE">
            <w:pPr>
              <w:spacing w:after="0" w:line="240" w:lineRule="auto"/>
              <w:jc w:val="center"/>
              <w:rPr>
                <w:noProof/>
                <w:sz w:val="20"/>
                <w:szCs w:val="20"/>
              </w:rPr>
            </w:pPr>
            <w:r w:rsidRPr="00F51F43">
              <w:rPr>
                <w:noProof/>
                <w:sz w:val="20"/>
                <w:szCs w:val="20"/>
              </w:rPr>
              <w:t>priprema svečanog stola, pjevanje prigodnih pjesama, zajednička molitva, druženje uz degustaciju pekarskih proizvoda</w:t>
            </w:r>
          </w:p>
        </w:tc>
        <w:tc>
          <w:tcPr>
            <w:tcW w:w="2088" w:type="dxa"/>
            <w:tcMar>
              <w:top w:w="80" w:type="dxa"/>
              <w:left w:w="80" w:type="dxa"/>
              <w:bottom w:w="80" w:type="dxa"/>
              <w:right w:w="80" w:type="dxa"/>
            </w:tcMar>
            <w:vAlign w:val="center"/>
          </w:tcPr>
          <w:p w14:paraId="4C87FEB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videozapisi</w:t>
            </w:r>
          </w:p>
        </w:tc>
      </w:tr>
      <w:tr w:rsidR="00ED17BE" w:rsidRPr="00F51F43" w14:paraId="599A5040" w14:textId="77777777" w:rsidTr="00ED17BE">
        <w:trPr>
          <w:cantSplit/>
          <w:jc w:val="center"/>
        </w:trPr>
        <w:tc>
          <w:tcPr>
            <w:tcW w:w="1101" w:type="dxa"/>
            <w:tcMar>
              <w:top w:w="80" w:type="dxa"/>
              <w:left w:w="80" w:type="dxa"/>
              <w:bottom w:w="80" w:type="dxa"/>
              <w:right w:w="80" w:type="dxa"/>
            </w:tcMar>
            <w:vAlign w:val="center"/>
          </w:tcPr>
          <w:p w14:paraId="613D1455" w14:textId="77777777" w:rsidR="00ED17BE" w:rsidRPr="00F51F43" w:rsidRDefault="00ED17BE" w:rsidP="00ED17BE">
            <w:pPr>
              <w:spacing w:after="0" w:line="240" w:lineRule="auto"/>
              <w:jc w:val="center"/>
              <w:rPr>
                <w:noProof/>
                <w:sz w:val="20"/>
                <w:szCs w:val="20"/>
              </w:rPr>
            </w:pPr>
            <w:r w:rsidRPr="00F51F43">
              <w:rPr>
                <w:noProof/>
                <w:sz w:val="20"/>
                <w:szCs w:val="20"/>
              </w:rPr>
              <w:t>Mirela G.</w:t>
            </w:r>
          </w:p>
        </w:tc>
        <w:tc>
          <w:tcPr>
            <w:tcW w:w="992" w:type="dxa"/>
            <w:tcMar>
              <w:top w:w="80" w:type="dxa"/>
              <w:left w:w="80" w:type="dxa"/>
              <w:bottom w:w="80" w:type="dxa"/>
              <w:right w:w="80" w:type="dxa"/>
            </w:tcMar>
            <w:vAlign w:val="center"/>
          </w:tcPr>
          <w:p w14:paraId="7F41DED6" w14:textId="77777777" w:rsidR="00ED17BE" w:rsidRPr="00F51F43" w:rsidRDefault="00ED17BE" w:rsidP="00ED17BE">
            <w:pPr>
              <w:spacing w:after="0" w:line="240" w:lineRule="auto"/>
              <w:jc w:val="center"/>
              <w:rPr>
                <w:noProof/>
                <w:sz w:val="20"/>
                <w:szCs w:val="20"/>
              </w:rPr>
            </w:pPr>
            <w:r w:rsidRPr="00F51F43">
              <w:rPr>
                <w:noProof/>
                <w:sz w:val="20"/>
                <w:szCs w:val="20"/>
              </w:rPr>
              <w:t>studeni</w:t>
            </w:r>
          </w:p>
        </w:tc>
        <w:tc>
          <w:tcPr>
            <w:tcW w:w="851" w:type="dxa"/>
            <w:tcMar>
              <w:top w:w="80" w:type="dxa"/>
              <w:left w:w="80" w:type="dxa"/>
              <w:bottom w:w="80" w:type="dxa"/>
              <w:right w:w="80" w:type="dxa"/>
            </w:tcMar>
            <w:vAlign w:val="center"/>
          </w:tcPr>
          <w:p w14:paraId="1D0EAF68"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576BDF67" w14:textId="77777777" w:rsidR="00ED17BE" w:rsidRPr="00F51F43" w:rsidRDefault="00ED17BE" w:rsidP="00ED17BE">
            <w:pPr>
              <w:spacing w:after="0" w:line="240" w:lineRule="auto"/>
              <w:jc w:val="center"/>
              <w:rPr>
                <w:noProof/>
                <w:sz w:val="20"/>
                <w:szCs w:val="20"/>
              </w:rPr>
            </w:pPr>
            <w:r w:rsidRPr="00F51F43">
              <w:rPr>
                <w:noProof/>
                <w:sz w:val="20"/>
                <w:szCs w:val="20"/>
              </w:rPr>
              <w:t>Cvjetići</w:t>
            </w:r>
          </w:p>
        </w:tc>
        <w:tc>
          <w:tcPr>
            <w:tcW w:w="2409" w:type="dxa"/>
            <w:tcMar>
              <w:top w:w="80" w:type="dxa"/>
              <w:left w:w="80" w:type="dxa"/>
              <w:bottom w:w="80" w:type="dxa"/>
              <w:right w:w="80" w:type="dxa"/>
            </w:tcMar>
            <w:vAlign w:val="center"/>
          </w:tcPr>
          <w:p w14:paraId="60665C37" w14:textId="77777777" w:rsidR="00ED17BE" w:rsidRPr="00F51F43" w:rsidRDefault="00ED17BE" w:rsidP="00ED17BE">
            <w:pPr>
              <w:spacing w:after="0" w:line="240" w:lineRule="auto"/>
              <w:jc w:val="center"/>
              <w:rPr>
                <w:noProof/>
                <w:sz w:val="20"/>
                <w:szCs w:val="20"/>
              </w:rPr>
            </w:pPr>
            <w:r w:rsidRPr="00F51F43">
              <w:rPr>
                <w:noProof/>
                <w:sz w:val="20"/>
                <w:szCs w:val="20"/>
              </w:rPr>
              <w:t>upoznavanje djece s karakteristikama odabrane šumske životinje</w:t>
            </w:r>
          </w:p>
        </w:tc>
        <w:tc>
          <w:tcPr>
            <w:tcW w:w="2387" w:type="dxa"/>
            <w:tcMar>
              <w:top w:w="80" w:type="dxa"/>
              <w:left w:w="80" w:type="dxa"/>
              <w:bottom w:w="80" w:type="dxa"/>
              <w:right w:w="80" w:type="dxa"/>
            </w:tcMar>
            <w:vAlign w:val="center"/>
          </w:tcPr>
          <w:p w14:paraId="51EC961A" w14:textId="77777777" w:rsidR="00ED17BE" w:rsidRPr="00F51F43" w:rsidRDefault="00ED17BE" w:rsidP="00ED17BE">
            <w:pPr>
              <w:spacing w:after="0" w:line="240" w:lineRule="auto"/>
              <w:jc w:val="center"/>
              <w:rPr>
                <w:noProof/>
                <w:sz w:val="20"/>
                <w:szCs w:val="20"/>
              </w:rPr>
            </w:pPr>
            <w:r w:rsidRPr="00F51F43">
              <w:rPr>
                <w:noProof/>
                <w:sz w:val="20"/>
                <w:szCs w:val="20"/>
              </w:rPr>
              <w:t>razvoj aktivnog slušanja, razvoj okulomotorne koordinacije, razvoj zajedništva i zanimanja za druge, razvoj suradnje</w:t>
            </w:r>
          </w:p>
        </w:tc>
        <w:tc>
          <w:tcPr>
            <w:tcW w:w="2363" w:type="dxa"/>
            <w:tcMar>
              <w:top w:w="80" w:type="dxa"/>
              <w:left w:w="80" w:type="dxa"/>
              <w:bottom w:w="80" w:type="dxa"/>
              <w:right w:w="80" w:type="dxa"/>
            </w:tcMar>
            <w:vAlign w:val="center"/>
          </w:tcPr>
          <w:p w14:paraId="7C474167" w14:textId="77777777" w:rsidR="00ED17BE" w:rsidRPr="00F51F43" w:rsidRDefault="00ED17BE" w:rsidP="00ED17BE">
            <w:pPr>
              <w:spacing w:after="0" w:line="240" w:lineRule="auto"/>
              <w:jc w:val="center"/>
              <w:rPr>
                <w:noProof/>
                <w:sz w:val="20"/>
                <w:szCs w:val="20"/>
              </w:rPr>
            </w:pPr>
            <w:r w:rsidRPr="00F51F43">
              <w:rPr>
                <w:noProof/>
                <w:sz w:val="20"/>
                <w:szCs w:val="20"/>
              </w:rPr>
              <w:t>interpretacija priče, provođenje likovne aktivnosti, motoričke igre</w:t>
            </w:r>
          </w:p>
        </w:tc>
        <w:tc>
          <w:tcPr>
            <w:tcW w:w="2088" w:type="dxa"/>
            <w:tcMar>
              <w:top w:w="80" w:type="dxa"/>
              <w:left w:w="80" w:type="dxa"/>
              <w:bottom w:w="80" w:type="dxa"/>
              <w:right w:w="80" w:type="dxa"/>
            </w:tcMar>
            <w:vAlign w:val="center"/>
          </w:tcPr>
          <w:p w14:paraId="54A5041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likovni izričaj djece</w:t>
            </w:r>
          </w:p>
        </w:tc>
      </w:tr>
      <w:tr w:rsidR="00ED17BE" w:rsidRPr="00F51F43" w14:paraId="1C576659" w14:textId="77777777" w:rsidTr="00ED17BE">
        <w:trPr>
          <w:cantSplit/>
          <w:jc w:val="center"/>
        </w:trPr>
        <w:tc>
          <w:tcPr>
            <w:tcW w:w="1101" w:type="dxa"/>
            <w:tcMar>
              <w:top w:w="80" w:type="dxa"/>
              <w:left w:w="80" w:type="dxa"/>
              <w:bottom w:w="80" w:type="dxa"/>
              <w:right w:w="80" w:type="dxa"/>
            </w:tcMar>
            <w:vAlign w:val="center"/>
          </w:tcPr>
          <w:p w14:paraId="1005910D" w14:textId="77777777" w:rsidR="00ED17BE" w:rsidRPr="00F51F43" w:rsidRDefault="00ED17BE" w:rsidP="00ED17BE">
            <w:pPr>
              <w:spacing w:after="0" w:line="240" w:lineRule="auto"/>
              <w:jc w:val="center"/>
              <w:rPr>
                <w:noProof/>
                <w:sz w:val="20"/>
                <w:szCs w:val="20"/>
              </w:rPr>
            </w:pPr>
            <w:r w:rsidRPr="00F51F43">
              <w:rPr>
                <w:noProof/>
                <w:sz w:val="20"/>
                <w:szCs w:val="20"/>
              </w:rPr>
              <w:t>Lucija Z.B.</w:t>
            </w:r>
          </w:p>
        </w:tc>
        <w:tc>
          <w:tcPr>
            <w:tcW w:w="992" w:type="dxa"/>
            <w:tcMar>
              <w:top w:w="80" w:type="dxa"/>
              <w:left w:w="80" w:type="dxa"/>
              <w:bottom w:w="80" w:type="dxa"/>
              <w:right w:w="80" w:type="dxa"/>
            </w:tcMar>
            <w:vAlign w:val="center"/>
          </w:tcPr>
          <w:p w14:paraId="409A657B" w14:textId="77777777" w:rsidR="00ED17BE" w:rsidRPr="00F51F43" w:rsidRDefault="00ED17BE" w:rsidP="00ED17BE">
            <w:pPr>
              <w:spacing w:after="0" w:line="240" w:lineRule="auto"/>
              <w:jc w:val="center"/>
              <w:rPr>
                <w:noProof/>
                <w:sz w:val="20"/>
                <w:szCs w:val="20"/>
              </w:rPr>
            </w:pPr>
            <w:r w:rsidRPr="00F51F43">
              <w:rPr>
                <w:noProof/>
                <w:sz w:val="20"/>
                <w:szCs w:val="20"/>
              </w:rPr>
              <w:t>prosinac</w:t>
            </w:r>
          </w:p>
        </w:tc>
        <w:tc>
          <w:tcPr>
            <w:tcW w:w="851" w:type="dxa"/>
            <w:tcMar>
              <w:top w:w="80" w:type="dxa"/>
              <w:left w:w="80" w:type="dxa"/>
              <w:bottom w:w="80" w:type="dxa"/>
              <w:right w:w="80" w:type="dxa"/>
            </w:tcMar>
            <w:vAlign w:val="center"/>
          </w:tcPr>
          <w:p w14:paraId="7E33FDA4"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2B96743D" w14:textId="77777777" w:rsidR="00ED17BE" w:rsidRPr="00F51F43" w:rsidRDefault="00ED17BE" w:rsidP="00ED17BE">
            <w:pPr>
              <w:spacing w:after="0" w:line="240" w:lineRule="auto"/>
              <w:jc w:val="center"/>
              <w:rPr>
                <w:noProof/>
                <w:sz w:val="20"/>
                <w:szCs w:val="20"/>
              </w:rPr>
            </w:pPr>
            <w:r w:rsidRPr="00F51F43">
              <w:rPr>
                <w:noProof/>
                <w:sz w:val="20"/>
                <w:szCs w:val="20"/>
              </w:rPr>
              <w:t>Cvjetići</w:t>
            </w:r>
          </w:p>
        </w:tc>
        <w:tc>
          <w:tcPr>
            <w:tcW w:w="2409" w:type="dxa"/>
            <w:tcMar>
              <w:top w:w="80" w:type="dxa"/>
              <w:left w:w="80" w:type="dxa"/>
              <w:bottom w:w="80" w:type="dxa"/>
              <w:right w:w="80" w:type="dxa"/>
            </w:tcMar>
            <w:vAlign w:val="center"/>
          </w:tcPr>
          <w:p w14:paraId="45F62525" w14:textId="77777777" w:rsidR="00ED17BE" w:rsidRPr="00F51F43" w:rsidRDefault="00ED17BE" w:rsidP="00ED17BE">
            <w:pPr>
              <w:spacing w:after="0" w:line="240" w:lineRule="auto"/>
              <w:jc w:val="center"/>
              <w:rPr>
                <w:noProof/>
                <w:sz w:val="20"/>
                <w:szCs w:val="20"/>
              </w:rPr>
            </w:pPr>
            <w:r w:rsidRPr="00F51F43">
              <w:rPr>
                <w:noProof/>
                <w:sz w:val="20"/>
                <w:szCs w:val="20"/>
              </w:rPr>
              <w:t>upoznavanje djece s pričom prigodne tematike, poticanje interesa za čitanjem i istraživanjem slikovnica</w:t>
            </w:r>
          </w:p>
        </w:tc>
        <w:tc>
          <w:tcPr>
            <w:tcW w:w="2387" w:type="dxa"/>
            <w:tcMar>
              <w:top w:w="80" w:type="dxa"/>
              <w:left w:w="80" w:type="dxa"/>
              <w:bottom w:w="80" w:type="dxa"/>
              <w:right w:w="80" w:type="dxa"/>
            </w:tcMar>
            <w:vAlign w:val="center"/>
          </w:tcPr>
          <w:p w14:paraId="0EFBE63E" w14:textId="77777777" w:rsidR="00ED17BE" w:rsidRPr="00F51F43" w:rsidRDefault="00ED17BE" w:rsidP="00ED17BE">
            <w:pPr>
              <w:spacing w:after="0" w:line="240" w:lineRule="auto"/>
              <w:jc w:val="center"/>
              <w:rPr>
                <w:noProof/>
                <w:sz w:val="20"/>
                <w:szCs w:val="20"/>
              </w:rPr>
            </w:pPr>
            <w:r w:rsidRPr="00F51F43">
              <w:rPr>
                <w:noProof/>
                <w:sz w:val="20"/>
                <w:szCs w:val="20"/>
              </w:rPr>
              <w:t>razvoj aktivnog slušanja, razvoj zajedništva i zanimanja za druge, razvoj suradnje, razvoj pažnje i koncentracije</w:t>
            </w:r>
          </w:p>
        </w:tc>
        <w:tc>
          <w:tcPr>
            <w:tcW w:w="2363" w:type="dxa"/>
            <w:tcMar>
              <w:top w:w="80" w:type="dxa"/>
              <w:left w:w="80" w:type="dxa"/>
              <w:bottom w:w="80" w:type="dxa"/>
              <w:right w:w="80" w:type="dxa"/>
            </w:tcMar>
            <w:vAlign w:val="center"/>
          </w:tcPr>
          <w:p w14:paraId="70BC9E47" w14:textId="77777777" w:rsidR="00ED17BE" w:rsidRPr="00F51F43" w:rsidRDefault="00ED17BE" w:rsidP="00ED17BE">
            <w:pPr>
              <w:spacing w:after="0" w:line="240" w:lineRule="auto"/>
              <w:jc w:val="center"/>
              <w:rPr>
                <w:noProof/>
                <w:sz w:val="20"/>
                <w:szCs w:val="20"/>
              </w:rPr>
            </w:pPr>
            <w:r w:rsidRPr="00F51F43">
              <w:rPr>
                <w:noProof/>
                <w:sz w:val="20"/>
                <w:szCs w:val="20"/>
              </w:rPr>
              <w:t>interpretacija priče uz štapne lutke ili ginjol lutke</w:t>
            </w:r>
          </w:p>
        </w:tc>
        <w:tc>
          <w:tcPr>
            <w:tcW w:w="2088" w:type="dxa"/>
            <w:tcMar>
              <w:top w:w="80" w:type="dxa"/>
              <w:left w:w="80" w:type="dxa"/>
              <w:bottom w:w="80" w:type="dxa"/>
              <w:right w:w="80" w:type="dxa"/>
            </w:tcMar>
            <w:vAlign w:val="center"/>
          </w:tcPr>
          <w:p w14:paraId="0F110E1F"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likovni izričaj djece</w:t>
            </w:r>
          </w:p>
        </w:tc>
      </w:tr>
      <w:tr w:rsidR="00ED17BE" w:rsidRPr="00F51F43" w14:paraId="29DDCA32" w14:textId="77777777" w:rsidTr="00ED17BE">
        <w:trPr>
          <w:cantSplit/>
          <w:jc w:val="center"/>
        </w:trPr>
        <w:tc>
          <w:tcPr>
            <w:tcW w:w="1101" w:type="dxa"/>
            <w:tcMar>
              <w:top w:w="80" w:type="dxa"/>
              <w:left w:w="80" w:type="dxa"/>
              <w:bottom w:w="80" w:type="dxa"/>
              <w:right w:w="80" w:type="dxa"/>
            </w:tcMar>
            <w:vAlign w:val="center"/>
          </w:tcPr>
          <w:p w14:paraId="5FFE28D1" w14:textId="77777777" w:rsidR="00ED17BE" w:rsidRPr="00F51F43" w:rsidRDefault="00ED17BE" w:rsidP="00ED17BE">
            <w:pPr>
              <w:spacing w:after="0" w:line="240" w:lineRule="auto"/>
              <w:jc w:val="center"/>
              <w:rPr>
                <w:noProof/>
                <w:sz w:val="20"/>
                <w:szCs w:val="20"/>
              </w:rPr>
            </w:pPr>
            <w:r w:rsidRPr="00F51F43">
              <w:rPr>
                <w:noProof/>
                <w:sz w:val="20"/>
                <w:szCs w:val="20"/>
              </w:rPr>
              <w:t>Damir S.</w:t>
            </w:r>
          </w:p>
        </w:tc>
        <w:tc>
          <w:tcPr>
            <w:tcW w:w="992" w:type="dxa"/>
            <w:tcMar>
              <w:top w:w="80" w:type="dxa"/>
              <w:left w:w="80" w:type="dxa"/>
              <w:bottom w:w="80" w:type="dxa"/>
              <w:right w:w="80" w:type="dxa"/>
            </w:tcMar>
            <w:vAlign w:val="center"/>
          </w:tcPr>
          <w:p w14:paraId="3470B484" w14:textId="77777777" w:rsidR="00ED17BE" w:rsidRPr="00F51F43" w:rsidRDefault="00ED17BE" w:rsidP="00ED17BE">
            <w:pPr>
              <w:spacing w:after="0" w:line="240" w:lineRule="auto"/>
              <w:jc w:val="center"/>
              <w:rPr>
                <w:noProof/>
                <w:sz w:val="20"/>
                <w:szCs w:val="20"/>
              </w:rPr>
            </w:pPr>
            <w:r w:rsidRPr="00F51F43">
              <w:rPr>
                <w:noProof/>
                <w:sz w:val="20"/>
                <w:szCs w:val="20"/>
              </w:rPr>
              <w:t>siječanj</w:t>
            </w:r>
          </w:p>
        </w:tc>
        <w:tc>
          <w:tcPr>
            <w:tcW w:w="851" w:type="dxa"/>
            <w:tcMar>
              <w:top w:w="80" w:type="dxa"/>
              <w:left w:w="80" w:type="dxa"/>
              <w:bottom w:w="80" w:type="dxa"/>
              <w:right w:w="80" w:type="dxa"/>
            </w:tcMar>
            <w:vAlign w:val="center"/>
          </w:tcPr>
          <w:p w14:paraId="62C9F694"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790588AB" w14:textId="77777777" w:rsidR="00ED17BE" w:rsidRPr="00F51F43" w:rsidRDefault="00ED17BE" w:rsidP="00ED17BE">
            <w:pPr>
              <w:spacing w:after="0" w:line="240" w:lineRule="auto"/>
              <w:jc w:val="center"/>
              <w:rPr>
                <w:noProof/>
                <w:sz w:val="20"/>
                <w:szCs w:val="20"/>
              </w:rPr>
            </w:pPr>
            <w:r w:rsidRPr="00F51F43">
              <w:rPr>
                <w:noProof/>
                <w:sz w:val="20"/>
                <w:szCs w:val="20"/>
              </w:rPr>
              <w:t>Cvjetići</w:t>
            </w:r>
          </w:p>
        </w:tc>
        <w:tc>
          <w:tcPr>
            <w:tcW w:w="2409" w:type="dxa"/>
            <w:tcMar>
              <w:top w:w="80" w:type="dxa"/>
              <w:left w:w="80" w:type="dxa"/>
              <w:bottom w:w="80" w:type="dxa"/>
              <w:right w:w="80" w:type="dxa"/>
            </w:tcMar>
            <w:vAlign w:val="center"/>
          </w:tcPr>
          <w:p w14:paraId="64590074" w14:textId="77777777" w:rsidR="00ED17BE" w:rsidRPr="00F51F43" w:rsidRDefault="00ED17BE" w:rsidP="00ED17BE">
            <w:pPr>
              <w:spacing w:after="0" w:line="240" w:lineRule="auto"/>
              <w:jc w:val="center"/>
              <w:rPr>
                <w:noProof/>
                <w:sz w:val="20"/>
                <w:szCs w:val="20"/>
              </w:rPr>
            </w:pPr>
            <w:r w:rsidRPr="00F51F43">
              <w:rPr>
                <w:noProof/>
                <w:sz w:val="20"/>
                <w:szCs w:val="20"/>
              </w:rPr>
              <w:t>blagoslov djece, djelatnika i vrtića</w:t>
            </w:r>
          </w:p>
        </w:tc>
        <w:tc>
          <w:tcPr>
            <w:tcW w:w="2387" w:type="dxa"/>
            <w:tcMar>
              <w:top w:w="80" w:type="dxa"/>
              <w:left w:w="80" w:type="dxa"/>
              <w:bottom w:w="80" w:type="dxa"/>
              <w:right w:w="80" w:type="dxa"/>
            </w:tcMar>
            <w:vAlign w:val="center"/>
          </w:tcPr>
          <w:p w14:paraId="4573578E" w14:textId="77777777" w:rsidR="00ED17BE" w:rsidRPr="00F51F43" w:rsidRDefault="00ED17BE" w:rsidP="00ED17BE">
            <w:pPr>
              <w:spacing w:after="0" w:line="240" w:lineRule="auto"/>
              <w:jc w:val="center"/>
              <w:rPr>
                <w:noProof/>
                <w:sz w:val="20"/>
                <w:szCs w:val="20"/>
              </w:rPr>
            </w:pPr>
            <w:r w:rsidRPr="00F51F43">
              <w:rPr>
                <w:noProof/>
                <w:sz w:val="20"/>
                <w:szCs w:val="20"/>
              </w:rPr>
              <w:t>razvoj osjećaja pripadnosti zajednici, njegovanje običaja</w:t>
            </w:r>
          </w:p>
        </w:tc>
        <w:tc>
          <w:tcPr>
            <w:tcW w:w="2363" w:type="dxa"/>
            <w:tcMar>
              <w:top w:w="80" w:type="dxa"/>
              <w:left w:w="80" w:type="dxa"/>
              <w:bottom w:w="80" w:type="dxa"/>
              <w:right w:w="80" w:type="dxa"/>
            </w:tcMar>
            <w:vAlign w:val="center"/>
          </w:tcPr>
          <w:p w14:paraId="74F2AE43" w14:textId="77777777" w:rsidR="00ED17BE" w:rsidRPr="00F51F43" w:rsidRDefault="00ED17BE" w:rsidP="00ED17BE">
            <w:pPr>
              <w:spacing w:after="0" w:line="240" w:lineRule="auto"/>
              <w:jc w:val="center"/>
              <w:rPr>
                <w:noProof/>
                <w:sz w:val="20"/>
                <w:szCs w:val="20"/>
              </w:rPr>
            </w:pPr>
            <w:r w:rsidRPr="00F51F43">
              <w:rPr>
                <w:noProof/>
                <w:sz w:val="20"/>
                <w:szCs w:val="20"/>
              </w:rPr>
              <w:t>pjevanje prigodnih pjesama, zajednička molitva, druženje</w:t>
            </w:r>
          </w:p>
        </w:tc>
        <w:tc>
          <w:tcPr>
            <w:tcW w:w="2088" w:type="dxa"/>
            <w:tcMar>
              <w:top w:w="80" w:type="dxa"/>
              <w:left w:w="80" w:type="dxa"/>
              <w:bottom w:w="80" w:type="dxa"/>
              <w:right w:w="80" w:type="dxa"/>
            </w:tcMar>
            <w:vAlign w:val="center"/>
          </w:tcPr>
          <w:p w14:paraId="1D142BB7"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w:t>
            </w:r>
          </w:p>
        </w:tc>
      </w:tr>
      <w:tr w:rsidR="00ED17BE" w:rsidRPr="00F51F43" w14:paraId="44DC995C" w14:textId="77777777" w:rsidTr="00ED17BE">
        <w:trPr>
          <w:cantSplit/>
          <w:jc w:val="center"/>
        </w:trPr>
        <w:tc>
          <w:tcPr>
            <w:tcW w:w="1101" w:type="dxa"/>
            <w:tcMar>
              <w:top w:w="80" w:type="dxa"/>
              <w:left w:w="80" w:type="dxa"/>
              <w:bottom w:w="80" w:type="dxa"/>
              <w:right w:w="80" w:type="dxa"/>
            </w:tcMar>
            <w:vAlign w:val="center"/>
          </w:tcPr>
          <w:p w14:paraId="3CA2BB47" w14:textId="77777777" w:rsidR="00ED17BE" w:rsidRPr="00F51F43" w:rsidRDefault="00ED17BE" w:rsidP="00ED17BE">
            <w:pPr>
              <w:spacing w:after="0" w:line="240" w:lineRule="auto"/>
              <w:jc w:val="center"/>
              <w:rPr>
                <w:noProof/>
                <w:sz w:val="20"/>
                <w:szCs w:val="20"/>
              </w:rPr>
            </w:pPr>
            <w:r w:rsidRPr="00F51F43">
              <w:rPr>
                <w:noProof/>
                <w:sz w:val="20"/>
                <w:szCs w:val="20"/>
              </w:rPr>
              <w:t>Jelena H.</w:t>
            </w:r>
          </w:p>
        </w:tc>
        <w:tc>
          <w:tcPr>
            <w:tcW w:w="992" w:type="dxa"/>
            <w:tcMar>
              <w:top w:w="80" w:type="dxa"/>
              <w:left w:w="80" w:type="dxa"/>
              <w:bottom w:w="80" w:type="dxa"/>
              <w:right w:w="80" w:type="dxa"/>
            </w:tcMar>
            <w:vAlign w:val="center"/>
          </w:tcPr>
          <w:p w14:paraId="49F767D6"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33575CCD"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398FF911" w14:textId="77777777" w:rsidR="00ED17BE" w:rsidRPr="00F51F43" w:rsidRDefault="00ED17BE" w:rsidP="00ED17BE">
            <w:pPr>
              <w:spacing w:after="0" w:line="240" w:lineRule="auto"/>
              <w:jc w:val="center"/>
              <w:rPr>
                <w:noProof/>
                <w:sz w:val="20"/>
                <w:szCs w:val="20"/>
              </w:rPr>
            </w:pPr>
            <w:r w:rsidRPr="00F51F43">
              <w:rPr>
                <w:noProof/>
                <w:sz w:val="20"/>
                <w:szCs w:val="20"/>
              </w:rPr>
              <w:t>Cvjetići</w:t>
            </w:r>
          </w:p>
        </w:tc>
        <w:tc>
          <w:tcPr>
            <w:tcW w:w="2409" w:type="dxa"/>
            <w:tcMar>
              <w:top w:w="80" w:type="dxa"/>
              <w:left w:w="80" w:type="dxa"/>
              <w:bottom w:w="80" w:type="dxa"/>
              <w:right w:w="80" w:type="dxa"/>
            </w:tcMar>
            <w:vAlign w:val="center"/>
          </w:tcPr>
          <w:p w14:paraId="6352DDC9" w14:textId="77777777" w:rsidR="00ED17BE" w:rsidRPr="00F51F43" w:rsidRDefault="00ED17BE" w:rsidP="00ED17BE">
            <w:pPr>
              <w:spacing w:after="0" w:line="240" w:lineRule="auto"/>
              <w:jc w:val="center"/>
              <w:rPr>
                <w:noProof/>
                <w:sz w:val="20"/>
                <w:szCs w:val="20"/>
              </w:rPr>
            </w:pPr>
            <w:r w:rsidRPr="00F51F43">
              <w:rPr>
                <w:noProof/>
                <w:sz w:val="20"/>
                <w:szCs w:val="20"/>
              </w:rPr>
              <w:t>prema naknadnom dogovoru</w:t>
            </w:r>
          </w:p>
        </w:tc>
        <w:tc>
          <w:tcPr>
            <w:tcW w:w="2387" w:type="dxa"/>
            <w:tcMar>
              <w:top w:w="80" w:type="dxa"/>
              <w:left w:w="80" w:type="dxa"/>
              <w:bottom w:w="80" w:type="dxa"/>
              <w:right w:w="80" w:type="dxa"/>
            </w:tcMar>
            <w:vAlign w:val="center"/>
          </w:tcPr>
          <w:p w14:paraId="7D135556" w14:textId="77777777" w:rsidR="00ED17BE" w:rsidRPr="00F51F43" w:rsidRDefault="00ED17BE" w:rsidP="00ED17BE">
            <w:pPr>
              <w:spacing w:after="0" w:line="240" w:lineRule="auto"/>
              <w:jc w:val="center"/>
              <w:rPr>
                <w:noProof/>
                <w:sz w:val="20"/>
                <w:szCs w:val="20"/>
              </w:rPr>
            </w:pPr>
            <w:r w:rsidRPr="00F51F43">
              <w:rPr>
                <w:noProof/>
                <w:sz w:val="20"/>
                <w:szCs w:val="20"/>
              </w:rPr>
              <w:t>aktivnost prema dogovoru s odgojiteljicama</w:t>
            </w:r>
          </w:p>
        </w:tc>
        <w:tc>
          <w:tcPr>
            <w:tcW w:w="2363" w:type="dxa"/>
            <w:tcMar>
              <w:top w:w="80" w:type="dxa"/>
              <w:left w:w="80" w:type="dxa"/>
              <w:bottom w:w="80" w:type="dxa"/>
              <w:right w:w="80" w:type="dxa"/>
            </w:tcMar>
            <w:vAlign w:val="center"/>
          </w:tcPr>
          <w:p w14:paraId="69BDC4F7" w14:textId="77777777" w:rsidR="00ED17BE" w:rsidRPr="00F51F43" w:rsidRDefault="00ED17BE" w:rsidP="00ED17BE">
            <w:pPr>
              <w:spacing w:after="0" w:line="240" w:lineRule="auto"/>
              <w:jc w:val="center"/>
              <w:rPr>
                <w:noProof/>
                <w:sz w:val="20"/>
                <w:szCs w:val="20"/>
              </w:rPr>
            </w:pPr>
          </w:p>
        </w:tc>
        <w:tc>
          <w:tcPr>
            <w:tcW w:w="2088" w:type="dxa"/>
            <w:tcMar>
              <w:top w:w="80" w:type="dxa"/>
              <w:left w:w="80" w:type="dxa"/>
              <w:bottom w:w="80" w:type="dxa"/>
              <w:right w:w="80" w:type="dxa"/>
            </w:tcMar>
            <w:vAlign w:val="center"/>
          </w:tcPr>
          <w:p w14:paraId="303A3A55" w14:textId="77777777" w:rsidR="00ED17BE" w:rsidRPr="00F51F43" w:rsidRDefault="00ED17BE" w:rsidP="00ED17BE">
            <w:pPr>
              <w:spacing w:after="0" w:line="240" w:lineRule="auto"/>
              <w:jc w:val="center"/>
              <w:rPr>
                <w:noProof/>
                <w:sz w:val="20"/>
                <w:szCs w:val="20"/>
              </w:rPr>
            </w:pPr>
          </w:p>
        </w:tc>
      </w:tr>
      <w:tr w:rsidR="00ED17BE" w:rsidRPr="00F51F43" w14:paraId="25557BF8" w14:textId="77777777" w:rsidTr="00ED17BE">
        <w:trPr>
          <w:cantSplit/>
          <w:jc w:val="center"/>
        </w:trPr>
        <w:tc>
          <w:tcPr>
            <w:tcW w:w="1101" w:type="dxa"/>
            <w:tcMar>
              <w:top w:w="80" w:type="dxa"/>
              <w:left w:w="80" w:type="dxa"/>
              <w:bottom w:w="80" w:type="dxa"/>
              <w:right w:w="80" w:type="dxa"/>
            </w:tcMar>
            <w:vAlign w:val="center"/>
          </w:tcPr>
          <w:p w14:paraId="5DF42707"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Ivana L.</w:t>
            </w:r>
          </w:p>
        </w:tc>
        <w:tc>
          <w:tcPr>
            <w:tcW w:w="992" w:type="dxa"/>
            <w:tcMar>
              <w:top w:w="80" w:type="dxa"/>
              <w:left w:w="80" w:type="dxa"/>
              <w:bottom w:w="80" w:type="dxa"/>
              <w:right w:w="80" w:type="dxa"/>
            </w:tcMar>
            <w:vAlign w:val="center"/>
          </w:tcPr>
          <w:p w14:paraId="7A8A11C1" w14:textId="77777777" w:rsidR="00ED17BE" w:rsidRPr="00F51F43" w:rsidRDefault="00ED17BE" w:rsidP="00ED17BE">
            <w:pPr>
              <w:spacing w:after="0" w:line="240" w:lineRule="auto"/>
              <w:jc w:val="center"/>
              <w:rPr>
                <w:noProof/>
                <w:sz w:val="20"/>
                <w:szCs w:val="20"/>
              </w:rPr>
            </w:pPr>
            <w:r w:rsidRPr="00F51F43">
              <w:rPr>
                <w:noProof/>
                <w:sz w:val="20"/>
                <w:szCs w:val="20"/>
              </w:rPr>
              <w:t>travanj</w:t>
            </w:r>
          </w:p>
        </w:tc>
        <w:tc>
          <w:tcPr>
            <w:tcW w:w="851" w:type="dxa"/>
            <w:tcMar>
              <w:top w:w="80" w:type="dxa"/>
              <w:left w:w="80" w:type="dxa"/>
              <w:bottom w:w="80" w:type="dxa"/>
              <w:right w:w="80" w:type="dxa"/>
            </w:tcMar>
            <w:vAlign w:val="center"/>
          </w:tcPr>
          <w:p w14:paraId="1DD80DA1"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048F9E5A" w14:textId="77777777" w:rsidR="00ED17BE" w:rsidRPr="00F51F43" w:rsidRDefault="00ED17BE" w:rsidP="00ED17BE">
            <w:pPr>
              <w:spacing w:after="0" w:line="240" w:lineRule="auto"/>
              <w:jc w:val="center"/>
              <w:rPr>
                <w:noProof/>
                <w:sz w:val="20"/>
                <w:szCs w:val="20"/>
              </w:rPr>
            </w:pPr>
            <w:r w:rsidRPr="00F51F43">
              <w:rPr>
                <w:noProof/>
                <w:sz w:val="20"/>
                <w:szCs w:val="20"/>
              </w:rPr>
              <w:t>Cvjetići</w:t>
            </w:r>
          </w:p>
        </w:tc>
        <w:tc>
          <w:tcPr>
            <w:tcW w:w="2409" w:type="dxa"/>
            <w:tcMar>
              <w:top w:w="80" w:type="dxa"/>
              <w:left w:w="80" w:type="dxa"/>
              <w:bottom w:w="80" w:type="dxa"/>
              <w:right w:w="80" w:type="dxa"/>
            </w:tcMar>
            <w:vAlign w:val="center"/>
          </w:tcPr>
          <w:p w14:paraId="14BA9367" w14:textId="77777777" w:rsidR="00ED17BE" w:rsidRPr="00F51F43" w:rsidRDefault="00ED17BE" w:rsidP="00ED17BE">
            <w:pPr>
              <w:spacing w:after="0" w:line="240" w:lineRule="auto"/>
              <w:jc w:val="center"/>
              <w:rPr>
                <w:noProof/>
                <w:sz w:val="20"/>
                <w:szCs w:val="20"/>
              </w:rPr>
            </w:pPr>
            <w:r w:rsidRPr="00F51F43">
              <w:rPr>
                <w:noProof/>
                <w:sz w:val="20"/>
                <w:szCs w:val="20"/>
              </w:rPr>
              <w:t>predstavljanje zanimanja medicinske sestre</w:t>
            </w:r>
          </w:p>
        </w:tc>
        <w:tc>
          <w:tcPr>
            <w:tcW w:w="2387" w:type="dxa"/>
            <w:tcMar>
              <w:top w:w="80" w:type="dxa"/>
              <w:left w:w="80" w:type="dxa"/>
              <w:bottom w:w="80" w:type="dxa"/>
              <w:right w:w="80" w:type="dxa"/>
            </w:tcMar>
            <w:vAlign w:val="center"/>
          </w:tcPr>
          <w:p w14:paraId="54B58C71" w14:textId="77777777" w:rsidR="00ED17BE" w:rsidRPr="00F51F43" w:rsidRDefault="00ED17BE" w:rsidP="00ED17BE">
            <w:pPr>
              <w:spacing w:after="0" w:line="240" w:lineRule="auto"/>
              <w:jc w:val="center"/>
              <w:rPr>
                <w:noProof/>
                <w:sz w:val="20"/>
                <w:szCs w:val="20"/>
              </w:rPr>
            </w:pPr>
            <w:r w:rsidRPr="00F51F43">
              <w:rPr>
                <w:noProof/>
                <w:sz w:val="20"/>
                <w:szCs w:val="20"/>
              </w:rPr>
              <w:t>upoznati djecu sa zanimanjem medicinske sestre, njezinim radnim mjestom, pomagalima i svakodnevnim poslovima, poticati finu motoriku kroz upoznavanje i korištenje primjerenih medicinskih pomagala u simboličkoj igri</w:t>
            </w:r>
          </w:p>
        </w:tc>
        <w:tc>
          <w:tcPr>
            <w:tcW w:w="2363" w:type="dxa"/>
            <w:tcMar>
              <w:top w:w="80" w:type="dxa"/>
              <w:left w:w="80" w:type="dxa"/>
              <w:bottom w:w="80" w:type="dxa"/>
              <w:right w:w="80" w:type="dxa"/>
            </w:tcMar>
            <w:vAlign w:val="center"/>
          </w:tcPr>
          <w:p w14:paraId="53D9A377" w14:textId="77777777" w:rsidR="00ED17BE" w:rsidRPr="00F51F43" w:rsidRDefault="00ED17BE" w:rsidP="00ED17BE">
            <w:pPr>
              <w:spacing w:after="0" w:line="240" w:lineRule="auto"/>
              <w:jc w:val="center"/>
              <w:rPr>
                <w:noProof/>
                <w:sz w:val="20"/>
                <w:szCs w:val="20"/>
              </w:rPr>
            </w:pPr>
            <w:r w:rsidRPr="00F51F43">
              <w:rPr>
                <w:noProof/>
                <w:sz w:val="20"/>
                <w:szCs w:val="20"/>
              </w:rPr>
              <w:t>predstavljanje pomagala koje medicinska sestra koristi u radu, simbolička igra liječnika, likovni izričaj</w:t>
            </w:r>
          </w:p>
        </w:tc>
        <w:tc>
          <w:tcPr>
            <w:tcW w:w="2088" w:type="dxa"/>
            <w:tcMar>
              <w:top w:w="80" w:type="dxa"/>
              <w:left w:w="80" w:type="dxa"/>
              <w:bottom w:w="80" w:type="dxa"/>
              <w:right w:w="80" w:type="dxa"/>
            </w:tcMar>
            <w:vAlign w:val="center"/>
          </w:tcPr>
          <w:p w14:paraId="5F60F2F5"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likovni izraz</w:t>
            </w:r>
          </w:p>
        </w:tc>
      </w:tr>
      <w:tr w:rsidR="00ED17BE" w:rsidRPr="00F51F43" w14:paraId="44F76B25" w14:textId="77777777" w:rsidTr="00ED17BE">
        <w:trPr>
          <w:cantSplit/>
          <w:jc w:val="center"/>
        </w:trPr>
        <w:tc>
          <w:tcPr>
            <w:tcW w:w="1101" w:type="dxa"/>
            <w:tcMar>
              <w:top w:w="80" w:type="dxa"/>
              <w:left w:w="80" w:type="dxa"/>
              <w:bottom w:w="80" w:type="dxa"/>
              <w:right w:w="80" w:type="dxa"/>
            </w:tcMar>
            <w:vAlign w:val="center"/>
          </w:tcPr>
          <w:p w14:paraId="5B81A033" w14:textId="77777777" w:rsidR="00ED17BE" w:rsidRPr="00F51F43" w:rsidRDefault="00ED17BE" w:rsidP="00ED17BE">
            <w:pPr>
              <w:spacing w:after="0" w:line="240" w:lineRule="auto"/>
              <w:jc w:val="center"/>
              <w:rPr>
                <w:noProof/>
                <w:sz w:val="20"/>
                <w:szCs w:val="20"/>
              </w:rPr>
            </w:pPr>
            <w:r w:rsidRPr="00F51F43">
              <w:rPr>
                <w:noProof/>
                <w:sz w:val="20"/>
                <w:szCs w:val="20"/>
              </w:rPr>
              <w:t>Bibliobus</w:t>
            </w:r>
          </w:p>
        </w:tc>
        <w:tc>
          <w:tcPr>
            <w:tcW w:w="992" w:type="dxa"/>
            <w:tcMar>
              <w:top w:w="80" w:type="dxa"/>
              <w:left w:w="80" w:type="dxa"/>
              <w:bottom w:w="80" w:type="dxa"/>
              <w:right w:w="80" w:type="dxa"/>
            </w:tcMar>
            <w:vAlign w:val="center"/>
          </w:tcPr>
          <w:p w14:paraId="16EBACD5" w14:textId="77777777" w:rsidR="00ED17BE" w:rsidRPr="00F51F43" w:rsidRDefault="00ED17BE" w:rsidP="00ED17BE">
            <w:pPr>
              <w:spacing w:after="0" w:line="240" w:lineRule="auto"/>
              <w:jc w:val="center"/>
              <w:rPr>
                <w:noProof/>
                <w:sz w:val="20"/>
                <w:szCs w:val="20"/>
              </w:rPr>
            </w:pPr>
            <w:r w:rsidRPr="00F51F43">
              <w:rPr>
                <w:noProof/>
                <w:sz w:val="20"/>
                <w:szCs w:val="20"/>
              </w:rPr>
              <w:t>travanj</w:t>
            </w:r>
          </w:p>
        </w:tc>
        <w:tc>
          <w:tcPr>
            <w:tcW w:w="851" w:type="dxa"/>
            <w:tcMar>
              <w:top w:w="80" w:type="dxa"/>
              <w:left w:w="80" w:type="dxa"/>
              <w:bottom w:w="80" w:type="dxa"/>
              <w:right w:w="80" w:type="dxa"/>
            </w:tcMar>
            <w:vAlign w:val="center"/>
          </w:tcPr>
          <w:p w14:paraId="6A5214DC" w14:textId="77777777" w:rsidR="00ED17BE" w:rsidRPr="00F51F43" w:rsidRDefault="00ED17BE" w:rsidP="00ED17BE">
            <w:pPr>
              <w:spacing w:after="0" w:line="240" w:lineRule="auto"/>
              <w:jc w:val="center"/>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69F71F93" w14:textId="77777777" w:rsidR="00ED17BE" w:rsidRPr="00F51F43" w:rsidRDefault="00ED17BE" w:rsidP="00ED17BE">
            <w:pPr>
              <w:spacing w:after="0" w:line="240" w:lineRule="auto"/>
              <w:jc w:val="center"/>
              <w:rPr>
                <w:noProof/>
                <w:sz w:val="20"/>
                <w:szCs w:val="20"/>
              </w:rPr>
            </w:pPr>
            <w:r w:rsidRPr="00F51F43">
              <w:rPr>
                <w:noProof/>
                <w:sz w:val="20"/>
                <w:szCs w:val="20"/>
              </w:rPr>
              <w:t>Cvjetići</w:t>
            </w:r>
          </w:p>
        </w:tc>
        <w:tc>
          <w:tcPr>
            <w:tcW w:w="2409" w:type="dxa"/>
            <w:tcMar>
              <w:top w:w="80" w:type="dxa"/>
              <w:left w:w="80" w:type="dxa"/>
              <w:bottom w:w="80" w:type="dxa"/>
              <w:right w:w="80" w:type="dxa"/>
            </w:tcMar>
            <w:vAlign w:val="center"/>
          </w:tcPr>
          <w:p w14:paraId="48833A92" w14:textId="77777777" w:rsidR="00ED17BE" w:rsidRPr="00F51F43" w:rsidRDefault="00ED17BE" w:rsidP="00ED17BE">
            <w:pPr>
              <w:spacing w:after="0" w:line="240" w:lineRule="auto"/>
              <w:jc w:val="center"/>
              <w:rPr>
                <w:noProof/>
                <w:sz w:val="20"/>
                <w:szCs w:val="20"/>
              </w:rPr>
            </w:pPr>
            <w:r w:rsidRPr="00F51F43">
              <w:rPr>
                <w:noProof/>
                <w:sz w:val="20"/>
                <w:szCs w:val="20"/>
              </w:rPr>
              <w:t>interpretacija dječje slikovnice prema dogovoru</w:t>
            </w:r>
          </w:p>
        </w:tc>
        <w:tc>
          <w:tcPr>
            <w:tcW w:w="2387" w:type="dxa"/>
            <w:tcMar>
              <w:top w:w="80" w:type="dxa"/>
              <w:left w:w="80" w:type="dxa"/>
              <w:bottom w:w="80" w:type="dxa"/>
              <w:right w:w="80" w:type="dxa"/>
            </w:tcMar>
            <w:vAlign w:val="center"/>
          </w:tcPr>
          <w:p w14:paraId="6D6AC9A7" w14:textId="77777777" w:rsidR="00ED17BE" w:rsidRPr="00F51F43" w:rsidRDefault="00ED17BE" w:rsidP="00ED17BE">
            <w:pPr>
              <w:spacing w:after="0" w:line="240" w:lineRule="auto"/>
              <w:jc w:val="center"/>
              <w:rPr>
                <w:noProof/>
                <w:sz w:val="20"/>
                <w:szCs w:val="20"/>
              </w:rPr>
            </w:pPr>
            <w:r w:rsidRPr="00F51F43">
              <w:rPr>
                <w:noProof/>
                <w:sz w:val="20"/>
                <w:szCs w:val="20"/>
              </w:rPr>
              <w:t>razvoj interesa za slikovnicama i čitanjem, razvoj pažnje i pozornosti</w:t>
            </w:r>
          </w:p>
        </w:tc>
        <w:tc>
          <w:tcPr>
            <w:tcW w:w="2363" w:type="dxa"/>
            <w:tcMar>
              <w:top w:w="80" w:type="dxa"/>
              <w:left w:w="80" w:type="dxa"/>
              <w:bottom w:w="80" w:type="dxa"/>
              <w:right w:w="80" w:type="dxa"/>
            </w:tcMar>
            <w:vAlign w:val="center"/>
          </w:tcPr>
          <w:p w14:paraId="34C70AF9" w14:textId="77777777" w:rsidR="00ED17BE" w:rsidRPr="00F51F43" w:rsidRDefault="00ED17BE" w:rsidP="00ED17BE">
            <w:pPr>
              <w:spacing w:after="0" w:line="240" w:lineRule="auto"/>
              <w:jc w:val="center"/>
              <w:rPr>
                <w:noProof/>
                <w:sz w:val="20"/>
                <w:szCs w:val="20"/>
              </w:rPr>
            </w:pPr>
            <w:r w:rsidRPr="00F51F43">
              <w:rPr>
                <w:noProof/>
                <w:sz w:val="20"/>
                <w:szCs w:val="20"/>
              </w:rPr>
              <w:t>interpretacija priče prema dogovoru s odgojiteljicama, likovni izričaj djece, igra</w:t>
            </w:r>
          </w:p>
        </w:tc>
        <w:tc>
          <w:tcPr>
            <w:tcW w:w="2088" w:type="dxa"/>
            <w:tcMar>
              <w:top w:w="80" w:type="dxa"/>
              <w:left w:w="80" w:type="dxa"/>
              <w:bottom w:w="80" w:type="dxa"/>
              <w:right w:w="80" w:type="dxa"/>
            </w:tcMar>
            <w:vAlign w:val="center"/>
          </w:tcPr>
          <w:p w14:paraId="52FCBD4F"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likovni izraz</w:t>
            </w:r>
          </w:p>
        </w:tc>
      </w:tr>
      <w:tr w:rsidR="00ED17BE" w:rsidRPr="00F51F43" w14:paraId="608E00FB" w14:textId="77777777" w:rsidTr="00ED17BE">
        <w:trPr>
          <w:cantSplit/>
          <w:jc w:val="center"/>
        </w:trPr>
        <w:tc>
          <w:tcPr>
            <w:tcW w:w="1101" w:type="dxa"/>
            <w:tcMar>
              <w:top w:w="80" w:type="dxa"/>
              <w:left w:w="80" w:type="dxa"/>
              <w:bottom w:w="80" w:type="dxa"/>
              <w:right w:w="80" w:type="dxa"/>
            </w:tcMar>
            <w:vAlign w:val="center"/>
          </w:tcPr>
          <w:p w14:paraId="62D65669" w14:textId="77777777" w:rsidR="00ED17BE" w:rsidRPr="00F51F43" w:rsidRDefault="00ED17BE" w:rsidP="00ED17BE">
            <w:pPr>
              <w:spacing w:after="0" w:line="240" w:lineRule="auto"/>
              <w:jc w:val="center"/>
              <w:rPr>
                <w:noProof/>
                <w:sz w:val="20"/>
                <w:szCs w:val="20"/>
              </w:rPr>
            </w:pPr>
            <w:r w:rsidRPr="00F51F43">
              <w:rPr>
                <w:noProof/>
                <w:sz w:val="20"/>
                <w:szCs w:val="20"/>
              </w:rPr>
              <w:t>Selma V.</w:t>
            </w:r>
          </w:p>
        </w:tc>
        <w:tc>
          <w:tcPr>
            <w:tcW w:w="992" w:type="dxa"/>
            <w:tcMar>
              <w:top w:w="80" w:type="dxa"/>
              <w:left w:w="80" w:type="dxa"/>
              <w:bottom w:w="80" w:type="dxa"/>
              <w:right w:w="80" w:type="dxa"/>
            </w:tcMar>
            <w:vAlign w:val="center"/>
          </w:tcPr>
          <w:p w14:paraId="53BDF088" w14:textId="77777777" w:rsidR="00ED17BE" w:rsidRPr="00F51F43" w:rsidRDefault="00ED17BE" w:rsidP="00ED17BE">
            <w:pPr>
              <w:spacing w:after="0" w:line="240" w:lineRule="auto"/>
              <w:jc w:val="center"/>
              <w:rPr>
                <w:noProof/>
                <w:sz w:val="20"/>
                <w:szCs w:val="20"/>
              </w:rPr>
            </w:pPr>
            <w:r w:rsidRPr="00F51F43">
              <w:rPr>
                <w:noProof/>
                <w:sz w:val="20"/>
                <w:szCs w:val="20"/>
              </w:rPr>
              <w:t>studeni</w:t>
            </w:r>
          </w:p>
        </w:tc>
        <w:tc>
          <w:tcPr>
            <w:tcW w:w="851" w:type="dxa"/>
            <w:tcMar>
              <w:top w:w="80" w:type="dxa"/>
              <w:left w:w="80" w:type="dxa"/>
              <w:bottom w:w="80" w:type="dxa"/>
              <w:right w:w="80" w:type="dxa"/>
            </w:tcMar>
            <w:vAlign w:val="center"/>
          </w:tcPr>
          <w:p w14:paraId="38C16AF2" w14:textId="77777777" w:rsidR="00ED17BE" w:rsidRPr="00F51F43" w:rsidRDefault="00ED17BE" w:rsidP="00ED17BE">
            <w:pPr>
              <w:spacing w:after="0" w:line="240" w:lineRule="auto"/>
              <w:jc w:val="center"/>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6F30A213"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37C69CC7" w14:textId="77777777" w:rsidR="00ED17BE" w:rsidRPr="00F51F43" w:rsidRDefault="00ED17BE" w:rsidP="00ED17BE">
            <w:pPr>
              <w:spacing w:after="0" w:line="240" w:lineRule="auto"/>
              <w:jc w:val="center"/>
              <w:rPr>
                <w:noProof/>
                <w:sz w:val="20"/>
                <w:szCs w:val="20"/>
              </w:rPr>
            </w:pPr>
            <w:r w:rsidRPr="00F51F43">
              <w:rPr>
                <w:noProof/>
                <w:sz w:val="20"/>
                <w:szCs w:val="20"/>
              </w:rPr>
              <w:t>Poticati interes za slikovnice i slušanje priča</w:t>
            </w:r>
          </w:p>
        </w:tc>
        <w:tc>
          <w:tcPr>
            <w:tcW w:w="2387" w:type="dxa"/>
            <w:tcMar>
              <w:top w:w="80" w:type="dxa"/>
              <w:left w:w="80" w:type="dxa"/>
              <w:bottom w:w="80" w:type="dxa"/>
              <w:right w:w="80" w:type="dxa"/>
            </w:tcMar>
            <w:vAlign w:val="center"/>
          </w:tcPr>
          <w:p w14:paraId="59794B18" w14:textId="77777777" w:rsidR="00ED17BE" w:rsidRPr="00F51F43" w:rsidRDefault="00ED17BE" w:rsidP="00ED17BE">
            <w:pPr>
              <w:spacing w:after="0" w:line="240" w:lineRule="auto"/>
              <w:jc w:val="center"/>
              <w:rPr>
                <w:noProof/>
                <w:sz w:val="20"/>
                <w:szCs w:val="20"/>
              </w:rPr>
            </w:pPr>
            <w:r w:rsidRPr="00F51F43">
              <w:rPr>
                <w:noProof/>
                <w:sz w:val="20"/>
                <w:szCs w:val="20"/>
              </w:rPr>
              <w:t>Razvoj aktivnog slušanja i slušanja s razumijevanjem</w:t>
            </w:r>
          </w:p>
        </w:tc>
        <w:tc>
          <w:tcPr>
            <w:tcW w:w="2363" w:type="dxa"/>
            <w:tcMar>
              <w:top w:w="80" w:type="dxa"/>
              <w:left w:w="80" w:type="dxa"/>
              <w:bottom w:w="80" w:type="dxa"/>
              <w:right w:w="80" w:type="dxa"/>
            </w:tcMar>
            <w:vAlign w:val="center"/>
          </w:tcPr>
          <w:p w14:paraId="1D42B887" w14:textId="77777777" w:rsidR="00ED17BE" w:rsidRPr="00F51F43" w:rsidRDefault="00ED17BE" w:rsidP="00ED17BE">
            <w:pPr>
              <w:spacing w:after="0" w:line="240" w:lineRule="auto"/>
              <w:jc w:val="center"/>
              <w:rPr>
                <w:noProof/>
                <w:sz w:val="20"/>
                <w:szCs w:val="20"/>
              </w:rPr>
            </w:pPr>
            <w:r w:rsidRPr="00F51F43">
              <w:rPr>
                <w:noProof/>
                <w:sz w:val="20"/>
                <w:szCs w:val="20"/>
              </w:rPr>
              <w:t>Pričanje priče po izboru roditelja kao i aktivnosti nakon čitanja</w:t>
            </w:r>
          </w:p>
        </w:tc>
        <w:tc>
          <w:tcPr>
            <w:tcW w:w="2088" w:type="dxa"/>
            <w:tcMar>
              <w:top w:w="80" w:type="dxa"/>
              <w:left w:w="80" w:type="dxa"/>
              <w:bottom w:w="80" w:type="dxa"/>
              <w:right w:w="80" w:type="dxa"/>
            </w:tcMar>
            <w:vAlign w:val="center"/>
          </w:tcPr>
          <w:p w14:paraId="23ADE099"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w:t>
            </w:r>
          </w:p>
        </w:tc>
      </w:tr>
      <w:tr w:rsidR="00ED17BE" w:rsidRPr="00F51F43" w14:paraId="2E1F02EA" w14:textId="77777777" w:rsidTr="00ED17BE">
        <w:trPr>
          <w:cantSplit/>
          <w:jc w:val="center"/>
        </w:trPr>
        <w:tc>
          <w:tcPr>
            <w:tcW w:w="1101" w:type="dxa"/>
            <w:tcMar>
              <w:top w:w="80" w:type="dxa"/>
              <w:left w:w="80" w:type="dxa"/>
              <w:bottom w:w="80" w:type="dxa"/>
              <w:right w:w="80" w:type="dxa"/>
            </w:tcMar>
            <w:vAlign w:val="center"/>
          </w:tcPr>
          <w:p w14:paraId="42C88E40" w14:textId="77777777" w:rsidR="00ED17BE" w:rsidRPr="00F51F43" w:rsidRDefault="00ED17BE" w:rsidP="00ED17BE">
            <w:pPr>
              <w:spacing w:after="0" w:line="240" w:lineRule="auto"/>
              <w:jc w:val="center"/>
              <w:rPr>
                <w:noProof/>
                <w:sz w:val="20"/>
                <w:szCs w:val="20"/>
              </w:rPr>
            </w:pPr>
            <w:r w:rsidRPr="00F51F43">
              <w:rPr>
                <w:noProof/>
                <w:sz w:val="20"/>
                <w:szCs w:val="20"/>
              </w:rPr>
              <w:t>Anja G.</w:t>
            </w:r>
          </w:p>
        </w:tc>
        <w:tc>
          <w:tcPr>
            <w:tcW w:w="992" w:type="dxa"/>
            <w:tcMar>
              <w:top w:w="80" w:type="dxa"/>
              <w:left w:w="80" w:type="dxa"/>
              <w:bottom w:w="80" w:type="dxa"/>
              <w:right w:w="80" w:type="dxa"/>
            </w:tcMar>
            <w:vAlign w:val="center"/>
          </w:tcPr>
          <w:p w14:paraId="23060AC3" w14:textId="77777777" w:rsidR="00ED17BE" w:rsidRPr="00F51F43" w:rsidRDefault="00ED17BE" w:rsidP="00ED17BE">
            <w:pPr>
              <w:spacing w:after="0" w:line="240" w:lineRule="auto"/>
              <w:jc w:val="center"/>
              <w:rPr>
                <w:noProof/>
                <w:sz w:val="20"/>
                <w:szCs w:val="20"/>
              </w:rPr>
            </w:pPr>
            <w:r w:rsidRPr="00F51F43">
              <w:rPr>
                <w:noProof/>
                <w:sz w:val="20"/>
                <w:szCs w:val="20"/>
              </w:rPr>
              <w:t>veljača</w:t>
            </w:r>
          </w:p>
        </w:tc>
        <w:tc>
          <w:tcPr>
            <w:tcW w:w="851" w:type="dxa"/>
            <w:tcMar>
              <w:top w:w="80" w:type="dxa"/>
              <w:left w:w="80" w:type="dxa"/>
              <w:bottom w:w="80" w:type="dxa"/>
              <w:right w:w="80" w:type="dxa"/>
            </w:tcMar>
            <w:vAlign w:val="center"/>
          </w:tcPr>
          <w:p w14:paraId="39D7A8B1" w14:textId="77777777" w:rsidR="00ED17BE" w:rsidRPr="00F51F43" w:rsidRDefault="00ED17BE" w:rsidP="00ED17BE">
            <w:pPr>
              <w:spacing w:after="0" w:line="240" w:lineRule="auto"/>
              <w:jc w:val="center"/>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216F5D94"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4865B0FC" w14:textId="77777777" w:rsidR="00ED17BE" w:rsidRPr="00F51F43" w:rsidRDefault="00ED17BE" w:rsidP="00ED17BE">
            <w:pPr>
              <w:spacing w:after="0" w:line="240" w:lineRule="auto"/>
              <w:jc w:val="center"/>
              <w:rPr>
                <w:noProof/>
                <w:sz w:val="20"/>
                <w:szCs w:val="20"/>
              </w:rPr>
            </w:pPr>
            <w:r w:rsidRPr="00F51F43">
              <w:rPr>
                <w:noProof/>
                <w:sz w:val="20"/>
                <w:szCs w:val="20"/>
              </w:rPr>
              <w:t>Potaknuti djecu na razmišljanje o urednosti prostora i okoliša</w:t>
            </w:r>
          </w:p>
        </w:tc>
        <w:tc>
          <w:tcPr>
            <w:tcW w:w="2387" w:type="dxa"/>
            <w:tcMar>
              <w:top w:w="80" w:type="dxa"/>
              <w:left w:w="80" w:type="dxa"/>
              <w:bottom w:w="80" w:type="dxa"/>
              <w:right w:w="80" w:type="dxa"/>
            </w:tcMar>
            <w:vAlign w:val="center"/>
          </w:tcPr>
          <w:p w14:paraId="0043928F" w14:textId="77777777" w:rsidR="00ED17BE" w:rsidRPr="00F51F43" w:rsidRDefault="00ED17BE" w:rsidP="00ED17BE">
            <w:pPr>
              <w:spacing w:after="0" w:line="240" w:lineRule="auto"/>
              <w:jc w:val="center"/>
              <w:rPr>
                <w:noProof/>
                <w:sz w:val="20"/>
                <w:szCs w:val="20"/>
              </w:rPr>
            </w:pPr>
            <w:r w:rsidRPr="00F51F43">
              <w:rPr>
                <w:noProof/>
                <w:sz w:val="20"/>
                <w:szCs w:val="20"/>
              </w:rPr>
              <w:t>Razvijati svijest o važnosti pravilnog razvrstavanja otpada i očuvanja okoliša</w:t>
            </w:r>
          </w:p>
        </w:tc>
        <w:tc>
          <w:tcPr>
            <w:tcW w:w="2363" w:type="dxa"/>
            <w:tcMar>
              <w:top w:w="80" w:type="dxa"/>
              <w:left w:w="80" w:type="dxa"/>
              <w:bottom w:w="80" w:type="dxa"/>
              <w:right w:w="80" w:type="dxa"/>
            </w:tcMar>
            <w:vAlign w:val="center"/>
          </w:tcPr>
          <w:p w14:paraId="3B5A37B7" w14:textId="77777777" w:rsidR="00ED17BE" w:rsidRPr="00F51F43" w:rsidRDefault="00ED17BE" w:rsidP="00ED17BE">
            <w:pPr>
              <w:spacing w:after="0" w:line="240" w:lineRule="auto"/>
              <w:jc w:val="center"/>
              <w:rPr>
                <w:noProof/>
                <w:sz w:val="20"/>
                <w:szCs w:val="20"/>
              </w:rPr>
            </w:pPr>
            <w:r w:rsidRPr="00F51F43">
              <w:rPr>
                <w:noProof/>
                <w:sz w:val="20"/>
                <w:szCs w:val="20"/>
              </w:rPr>
              <w:t>Uz razne igre i materijale približiti djecu ovu temu</w:t>
            </w:r>
          </w:p>
        </w:tc>
        <w:tc>
          <w:tcPr>
            <w:tcW w:w="2088" w:type="dxa"/>
            <w:tcMar>
              <w:top w:w="80" w:type="dxa"/>
              <w:left w:w="80" w:type="dxa"/>
              <w:bottom w:w="80" w:type="dxa"/>
              <w:right w:w="80" w:type="dxa"/>
            </w:tcMar>
            <w:vAlign w:val="center"/>
          </w:tcPr>
          <w:p w14:paraId="0F183111"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w:t>
            </w:r>
          </w:p>
        </w:tc>
      </w:tr>
      <w:tr w:rsidR="00ED17BE" w:rsidRPr="00F51F43" w14:paraId="22FAE4C6" w14:textId="77777777" w:rsidTr="00ED17BE">
        <w:trPr>
          <w:cantSplit/>
          <w:jc w:val="center"/>
        </w:trPr>
        <w:tc>
          <w:tcPr>
            <w:tcW w:w="1101" w:type="dxa"/>
            <w:tcMar>
              <w:top w:w="80" w:type="dxa"/>
              <w:left w:w="80" w:type="dxa"/>
              <w:bottom w:w="80" w:type="dxa"/>
              <w:right w:w="80" w:type="dxa"/>
            </w:tcMar>
            <w:vAlign w:val="center"/>
          </w:tcPr>
          <w:p w14:paraId="76BF8526" w14:textId="77777777" w:rsidR="00ED17BE" w:rsidRPr="00F51F43" w:rsidRDefault="00ED17BE" w:rsidP="00ED17BE">
            <w:pPr>
              <w:spacing w:after="0" w:line="240" w:lineRule="auto"/>
              <w:jc w:val="center"/>
              <w:rPr>
                <w:noProof/>
                <w:sz w:val="20"/>
                <w:szCs w:val="20"/>
              </w:rPr>
            </w:pPr>
            <w:r w:rsidRPr="00F51F43">
              <w:rPr>
                <w:noProof/>
                <w:sz w:val="20"/>
                <w:szCs w:val="20"/>
              </w:rPr>
              <w:t>Juraj P.</w:t>
            </w:r>
          </w:p>
        </w:tc>
        <w:tc>
          <w:tcPr>
            <w:tcW w:w="992" w:type="dxa"/>
            <w:tcMar>
              <w:top w:w="80" w:type="dxa"/>
              <w:left w:w="80" w:type="dxa"/>
              <w:bottom w:w="80" w:type="dxa"/>
              <w:right w:w="80" w:type="dxa"/>
            </w:tcMar>
            <w:vAlign w:val="center"/>
          </w:tcPr>
          <w:p w14:paraId="2C640136" w14:textId="77777777" w:rsidR="00ED17BE" w:rsidRPr="00F51F43" w:rsidRDefault="00ED17BE" w:rsidP="00ED17BE">
            <w:pPr>
              <w:spacing w:after="0" w:line="240" w:lineRule="auto"/>
              <w:jc w:val="center"/>
              <w:rPr>
                <w:noProof/>
                <w:sz w:val="20"/>
                <w:szCs w:val="20"/>
              </w:rPr>
            </w:pPr>
            <w:r w:rsidRPr="00F51F43">
              <w:rPr>
                <w:noProof/>
                <w:sz w:val="20"/>
                <w:szCs w:val="20"/>
              </w:rPr>
              <w:t>siječanj</w:t>
            </w:r>
          </w:p>
        </w:tc>
        <w:tc>
          <w:tcPr>
            <w:tcW w:w="851" w:type="dxa"/>
            <w:tcMar>
              <w:top w:w="80" w:type="dxa"/>
              <w:left w:w="80" w:type="dxa"/>
              <w:bottom w:w="80" w:type="dxa"/>
              <w:right w:w="80" w:type="dxa"/>
            </w:tcMar>
            <w:vAlign w:val="center"/>
          </w:tcPr>
          <w:p w14:paraId="138F3895" w14:textId="77777777" w:rsidR="00ED17BE" w:rsidRPr="00F51F43" w:rsidRDefault="00ED17BE" w:rsidP="00ED17BE">
            <w:pPr>
              <w:spacing w:after="0" w:line="240" w:lineRule="auto"/>
              <w:jc w:val="center"/>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787A55F0"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083FBFAB" w14:textId="77777777" w:rsidR="00ED17BE" w:rsidRPr="00F51F43" w:rsidRDefault="00ED17BE" w:rsidP="00ED17BE">
            <w:pPr>
              <w:spacing w:after="0" w:line="240" w:lineRule="auto"/>
              <w:jc w:val="center"/>
              <w:rPr>
                <w:noProof/>
                <w:sz w:val="20"/>
                <w:szCs w:val="20"/>
              </w:rPr>
            </w:pPr>
            <w:r w:rsidRPr="00F51F43">
              <w:rPr>
                <w:noProof/>
                <w:sz w:val="20"/>
                <w:szCs w:val="20"/>
              </w:rPr>
              <w:t>Važnost i provođenje tjelesnih vježbi</w:t>
            </w:r>
          </w:p>
        </w:tc>
        <w:tc>
          <w:tcPr>
            <w:tcW w:w="2387" w:type="dxa"/>
            <w:tcMar>
              <w:top w:w="80" w:type="dxa"/>
              <w:left w:w="80" w:type="dxa"/>
              <w:bottom w:w="80" w:type="dxa"/>
              <w:right w:w="80" w:type="dxa"/>
            </w:tcMar>
            <w:vAlign w:val="center"/>
          </w:tcPr>
          <w:p w14:paraId="10A8B0C1" w14:textId="77777777" w:rsidR="00ED17BE" w:rsidRPr="00F51F43" w:rsidRDefault="00ED17BE" w:rsidP="00ED17BE">
            <w:pPr>
              <w:spacing w:after="0" w:line="240" w:lineRule="auto"/>
              <w:jc w:val="center"/>
              <w:rPr>
                <w:noProof/>
                <w:sz w:val="20"/>
                <w:szCs w:val="20"/>
              </w:rPr>
            </w:pPr>
            <w:r w:rsidRPr="00F51F43">
              <w:rPr>
                <w:noProof/>
                <w:sz w:val="20"/>
                <w:szCs w:val="20"/>
              </w:rPr>
              <w:t>Jačati snagu, izdržljivost, gipkost, spretnost,upornost</w:t>
            </w:r>
          </w:p>
        </w:tc>
        <w:tc>
          <w:tcPr>
            <w:tcW w:w="2363" w:type="dxa"/>
            <w:tcMar>
              <w:top w:w="80" w:type="dxa"/>
              <w:left w:w="80" w:type="dxa"/>
              <w:bottom w:w="80" w:type="dxa"/>
              <w:right w:w="80" w:type="dxa"/>
            </w:tcMar>
            <w:vAlign w:val="center"/>
          </w:tcPr>
          <w:p w14:paraId="3291A758" w14:textId="77777777" w:rsidR="00ED17BE" w:rsidRPr="00F51F43" w:rsidRDefault="00ED17BE" w:rsidP="00ED17BE">
            <w:pPr>
              <w:spacing w:after="0" w:line="240" w:lineRule="auto"/>
              <w:jc w:val="center"/>
              <w:rPr>
                <w:noProof/>
                <w:sz w:val="20"/>
                <w:szCs w:val="20"/>
              </w:rPr>
            </w:pPr>
            <w:r w:rsidRPr="00F51F43">
              <w:rPr>
                <w:noProof/>
                <w:sz w:val="20"/>
                <w:szCs w:val="20"/>
              </w:rPr>
              <w:t>Vježbe po izboru roditelja te igre s loptom</w:t>
            </w:r>
          </w:p>
        </w:tc>
        <w:tc>
          <w:tcPr>
            <w:tcW w:w="2088" w:type="dxa"/>
            <w:tcMar>
              <w:top w:w="80" w:type="dxa"/>
              <w:left w:w="80" w:type="dxa"/>
              <w:bottom w:w="80" w:type="dxa"/>
              <w:right w:w="80" w:type="dxa"/>
            </w:tcMar>
            <w:vAlign w:val="center"/>
          </w:tcPr>
          <w:p w14:paraId="18CD9C89" w14:textId="77777777" w:rsidR="00ED17BE" w:rsidRPr="00F51F43" w:rsidRDefault="00ED17BE" w:rsidP="00ED17BE">
            <w:pPr>
              <w:spacing w:after="0" w:line="240" w:lineRule="auto"/>
              <w:jc w:val="center"/>
              <w:rPr>
                <w:noProof/>
                <w:sz w:val="20"/>
                <w:szCs w:val="20"/>
              </w:rPr>
            </w:pPr>
            <w:r w:rsidRPr="00F51F43">
              <w:rPr>
                <w:noProof/>
                <w:sz w:val="20"/>
                <w:szCs w:val="20"/>
              </w:rPr>
              <w:t>reakcije djece</w:t>
            </w:r>
          </w:p>
        </w:tc>
      </w:tr>
      <w:tr w:rsidR="00ED17BE" w:rsidRPr="00F51F43" w14:paraId="02912AA0" w14:textId="77777777" w:rsidTr="00ED17BE">
        <w:trPr>
          <w:cantSplit/>
          <w:jc w:val="center"/>
        </w:trPr>
        <w:tc>
          <w:tcPr>
            <w:tcW w:w="1101" w:type="dxa"/>
            <w:tcMar>
              <w:top w:w="80" w:type="dxa"/>
              <w:left w:w="80" w:type="dxa"/>
              <w:bottom w:w="80" w:type="dxa"/>
              <w:right w:w="80" w:type="dxa"/>
            </w:tcMar>
            <w:vAlign w:val="center"/>
          </w:tcPr>
          <w:p w14:paraId="0E2751D4" w14:textId="77777777" w:rsidR="00ED17BE" w:rsidRPr="00F51F43" w:rsidRDefault="00ED17BE" w:rsidP="00ED17BE">
            <w:pPr>
              <w:spacing w:after="0" w:line="240" w:lineRule="auto"/>
              <w:jc w:val="center"/>
              <w:rPr>
                <w:noProof/>
                <w:sz w:val="20"/>
                <w:szCs w:val="20"/>
              </w:rPr>
            </w:pPr>
            <w:r w:rsidRPr="00F51F43">
              <w:rPr>
                <w:noProof/>
                <w:sz w:val="20"/>
                <w:szCs w:val="20"/>
              </w:rPr>
              <w:t>Velečasni Damir S.</w:t>
            </w:r>
          </w:p>
        </w:tc>
        <w:tc>
          <w:tcPr>
            <w:tcW w:w="992" w:type="dxa"/>
            <w:tcMar>
              <w:top w:w="80" w:type="dxa"/>
              <w:left w:w="80" w:type="dxa"/>
              <w:bottom w:w="80" w:type="dxa"/>
              <w:right w:w="80" w:type="dxa"/>
            </w:tcMar>
            <w:vAlign w:val="center"/>
          </w:tcPr>
          <w:p w14:paraId="157AF9F3"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29D3A124" w14:textId="77777777" w:rsidR="00ED17BE" w:rsidRPr="00F51F43" w:rsidRDefault="00ED17BE" w:rsidP="00ED17BE">
            <w:pPr>
              <w:spacing w:after="0" w:line="240" w:lineRule="auto"/>
              <w:jc w:val="center"/>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36D9AEF5"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5819AE6A" w14:textId="77777777" w:rsidR="00ED17BE" w:rsidRPr="00F51F43" w:rsidRDefault="00ED17BE" w:rsidP="00ED17BE">
            <w:pPr>
              <w:spacing w:after="0" w:line="240" w:lineRule="auto"/>
              <w:jc w:val="center"/>
              <w:rPr>
                <w:noProof/>
                <w:sz w:val="20"/>
                <w:szCs w:val="20"/>
              </w:rPr>
            </w:pPr>
            <w:r w:rsidRPr="00F51F43">
              <w:rPr>
                <w:noProof/>
                <w:sz w:val="20"/>
                <w:szCs w:val="20"/>
              </w:rPr>
              <w:t>Međusobno upoznavanje i druženje</w:t>
            </w:r>
          </w:p>
        </w:tc>
        <w:tc>
          <w:tcPr>
            <w:tcW w:w="2387" w:type="dxa"/>
            <w:tcMar>
              <w:top w:w="80" w:type="dxa"/>
              <w:left w:w="80" w:type="dxa"/>
              <w:bottom w:w="80" w:type="dxa"/>
              <w:right w:w="80" w:type="dxa"/>
            </w:tcMar>
            <w:vAlign w:val="center"/>
          </w:tcPr>
          <w:p w14:paraId="6C45084C" w14:textId="77777777" w:rsidR="00ED17BE" w:rsidRPr="00F51F43" w:rsidRDefault="00ED17BE" w:rsidP="00ED17BE">
            <w:pPr>
              <w:spacing w:after="0" w:line="240" w:lineRule="auto"/>
              <w:jc w:val="center"/>
              <w:rPr>
                <w:noProof/>
                <w:sz w:val="20"/>
                <w:szCs w:val="20"/>
              </w:rPr>
            </w:pPr>
            <w:r w:rsidRPr="00F51F43">
              <w:rPr>
                <w:noProof/>
                <w:sz w:val="20"/>
                <w:szCs w:val="20"/>
              </w:rPr>
              <w:t>Razvoj empatije i osjećaj zahvalnosti</w:t>
            </w:r>
          </w:p>
        </w:tc>
        <w:tc>
          <w:tcPr>
            <w:tcW w:w="2363" w:type="dxa"/>
            <w:tcMar>
              <w:top w:w="80" w:type="dxa"/>
              <w:left w:w="80" w:type="dxa"/>
              <w:bottom w:w="80" w:type="dxa"/>
              <w:right w:w="80" w:type="dxa"/>
            </w:tcMar>
            <w:vAlign w:val="center"/>
          </w:tcPr>
          <w:p w14:paraId="2F5C4C1D" w14:textId="77777777" w:rsidR="00ED17BE" w:rsidRPr="00F51F43" w:rsidRDefault="00ED17BE" w:rsidP="00ED17BE">
            <w:pPr>
              <w:spacing w:after="0" w:line="240" w:lineRule="auto"/>
              <w:jc w:val="center"/>
              <w:rPr>
                <w:noProof/>
                <w:sz w:val="20"/>
                <w:szCs w:val="20"/>
              </w:rPr>
            </w:pPr>
            <w:r w:rsidRPr="00F51F43">
              <w:rPr>
                <w:noProof/>
                <w:sz w:val="20"/>
                <w:szCs w:val="20"/>
              </w:rPr>
              <w:t>Priprema svečanog stola, pjevanje pjesmica te degustacija kruha i kolača</w:t>
            </w:r>
          </w:p>
        </w:tc>
        <w:tc>
          <w:tcPr>
            <w:tcW w:w="2088" w:type="dxa"/>
            <w:tcMar>
              <w:top w:w="80" w:type="dxa"/>
              <w:left w:w="80" w:type="dxa"/>
              <w:bottom w:w="80" w:type="dxa"/>
              <w:right w:w="80" w:type="dxa"/>
            </w:tcMar>
            <w:vAlign w:val="center"/>
          </w:tcPr>
          <w:p w14:paraId="02E0BBCC" w14:textId="77777777" w:rsidR="00ED17BE" w:rsidRPr="00F51F43" w:rsidRDefault="00ED17BE" w:rsidP="00ED17BE">
            <w:pPr>
              <w:spacing w:after="0" w:line="240" w:lineRule="auto"/>
              <w:jc w:val="center"/>
              <w:rPr>
                <w:noProof/>
                <w:sz w:val="20"/>
                <w:szCs w:val="20"/>
              </w:rPr>
            </w:pPr>
            <w:r w:rsidRPr="00F51F43">
              <w:rPr>
                <w:noProof/>
                <w:sz w:val="20"/>
                <w:szCs w:val="20"/>
              </w:rPr>
              <w:t>reakcije djece</w:t>
            </w:r>
          </w:p>
        </w:tc>
      </w:tr>
      <w:tr w:rsidR="00ED17BE" w:rsidRPr="00F51F43" w14:paraId="7BB4287C" w14:textId="77777777" w:rsidTr="00ED17BE">
        <w:trPr>
          <w:cantSplit/>
          <w:jc w:val="center"/>
        </w:trPr>
        <w:tc>
          <w:tcPr>
            <w:tcW w:w="1101" w:type="dxa"/>
            <w:tcMar>
              <w:top w:w="80" w:type="dxa"/>
              <w:left w:w="80" w:type="dxa"/>
              <w:bottom w:w="80" w:type="dxa"/>
              <w:right w:w="80" w:type="dxa"/>
            </w:tcMar>
            <w:vAlign w:val="center"/>
          </w:tcPr>
          <w:p w14:paraId="161CE15F" w14:textId="77777777" w:rsidR="00ED17BE" w:rsidRPr="00F51F43" w:rsidRDefault="00ED17BE" w:rsidP="00ED17BE">
            <w:pPr>
              <w:spacing w:after="0" w:line="240" w:lineRule="auto"/>
              <w:jc w:val="center"/>
              <w:rPr>
                <w:noProof/>
                <w:sz w:val="20"/>
                <w:szCs w:val="20"/>
              </w:rPr>
            </w:pPr>
            <w:r w:rsidRPr="00F51F43">
              <w:rPr>
                <w:noProof/>
                <w:sz w:val="20"/>
                <w:szCs w:val="20"/>
              </w:rPr>
              <w:t>Fotoshop Prioriti</w:t>
            </w:r>
          </w:p>
        </w:tc>
        <w:tc>
          <w:tcPr>
            <w:tcW w:w="992" w:type="dxa"/>
            <w:tcMar>
              <w:top w:w="80" w:type="dxa"/>
              <w:left w:w="80" w:type="dxa"/>
              <w:bottom w:w="80" w:type="dxa"/>
              <w:right w:w="80" w:type="dxa"/>
            </w:tcMar>
            <w:vAlign w:val="center"/>
          </w:tcPr>
          <w:p w14:paraId="6CFEA82F" w14:textId="77777777" w:rsidR="00ED17BE" w:rsidRPr="00F51F43" w:rsidRDefault="00ED17BE" w:rsidP="00ED17BE">
            <w:pPr>
              <w:spacing w:after="0" w:line="240" w:lineRule="auto"/>
              <w:jc w:val="center"/>
              <w:rPr>
                <w:noProof/>
                <w:sz w:val="20"/>
                <w:szCs w:val="20"/>
              </w:rPr>
            </w:pPr>
            <w:r w:rsidRPr="00F51F43">
              <w:rPr>
                <w:noProof/>
                <w:sz w:val="20"/>
                <w:szCs w:val="20"/>
              </w:rPr>
              <w:t>veljača, lipanj</w:t>
            </w:r>
          </w:p>
        </w:tc>
        <w:tc>
          <w:tcPr>
            <w:tcW w:w="851" w:type="dxa"/>
            <w:tcMar>
              <w:top w:w="80" w:type="dxa"/>
              <w:left w:w="80" w:type="dxa"/>
              <w:bottom w:w="80" w:type="dxa"/>
              <w:right w:w="80" w:type="dxa"/>
            </w:tcMar>
            <w:vAlign w:val="center"/>
          </w:tcPr>
          <w:p w14:paraId="008711E0" w14:textId="77777777" w:rsidR="00ED17BE" w:rsidRPr="00F51F43" w:rsidRDefault="00ED17BE" w:rsidP="00ED17BE">
            <w:pPr>
              <w:spacing w:after="0" w:line="240" w:lineRule="auto"/>
              <w:jc w:val="center"/>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58C576F2"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2A710113" w14:textId="77777777" w:rsidR="00ED17BE" w:rsidRPr="00F51F43" w:rsidRDefault="00ED17BE" w:rsidP="00ED17BE">
            <w:pPr>
              <w:spacing w:after="0" w:line="240" w:lineRule="auto"/>
              <w:jc w:val="center"/>
              <w:rPr>
                <w:noProof/>
                <w:sz w:val="20"/>
                <w:szCs w:val="20"/>
              </w:rPr>
            </w:pPr>
            <w:r w:rsidRPr="00F51F43">
              <w:rPr>
                <w:noProof/>
                <w:sz w:val="20"/>
                <w:szCs w:val="20"/>
              </w:rPr>
              <w:t>Zajedničko fotografiranje skupine</w:t>
            </w:r>
          </w:p>
        </w:tc>
        <w:tc>
          <w:tcPr>
            <w:tcW w:w="2387" w:type="dxa"/>
            <w:tcMar>
              <w:top w:w="80" w:type="dxa"/>
              <w:left w:w="80" w:type="dxa"/>
              <w:bottom w:w="80" w:type="dxa"/>
              <w:right w:w="80" w:type="dxa"/>
            </w:tcMar>
            <w:vAlign w:val="center"/>
          </w:tcPr>
          <w:p w14:paraId="4C430F11" w14:textId="77777777" w:rsidR="00ED17BE" w:rsidRPr="00F51F43" w:rsidRDefault="00ED17BE" w:rsidP="00ED17BE">
            <w:pPr>
              <w:spacing w:after="0" w:line="240" w:lineRule="auto"/>
              <w:jc w:val="center"/>
              <w:rPr>
                <w:noProof/>
                <w:sz w:val="20"/>
                <w:szCs w:val="20"/>
              </w:rPr>
            </w:pPr>
          </w:p>
        </w:tc>
        <w:tc>
          <w:tcPr>
            <w:tcW w:w="2363" w:type="dxa"/>
            <w:tcMar>
              <w:top w:w="80" w:type="dxa"/>
              <w:left w:w="80" w:type="dxa"/>
              <w:bottom w:w="80" w:type="dxa"/>
              <w:right w:w="80" w:type="dxa"/>
            </w:tcMar>
            <w:vAlign w:val="center"/>
          </w:tcPr>
          <w:p w14:paraId="43A5DEDC" w14:textId="77777777" w:rsidR="00ED17BE" w:rsidRPr="00F51F43" w:rsidRDefault="00ED17BE" w:rsidP="00ED17BE">
            <w:pPr>
              <w:spacing w:after="0" w:line="240" w:lineRule="auto"/>
              <w:jc w:val="center"/>
              <w:rPr>
                <w:noProof/>
                <w:sz w:val="20"/>
                <w:szCs w:val="20"/>
              </w:rPr>
            </w:pPr>
          </w:p>
        </w:tc>
        <w:tc>
          <w:tcPr>
            <w:tcW w:w="2088" w:type="dxa"/>
            <w:tcMar>
              <w:top w:w="80" w:type="dxa"/>
              <w:left w:w="80" w:type="dxa"/>
              <w:bottom w:w="80" w:type="dxa"/>
              <w:right w:w="80" w:type="dxa"/>
            </w:tcMar>
            <w:vAlign w:val="center"/>
          </w:tcPr>
          <w:p w14:paraId="4D637609" w14:textId="77777777" w:rsidR="00ED17BE" w:rsidRPr="00F51F43" w:rsidRDefault="00ED17BE" w:rsidP="00ED17BE">
            <w:pPr>
              <w:spacing w:after="0" w:line="240" w:lineRule="auto"/>
              <w:jc w:val="center"/>
              <w:rPr>
                <w:noProof/>
                <w:sz w:val="20"/>
                <w:szCs w:val="20"/>
              </w:rPr>
            </w:pPr>
            <w:r w:rsidRPr="00F51F43">
              <w:rPr>
                <w:noProof/>
                <w:sz w:val="20"/>
                <w:szCs w:val="20"/>
              </w:rPr>
              <w:t>reakcije djece</w:t>
            </w:r>
          </w:p>
        </w:tc>
      </w:tr>
      <w:tr w:rsidR="00ED17BE" w:rsidRPr="00F51F43" w14:paraId="1667DD86" w14:textId="77777777" w:rsidTr="00ED17BE">
        <w:trPr>
          <w:cantSplit/>
          <w:jc w:val="center"/>
        </w:trPr>
        <w:tc>
          <w:tcPr>
            <w:tcW w:w="1101" w:type="dxa"/>
            <w:tcMar>
              <w:top w:w="80" w:type="dxa"/>
              <w:left w:w="80" w:type="dxa"/>
              <w:bottom w:w="80" w:type="dxa"/>
              <w:right w:w="80" w:type="dxa"/>
            </w:tcMar>
            <w:vAlign w:val="center"/>
          </w:tcPr>
          <w:p w14:paraId="4982087E"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Damir S. svećenik</w:t>
            </w:r>
          </w:p>
        </w:tc>
        <w:tc>
          <w:tcPr>
            <w:tcW w:w="992" w:type="dxa"/>
            <w:tcMar>
              <w:top w:w="80" w:type="dxa"/>
              <w:left w:w="80" w:type="dxa"/>
              <w:bottom w:w="80" w:type="dxa"/>
              <w:right w:w="80" w:type="dxa"/>
            </w:tcMar>
            <w:vAlign w:val="center"/>
          </w:tcPr>
          <w:p w14:paraId="1C8CB5E6"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5D2AF026"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534BD977"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1FE28725" w14:textId="77777777" w:rsidR="00ED17BE" w:rsidRPr="00F51F43" w:rsidRDefault="00ED17BE" w:rsidP="00ED17BE">
            <w:pPr>
              <w:spacing w:after="0" w:line="240" w:lineRule="auto"/>
              <w:jc w:val="center"/>
              <w:rPr>
                <w:noProof/>
                <w:sz w:val="20"/>
                <w:szCs w:val="20"/>
              </w:rPr>
            </w:pPr>
            <w:r w:rsidRPr="00F51F43">
              <w:rPr>
                <w:noProof/>
                <w:sz w:val="20"/>
                <w:szCs w:val="20"/>
              </w:rPr>
              <w:t>međusobno upoznavanje i druženje</w:t>
            </w:r>
          </w:p>
        </w:tc>
        <w:tc>
          <w:tcPr>
            <w:tcW w:w="2387" w:type="dxa"/>
            <w:tcMar>
              <w:top w:w="80" w:type="dxa"/>
              <w:left w:w="80" w:type="dxa"/>
              <w:bottom w:w="80" w:type="dxa"/>
              <w:right w:w="80" w:type="dxa"/>
            </w:tcMar>
            <w:vAlign w:val="center"/>
          </w:tcPr>
          <w:p w14:paraId="506752E8" w14:textId="77777777" w:rsidR="00ED17BE" w:rsidRPr="00F51F43" w:rsidRDefault="00ED17BE" w:rsidP="00ED17BE">
            <w:pPr>
              <w:spacing w:after="0" w:line="240" w:lineRule="auto"/>
              <w:jc w:val="center"/>
              <w:rPr>
                <w:noProof/>
                <w:sz w:val="20"/>
                <w:szCs w:val="20"/>
              </w:rPr>
            </w:pPr>
            <w:r w:rsidRPr="00F51F43">
              <w:rPr>
                <w:noProof/>
                <w:sz w:val="20"/>
                <w:szCs w:val="20"/>
              </w:rPr>
              <w:t>razvoj empatije i osjećaja zahvalnosti</w:t>
            </w:r>
          </w:p>
        </w:tc>
        <w:tc>
          <w:tcPr>
            <w:tcW w:w="2363" w:type="dxa"/>
            <w:tcMar>
              <w:top w:w="80" w:type="dxa"/>
              <w:left w:w="80" w:type="dxa"/>
              <w:bottom w:w="80" w:type="dxa"/>
              <w:right w:w="80" w:type="dxa"/>
            </w:tcMar>
            <w:vAlign w:val="center"/>
          </w:tcPr>
          <w:p w14:paraId="26E47E87" w14:textId="77777777" w:rsidR="00ED17BE" w:rsidRPr="00F51F43" w:rsidRDefault="00ED17BE" w:rsidP="00ED17BE">
            <w:pPr>
              <w:spacing w:after="0" w:line="240" w:lineRule="auto"/>
              <w:jc w:val="center"/>
              <w:rPr>
                <w:noProof/>
                <w:sz w:val="20"/>
                <w:szCs w:val="20"/>
              </w:rPr>
            </w:pPr>
            <w:r w:rsidRPr="00F51F43">
              <w:rPr>
                <w:noProof/>
                <w:sz w:val="20"/>
                <w:szCs w:val="20"/>
              </w:rPr>
              <w:t>priprema svečanog stola</w:t>
            </w:r>
          </w:p>
        </w:tc>
        <w:tc>
          <w:tcPr>
            <w:tcW w:w="2088" w:type="dxa"/>
            <w:tcMar>
              <w:top w:w="80" w:type="dxa"/>
              <w:left w:w="80" w:type="dxa"/>
              <w:bottom w:w="80" w:type="dxa"/>
              <w:right w:w="80" w:type="dxa"/>
            </w:tcMar>
            <w:vAlign w:val="center"/>
          </w:tcPr>
          <w:p w14:paraId="26D6B84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dokumentiranje</w:t>
            </w:r>
          </w:p>
        </w:tc>
      </w:tr>
      <w:tr w:rsidR="00ED17BE" w:rsidRPr="00F51F43" w14:paraId="4A78F958" w14:textId="77777777" w:rsidTr="00ED17BE">
        <w:trPr>
          <w:cantSplit/>
          <w:jc w:val="center"/>
        </w:trPr>
        <w:tc>
          <w:tcPr>
            <w:tcW w:w="1101" w:type="dxa"/>
            <w:tcMar>
              <w:top w:w="80" w:type="dxa"/>
              <w:left w:w="80" w:type="dxa"/>
              <w:bottom w:w="80" w:type="dxa"/>
              <w:right w:w="80" w:type="dxa"/>
            </w:tcMar>
            <w:vAlign w:val="center"/>
          </w:tcPr>
          <w:p w14:paraId="29AA28D6" w14:textId="77777777" w:rsidR="00ED17BE" w:rsidRPr="00F51F43" w:rsidRDefault="007A58ED" w:rsidP="007A58ED">
            <w:pPr>
              <w:spacing w:after="0" w:line="240" w:lineRule="auto"/>
              <w:jc w:val="center"/>
              <w:rPr>
                <w:noProof/>
                <w:sz w:val="20"/>
                <w:szCs w:val="20"/>
              </w:rPr>
            </w:pPr>
            <w:r w:rsidRPr="00F51F43">
              <w:rPr>
                <w:noProof/>
                <w:sz w:val="20"/>
                <w:szCs w:val="20"/>
              </w:rPr>
              <w:t>Katarina</w:t>
            </w:r>
            <w:r w:rsidR="00ED17BE" w:rsidRPr="00F51F43">
              <w:rPr>
                <w:noProof/>
                <w:sz w:val="20"/>
                <w:szCs w:val="20"/>
              </w:rPr>
              <w:t xml:space="preserve"> i Dalibor V</w:t>
            </w:r>
            <w:r w:rsidRPr="00F51F43">
              <w:rPr>
                <w:noProof/>
                <w:sz w:val="20"/>
                <w:szCs w:val="20"/>
              </w:rPr>
              <w:t>.</w:t>
            </w:r>
            <w:r w:rsidR="00ED17BE" w:rsidRPr="00F51F43">
              <w:rPr>
                <w:noProof/>
                <w:sz w:val="20"/>
                <w:szCs w:val="20"/>
              </w:rPr>
              <w:t xml:space="preserve"> </w:t>
            </w:r>
          </w:p>
        </w:tc>
        <w:tc>
          <w:tcPr>
            <w:tcW w:w="992" w:type="dxa"/>
            <w:tcMar>
              <w:top w:w="80" w:type="dxa"/>
              <w:left w:w="80" w:type="dxa"/>
              <w:bottom w:w="80" w:type="dxa"/>
              <w:right w:w="80" w:type="dxa"/>
            </w:tcMar>
            <w:vAlign w:val="center"/>
          </w:tcPr>
          <w:p w14:paraId="7FED5455" w14:textId="77777777" w:rsidR="00ED17BE" w:rsidRPr="00F51F43" w:rsidRDefault="00ED17BE" w:rsidP="00ED17BE">
            <w:pPr>
              <w:spacing w:after="0" w:line="240" w:lineRule="auto"/>
              <w:jc w:val="center"/>
              <w:rPr>
                <w:noProof/>
                <w:sz w:val="20"/>
                <w:szCs w:val="20"/>
              </w:rPr>
            </w:pPr>
            <w:r w:rsidRPr="00F51F43">
              <w:rPr>
                <w:noProof/>
                <w:sz w:val="20"/>
                <w:szCs w:val="20"/>
              </w:rPr>
              <w:t>prema dogovoru</w:t>
            </w:r>
          </w:p>
        </w:tc>
        <w:tc>
          <w:tcPr>
            <w:tcW w:w="851" w:type="dxa"/>
            <w:tcMar>
              <w:top w:w="80" w:type="dxa"/>
              <w:left w:w="80" w:type="dxa"/>
              <w:bottom w:w="80" w:type="dxa"/>
              <w:right w:w="80" w:type="dxa"/>
            </w:tcMar>
            <w:vAlign w:val="center"/>
          </w:tcPr>
          <w:p w14:paraId="4EC942BB"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1A11D188"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38A020D4" w14:textId="77777777" w:rsidR="00ED17BE" w:rsidRPr="00F51F43" w:rsidRDefault="00ED17BE" w:rsidP="00ED17BE">
            <w:pPr>
              <w:spacing w:after="0" w:line="240" w:lineRule="auto"/>
              <w:jc w:val="center"/>
              <w:rPr>
                <w:noProof/>
                <w:sz w:val="20"/>
                <w:szCs w:val="20"/>
              </w:rPr>
            </w:pPr>
            <w:r w:rsidRPr="00F51F43">
              <w:rPr>
                <w:noProof/>
                <w:sz w:val="20"/>
                <w:szCs w:val="20"/>
              </w:rPr>
              <w:t>upoznavanje zanimanje agronoma</w:t>
            </w:r>
          </w:p>
        </w:tc>
        <w:tc>
          <w:tcPr>
            <w:tcW w:w="2387" w:type="dxa"/>
            <w:tcMar>
              <w:top w:w="80" w:type="dxa"/>
              <w:left w:w="80" w:type="dxa"/>
              <w:bottom w:w="80" w:type="dxa"/>
              <w:right w:w="80" w:type="dxa"/>
            </w:tcMar>
            <w:vAlign w:val="center"/>
          </w:tcPr>
          <w:p w14:paraId="7218375C" w14:textId="77777777" w:rsidR="00ED17BE" w:rsidRPr="00F51F43" w:rsidRDefault="00ED17BE" w:rsidP="00ED17BE">
            <w:pPr>
              <w:spacing w:after="0" w:line="240" w:lineRule="auto"/>
              <w:jc w:val="center"/>
              <w:rPr>
                <w:noProof/>
                <w:sz w:val="20"/>
                <w:szCs w:val="20"/>
              </w:rPr>
            </w:pPr>
            <w:r w:rsidRPr="00F51F43">
              <w:rPr>
                <w:noProof/>
                <w:sz w:val="20"/>
                <w:szCs w:val="20"/>
              </w:rPr>
              <w:t>Razvoj osjećaja za odgovornost prema prirodi</w:t>
            </w:r>
          </w:p>
        </w:tc>
        <w:tc>
          <w:tcPr>
            <w:tcW w:w="2363" w:type="dxa"/>
            <w:tcMar>
              <w:top w:w="80" w:type="dxa"/>
              <w:left w:w="80" w:type="dxa"/>
              <w:bottom w:w="80" w:type="dxa"/>
              <w:right w:w="80" w:type="dxa"/>
            </w:tcMar>
            <w:vAlign w:val="center"/>
          </w:tcPr>
          <w:p w14:paraId="2610B62A" w14:textId="77777777" w:rsidR="00ED17BE" w:rsidRPr="00F51F43" w:rsidRDefault="00ED17BE" w:rsidP="00ED17BE">
            <w:pPr>
              <w:spacing w:after="0" w:line="240" w:lineRule="auto"/>
              <w:jc w:val="center"/>
              <w:rPr>
                <w:noProof/>
                <w:sz w:val="20"/>
                <w:szCs w:val="20"/>
              </w:rPr>
            </w:pPr>
            <w:r w:rsidRPr="00F51F43">
              <w:rPr>
                <w:noProof/>
                <w:sz w:val="20"/>
                <w:szCs w:val="20"/>
              </w:rPr>
              <w:t>pripremiti posudice i zemlju za sadnju, sjeme, vodu</w:t>
            </w:r>
          </w:p>
        </w:tc>
        <w:tc>
          <w:tcPr>
            <w:tcW w:w="2088" w:type="dxa"/>
            <w:tcMar>
              <w:top w:w="80" w:type="dxa"/>
              <w:left w:w="80" w:type="dxa"/>
              <w:bottom w:w="80" w:type="dxa"/>
              <w:right w:w="80" w:type="dxa"/>
            </w:tcMar>
            <w:vAlign w:val="center"/>
          </w:tcPr>
          <w:p w14:paraId="6A2938E8"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reakcije roditelja, izjave roditelja, fotodokumentacija, dokumentiranje</w:t>
            </w:r>
          </w:p>
        </w:tc>
      </w:tr>
      <w:tr w:rsidR="00ED17BE" w:rsidRPr="00F51F43" w14:paraId="6666DC4B" w14:textId="77777777" w:rsidTr="00ED17BE">
        <w:trPr>
          <w:cantSplit/>
          <w:jc w:val="center"/>
        </w:trPr>
        <w:tc>
          <w:tcPr>
            <w:tcW w:w="1101" w:type="dxa"/>
            <w:tcMar>
              <w:top w:w="80" w:type="dxa"/>
              <w:left w:w="80" w:type="dxa"/>
              <w:bottom w:w="80" w:type="dxa"/>
              <w:right w:w="80" w:type="dxa"/>
            </w:tcMar>
            <w:vAlign w:val="center"/>
          </w:tcPr>
          <w:p w14:paraId="1E026F60" w14:textId="77777777" w:rsidR="00ED17BE" w:rsidRPr="00F51F43" w:rsidRDefault="00ED17BE" w:rsidP="00ED17BE">
            <w:pPr>
              <w:spacing w:after="0" w:line="240" w:lineRule="auto"/>
              <w:jc w:val="center"/>
              <w:rPr>
                <w:noProof/>
                <w:sz w:val="20"/>
                <w:szCs w:val="20"/>
              </w:rPr>
            </w:pPr>
            <w:r w:rsidRPr="00F51F43">
              <w:rPr>
                <w:noProof/>
                <w:sz w:val="20"/>
                <w:szCs w:val="20"/>
              </w:rPr>
              <w:t>Damir S. svećenik</w:t>
            </w:r>
          </w:p>
        </w:tc>
        <w:tc>
          <w:tcPr>
            <w:tcW w:w="992" w:type="dxa"/>
            <w:tcMar>
              <w:top w:w="80" w:type="dxa"/>
              <w:left w:w="80" w:type="dxa"/>
              <w:bottom w:w="80" w:type="dxa"/>
              <w:right w:w="80" w:type="dxa"/>
            </w:tcMar>
            <w:vAlign w:val="center"/>
          </w:tcPr>
          <w:p w14:paraId="5E777783" w14:textId="77777777" w:rsidR="00ED17BE" w:rsidRPr="00F51F43" w:rsidRDefault="00ED17BE" w:rsidP="00ED17BE">
            <w:pPr>
              <w:spacing w:after="0" w:line="240" w:lineRule="auto"/>
              <w:jc w:val="center"/>
              <w:rPr>
                <w:noProof/>
                <w:sz w:val="20"/>
                <w:szCs w:val="20"/>
              </w:rPr>
            </w:pPr>
            <w:r w:rsidRPr="00F51F43">
              <w:rPr>
                <w:noProof/>
                <w:sz w:val="20"/>
                <w:szCs w:val="20"/>
              </w:rPr>
              <w:t>siječanj</w:t>
            </w:r>
          </w:p>
        </w:tc>
        <w:tc>
          <w:tcPr>
            <w:tcW w:w="851" w:type="dxa"/>
            <w:tcMar>
              <w:top w:w="80" w:type="dxa"/>
              <w:left w:w="80" w:type="dxa"/>
              <w:bottom w:w="80" w:type="dxa"/>
              <w:right w:w="80" w:type="dxa"/>
            </w:tcMar>
            <w:vAlign w:val="center"/>
          </w:tcPr>
          <w:p w14:paraId="2830BAED"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07FE3DF"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7555D0AE" w14:textId="77777777" w:rsidR="00ED17BE" w:rsidRPr="00F51F43" w:rsidRDefault="00ED17BE" w:rsidP="00ED17BE">
            <w:pPr>
              <w:spacing w:after="0" w:line="240" w:lineRule="auto"/>
              <w:jc w:val="center"/>
              <w:rPr>
                <w:noProof/>
                <w:sz w:val="20"/>
                <w:szCs w:val="20"/>
              </w:rPr>
            </w:pPr>
            <w:r w:rsidRPr="00F51F43">
              <w:rPr>
                <w:noProof/>
                <w:sz w:val="20"/>
                <w:szCs w:val="20"/>
              </w:rPr>
              <w:t>poticati tradicijske običaje našeg kraja</w:t>
            </w:r>
          </w:p>
        </w:tc>
        <w:tc>
          <w:tcPr>
            <w:tcW w:w="2387" w:type="dxa"/>
            <w:tcMar>
              <w:top w:w="80" w:type="dxa"/>
              <w:left w:w="80" w:type="dxa"/>
              <w:bottom w:w="80" w:type="dxa"/>
              <w:right w:w="80" w:type="dxa"/>
            </w:tcMar>
            <w:vAlign w:val="center"/>
          </w:tcPr>
          <w:p w14:paraId="783387FD" w14:textId="77777777" w:rsidR="00ED17BE" w:rsidRPr="00F51F43" w:rsidRDefault="00ED17BE" w:rsidP="00ED17BE">
            <w:pPr>
              <w:spacing w:after="0" w:line="240" w:lineRule="auto"/>
              <w:jc w:val="center"/>
              <w:rPr>
                <w:noProof/>
                <w:sz w:val="20"/>
                <w:szCs w:val="20"/>
              </w:rPr>
            </w:pPr>
            <w:r w:rsidRPr="00F51F43">
              <w:rPr>
                <w:noProof/>
                <w:sz w:val="20"/>
                <w:szCs w:val="20"/>
              </w:rPr>
              <w:t>razvoj empatije i osjećaja zahvalnosti za Božji blagoslov</w:t>
            </w:r>
          </w:p>
        </w:tc>
        <w:tc>
          <w:tcPr>
            <w:tcW w:w="2363" w:type="dxa"/>
            <w:tcMar>
              <w:top w:w="80" w:type="dxa"/>
              <w:left w:w="80" w:type="dxa"/>
              <w:bottom w:w="80" w:type="dxa"/>
              <w:right w:w="80" w:type="dxa"/>
            </w:tcMar>
            <w:vAlign w:val="center"/>
          </w:tcPr>
          <w:p w14:paraId="6BF4DA96" w14:textId="77777777" w:rsidR="00ED17BE" w:rsidRPr="00F51F43" w:rsidRDefault="00ED17BE" w:rsidP="00ED17BE">
            <w:pPr>
              <w:spacing w:after="0" w:line="240" w:lineRule="auto"/>
              <w:jc w:val="center"/>
              <w:rPr>
                <w:noProof/>
                <w:sz w:val="20"/>
                <w:szCs w:val="20"/>
              </w:rPr>
            </w:pPr>
            <w:r w:rsidRPr="00F51F43">
              <w:rPr>
                <w:noProof/>
                <w:sz w:val="20"/>
                <w:szCs w:val="20"/>
              </w:rPr>
              <w:t>Blagoslov vrtića</w:t>
            </w:r>
          </w:p>
        </w:tc>
        <w:tc>
          <w:tcPr>
            <w:tcW w:w="2088" w:type="dxa"/>
            <w:tcMar>
              <w:top w:w="80" w:type="dxa"/>
              <w:left w:w="80" w:type="dxa"/>
              <w:bottom w:w="80" w:type="dxa"/>
              <w:right w:w="80" w:type="dxa"/>
            </w:tcMar>
            <w:vAlign w:val="center"/>
          </w:tcPr>
          <w:p w14:paraId="2B729911"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dokumentiranje</w:t>
            </w:r>
          </w:p>
        </w:tc>
      </w:tr>
      <w:tr w:rsidR="00ED17BE" w:rsidRPr="00F51F43" w14:paraId="2506E4C7" w14:textId="77777777" w:rsidTr="00ED17BE">
        <w:trPr>
          <w:cantSplit/>
          <w:jc w:val="center"/>
        </w:trPr>
        <w:tc>
          <w:tcPr>
            <w:tcW w:w="1101" w:type="dxa"/>
            <w:tcMar>
              <w:top w:w="80" w:type="dxa"/>
              <w:left w:w="80" w:type="dxa"/>
              <w:bottom w:w="80" w:type="dxa"/>
              <w:right w:w="80" w:type="dxa"/>
            </w:tcMar>
            <w:vAlign w:val="center"/>
          </w:tcPr>
          <w:p w14:paraId="131E0F27" w14:textId="77777777" w:rsidR="00ED17BE" w:rsidRPr="00F51F43" w:rsidRDefault="00ED17BE" w:rsidP="00ED17BE">
            <w:pPr>
              <w:spacing w:after="0" w:line="240" w:lineRule="auto"/>
              <w:jc w:val="center"/>
              <w:rPr>
                <w:noProof/>
                <w:sz w:val="20"/>
                <w:szCs w:val="20"/>
              </w:rPr>
            </w:pPr>
            <w:r w:rsidRPr="00F51F43">
              <w:rPr>
                <w:noProof/>
                <w:sz w:val="20"/>
                <w:szCs w:val="20"/>
              </w:rPr>
              <w:t xml:space="preserve">Dajan P., Tea B. </w:t>
            </w:r>
          </w:p>
        </w:tc>
        <w:tc>
          <w:tcPr>
            <w:tcW w:w="992" w:type="dxa"/>
            <w:tcMar>
              <w:top w:w="80" w:type="dxa"/>
              <w:left w:w="80" w:type="dxa"/>
              <w:bottom w:w="80" w:type="dxa"/>
              <w:right w:w="80" w:type="dxa"/>
            </w:tcMar>
            <w:vAlign w:val="center"/>
          </w:tcPr>
          <w:p w14:paraId="0337FFD9" w14:textId="77777777" w:rsidR="00ED17BE" w:rsidRPr="00F51F43" w:rsidRDefault="00ED17BE" w:rsidP="00ED17BE">
            <w:pPr>
              <w:spacing w:after="0" w:line="240" w:lineRule="auto"/>
              <w:jc w:val="center"/>
              <w:rPr>
                <w:noProof/>
                <w:sz w:val="20"/>
                <w:szCs w:val="20"/>
              </w:rPr>
            </w:pPr>
            <w:r w:rsidRPr="00F51F43">
              <w:rPr>
                <w:noProof/>
                <w:sz w:val="20"/>
                <w:szCs w:val="20"/>
              </w:rPr>
              <w:t>prema dogovoru</w:t>
            </w:r>
          </w:p>
        </w:tc>
        <w:tc>
          <w:tcPr>
            <w:tcW w:w="851" w:type="dxa"/>
            <w:tcMar>
              <w:top w:w="80" w:type="dxa"/>
              <w:left w:w="80" w:type="dxa"/>
              <w:bottom w:w="80" w:type="dxa"/>
              <w:right w:w="80" w:type="dxa"/>
            </w:tcMar>
            <w:vAlign w:val="center"/>
          </w:tcPr>
          <w:p w14:paraId="165ECF8C"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4E4CEBAD"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77FA3711" w14:textId="77777777" w:rsidR="00ED17BE" w:rsidRPr="00F51F43" w:rsidRDefault="00ED17BE" w:rsidP="00ED17BE">
            <w:pPr>
              <w:spacing w:after="0" w:line="240" w:lineRule="auto"/>
              <w:jc w:val="center"/>
              <w:rPr>
                <w:noProof/>
                <w:sz w:val="20"/>
                <w:szCs w:val="20"/>
              </w:rPr>
            </w:pPr>
            <w:r w:rsidRPr="00F51F43">
              <w:rPr>
                <w:noProof/>
                <w:sz w:val="20"/>
                <w:szCs w:val="20"/>
              </w:rPr>
              <w:t>upoznavanje zanimanja medicinske sestre, doktora i zašto su nam važni</w:t>
            </w:r>
          </w:p>
        </w:tc>
        <w:tc>
          <w:tcPr>
            <w:tcW w:w="2387" w:type="dxa"/>
            <w:tcMar>
              <w:top w:w="80" w:type="dxa"/>
              <w:left w:w="80" w:type="dxa"/>
              <w:bottom w:w="80" w:type="dxa"/>
              <w:right w:w="80" w:type="dxa"/>
            </w:tcMar>
            <w:vAlign w:val="center"/>
          </w:tcPr>
          <w:p w14:paraId="551F849B" w14:textId="77777777" w:rsidR="00ED17BE" w:rsidRPr="00F51F43" w:rsidRDefault="00ED17BE" w:rsidP="00ED17BE">
            <w:pPr>
              <w:spacing w:after="0" w:line="240" w:lineRule="auto"/>
              <w:jc w:val="center"/>
              <w:rPr>
                <w:noProof/>
                <w:sz w:val="20"/>
                <w:szCs w:val="20"/>
              </w:rPr>
            </w:pPr>
            <w:r w:rsidRPr="00F51F43">
              <w:rPr>
                <w:noProof/>
                <w:sz w:val="20"/>
                <w:szCs w:val="20"/>
              </w:rPr>
              <w:t>razvoj dobrih emocionalnih osjećaja i povjerenja prema doktorima i medicinskim sestrama</w:t>
            </w:r>
          </w:p>
        </w:tc>
        <w:tc>
          <w:tcPr>
            <w:tcW w:w="2363" w:type="dxa"/>
            <w:tcMar>
              <w:top w:w="80" w:type="dxa"/>
              <w:left w:w="80" w:type="dxa"/>
              <w:bottom w:w="80" w:type="dxa"/>
              <w:right w:w="80" w:type="dxa"/>
            </w:tcMar>
            <w:vAlign w:val="center"/>
          </w:tcPr>
          <w:p w14:paraId="352F0AD9" w14:textId="77777777" w:rsidR="00ED17BE" w:rsidRPr="00F51F43" w:rsidRDefault="00ED17BE" w:rsidP="00ED17BE">
            <w:pPr>
              <w:spacing w:after="0" w:line="240" w:lineRule="auto"/>
              <w:jc w:val="center"/>
              <w:rPr>
                <w:noProof/>
                <w:sz w:val="20"/>
                <w:szCs w:val="20"/>
              </w:rPr>
            </w:pPr>
            <w:r w:rsidRPr="00F51F43">
              <w:rPr>
                <w:noProof/>
                <w:sz w:val="20"/>
                <w:szCs w:val="20"/>
              </w:rPr>
              <w:t>prezentacija osnovnog medicinskog inventara, prihvaćanje službene odore medicinske sestre, imitativna igra, prezentirati kako pomoći sebi i drugima prilikom lakših ozljeda prilikom pada i sl.</w:t>
            </w:r>
          </w:p>
        </w:tc>
        <w:tc>
          <w:tcPr>
            <w:tcW w:w="2088" w:type="dxa"/>
            <w:tcMar>
              <w:top w:w="80" w:type="dxa"/>
              <w:left w:w="80" w:type="dxa"/>
              <w:bottom w:w="80" w:type="dxa"/>
              <w:right w:w="80" w:type="dxa"/>
            </w:tcMar>
            <w:vAlign w:val="center"/>
          </w:tcPr>
          <w:p w14:paraId="68BFE6D2"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fotodokumentacija, videozapisi, dokumentiranje i u igri djece</w:t>
            </w:r>
          </w:p>
        </w:tc>
      </w:tr>
      <w:tr w:rsidR="00ED17BE" w:rsidRPr="00F51F43" w14:paraId="6B07C42A" w14:textId="77777777" w:rsidTr="00ED17BE">
        <w:trPr>
          <w:cantSplit/>
          <w:jc w:val="center"/>
        </w:trPr>
        <w:tc>
          <w:tcPr>
            <w:tcW w:w="1101" w:type="dxa"/>
            <w:tcMar>
              <w:top w:w="80" w:type="dxa"/>
              <w:left w:w="80" w:type="dxa"/>
              <w:bottom w:w="80" w:type="dxa"/>
              <w:right w:w="80" w:type="dxa"/>
            </w:tcMar>
            <w:vAlign w:val="center"/>
          </w:tcPr>
          <w:p w14:paraId="14835BA5" w14:textId="77777777" w:rsidR="00ED17BE" w:rsidRPr="00F51F43" w:rsidRDefault="00ED17BE" w:rsidP="007A58ED">
            <w:pPr>
              <w:spacing w:after="0" w:line="240" w:lineRule="auto"/>
              <w:jc w:val="center"/>
              <w:rPr>
                <w:noProof/>
                <w:sz w:val="20"/>
                <w:szCs w:val="20"/>
              </w:rPr>
            </w:pPr>
            <w:r w:rsidRPr="00F51F43">
              <w:rPr>
                <w:noProof/>
                <w:sz w:val="20"/>
                <w:szCs w:val="20"/>
              </w:rPr>
              <w:t xml:space="preserve">Kristina </w:t>
            </w:r>
            <w:r w:rsidR="007A58ED" w:rsidRPr="00F51F43">
              <w:rPr>
                <w:noProof/>
                <w:sz w:val="20"/>
                <w:szCs w:val="20"/>
              </w:rPr>
              <w:t>F.</w:t>
            </w:r>
            <w:r w:rsidRPr="00F51F43">
              <w:rPr>
                <w:noProof/>
                <w:sz w:val="20"/>
                <w:szCs w:val="20"/>
              </w:rPr>
              <w:t xml:space="preserve"> </w:t>
            </w:r>
          </w:p>
        </w:tc>
        <w:tc>
          <w:tcPr>
            <w:tcW w:w="992" w:type="dxa"/>
            <w:tcMar>
              <w:top w:w="80" w:type="dxa"/>
              <w:left w:w="80" w:type="dxa"/>
              <w:bottom w:w="80" w:type="dxa"/>
              <w:right w:w="80" w:type="dxa"/>
            </w:tcMar>
            <w:vAlign w:val="center"/>
          </w:tcPr>
          <w:p w14:paraId="0E5F8902" w14:textId="77777777" w:rsidR="00ED17BE" w:rsidRPr="00F51F43" w:rsidRDefault="00ED17BE" w:rsidP="00ED17BE">
            <w:pPr>
              <w:spacing w:after="0" w:line="240" w:lineRule="auto"/>
              <w:jc w:val="center"/>
              <w:rPr>
                <w:noProof/>
                <w:sz w:val="20"/>
                <w:szCs w:val="20"/>
              </w:rPr>
            </w:pPr>
            <w:r w:rsidRPr="00F51F43">
              <w:rPr>
                <w:noProof/>
                <w:sz w:val="20"/>
                <w:szCs w:val="20"/>
              </w:rPr>
              <w:t>međunarodni dan dječje knjige</w:t>
            </w:r>
          </w:p>
        </w:tc>
        <w:tc>
          <w:tcPr>
            <w:tcW w:w="851" w:type="dxa"/>
            <w:tcMar>
              <w:top w:w="80" w:type="dxa"/>
              <w:left w:w="80" w:type="dxa"/>
              <w:bottom w:w="80" w:type="dxa"/>
              <w:right w:w="80" w:type="dxa"/>
            </w:tcMar>
            <w:vAlign w:val="center"/>
          </w:tcPr>
          <w:p w14:paraId="0217D0D2"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66B2B984"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7183E3C1" w14:textId="77777777" w:rsidR="00ED17BE" w:rsidRPr="00F51F43" w:rsidRDefault="00ED17BE" w:rsidP="00ED17BE">
            <w:pPr>
              <w:spacing w:after="0" w:line="240" w:lineRule="auto"/>
              <w:jc w:val="center"/>
              <w:rPr>
                <w:noProof/>
                <w:sz w:val="20"/>
                <w:szCs w:val="20"/>
              </w:rPr>
            </w:pPr>
            <w:r w:rsidRPr="00F51F43">
              <w:rPr>
                <w:noProof/>
                <w:sz w:val="20"/>
                <w:szCs w:val="20"/>
              </w:rPr>
              <w:t>razvijati interes za slikovnice, priče</w:t>
            </w:r>
          </w:p>
        </w:tc>
        <w:tc>
          <w:tcPr>
            <w:tcW w:w="2387" w:type="dxa"/>
            <w:tcMar>
              <w:top w:w="80" w:type="dxa"/>
              <w:left w:w="80" w:type="dxa"/>
              <w:bottom w:w="80" w:type="dxa"/>
              <w:right w:w="80" w:type="dxa"/>
            </w:tcMar>
            <w:vAlign w:val="center"/>
          </w:tcPr>
          <w:p w14:paraId="6BC55C0C" w14:textId="77777777" w:rsidR="00ED17BE" w:rsidRPr="00F51F43" w:rsidRDefault="00ED17BE" w:rsidP="00ED17BE">
            <w:pPr>
              <w:spacing w:after="0" w:line="240" w:lineRule="auto"/>
              <w:jc w:val="center"/>
              <w:rPr>
                <w:noProof/>
                <w:sz w:val="20"/>
                <w:szCs w:val="20"/>
              </w:rPr>
            </w:pPr>
            <w:r w:rsidRPr="00F51F43">
              <w:rPr>
                <w:noProof/>
                <w:sz w:val="20"/>
                <w:szCs w:val="20"/>
              </w:rPr>
              <w:t>razvoj kreativnosti i mašte razvoj empatije razvoj aktivnog slušanja i slušanja s razumijevanjem</w:t>
            </w:r>
          </w:p>
        </w:tc>
        <w:tc>
          <w:tcPr>
            <w:tcW w:w="2363" w:type="dxa"/>
            <w:tcMar>
              <w:top w:w="80" w:type="dxa"/>
              <w:left w:w="80" w:type="dxa"/>
              <w:bottom w:w="80" w:type="dxa"/>
              <w:right w:w="80" w:type="dxa"/>
            </w:tcMar>
            <w:vAlign w:val="center"/>
          </w:tcPr>
          <w:p w14:paraId="0D6918CC" w14:textId="77777777" w:rsidR="00ED17BE" w:rsidRPr="00F51F43" w:rsidRDefault="00ED17BE" w:rsidP="00ED17BE">
            <w:pPr>
              <w:spacing w:after="0" w:line="240" w:lineRule="auto"/>
              <w:jc w:val="center"/>
              <w:rPr>
                <w:noProof/>
                <w:sz w:val="20"/>
                <w:szCs w:val="20"/>
              </w:rPr>
            </w:pPr>
            <w:r w:rsidRPr="00F51F43">
              <w:rPr>
                <w:noProof/>
                <w:sz w:val="20"/>
                <w:szCs w:val="20"/>
              </w:rPr>
              <w:t>pripovijedanje priče po izboru prepoznavanje i imenovanje glavnih likova iz priče</w:t>
            </w:r>
          </w:p>
        </w:tc>
        <w:tc>
          <w:tcPr>
            <w:tcW w:w="2088" w:type="dxa"/>
            <w:tcMar>
              <w:top w:w="80" w:type="dxa"/>
              <w:left w:w="80" w:type="dxa"/>
              <w:bottom w:w="80" w:type="dxa"/>
              <w:right w:w="80" w:type="dxa"/>
            </w:tcMar>
            <w:vAlign w:val="center"/>
          </w:tcPr>
          <w:p w14:paraId="13E8F4E5" w14:textId="77777777" w:rsidR="00ED17BE" w:rsidRPr="00F51F43" w:rsidRDefault="00ED17BE" w:rsidP="00ED17BE">
            <w:pPr>
              <w:spacing w:after="0" w:line="240" w:lineRule="auto"/>
              <w:jc w:val="center"/>
              <w:rPr>
                <w:noProof/>
                <w:sz w:val="20"/>
                <w:szCs w:val="20"/>
              </w:rPr>
            </w:pPr>
            <w:r w:rsidRPr="00F51F43">
              <w:rPr>
                <w:noProof/>
                <w:sz w:val="20"/>
                <w:szCs w:val="20"/>
              </w:rPr>
              <w:t>reakcije djece, fotodokumentacija, likovni izraz i sudionika dokumentiranje</w:t>
            </w:r>
          </w:p>
        </w:tc>
      </w:tr>
      <w:tr w:rsidR="00ED17BE" w:rsidRPr="00F51F43" w14:paraId="77A311DD" w14:textId="77777777" w:rsidTr="00ED17BE">
        <w:trPr>
          <w:cantSplit/>
          <w:jc w:val="center"/>
        </w:trPr>
        <w:tc>
          <w:tcPr>
            <w:tcW w:w="1101" w:type="dxa"/>
            <w:tcMar>
              <w:top w:w="80" w:type="dxa"/>
              <w:left w:w="80" w:type="dxa"/>
              <w:bottom w:w="80" w:type="dxa"/>
              <w:right w:w="80" w:type="dxa"/>
            </w:tcMar>
            <w:vAlign w:val="center"/>
          </w:tcPr>
          <w:p w14:paraId="23FD6A55" w14:textId="77777777" w:rsidR="00ED17BE" w:rsidRPr="00F51F43" w:rsidRDefault="00ED17BE" w:rsidP="007A58ED">
            <w:pPr>
              <w:spacing w:after="0" w:line="240" w:lineRule="auto"/>
              <w:jc w:val="center"/>
              <w:rPr>
                <w:noProof/>
                <w:sz w:val="20"/>
                <w:szCs w:val="20"/>
              </w:rPr>
            </w:pPr>
            <w:r w:rsidRPr="00F51F43">
              <w:rPr>
                <w:noProof/>
                <w:sz w:val="20"/>
                <w:szCs w:val="20"/>
              </w:rPr>
              <w:t xml:space="preserve">Matea </w:t>
            </w:r>
            <w:r w:rsidR="007A58ED" w:rsidRPr="00F51F43">
              <w:rPr>
                <w:noProof/>
                <w:sz w:val="20"/>
                <w:szCs w:val="20"/>
              </w:rPr>
              <w:t>P.B.</w:t>
            </w:r>
          </w:p>
        </w:tc>
        <w:tc>
          <w:tcPr>
            <w:tcW w:w="992" w:type="dxa"/>
            <w:tcMar>
              <w:top w:w="80" w:type="dxa"/>
              <w:left w:w="80" w:type="dxa"/>
              <w:bottom w:w="80" w:type="dxa"/>
              <w:right w:w="80" w:type="dxa"/>
            </w:tcMar>
            <w:vAlign w:val="center"/>
          </w:tcPr>
          <w:p w14:paraId="4BE50815" w14:textId="77777777" w:rsidR="00ED17BE" w:rsidRPr="00F51F43" w:rsidRDefault="00ED17BE" w:rsidP="00ED17BE">
            <w:pPr>
              <w:spacing w:after="0" w:line="240" w:lineRule="auto"/>
              <w:jc w:val="center"/>
              <w:rPr>
                <w:noProof/>
                <w:sz w:val="20"/>
                <w:szCs w:val="20"/>
              </w:rPr>
            </w:pPr>
            <w:r w:rsidRPr="00F51F43">
              <w:rPr>
                <w:noProof/>
                <w:sz w:val="20"/>
                <w:szCs w:val="20"/>
              </w:rPr>
              <w:t>prema dogovoru</w:t>
            </w:r>
          </w:p>
        </w:tc>
        <w:tc>
          <w:tcPr>
            <w:tcW w:w="851" w:type="dxa"/>
            <w:tcMar>
              <w:top w:w="80" w:type="dxa"/>
              <w:left w:w="80" w:type="dxa"/>
              <w:bottom w:w="80" w:type="dxa"/>
              <w:right w:w="80" w:type="dxa"/>
            </w:tcMar>
            <w:vAlign w:val="center"/>
          </w:tcPr>
          <w:p w14:paraId="2C73F93A"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82CF99D"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7070EA2D" w14:textId="77777777" w:rsidR="00ED17BE" w:rsidRPr="00F51F43" w:rsidRDefault="00ED17BE" w:rsidP="00ED17BE">
            <w:pPr>
              <w:spacing w:after="0" w:line="240" w:lineRule="auto"/>
              <w:jc w:val="center"/>
              <w:rPr>
                <w:noProof/>
                <w:sz w:val="20"/>
                <w:szCs w:val="20"/>
              </w:rPr>
            </w:pPr>
            <w:r w:rsidRPr="00F51F43">
              <w:rPr>
                <w:noProof/>
                <w:sz w:val="20"/>
                <w:szCs w:val="20"/>
              </w:rPr>
              <w:t>razvijati interes za zanimanje građevinar, dječake i djevojčice usmjeriti na kreativnost u izražavanju u građevinskom centru</w:t>
            </w:r>
          </w:p>
        </w:tc>
        <w:tc>
          <w:tcPr>
            <w:tcW w:w="2387" w:type="dxa"/>
            <w:tcMar>
              <w:top w:w="80" w:type="dxa"/>
              <w:left w:w="80" w:type="dxa"/>
              <w:bottom w:w="80" w:type="dxa"/>
              <w:right w:w="80" w:type="dxa"/>
            </w:tcMar>
            <w:vAlign w:val="center"/>
          </w:tcPr>
          <w:p w14:paraId="36D4C126" w14:textId="77777777" w:rsidR="00ED17BE" w:rsidRPr="00F51F43" w:rsidRDefault="00ED17BE" w:rsidP="00ED17BE">
            <w:pPr>
              <w:spacing w:after="0" w:line="240" w:lineRule="auto"/>
              <w:jc w:val="center"/>
              <w:rPr>
                <w:noProof/>
                <w:sz w:val="20"/>
                <w:szCs w:val="20"/>
              </w:rPr>
            </w:pPr>
            <w:r w:rsidRPr="00F51F43">
              <w:rPr>
                <w:noProof/>
                <w:sz w:val="20"/>
                <w:szCs w:val="20"/>
              </w:rPr>
              <w:t>Razvoj snalažljivosti, kreativnosti, osjećaja za građenje</w:t>
            </w:r>
          </w:p>
        </w:tc>
        <w:tc>
          <w:tcPr>
            <w:tcW w:w="2363" w:type="dxa"/>
            <w:tcMar>
              <w:top w:w="80" w:type="dxa"/>
              <w:left w:w="80" w:type="dxa"/>
              <w:bottom w:w="80" w:type="dxa"/>
              <w:right w:w="80" w:type="dxa"/>
            </w:tcMar>
            <w:vAlign w:val="center"/>
          </w:tcPr>
          <w:p w14:paraId="1B02B1F0" w14:textId="77777777" w:rsidR="00ED17BE" w:rsidRPr="00F51F43" w:rsidRDefault="00ED17BE" w:rsidP="00ED17BE">
            <w:pPr>
              <w:spacing w:after="0" w:line="240" w:lineRule="auto"/>
              <w:jc w:val="center"/>
              <w:rPr>
                <w:noProof/>
                <w:sz w:val="20"/>
                <w:szCs w:val="20"/>
              </w:rPr>
            </w:pPr>
            <w:r w:rsidRPr="00F51F43">
              <w:rPr>
                <w:noProof/>
                <w:sz w:val="20"/>
                <w:szCs w:val="20"/>
              </w:rPr>
              <w:t>Prezentiranje opreme, kacige, gradnja velike kuće od kockica</w:t>
            </w:r>
          </w:p>
        </w:tc>
        <w:tc>
          <w:tcPr>
            <w:tcW w:w="2088" w:type="dxa"/>
            <w:tcMar>
              <w:top w:w="80" w:type="dxa"/>
              <w:left w:w="80" w:type="dxa"/>
              <w:bottom w:w="80" w:type="dxa"/>
              <w:right w:w="80" w:type="dxa"/>
            </w:tcMar>
            <w:vAlign w:val="center"/>
          </w:tcPr>
          <w:p w14:paraId="51710393" w14:textId="77777777" w:rsidR="00ED17BE" w:rsidRPr="00F51F43" w:rsidRDefault="00ED17BE" w:rsidP="00ED17BE">
            <w:pPr>
              <w:spacing w:after="0" w:line="240" w:lineRule="auto"/>
              <w:jc w:val="center"/>
              <w:rPr>
                <w:noProof/>
                <w:sz w:val="20"/>
                <w:szCs w:val="20"/>
              </w:rPr>
            </w:pPr>
            <w:r w:rsidRPr="00F51F43">
              <w:rPr>
                <w:noProof/>
                <w:sz w:val="20"/>
                <w:szCs w:val="20"/>
              </w:rPr>
              <w:t>reakcije djece, fotodokumentacija, likovni izraz konstrukcija i izgradnja građevina i sudionika dokumentiranje</w:t>
            </w:r>
          </w:p>
        </w:tc>
      </w:tr>
      <w:tr w:rsidR="00ED17BE" w:rsidRPr="00F51F43" w14:paraId="5929EF6E" w14:textId="77777777" w:rsidTr="00ED17BE">
        <w:trPr>
          <w:cantSplit/>
          <w:jc w:val="center"/>
        </w:trPr>
        <w:tc>
          <w:tcPr>
            <w:tcW w:w="1101" w:type="dxa"/>
            <w:tcMar>
              <w:top w:w="80" w:type="dxa"/>
              <w:left w:w="80" w:type="dxa"/>
              <w:bottom w:w="80" w:type="dxa"/>
              <w:right w:w="80" w:type="dxa"/>
            </w:tcMar>
            <w:vAlign w:val="center"/>
          </w:tcPr>
          <w:p w14:paraId="45F147F7" w14:textId="77777777" w:rsidR="00ED17BE" w:rsidRPr="00F51F43" w:rsidRDefault="00ED17BE" w:rsidP="007A58ED">
            <w:pPr>
              <w:spacing w:after="0" w:line="240" w:lineRule="auto"/>
              <w:jc w:val="center"/>
              <w:rPr>
                <w:noProof/>
                <w:sz w:val="20"/>
                <w:szCs w:val="20"/>
              </w:rPr>
            </w:pPr>
            <w:r w:rsidRPr="00F51F43">
              <w:rPr>
                <w:noProof/>
                <w:sz w:val="20"/>
                <w:szCs w:val="20"/>
              </w:rPr>
              <w:lastRenderedPageBreak/>
              <w:t xml:space="preserve">Mateja </w:t>
            </w:r>
            <w:r w:rsidR="007A58ED" w:rsidRPr="00F51F43">
              <w:rPr>
                <w:noProof/>
                <w:sz w:val="20"/>
                <w:szCs w:val="20"/>
              </w:rPr>
              <w:t>J.</w:t>
            </w:r>
          </w:p>
        </w:tc>
        <w:tc>
          <w:tcPr>
            <w:tcW w:w="992" w:type="dxa"/>
            <w:tcMar>
              <w:top w:w="80" w:type="dxa"/>
              <w:left w:w="80" w:type="dxa"/>
              <w:bottom w:w="80" w:type="dxa"/>
              <w:right w:w="80" w:type="dxa"/>
            </w:tcMar>
            <w:vAlign w:val="center"/>
          </w:tcPr>
          <w:p w14:paraId="5462B229" w14:textId="77777777" w:rsidR="00ED17BE" w:rsidRPr="00F51F43" w:rsidRDefault="00ED17BE" w:rsidP="00ED17BE">
            <w:pPr>
              <w:spacing w:after="0" w:line="240" w:lineRule="auto"/>
              <w:jc w:val="center"/>
              <w:rPr>
                <w:noProof/>
                <w:sz w:val="20"/>
                <w:szCs w:val="20"/>
              </w:rPr>
            </w:pPr>
            <w:r w:rsidRPr="00F51F43">
              <w:rPr>
                <w:noProof/>
                <w:sz w:val="20"/>
                <w:szCs w:val="20"/>
              </w:rPr>
              <w:t>prema dogovoru</w:t>
            </w:r>
          </w:p>
        </w:tc>
        <w:tc>
          <w:tcPr>
            <w:tcW w:w="851" w:type="dxa"/>
            <w:tcMar>
              <w:top w:w="80" w:type="dxa"/>
              <w:left w:w="80" w:type="dxa"/>
              <w:bottom w:w="80" w:type="dxa"/>
              <w:right w:w="80" w:type="dxa"/>
            </w:tcMar>
            <w:vAlign w:val="center"/>
          </w:tcPr>
          <w:p w14:paraId="6959AA28" w14:textId="77777777" w:rsidR="00ED17BE" w:rsidRPr="00F51F43" w:rsidRDefault="00ED17BE" w:rsidP="00ED17BE">
            <w:pPr>
              <w:spacing w:after="0" w:line="240" w:lineRule="auto"/>
              <w:jc w:val="center"/>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2FE1A383" w14:textId="77777777" w:rsidR="00ED17BE" w:rsidRPr="00F51F43" w:rsidRDefault="00ED17BE" w:rsidP="00ED17BE">
            <w:pPr>
              <w:spacing w:after="0" w:line="240" w:lineRule="auto"/>
              <w:jc w:val="center"/>
              <w:rPr>
                <w:noProof/>
                <w:sz w:val="20"/>
                <w:szCs w:val="20"/>
              </w:rPr>
            </w:pPr>
            <w:r w:rsidRPr="00F51F43">
              <w:rPr>
                <w:noProof/>
                <w:sz w:val="20"/>
                <w:szCs w:val="20"/>
              </w:rPr>
              <w:t>Makići</w:t>
            </w:r>
          </w:p>
        </w:tc>
        <w:tc>
          <w:tcPr>
            <w:tcW w:w="2409" w:type="dxa"/>
            <w:tcMar>
              <w:top w:w="80" w:type="dxa"/>
              <w:left w:w="80" w:type="dxa"/>
              <w:bottom w:w="80" w:type="dxa"/>
              <w:right w:w="80" w:type="dxa"/>
            </w:tcMar>
            <w:vAlign w:val="center"/>
          </w:tcPr>
          <w:p w14:paraId="7E4AB067" w14:textId="77777777" w:rsidR="00ED17BE" w:rsidRPr="00F51F43" w:rsidRDefault="00ED17BE" w:rsidP="00ED17BE">
            <w:pPr>
              <w:spacing w:after="0" w:line="240" w:lineRule="auto"/>
              <w:jc w:val="center"/>
              <w:rPr>
                <w:noProof/>
                <w:sz w:val="20"/>
                <w:szCs w:val="20"/>
              </w:rPr>
            </w:pPr>
            <w:r w:rsidRPr="00F51F43">
              <w:rPr>
                <w:noProof/>
                <w:sz w:val="20"/>
                <w:szCs w:val="20"/>
              </w:rPr>
              <w:t>razvijati interes za zanimanje frizer, dječake i djevojčice usmjeriti na kreativnost u izražavanju novih frizura i urednosti kose</w:t>
            </w:r>
          </w:p>
        </w:tc>
        <w:tc>
          <w:tcPr>
            <w:tcW w:w="2387" w:type="dxa"/>
            <w:tcMar>
              <w:top w:w="80" w:type="dxa"/>
              <w:left w:w="80" w:type="dxa"/>
              <w:bottom w:w="80" w:type="dxa"/>
              <w:right w:w="80" w:type="dxa"/>
            </w:tcMar>
            <w:vAlign w:val="center"/>
          </w:tcPr>
          <w:p w14:paraId="125E5B21" w14:textId="77777777" w:rsidR="00ED17BE" w:rsidRPr="00F51F43" w:rsidRDefault="00ED17BE" w:rsidP="00ED17BE">
            <w:pPr>
              <w:spacing w:after="0" w:line="240" w:lineRule="auto"/>
              <w:jc w:val="center"/>
              <w:rPr>
                <w:noProof/>
                <w:sz w:val="20"/>
                <w:szCs w:val="20"/>
              </w:rPr>
            </w:pPr>
            <w:r w:rsidRPr="00F51F43">
              <w:rPr>
                <w:noProof/>
                <w:sz w:val="20"/>
                <w:szCs w:val="20"/>
              </w:rPr>
              <w:t>Razvoj snalažljivosti, kreativnosti, osjećaja za urednost</w:t>
            </w:r>
          </w:p>
        </w:tc>
        <w:tc>
          <w:tcPr>
            <w:tcW w:w="2363" w:type="dxa"/>
            <w:tcMar>
              <w:top w:w="80" w:type="dxa"/>
              <w:left w:w="80" w:type="dxa"/>
              <w:bottom w:w="80" w:type="dxa"/>
              <w:right w:w="80" w:type="dxa"/>
            </w:tcMar>
            <w:vAlign w:val="center"/>
          </w:tcPr>
          <w:p w14:paraId="48DAB045" w14:textId="77777777" w:rsidR="00ED17BE" w:rsidRPr="00F51F43" w:rsidRDefault="00ED17BE" w:rsidP="00ED17BE">
            <w:pPr>
              <w:spacing w:after="0" w:line="240" w:lineRule="auto"/>
              <w:jc w:val="center"/>
              <w:rPr>
                <w:noProof/>
                <w:sz w:val="20"/>
                <w:szCs w:val="20"/>
              </w:rPr>
            </w:pPr>
            <w:r w:rsidRPr="00F51F43">
              <w:rPr>
                <w:noProof/>
                <w:sz w:val="20"/>
                <w:szCs w:val="20"/>
              </w:rPr>
              <w:t>Prezentacija frizerskih pomagala i njihova pravilna upotreba</w:t>
            </w:r>
          </w:p>
        </w:tc>
        <w:tc>
          <w:tcPr>
            <w:tcW w:w="2088" w:type="dxa"/>
            <w:tcMar>
              <w:top w:w="80" w:type="dxa"/>
              <w:left w:w="80" w:type="dxa"/>
              <w:bottom w:w="80" w:type="dxa"/>
              <w:right w:w="80" w:type="dxa"/>
            </w:tcMar>
            <w:vAlign w:val="center"/>
          </w:tcPr>
          <w:p w14:paraId="08A91226" w14:textId="77777777" w:rsidR="00ED17BE" w:rsidRPr="00F51F43" w:rsidRDefault="00ED17BE" w:rsidP="00ED17BE">
            <w:pPr>
              <w:spacing w:after="0" w:line="240" w:lineRule="auto"/>
              <w:jc w:val="center"/>
              <w:rPr>
                <w:noProof/>
                <w:sz w:val="20"/>
                <w:szCs w:val="20"/>
              </w:rPr>
            </w:pPr>
            <w:r w:rsidRPr="00F51F43">
              <w:rPr>
                <w:noProof/>
                <w:sz w:val="20"/>
                <w:szCs w:val="20"/>
              </w:rPr>
              <w:t>reakcije djece, fotodokumentacija, likovni izraz konstrukcija i izgradnja građevina i sudionika dokumentiranje</w:t>
            </w:r>
          </w:p>
        </w:tc>
      </w:tr>
      <w:tr w:rsidR="00ED17BE" w:rsidRPr="00F51F43" w14:paraId="321B5B27" w14:textId="77777777" w:rsidTr="00ED17BE">
        <w:trPr>
          <w:cantSplit/>
          <w:jc w:val="center"/>
        </w:trPr>
        <w:tc>
          <w:tcPr>
            <w:tcW w:w="1101" w:type="dxa"/>
            <w:tcMar>
              <w:top w:w="80" w:type="dxa"/>
              <w:left w:w="80" w:type="dxa"/>
              <w:bottom w:w="80" w:type="dxa"/>
              <w:right w:w="80" w:type="dxa"/>
            </w:tcMar>
            <w:vAlign w:val="center"/>
          </w:tcPr>
          <w:p w14:paraId="38D32E92" w14:textId="77777777" w:rsidR="00ED17BE" w:rsidRPr="00F51F43" w:rsidRDefault="00ED17BE" w:rsidP="00ED17BE">
            <w:pPr>
              <w:spacing w:after="0" w:line="240" w:lineRule="auto"/>
              <w:jc w:val="center"/>
              <w:rPr>
                <w:noProof/>
                <w:sz w:val="20"/>
                <w:szCs w:val="20"/>
              </w:rPr>
            </w:pPr>
            <w:r w:rsidRPr="00F51F43">
              <w:rPr>
                <w:noProof/>
                <w:sz w:val="20"/>
                <w:szCs w:val="20"/>
              </w:rPr>
              <w:t>Tomislav S.</w:t>
            </w:r>
          </w:p>
        </w:tc>
        <w:tc>
          <w:tcPr>
            <w:tcW w:w="992" w:type="dxa"/>
            <w:tcMar>
              <w:top w:w="80" w:type="dxa"/>
              <w:left w:w="80" w:type="dxa"/>
              <w:bottom w:w="80" w:type="dxa"/>
              <w:right w:w="80" w:type="dxa"/>
            </w:tcMar>
            <w:vAlign w:val="center"/>
          </w:tcPr>
          <w:p w14:paraId="18AE6830" w14:textId="77777777" w:rsidR="00ED17BE" w:rsidRPr="00F51F43" w:rsidRDefault="00ED17BE" w:rsidP="00ED17BE">
            <w:pPr>
              <w:spacing w:after="0" w:line="240" w:lineRule="auto"/>
              <w:jc w:val="center"/>
              <w:rPr>
                <w:noProof/>
                <w:sz w:val="20"/>
                <w:szCs w:val="20"/>
              </w:rPr>
            </w:pPr>
            <w:r w:rsidRPr="00F51F43">
              <w:rPr>
                <w:noProof/>
                <w:sz w:val="20"/>
                <w:szCs w:val="20"/>
              </w:rPr>
              <w:t>rujan</w:t>
            </w:r>
          </w:p>
        </w:tc>
        <w:tc>
          <w:tcPr>
            <w:tcW w:w="851" w:type="dxa"/>
            <w:tcMar>
              <w:top w:w="80" w:type="dxa"/>
              <w:left w:w="80" w:type="dxa"/>
              <w:bottom w:w="80" w:type="dxa"/>
              <w:right w:w="80" w:type="dxa"/>
            </w:tcMar>
            <w:vAlign w:val="center"/>
          </w:tcPr>
          <w:p w14:paraId="75DFC869" w14:textId="77777777" w:rsidR="00ED17BE" w:rsidRPr="00F51F43" w:rsidRDefault="00ED17BE" w:rsidP="00ED17BE">
            <w:pPr>
              <w:spacing w:after="0" w:line="240" w:lineRule="auto"/>
              <w:jc w:val="center"/>
              <w:rPr>
                <w:noProof/>
                <w:sz w:val="20"/>
                <w:szCs w:val="20"/>
              </w:rPr>
            </w:pPr>
            <w:r w:rsidRPr="00F51F43">
              <w:rPr>
                <w:noProof/>
                <w:sz w:val="20"/>
                <w:szCs w:val="20"/>
              </w:rPr>
              <w:t>22</w:t>
            </w:r>
          </w:p>
        </w:tc>
        <w:tc>
          <w:tcPr>
            <w:tcW w:w="1134" w:type="dxa"/>
            <w:tcMar>
              <w:top w:w="80" w:type="dxa"/>
              <w:left w:w="80" w:type="dxa"/>
              <w:bottom w:w="80" w:type="dxa"/>
              <w:right w:w="80" w:type="dxa"/>
            </w:tcMar>
            <w:vAlign w:val="center"/>
          </w:tcPr>
          <w:p w14:paraId="25184F38" w14:textId="77777777" w:rsidR="00ED17BE" w:rsidRPr="00F51F43" w:rsidRDefault="00ED17BE" w:rsidP="00ED17BE">
            <w:pPr>
              <w:spacing w:after="0" w:line="240" w:lineRule="auto"/>
              <w:jc w:val="center"/>
              <w:rPr>
                <w:noProof/>
                <w:sz w:val="20"/>
                <w:szCs w:val="20"/>
              </w:rPr>
            </w:pPr>
            <w:r w:rsidRPr="00F51F43">
              <w:rPr>
                <w:noProof/>
                <w:sz w:val="20"/>
                <w:szCs w:val="20"/>
              </w:rPr>
              <w:t>Pčelice</w:t>
            </w:r>
          </w:p>
        </w:tc>
        <w:tc>
          <w:tcPr>
            <w:tcW w:w="2409" w:type="dxa"/>
            <w:tcMar>
              <w:top w:w="80" w:type="dxa"/>
              <w:left w:w="80" w:type="dxa"/>
              <w:bottom w:w="80" w:type="dxa"/>
              <w:right w:w="80" w:type="dxa"/>
            </w:tcMar>
            <w:vAlign w:val="center"/>
          </w:tcPr>
          <w:p w14:paraId="30A3E08D" w14:textId="77777777" w:rsidR="00ED17BE" w:rsidRPr="00F51F43" w:rsidRDefault="00ED17BE" w:rsidP="00ED17BE">
            <w:pPr>
              <w:spacing w:after="0" w:line="240" w:lineRule="auto"/>
              <w:jc w:val="center"/>
              <w:rPr>
                <w:noProof/>
                <w:sz w:val="20"/>
                <w:szCs w:val="20"/>
              </w:rPr>
            </w:pPr>
            <w:r w:rsidRPr="00F51F43">
              <w:rPr>
                <w:noProof/>
                <w:sz w:val="20"/>
                <w:szCs w:val="20"/>
              </w:rPr>
              <w:t>Razvoj svijesti o sigurnom ponašanju u prometu, upoznavanje uloge prometnika vlakova.</w:t>
            </w:r>
          </w:p>
        </w:tc>
        <w:tc>
          <w:tcPr>
            <w:tcW w:w="2387" w:type="dxa"/>
            <w:tcMar>
              <w:top w:w="80" w:type="dxa"/>
              <w:left w:w="80" w:type="dxa"/>
              <w:bottom w:w="80" w:type="dxa"/>
              <w:right w:w="80" w:type="dxa"/>
            </w:tcMar>
            <w:vAlign w:val="center"/>
          </w:tcPr>
          <w:p w14:paraId="19EA4676" w14:textId="77777777" w:rsidR="00ED17BE" w:rsidRPr="00F51F43" w:rsidRDefault="00ED17BE" w:rsidP="00ED17BE">
            <w:pPr>
              <w:spacing w:after="0" w:line="240" w:lineRule="auto"/>
              <w:jc w:val="center"/>
              <w:rPr>
                <w:noProof/>
                <w:sz w:val="20"/>
                <w:szCs w:val="20"/>
              </w:rPr>
            </w:pPr>
            <w:r w:rsidRPr="00F51F43">
              <w:rPr>
                <w:noProof/>
                <w:sz w:val="20"/>
                <w:szCs w:val="20"/>
              </w:rPr>
              <w:t>Upoznavanje osnovnih prometnih znakova. Obogaćivanje riječnika prometnim pojmovima.</w:t>
            </w:r>
          </w:p>
        </w:tc>
        <w:tc>
          <w:tcPr>
            <w:tcW w:w="2363" w:type="dxa"/>
            <w:tcMar>
              <w:top w:w="80" w:type="dxa"/>
              <w:left w:w="80" w:type="dxa"/>
              <w:bottom w:w="80" w:type="dxa"/>
              <w:right w:w="80" w:type="dxa"/>
            </w:tcMar>
            <w:vAlign w:val="center"/>
          </w:tcPr>
          <w:p w14:paraId="4B9DCA0C" w14:textId="77777777" w:rsidR="00ED17BE" w:rsidRPr="00F51F43" w:rsidRDefault="00ED17BE" w:rsidP="00ED17BE">
            <w:pPr>
              <w:spacing w:after="0" w:line="240" w:lineRule="auto"/>
              <w:jc w:val="center"/>
              <w:rPr>
                <w:noProof/>
                <w:sz w:val="20"/>
                <w:szCs w:val="20"/>
              </w:rPr>
            </w:pPr>
            <w:r w:rsidRPr="00F51F43">
              <w:rPr>
                <w:noProof/>
                <w:sz w:val="20"/>
                <w:szCs w:val="20"/>
              </w:rPr>
              <w:t>Razgovor, upoznavanje načina funkcioniranja vlakova</w:t>
            </w:r>
          </w:p>
        </w:tc>
        <w:tc>
          <w:tcPr>
            <w:tcW w:w="2088" w:type="dxa"/>
            <w:tcMar>
              <w:top w:w="80" w:type="dxa"/>
              <w:left w:w="80" w:type="dxa"/>
              <w:bottom w:w="80" w:type="dxa"/>
              <w:right w:w="80" w:type="dxa"/>
            </w:tcMar>
            <w:vAlign w:val="center"/>
          </w:tcPr>
          <w:p w14:paraId="7F5D1C80" w14:textId="77777777" w:rsidR="00ED17BE" w:rsidRPr="00F51F43" w:rsidRDefault="00ED17BE" w:rsidP="00ED17BE">
            <w:pPr>
              <w:spacing w:after="0" w:line="240" w:lineRule="auto"/>
              <w:jc w:val="center"/>
              <w:rPr>
                <w:noProof/>
                <w:sz w:val="20"/>
                <w:szCs w:val="20"/>
              </w:rPr>
            </w:pPr>
            <w:r w:rsidRPr="00F51F43">
              <w:rPr>
                <w:noProof/>
                <w:sz w:val="20"/>
                <w:szCs w:val="20"/>
              </w:rPr>
              <w:t>interes djece, reakcije djece, izjave djece</w:t>
            </w:r>
          </w:p>
        </w:tc>
      </w:tr>
      <w:tr w:rsidR="00ED17BE" w:rsidRPr="00F51F43" w14:paraId="53942F37" w14:textId="77777777" w:rsidTr="00ED17BE">
        <w:trPr>
          <w:cantSplit/>
          <w:jc w:val="center"/>
        </w:trPr>
        <w:tc>
          <w:tcPr>
            <w:tcW w:w="1101" w:type="dxa"/>
            <w:tcMar>
              <w:top w:w="80" w:type="dxa"/>
              <w:left w:w="80" w:type="dxa"/>
              <w:bottom w:w="80" w:type="dxa"/>
              <w:right w:w="80" w:type="dxa"/>
            </w:tcMar>
            <w:vAlign w:val="center"/>
          </w:tcPr>
          <w:p w14:paraId="5E84BC5C" w14:textId="77777777" w:rsidR="00ED17BE" w:rsidRPr="00F51F43" w:rsidRDefault="00ED17BE" w:rsidP="00ED17BE">
            <w:pPr>
              <w:spacing w:after="0" w:line="240" w:lineRule="auto"/>
              <w:jc w:val="center"/>
              <w:rPr>
                <w:noProof/>
                <w:sz w:val="20"/>
                <w:szCs w:val="20"/>
              </w:rPr>
            </w:pPr>
            <w:r w:rsidRPr="00F51F43">
              <w:rPr>
                <w:noProof/>
                <w:sz w:val="20"/>
                <w:szCs w:val="20"/>
              </w:rPr>
              <w:t>Miodrag M.</w:t>
            </w:r>
          </w:p>
        </w:tc>
        <w:tc>
          <w:tcPr>
            <w:tcW w:w="992" w:type="dxa"/>
            <w:tcMar>
              <w:top w:w="80" w:type="dxa"/>
              <w:left w:w="80" w:type="dxa"/>
              <w:bottom w:w="80" w:type="dxa"/>
              <w:right w:w="80" w:type="dxa"/>
            </w:tcMar>
            <w:vAlign w:val="center"/>
          </w:tcPr>
          <w:p w14:paraId="253B036B"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63FEEC39" w14:textId="77777777" w:rsidR="00ED17BE" w:rsidRPr="00F51F43" w:rsidRDefault="00ED17BE" w:rsidP="00ED17BE">
            <w:pPr>
              <w:spacing w:after="0" w:line="240" w:lineRule="auto"/>
              <w:jc w:val="center"/>
              <w:rPr>
                <w:noProof/>
                <w:sz w:val="20"/>
                <w:szCs w:val="20"/>
              </w:rPr>
            </w:pPr>
            <w:r w:rsidRPr="00F51F43">
              <w:rPr>
                <w:noProof/>
                <w:sz w:val="20"/>
                <w:szCs w:val="20"/>
              </w:rPr>
              <w:t>22</w:t>
            </w:r>
          </w:p>
        </w:tc>
        <w:tc>
          <w:tcPr>
            <w:tcW w:w="1134" w:type="dxa"/>
            <w:tcMar>
              <w:top w:w="80" w:type="dxa"/>
              <w:left w:w="80" w:type="dxa"/>
              <w:bottom w:w="80" w:type="dxa"/>
              <w:right w:w="80" w:type="dxa"/>
            </w:tcMar>
            <w:vAlign w:val="center"/>
          </w:tcPr>
          <w:p w14:paraId="45B92411" w14:textId="77777777" w:rsidR="00ED17BE" w:rsidRPr="00F51F43" w:rsidRDefault="00ED17BE" w:rsidP="00ED17BE">
            <w:pPr>
              <w:spacing w:after="0" w:line="240" w:lineRule="auto"/>
              <w:jc w:val="center"/>
              <w:rPr>
                <w:noProof/>
                <w:sz w:val="20"/>
                <w:szCs w:val="20"/>
              </w:rPr>
            </w:pPr>
            <w:r w:rsidRPr="00F51F43">
              <w:rPr>
                <w:noProof/>
                <w:sz w:val="20"/>
                <w:szCs w:val="20"/>
              </w:rPr>
              <w:t>Pčelice</w:t>
            </w:r>
          </w:p>
        </w:tc>
        <w:tc>
          <w:tcPr>
            <w:tcW w:w="2409" w:type="dxa"/>
            <w:tcMar>
              <w:top w:w="80" w:type="dxa"/>
              <w:left w:w="80" w:type="dxa"/>
              <w:bottom w:w="80" w:type="dxa"/>
              <w:right w:w="80" w:type="dxa"/>
            </w:tcMar>
            <w:vAlign w:val="center"/>
          </w:tcPr>
          <w:p w14:paraId="6AA98673" w14:textId="77777777" w:rsidR="00ED17BE" w:rsidRPr="00F51F43" w:rsidRDefault="00ED17BE" w:rsidP="00ED17BE">
            <w:pPr>
              <w:spacing w:after="0" w:line="240" w:lineRule="auto"/>
              <w:jc w:val="center"/>
              <w:rPr>
                <w:noProof/>
                <w:sz w:val="20"/>
                <w:szCs w:val="20"/>
              </w:rPr>
            </w:pPr>
            <w:r w:rsidRPr="00F51F43">
              <w:rPr>
                <w:noProof/>
                <w:sz w:val="20"/>
                <w:szCs w:val="20"/>
              </w:rPr>
              <w:t>Upoznavanje zanimanja pekar.</w:t>
            </w:r>
          </w:p>
        </w:tc>
        <w:tc>
          <w:tcPr>
            <w:tcW w:w="2387" w:type="dxa"/>
            <w:tcMar>
              <w:top w:w="80" w:type="dxa"/>
              <w:left w:w="80" w:type="dxa"/>
              <w:bottom w:w="80" w:type="dxa"/>
              <w:right w:w="80" w:type="dxa"/>
            </w:tcMar>
            <w:vAlign w:val="center"/>
          </w:tcPr>
          <w:p w14:paraId="0497E7A9" w14:textId="77777777" w:rsidR="00ED17BE" w:rsidRPr="00F51F43" w:rsidRDefault="00ED17BE" w:rsidP="00ED17BE">
            <w:pPr>
              <w:spacing w:after="0" w:line="240" w:lineRule="auto"/>
              <w:jc w:val="center"/>
              <w:rPr>
                <w:noProof/>
                <w:sz w:val="20"/>
                <w:szCs w:val="20"/>
              </w:rPr>
            </w:pPr>
            <w:r w:rsidRPr="00F51F43">
              <w:rPr>
                <w:noProof/>
                <w:sz w:val="20"/>
                <w:szCs w:val="20"/>
              </w:rPr>
              <w:t>Razvoj okulomotorike, pedantnosti</w:t>
            </w:r>
          </w:p>
        </w:tc>
        <w:tc>
          <w:tcPr>
            <w:tcW w:w="2363" w:type="dxa"/>
            <w:tcMar>
              <w:top w:w="80" w:type="dxa"/>
              <w:left w:w="80" w:type="dxa"/>
              <w:bottom w:w="80" w:type="dxa"/>
              <w:right w:w="80" w:type="dxa"/>
            </w:tcMar>
            <w:vAlign w:val="center"/>
          </w:tcPr>
          <w:p w14:paraId="529EF7DD" w14:textId="77777777" w:rsidR="00ED17BE" w:rsidRPr="00F51F43" w:rsidRDefault="00ED17BE" w:rsidP="00ED17BE">
            <w:pPr>
              <w:spacing w:after="0" w:line="240" w:lineRule="auto"/>
              <w:jc w:val="center"/>
              <w:rPr>
                <w:noProof/>
                <w:sz w:val="20"/>
                <w:szCs w:val="20"/>
              </w:rPr>
            </w:pPr>
            <w:r w:rsidRPr="00F51F43">
              <w:rPr>
                <w:noProof/>
                <w:sz w:val="20"/>
                <w:szCs w:val="20"/>
              </w:rPr>
              <w:t>Razgovor, demonstracija miješanja tijesta, oblikovanje kruha, peciva kolača</w:t>
            </w:r>
          </w:p>
        </w:tc>
        <w:tc>
          <w:tcPr>
            <w:tcW w:w="2088" w:type="dxa"/>
            <w:tcMar>
              <w:top w:w="80" w:type="dxa"/>
              <w:left w:w="80" w:type="dxa"/>
              <w:bottom w:w="80" w:type="dxa"/>
              <w:right w:w="80" w:type="dxa"/>
            </w:tcMar>
            <w:vAlign w:val="center"/>
          </w:tcPr>
          <w:p w14:paraId="3797BF57" w14:textId="77777777" w:rsidR="00ED17BE" w:rsidRPr="00F51F43" w:rsidRDefault="00ED17BE" w:rsidP="00ED17BE">
            <w:pPr>
              <w:spacing w:after="0" w:line="240" w:lineRule="auto"/>
              <w:jc w:val="center"/>
              <w:rPr>
                <w:noProof/>
                <w:sz w:val="20"/>
                <w:szCs w:val="20"/>
              </w:rPr>
            </w:pPr>
            <w:r w:rsidRPr="00F51F43">
              <w:rPr>
                <w:noProof/>
                <w:sz w:val="20"/>
                <w:szCs w:val="20"/>
              </w:rPr>
              <w:t>interes djece, reakcije djece, izjave djece</w:t>
            </w:r>
          </w:p>
        </w:tc>
      </w:tr>
      <w:tr w:rsidR="00ED17BE" w:rsidRPr="00F51F43" w14:paraId="54A98F1E" w14:textId="77777777" w:rsidTr="00ED17BE">
        <w:trPr>
          <w:cantSplit/>
          <w:jc w:val="center"/>
        </w:trPr>
        <w:tc>
          <w:tcPr>
            <w:tcW w:w="1101" w:type="dxa"/>
            <w:tcMar>
              <w:top w:w="80" w:type="dxa"/>
              <w:left w:w="80" w:type="dxa"/>
              <w:bottom w:w="80" w:type="dxa"/>
              <w:right w:w="80" w:type="dxa"/>
            </w:tcMar>
            <w:vAlign w:val="center"/>
          </w:tcPr>
          <w:p w14:paraId="76E43D2D" w14:textId="77777777" w:rsidR="00ED17BE" w:rsidRPr="00F51F43" w:rsidRDefault="00ED17BE" w:rsidP="00ED17BE">
            <w:pPr>
              <w:spacing w:after="0" w:line="240" w:lineRule="auto"/>
              <w:jc w:val="center"/>
              <w:rPr>
                <w:noProof/>
                <w:sz w:val="20"/>
                <w:szCs w:val="20"/>
              </w:rPr>
            </w:pPr>
            <w:r w:rsidRPr="00F51F43">
              <w:rPr>
                <w:noProof/>
                <w:sz w:val="20"/>
                <w:szCs w:val="20"/>
              </w:rPr>
              <w:t>Svećenik Damir S.</w:t>
            </w:r>
          </w:p>
        </w:tc>
        <w:tc>
          <w:tcPr>
            <w:tcW w:w="992" w:type="dxa"/>
            <w:tcMar>
              <w:top w:w="80" w:type="dxa"/>
              <w:left w:w="80" w:type="dxa"/>
              <w:bottom w:w="80" w:type="dxa"/>
              <w:right w:w="80" w:type="dxa"/>
            </w:tcMar>
            <w:vAlign w:val="center"/>
          </w:tcPr>
          <w:p w14:paraId="2D0BCC47"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38A88D0B" w14:textId="77777777" w:rsidR="00ED17BE" w:rsidRPr="00F51F43" w:rsidRDefault="00ED17BE" w:rsidP="00ED17BE">
            <w:pPr>
              <w:spacing w:after="0" w:line="240" w:lineRule="auto"/>
              <w:jc w:val="center"/>
              <w:rPr>
                <w:noProof/>
                <w:sz w:val="20"/>
                <w:szCs w:val="20"/>
              </w:rPr>
            </w:pPr>
            <w:r w:rsidRPr="00F51F43">
              <w:rPr>
                <w:noProof/>
                <w:sz w:val="20"/>
                <w:szCs w:val="20"/>
              </w:rPr>
              <w:t>22</w:t>
            </w:r>
          </w:p>
        </w:tc>
        <w:tc>
          <w:tcPr>
            <w:tcW w:w="1134" w:type="dxa"/>
            <w:tcMar>
              <w:top w:w="80" w:type="dxa"/>
              <w:left w:w="80" w:type="dxa"/>
              <w:bottom w:w="80" w:type="dxa"/>
              <w:right w:w="80" w:type="dxa"/>
            </w:tcMar>
            <w:vAlign w:val="center"/>
          </w:tcPr>
          <w:p w14:paraId="3537C340" w14:textId="77777777" w:rsidR="00ED17BE" w:rsidRPr="00F51F43" w:rsidRDefault="00ED17BE" w:rsidP="00ED17BE">
            <w:pPr>
              <w:spacing w:after="0" w:line="240" w:lineRule="auto"/>
              <w:jc w:val="center"/>
              <w:rPr>
                <w:noProof/>
                <w:sz w:val="20"/>
                <w:szCs w:val="20"/>
              </w:rPr>
            </w:pPr>
            <w:r w:rsidRPr="00F51F43">
              <w:rPr>
                <w:noProof/>
                <w:sz w:val="20"/>
                <w:szCs w:val="20"/>
              </w:rPr>
              <w:t>Pčelice</w:t>
            </w:r>
          </w:p>
        </w:tc>
        <w:tc>
          <w:tcPr>
            <w:tcW w:w="2409" w:type="dxa"/>
            <w:tcMar>
              <w:top w:w="80" w:type="dxa"/>
              <w:left w:w="80" w:type="dxa"/>
              <w:bottom w:w="80" w:type="dxa"/>
              <w:right w:w="80" w:type="dxa"/>
            </w:tcMar>
            <w:vAlign w:val="center"/>
          </w:tcPr>
          <w:p w14:paraId="374A4970" w14:textId="77777777" w:rsidR="00ED17BE" w:rsidRPr="00F51F43" w:rsidRDefault="00ED17BE" w:rsidP="00ED17BE">
            <w:pPr>
              <w:spacing w:after="0" w:line="240" w:lineRule="auto"/>
              <w:jc w:val="center"/>
              <w:rPr>
                <w:noProof/>
                <w:sz w:val="20"/>
                <w:szCs w:val="20"/>
              </w:rPr>
            </w:pPr>
            <w:r w:rsidRPr="00F51F43">
              <w:rPr>
                <w:noProof/>
                <w:sz w:val="20"/>
                <w:szCs w:val="20"/>
              </w:rPr>
              <w:t>Međusobno upoznavanje, druženje</w:t>
            </w:r>
          </w:p>
        </w:tc>
        <w:tc>
          <w:tcPr>
            <w:tcW w:w="2387" w:type="dxa"/>
            <w:tcMar>
              <w:top w:w="80" w:type="dxa"/>
              <w:left w:w="80" w:type="dxa"/>
              <w:bottom w:w="80" w:type="dxa"/>
              <w:right w:w="80" w:type="dxa"/>
            </w:tcMar>
            <w:vAlign w:val="center"/>
          </w:tcPr>
          <w:p w14:paraId="37F029B3" w14:textId="77777777" w:rsidR="00ED17BE" w:rsidRPr="00F51F43" w:rsidRDefault="00ED17BE" w:rsidP="00ED17BE">
            <w:pPr>
              <w:spacing w:after="0" w:line="240" w:lineRule="auto"/>
              <w:jc w:val="center"/>
              <w:rPr>
                <w:noProof/>
                <w:sz w:val="20"/>
                <w:szCs w:val="20"/>
              </w:rPr>
            </w:pPr>
            <w:r w:rsidRPr="00F51F43">
              <w:rPr>
                <w:noProof/>
                <w:sz w:val="20"/>
                <w:szCs w:val="20"/>
              </w:rPr>
              <w:t>Razvoj osjećaja zahvalnosti</w:t>
            </w:r>
          </w:p>
        </w:tc>
        <w:tc>
          <w:tcPr>
            <w:tcW w:w="2363" w:type="dxa"/>
            <w:tcMar>
              <w:top w:w="80" w:type="dxa"/>
              <w:left w:w="80" w:type="dxa"/>
              <w:bottom w:w="80" w:type="dxa"/>
              <w:right w:w="80" w:type="dxa"/>
            </w:tcMar>
            <w:vAlign w:val="center"/>
          </w:tcPr>
          <w:p w14:paraId="137C93F8" w14:textId="77777777" w:rsidR="00ED17BE" w:rsidRPr="00F51F43" w:rsidRDefault="00ED17BE" w:rsidP="00ED17BE">
            <w:pPr>
              <w:spacing w:after="0" w:line="240" w:lineRule="auto"/>
              <w:jc w:val="center"/>
              <w:rPr>
                <w:noProof/>
                <w:sz w:val="20"/>
                <w:szCs w:val="20"/>
              </w:rPr>
            </w:pPr>
            <w:r w:rsidRPr="00F51F43">
              <w:rPr>
                <w:noProof/>
                <w:sz w:val="20"/>
                <w:szCs w:val="20"/>
              </w:rPr>
              <w:t>Donošenje kućnih pekarskih uradaka, priprema svećanog stola</w:t>
            </w:r>
          </w:p>
        </w:tc>
        <w:tc>
          <w:tcPr>
            <w:tcW w:w="2088" w:type="dxa"/>
            <w:tcMar>
              <w:top w:w="80" w:type="dxa"/>
              <w:left w:w="80" w:type="dxa"/>
              <w:bottom w:w="80" w:type="dxa"/>
              <w:right w:w="80" w:type="dxa"/>
            </w:tcMar>
            <w:vAlign w:val="center"/>
          </w:tcPr>
          <w:p w14:paraId="2D453FB3"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w:t>
            </w:r>
          </w:p>
        </w:tc>
      </w:tr>
      <w:tr w:rsidR="00ED17BE" w:rsidRPr="00F51F43" w14:paraId="4EC96752" w14:textId="77777777" w:rsidTr="00ED17BE">
        <w:trPr>
          <w:cantSplit/>
          <w:jc w:val="center"/>
        </w:trPr>
        <w:tc>
          <w:tcPr>
            <w:tcW w:w="1101" w:type="dxa"/>
            <w:tcMar>
              <w:top w:w="80" w:type="dxa"/>
              <w:left w:w="80" w:type="dxa"/>
              <w:bottom w:w="80" w:type="dxa"/>
              <w:right w:w="80" w:type="dxa"/>
            </w:tcMar>
            <w:vAlign w:val="center"/>
          </w:tcPr>
          <w:p w14:paraId="07E44A9E" w14:textId="77777777" w:rsidR="00ED17BE" w:rsidRPr="00F51F43" w:rsidRDefault="00ED17BE" w:rsidP="00ED17BE">
            <w:pPr>
              <w:spacing w:after="0" w:line="240" w:lineRule="auto"/>
              <w:jc w:val="center"/>
              <w:rPr>
                <w:noProof/>
                <w:sz w:val="20"/>
                <w:szCs w:val="20"/>
              </w:rPr>
            </w:pPr>
            <w:r w:rsidRPr="00F51F43">
              <w:rPr>
                <w:noProof/>
                <w:sz w:val="20"/>
                <w:szCs w:val="20"/>
              </w:rPr>
              <w:t>Dejan P.</w:t>
            </w:r>
          </w:p>
        </w:tc>
        <w:tc>
          <w:tcPr>
            <w:tcW w:w="992" w:type="dxa"/>
            <w:tcMar>
              <w:top w:w="80" w:type="dxa"/>
              <w:left w:w="80" w:type="dxa"/>
              <w:bottom w:w="80" w:type="dxa"/>
              <w:right w:w="80" w:type="dxa"/>
            </w:tcMar>
            <w:vAlign w:val="center"/>
          </w:tcPr>
          <w:p w14:paraId="5C0F4545"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50E158E8" w14:textId="77777777" w:rsidR="00ED17BE" w:rsidRPr="00F51F43" w:rsidRDefault="00ED17BE" w:rsidP="00ED17BE">
            <w:pPr>
              <w:spacing w:after="0" w:line="240" w:lineRule="auto"/>
              <w:jc w:val="center"/>
              <w:rPr>
                <w:noProof/>
                <w:sz w:val="20"/>
                <w:szCs w:val="20"/>
              </w:rPr>
            </w:pPr>
            <w:r w:rsidRPr="00F51F43">
              <w:rPr>
                <w:noProof/>
                <w:sz w:val="20"/>
                <w:szCs w:val="20"/>
              </w:rPr>
              <w:t>22</w:t>
            </w:r>
          </w:p>
        </w:tc>
        <w:tc>
          <w:tcPr>
            <w:tcW w:w="1134" w:type="dxa"/>
            <w:tcMar>
              <w:top w:w="80" w:type="dxa"/>
              <w:left w:w="80" w:type="dxa"/>
              <w:bottom w:w="80" w:type="dxa"/>
              <w:right w:w="80" w:type="dxa"/>
            </w:tcMar>
            <w:vAlign w:val="center"/>
          </w:tcPr>
          <w:p w14:paraId="701CAB3F" w14:textId="77777777" w:rsidR="00ED17BE" w:rsidRPr="00F51F43" w:rsidRDefault="00ED17BE" w:rsidP="00ED17BE">
            <w:pPr>
              <w:spacing w:after="0" w:line="240" w:lineRule="auto"/>
              <w:jc w:val="center"/>
              <w:rPr>
                <w:noProof/>
                <w:sz w:val="20"/>
                <w:szCs w:val="20"/>
              </w:rPr>
            </w:pPr>
            <w:r w:rsidRPr="00F51F43">
              <w:rPr>
                <w:noProof/>
                <w:sz w:val="20"/>
                <w:szCs w:val="20"/>
              </w:rPr>
              <w:t>Pčelice</w:t>
            </w:r>
          </w:p>
        </w:tc>
        <w:tc>
          <w:tcPr>
            <w:tcW w:w="2409" w:type="dxa"/>
            <w:tcMar>
              <w:top w:w="80" w:type="dxa"/>
              <w:left w:w="80" w:type="dxa"/>
              <w:bottom w:w="80" w:type="dxa"/>
              <w:right w:w="80" w:type="dxa"/>
            </w:tcMar>
            <w:vAlign w:val="center"/>
          </w:tcPr>
          <w:p w14:paraId="16E29077" w14:textId="77777777" w:rsidR="00ED17BE" w:rsidRPr="00F51F43" w:rsidRDefault="00ED17BE" w:rsidP="00ED17BE">
            <w:pPr>
              <w:spacing w:after="0" w:line="240" w:lineRule="auto"/>
              <w:jc w:val="center"/>
              <w:rPr>
                <w:noProof/>
                <w:sz w:val="20"/>
                <w:szCs w:val="20"/>
              </w:rPr>
            </w:pPr>
            <w:r w:rsidRPr="00F51F43">
              <w:rPr>
                <w:noProof/>
                <w:sz w:val="20"/>
                <w:szCs w:val="20"/>
              </w:rPr>
              <w:t>Međusobno upoznavanje, upoznavanje zanimanja stolar</w:t>
            </w:r>
          </w:p>
        </w:tc>
        <w:tc>
          <w:tcPr>
            <w:tcW w:w="2387" w:type="dxa"/>
            <w:tcMar>
              <w:top w:w="80" w:type="dxa"/>
              <w:left w:w="80" w:type="dxa"/>
              <w:bottom w:w="80" w:type="dxa"/>
              <w:right w:w="80" w:type="dxa"/>
            </w:tcMar>
            <w:vAlign w:val="center"/>
          </w:tcPr>
          <w:p w14:paraId="0CCCF362" w14:textId="77777777" w:rsidR="00ED17BE" w:rsidRPr="00F51F43" w:rsidRDefault="00ED17BE" w:rsidP="00ED17BE">
            <w:pPr>
              <w:spacing w:after="0" w:line="240" w:lineRule="auto"/>
              <w:jc w:val="center"/>
              <w:rPr>
                <w:noProof/>
                <w:sz w:val="20"/>
                <w:szCs w:val="20"/>
              </w:rPr>
            </w:pPr>
            <w:r w:rsidRPr="00F51F43">
              <w:rPr>
                <w:noProof/>
                <w:sz w:val="20"/>
                <w:szCs w:val="20"/>
              </w:rPr>
              <w:t>Razvoj ljubavi privrzenosti i zahvalnosti prema ocu, razvoj spoznaje o zanimanju stolar</w:t>
            </w:r>
          </w:p>
        </w:tc>
        <w:tc>
          <w:tcPr>
            <w:tcW w:w="2363" w:type="dxa"/>
            <w:tcMar>
              <w:top w:w="80" w:type="dxa"/>
              <w:left w:w="80" w:type="dxa"/>
              <w:bottom w:w="80" w:type="dxa"/>
              <w:right w:w="80" w:type="dxa"/>
            </w:tcMar>
            <w:vAlign w:val="center"/>
          </w:tcPr>
          <w:p w14:paraId="2DA1BB63" w14:textId="77777777" w:rsidR="00ED17BE" w:rsidRPr="00F51F43" w:rsidRDefault="00ED17BE" w:rsidP="00ED17BE">
            <w:pPr>
              <w:spacing w:after="0" w:line="240" w:lineRule="auto"/>
              <w:jc w:val="center"/>
              <w:rPr>
                <w:noProof/>
                <w:sz w:val="20"/>
                <w:szCs w:val="20"/>
              </w:rPr>
            </w:pPr>
            <w:r w:rsidRPr="00F51F43">
              <w:rPr>
                <w:noProof/>
                <w:sz w:val="20"/>
                <w:szCs w:val="20"/>
              </w:rPr>
              <w:t>Upoznavanje mogućnosti i tehnika obrade drveta, koristi koje čovjek ima od ovog materijala</w:t>
            </w:r>
          </w:p>
        </w:tc>
        <w:tc>
          <w:tcPr>
            <w:tcW w:w="2088" w:type="dxa"/>
            <w:tcMar>
              <w:top w:w="80" w:type="dxa"/>
              <w:left w:w="80" w:type="dxa"/>
              <w:bottom w:w="80" w:type="dxa"/>
              <w:right w:w="80" w:type="dxa"/>
            </w:tcMar>
            <w:vAlign w:val="center"/>
          </w:tcPr>
          <w:p w14:paraId="309E9511" w14:textId="77777777" w:rsidR="00ED17BE" w:rsidRPr="00F51F43" w:rsidRDefault="00ED17BE" w:rsidP="00ED17BE">
            <w:pPr>
              <w:spacing w:after="0" w:line="240" w:lineRule="auto"/>
              <w:jc w:val="center"/>
              <w:rPr>
                <w:noProof/>
                <w:sz w:val="20"/>
                <w:szCs w:val="20"/>
              </w:rPr>
            </w:pPr>
            <w:r w:rsidRPr="00F51F43">
              <w:rPr>
                <w:noProof/>
                <w:sz w:val="20"/>
                <w:szCs w:val="20"/>
              </w:rPr>
              <w:t>interes djece, reakcije djece, izjave djece</w:t>
            </w:r>
          </w:p>
        </w:tc>
      </w:tr>
      <w:tr w:rsidR="00ED17BE" w:rsidRPr="00F51F43" w14:paraId="5F39984F" w14:textId="77777777" w:rsidTr="00ED17BE">
        <w:trPr>
          <w:cantSplit/>
          <w:jc w:val="center"/>
        </w:trPr>
        <w:tc>
          <w:tcPr>
            <w:tcW w:w="1101" w:type="dxa"/>
            <w:tcMar>
              <w:top w:w="80" w:type="dxa"/>
              <w:left w:w="80" w:type="dxa"/>
              <w:bottom w:w="80" w:type="dxa"/>
              <w:right w:w="80" w:type="dxa"/>
            </w:tcMar>
            <w:vAlign w:val="center"/>
          </w:tcPr>
          <w:p w14:paraId="1F8D8CD5" w14:textId="77777777" w:rsidR="00ED17BE" w:rsidRPr="00F51F43" w:rsidRDefault="00ED17BE" w:rsidP="00ED17BE">
            <w:pPr>
              <w:spacing w:after="0" w:line="240" w:lineRule="auto"/>
              <w:jc w:val="center"/>
              <w:rPr>
                <w:noProof/>
                <w:sz w:val="20"/>
                <w:szCs w:val="20"/>
              </w:rPr>
            </w:pPr>
            <w:r w:rsidRPr="00F51F43">
              <w:rPr>
                <w:noProof/>
                <w:sz w:val="20"/>
                <w:szCs w:val="20"/>
              </w:rPr>
              <w:t>Ivana L.</w:t>
            </w:r>
          </w:p>
        </w:tc>
        <w:tc>
          <w:tcPr>
            <w:tcW w:w="992" w:type="dxa"/>
            <w:tcMar>
              <w:top w:w="80" w:type="dxa"/>
              <w:left w:w="80" w:type="dxa"/>
              <w:bottom w:w="80" w:type="dxa"/>
              <w:right w:w="80" w:type="dxa"/>
            </w:tcMar>
            <w:vAlign w:val="center"/>
          </w:tcPr>
          <w:p w14:paraId="14608B44" w14:textId="77777777" w:rsidR="00ED17BE" w:rsidRPr="00F51F43" w:rsidRDefault="00ED17BE" w:rsidP="00ED17BE">
            <w:pPr>
              <w:spacing w:after="0" w:line="240" w:lineRule="auto"/>
              <w:jc w:val="center"/>
              <w:rPr>
                <w:noProof/>
                <w:sz w:val="20"/>
                <w:szCs w:val="20"/>
              </w:rPr>
            </w:pPr>
            <w:r w:rsidRPr="00F51F43">
              <w:rPr>
                <w:noProof/>
                <w:sz w:val="20"/>
                <w:szCs w:val="20"/>
              </w:rPr>
              <w:t>travanj</w:t>
            </w:r>
          </w:p>
        </w:tc>
        <w:tc>
          <w:tcPr>
            <w:tcW w:w="851" w:type="dxa"/>
            <w:tcMar>
              <w:top w:w="80" w:type="dxa"/>
              <w:left w:w="80" w:type="dxa"/>
              <w:bottom w:w="80" w:type="dxa"/>
              <w:right w:w="80" w:type="dxa"/>
            </w:tcMar>
            <w:vAlign w:val="center"/>
          </w:tcPr>
          <w:p w14:paraId="56CB78E8" w14:textId="77777777" w:rsidR="00ED17BE" w:rsidRPr="00F51F43" w:rsidRDefault="00ED17BE" w:rsidP="00ED17BE">
            <w:pPr>
              <w:spacing w:after="0" w:line="240" w:lineRule="auto"/>
              <w:jc w:val="center"/>
              <w:rPr>
                <w:noProof/>
                <w:sz w:val="20"/>
                <w:szCs w:val="20"/>
              </w:rPr>
            </w:pPr>
            <w:r w:rsidRPr="00F51F43">
              <w:rPr>
                <w:noProof/>
                <w:sz w:val="20"/>
                <w:szCs w:val="20"/>
              </w:rPr>
              <w:t>22</w:t>
            </w:r>
          </w:p>
        </w:tc>
        <w:tc>
          <w:tcPr>
            <w:tcW w:w="1134" w:type="dxa"/>
            <w:tcMar>
              <w:top w:w="80" w:type="dxa"/>
              <w:left w:w="80" w:type="dxa"/>
              <w:bottom w:w="80" w:type="dxa"/>
              <w:right w:w="80" w:type="dxa"/>
            </w:tcMar>
            <w:vAlign w:val="center"/>
          </w:tcPr>
          <w:p w14:paraId="56EA47E1" w14:textId="77777777" w:rsidR="00ED17BE" w:rsidRPr="00F51F43" w:rsidRDefault="00ED17BE" w:rsidP="00ED17BE">
            <w:pPr>
              <w:spacing w:after="0" w:line="240" w:lineRule="auto"/>
              <w:jc w:val="center"/>
              <w:rPr>
                <w:noProof/>
                <w:sz w:val="20"/>
                <w:szCs w:val="20"/>
              </w:rPr>
            </w:pPr>
            <w:r w:rsidRPr="00F51F43">
              <w:rPr>
                <w:noProof/>
                <w:sz w:val="20"/>
                <w:szCs w:val="20"/>
              </w:rPr>
              <w:t>Pčelice</w:t>
            </w:r>
          </w:p>
        </w:tc>
        <w:tc>
          <w:tcPr>
            <w:tcW w:w="2409" w:type="dxa"/>
            <w:tcMar>
              <w:top w:w="80" w:type="dxa"/>
              <w:left w:w="80" w:type="dxa"/>
              <w:bottom w:w="80" w:type="dxa"/>
              <w:right w:w="80" w:type="dxa"/>
            </w:tcMar>
            <w:vAlign w:val="center"/>
          </w:tcPr>
          <w:p w14:paraId="74D45648" w14:textId="77777777" w:rsidR="00ED17BE" w:rsidRPr="00F51F43" w:rsidRDefault="00ED17BE" w:rsidP="00ED17BE">
            <w:pPr>
              <w:spacing w:after="0" w:line="240" w:lineRule="auto"/>
              <w:jc w:val="center"/>
              <w:rPr>
                <w:noProof/>
                <w:sz w:val="20"/>
                <w:szCs w:val="20"/>
              </w:rPr>
            </w:pPr>
            <w:r w:rsidRPr="00F51F43">
              <w:rPr>
                <w:noProof/>
                <w:sz w:val="20"/>
                <w:szCs w:val="20"/>
              </w:rPr>
              <w:t>Upoznavanje sa zanimanjem medicinske sestre,doktora i zašto su nam važni</w:t>
            </w:r>
          </w:p>
        </w:tc>
        <w:tc>
          <w:tcPr>
            <w:tcW w:w="2387" w:type="dxa"/>
            <w:tcMar>
              <w:top w:w="80" w:type="dxa"/>
              <w:left w:w="80" w:type="dxa"/>
              <w:bottom w:w="80" w:type="dxa"/>
              <w:right w:w="80" w:type="dxa"/>
            </w:tcMar>
            <w:vAlign w:val="center"/>
          </w:tcPr>
          <w:p w14:paraId="10FEF64E" w14:textId="77777777" w:rsidR="00ED17BE" w:rsidRPr="00F51F43" w:rsidRDefault="00ED17BE" w:rsidP="00ED17BE">
            <w:pPr>
              <w:spacing w:after="0" w:line="240" w:lineRule="auto"/>
              <w:jc w:val="center"/>
              <w:rPr>
                <w:noProof/>
                <w:sz w:val="20"/>
                <w:szCs w:val="20"/>
              </w:rPr>
            </w:pPr>
            <w:r w:rsidRPr="00F51F43">
              <w:rPr>
                <w:noProof/>
                <w:sz w:val="20"/>
                <w:szCs w:val="20"/>
              </w:rPr>
              <w:t>Upoznavanje s osnovama brige o zdravlju.razvijanje odgovornostiprema vlastitom tijelu i zdravlju.</w:t>
            </w:r>
          </w:p>
        </w:tc>
        <w:tc>
          <w:tcPr>
            <w:tcW w:w="2363" w:type="dxa"/>
            <w:tcMar>
              <w:top w:w="80" w:type="dxa"/>
              <w:left w:w="80" w:type="dxa"/>
              <w:bottom w:w="80" w:type="dxa"/>
              <w:right w:w="80" w:type="dxa"/>
            </w:tcMar>
            <w:vAlign w:val="center"/>
          </w:tcPr>
          <w:p w14:paraId="203BC26A" w14:textId="77777777" w:rsidR="00ED17BE" w:rsidRPr="00F51F43" w:rsidRDefault="00ED17BE" w:rsidP="00ED17BE">
            <w:pPr>
              <w:spacing w:after="0" w:line="240" w:lineRule="auto"/>
              <w:jc w:val="center"/>
              <w:rPr>
                <w:noProof/>
                <w:sz w:val="20"/>
                <w:szCs w:val="20"/>
              </w:rPr>
            </w:pPr>
            <w:r w:rsidRPr="00F51F43">
              <w:rPr>
                <w:noProof/>
                <w:sz w:val="20"/>
                <w:szCs w:val="20"/>
              </w:rPr>
              <w:t>Prezentacij osnovnog medicinskog inventara,službene uniformemedicinske sestre.Imitativna igra.</w:t>
            </w:r>
          </w:p>
        </w:tc>
        <w:tc>
          <w:tcPr>
            <w:tcW w:w="2088" w:type="dxa"/>
            <w:tcMar>
              <w:top w:w="80" w:type="dxa"/>
              <w:left w:w="80" w:type="dxa"/>
              <w:bottom w:w="80" w:type="dxa"/>
              <w:right w:w="80" w:type="dxa"/>
            </w:tcMar>
            <w:vAlign w:val="center"/>
          </w:tcPr>
          <w:p w14:paraId="2F9E1933"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w:t>
            </w:r>
          </w:p>
        </w:tc>
      </w:tr>
      <w:tr w:rsidR="00ED17BE" w:rsidRPr="00F51F43" w14:paraId="6717B81E" w14:textId="77777777" w:rsidTr="00ED17BE">
        <w:trPr>
          <w:cantSplit/>
          <w:jc w:val="center"/>
        </w:trPr>
        <w:tc>
          <w:tcPr>
            <w:tcW w:w="1101" w:type="dxa"/>
            <w:tcMar>
              <w:top w:w="80" w:type="dxa"/>
              <w:left w:w="80" w:type="dxa"/>
              <w:bottom w:w="80" w:type="dxa"/>
              <w:right w:w="80" w:type="dxa"/>
            </w:tcMar>
            <w:vAlign w:val="center"/>
          </w:tcPr>
          <w:p w14:paraId="3F950649" w14:textId="77777777" w:rsidR="00ED17BE" w:rsidRPr="00F51F43" w:rsidRDefault="00ED17BE" w:rsidP="00ED17BE">
            <w:pPr>
              <w:spacing w:after="0" w:line="240" w:lineRule="auto"/>
              <w:jc w:val="center"/>
              <w:rPr>
                <w:noProof/>
                <w:sz w:val="20"/>
                <w:szCs w:val="20"/>
              </w:rPr>
            </w:pPr>
            <w:r w:rsidRPr="00F51F43">
              <w:rPr>
                <w:noProof/>
                <w:sz w:val="20"/>
                <w:szCs w:val="20"/>
              </w:rPr>
              <w:t>L.K.</w:t>
            </w:r>
          </w:p>
        </w:tc>
        <w:tc>
          <w:tcPr>
            <w:tcW w:w="992" w:type="dxa"/>
            <w:tcMar>
              <w:top w:w="80" w:type="dxa"/>
              <w:left w:w="80" w:type="dxa"/>
              <w:bottom w:w="80" w:type="dxa"/>
              <w:right w:w="80" w:type="dxa"/>
            </w:tcMar>
            <w:vAlign w:val="center"/>
          </w:tcPr>
          <w:p w14:paraId="531EF476"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659539D1" w14:textId="77777777" w:rsidR="00ED17BE" w:rsidRPr="00F51F43" w:rsidRDefault="00ED17BE" w:rsidP="00ED17BE">
            <w:pPr>
              <w:spacing w:after="0" w:line="240" w:lineRule="auto"/>
              <w:jc w:val="center"/>
              <w:rPr>
                <w:noProof/>
                <w:sz w:val="20"/>
                <w:szCs w:val="20"/>
              </w:rPr>
            </w:pPr>
            <w:r w:rsidRPr="00F51F43">
              <w:rPr>
                <w:noProof/>
                <w:sz w:val="20"/>
                <w:szCs w:val="20"/>
              </w:rPr>
              <w:t>6</w:t>
            </w:r>
          </w:p>
        </w:tc>
        <w:tc>
          <w:tcPr>
            <w:tcW w:w="1134" w:type="dxa"/>
            <w:tcMar>
              <w:top w:w="80" w:type="dxa"/>
              <w:left w:w="80" w:type="dxa"/>
              <w:bottom w:w="80" w:type="dxa"/>
              <w:right w:w="80" w:type="dxa"/>
            </w:tcMar>
            <w:vAlign w:val="center"/>
          </w:tcPr>
          <w:p w14:paraId="28D7F6CC" w14:textId="77777777" w:rsidR="00ED17BE" w:rsidRPr="00F51F43" w:rsidRDefault="00ED17BE" w:rsidP="00ED17BE">
            <w:pPr>
              <w:spacing w:after="0" w:line="240" w:lineRule="auto"/>
              <w:jc w:val="center"/>
              <w:rPr>
                <w:noProof/>
                <w:sz w:val="20"/>
                <w:szCs w:val="20"/>
              </w:rPr>
            </w:pPr>
            <w:r w:rsidRPr="00F51F43">
              <w:rPr>
                <w:noProof/>
                <w:sz w:val="20"/>
                <w:szCs w:val="20"/>
              </w:rPr>
              <w:t>Bubamare</w:t>
            </w:r>
          </w:p>
        </w:tc>
        <w:tc>
          <w:tcPr>
            <w:tcW w:w="2409" w:type="dxa"/>
            <w:tcMar>
              <w:top w:w="80" w:type="dxa"/>
              <w:left w:w="80" w:type="dxa"/>
              <w:bottom w:w="80" w:type="dxa"/>
              <w:right w:w="80" w:type="dxa"/>
            </w:tcMar>
            <w:vAlign w:val="center"/>
          </w:tcPr>
          <w:p w14:paraId="0023AADB" w14:textId="77777777" w:rsidR="00ED17BE" w:rsidRPr="00F51F43" w:rsidRDefault="00ED17BE" w:rsidP="00ED17BE">
            <w:pPr>
              <w:spacing w:after="0" w:line="240" w:lineRule="auto"/>
              <w:jc w:val="center"/>
              <w:rPr>
                <w:noProof/>
                <w:sz w:val="20"/>
                <w:szCs w:val="20"/>
              </w:rPr>
            </w:pPr>
            <w:r w:rsidRPr="00F51F43">
              <w:rPr>
                <w:noProof/>
                <w:sz w:val="20"/>
                <w:szCs w:val="20"/>
              </w:rPr>
              <w:t>Izrada kolača za vrijeme obilježavanja Dana zahvalnosti za plodove zemlje, uključiti roditelje u život skupine</w:t>
            </w:r>
          </w:p>
        </w:tc>
        <w:tc>
          <w:tcPr>
            <w:tcW w:w="2387" w:type="dxa"/>
            <w:tcMar>
              <w:top w:w="80" w:type="dxa"/>
              <w:left w:w="80" w:type="dxa"/>
              <w:bottom w:w="80" w:type="dxa"/>
              <w:right w:w="80" w:type="dxa"/>
            </w:tcMar>
            <w:vAlign w:val="center"/>
          </w:tcPr>
          <w:p w14:paraId="735E569E" w14:textId="77777777" w:rsidR="00ED17BE" w:rsidRPr="00F51F43" w:rsidRDefault="00ED17BE" w:rsidP="00ED17BE">
            <w:pPr>
              <w:spacing w:after="0" w:line="240" w:lineRule="auto"/>
              <w:jc w:val="center"/>
              <w:rPr>
                <w:noProof/>
                <w:sz w:val="20"/>
                <w:szCs w:val="20"/>
              </w:rPr>
            </w:pPr>
            <w:r w:rsidRPr="00F51F43">
              <w:rPr>
                <w:noProof/>
                <w:sz w:val="20"/>
                <w:szCs w:val="20"/>
              </w:rPr>
              <w:t>Razvoj okulomotorne koordinacije, fine motorike, osjetila njuha i okusa, strpljenje i čekanje na red</w:t>
            </w:r>
          </w:p>
        </w:tc>
        <w:tc>
          <w:tcPr>
            <w:tcW w:w="2363" w:type="dxa"/>
            <w:tcMar>
              <w:top w:w="80" w:type="dxa"/>
              <w:left w:w="80" w:type="dxa"/>
              <w:bottom w:w="80" w:type="dxa"/>
              <w:right w:w="80" w:type="dxa"/>
            </w:tcMar>
            <w:vAlign w:val="center"/>
          </w:tcPr>
          <w:p w14:paraId="052DDB0C" w14:textId="77777777" w:rsidR="00ED17BE" w:rsidRPr="00F51F43" w:rsidRDefault="00ED17BE" w:rsidP="00ED17BE">
            <w:pPr>
              <w:spacing w:after="0" w:line="240" w:lineRule="auto"/>
              <w:jc w:val="center"/>
              <w:rPr>
                <w:noProof/>
                <w:sz w:val="20"/>
                <w:szCs w:val="20"/>
              </w:rPr>
            </w:pPr>
            <w:r w:rsidRPr="00F51F43">
              <w:rPr>
                <w:noProof/>
                <w:sz w:val="20"/>
                <w:szCs w:val="20"/>
              </w:rPr>
              <w:t>Zajedničko miješanje tijesta, oblikovanje kolačića, mirisanje cimeta, degustacija</w:t>
            </w:r>
          </w:p>
        </w:tc>
        <w:tc>
          <w:tcPr>
            <w:tcW w:w="2088" w:type="dxa"/>
            <w:tcMar>
              <w:top w:w="80" w:type="dxa"/>
              <w:left w:w="80" w:type="dxa"/>
              <w:bottom w:w="80" w:type="dxa"/>
              <w:right w:w="80" w:type="dxa"/>
            </w:tcMar>
            <w:vAlign w:val="center"/>
          </w:tcPr>
          <w:p w14:paraId="4B390F96" w14:textId="77777777" w:rsidR="00ED17BE" w:rsidRPr="00F51F43" w:rsidRDefault="00ED17BE" w:rsidP="00ED17BE">
            <w:pPr>
              <w:spacing w:after="0" w:line="240" w:lineRule="auto"/>
              <w:jc w:val="center"/>
              <w:rPr>
                <w:noProof/>
                <w:sz w:val="20"/>
                <w:szCs w:val="20"/>
              </w:rPr>
            </w:pPr>
            <w:r w:rsidRPr="00F51F43">
              <w:rPr>
                <w:noProof/>
                <w:sz w:val="20"/>
                <w:szCs w:val="20"/>
              </w:rPr>
              <w:t>fotodokumentacija, bilješke odgajtelja</w:t>
            </w:r>
          </w:p>
        </w:tc>
      </w:tr>
      <w:tr w:rsidR="00ED17BE" w:rsidRPr="00F51F43" w14:paraId="0DBDD075" w14:textId="77777777" w:rsidTr="00ED17BE">
        <w:trPr>
          <w:cantSplit/>
          <w:jc w:val="center"/>
        </w:trPr>
        <w:tc>
          <w:tcPr>
            <w:tcW w:w="1101" w:type="dxa"/>
            <w:tcMar>
              <w:top w:w="80" w:type="dxa"/>
              <w:left w:w="80" w:type="dxa"/>
              <w:bottom w:w="80" w:type="dxa"/>
              <w:right w:w="80" w:type="dxa"/>
            </w:tcMar>
            <w:vAlign w:val="center"/>
          </w:tcPr>
          <w:p w14:paraId="13FF53CF"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S.Č.</w:t>
            </w:r>
          </w:p>
        </w:tc>
        <w:tc>
          <w:tcPr>
            <w:tcW w:w="992" w:type="dxa"/>
            <w:tcMar>
              <w:top w:w="80" w:type="dxa"/>
              <w:left w:w="80" w:type="dxa"/>
              <w:bottom w:w="80" w:type="dxa"/>
              <w:right w:w="80" w:type="dxa"/>
            </w:tcMar>
            <w:vAlign w:val="center"/>
          </w:tcPr>
          <w:p w14:paraId="453ED7CF"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16E9EF1A" w14:textId="77777777" w:rsidR="00ED17BE" w:rsidRPr="00F51F43" w:rsidRDefault="00ED17BE" w:rsidP="00ED17BE">
            <w:pPr>
              <w:spacing w:after="0" w:line="240" w:lineRule="auto"/>
              <w:jc w:val="center"/>
              <w:rPr>
                <w:noProof/>
                <w:sz w:val="20"/>
                <w:szCs w:val="20"/>
              </w:rPr>
            </w:pPr>
            <w:r w:rsidRPr="00F51F43">
              <w:rPr>
                <w:noProof/>
                <w:sz w:val="20"/>
                <w:szCs w:val="20"/>
              </w:rPr>
              <w:t>9</w:t>
            </w:r>
          </w:p>
        </w:tc>
        <w:tc>
          <w:tcPr>
            <w:tcW w:w="1134" w:type="dxa"/>
            <w:tcMar>
              <w:top w:w="80" w:type="dxa"/>
              <w:left w:w="80" w:type="dxa"/>
              <w:bottom w:w="80" w:type="dxa"/>
              <w:right w:w="80" w:type="dxa"/>
            </w:tcMar>
            <w:vAlign w:val="center"/>
          </w:tcPr>
          <w:p w14:paraId="27867630" w14:textId="77777777" w:rsidR="00ED17BE" w:rsidRPr="00F51F43" w:rsidRDefault="00ED17BE" w:rsidP="00ED17BE">
            <w:pPr>
              <w:spacing w:after="0" w:line="240" w:lineRule="auto"/>
              <w:jc w:val="center"/>
              <w:rPr>
                <w:noProof/>
                <w:sz w:val="20"/>
                <w:szCs w:val="20"/>
              </w:rPr>
            </w:pPr>
            <w:r w:rsidRPr="00F51F43">
              <w:rPr>
                <w:noProof/>
                <w:sz w:val="20"/>
                <w:szCs w:val="20"/>
              </w:rPr>
              <w:t>Bubamare</w:t>
            </w:r>
          </w:p>
        </w:tc>
        <w:tc>
          <w:tcPr>
            <w:tcW w:w="2409" w:type="dxa"/>
            <w:tcMar>
              <w:top w:w="80" w:type="dxa"/>
              <w:left w:w="80" w:type="dxa"/>
              <w:bottom w:w="80" w:type="dxa"/>
              <w:right w:w="80" w:type="dxa"/>
            </w:tcMar>
            <w:vAlign w:val="center"/>
          </w:tcPr>
          <w:p w14:paraId="6C70DCB0" w14:textId="77777777" w:rsidR="00ED17BE" w:rsidRPr="00F51F43" w:rsidRDefault="00ED17BE" w:rsidP="00ED17BE">
            <w:pPr>
              <w:spacing w:after="0" w:line="240" w:lineRule="auto"/>
              <w:jc w:val="center"/>
              <w:rPr>
                <w:noProof/>
                <w:sz w:val="20"/>
                <w:szCs w:val="20"/>
              </w:rPr>
            </w:pPr>
            <w:r w:rsidRPr="00F51F43">
              <w:rPr>
                <w:noProof/>
                <w:sz w:val="20"/>
                <w:szCs w:val="20"/>
              </w:rPr>
              <w:t>Druženje povodom dana očeva-jačanje privrženosti između djeteta i oca, uključivanje očeva u odgojno-obrazovni rad</w:t>
            </w:r>
          </w:p>
        </w:tc>
        <w:tc>
          <w:tcPr>
            <w:tcW w:w="2387" w:type="dxa"/>
            <w:tcMar>
              <w:top w:w="80" w:type="dxa"/>
              <w:left w:w="80" w:type="dxa"/>
              <w:bottom w:w="80" w:type="dxa"/>
              <w:right w:w="80" w:type="dxa"/>
            </w:tcMar>
            <w:vAlign w:val="center"/>
          </w:tcPr>
          <w:p w14:paraId="40CF3031" w14:textId="77777777" w:rsidR="00ED17BE" w:rsidRPr="00F51F43" w:rsidRDefault="00ED17BE" w:rsidP="00ED17BE">
            <w:pPr>
              <w:spacing w:after="0" w:line="240" w:lineRule="auto"/>
              <w:jc w:val="center"/>
              <w:rPr>
                <w:noProof/>
                <w:sz w:val="20"/>
                <w:szCs w:val="20"/>
              </w:rPr>
            </w:pPr>
            <w:r w:rsidRPr="00F51F43">
              <w:rPr>
                <w:noProof/>
                <w:sz w:val="20"/>
                <w:szCs w:val="20"/>
              </w:rPr>
              <w:t>Razvoj socio-emocionalne veze sa ocem, razvoj grube motorike i koordinacije, razvoj povjerenja</w:t>
            </w:r>
          </w:p>
        </w:tc>
        <w:tc>
          <w:tcPr>
            <w:tcW w:w="2363" w:type="dxa"/>
            <w:tcMar>
              <w:top w:w="80" w:type="dxa"/>
              <w:left w:w="80" w:type="dxa"/>
              <w:bottom w:w="80" w:type="dxa"/>
              <w:right w:w="80" w:type="dxa"/>
            </w:tcMar>
            <w:vAlign w:val="center"/>
          </w:tcPr>
          <w:p w14:paraId="6778A323" w14:textId="77777777" w:rsidR="00ED17BE" w:rsidRPr="00F51F43" w:rsidRDefault="00ED17BE" w:rsidP="00ED17BE">
            <w:pPr>
              <w:spacing w:after="0" w:line="240" w:lineRule="auto"/>
              <w:jc w:val="center"/>
              <w:rPr>
                <w:noProof/>
                <w:sz w:val="20"/>
                <w:szCs w:val="20"/>
              </w:rPr>
            </w:pPr>
            <w:r w:rsidRPr="00F51F43">
              <w:rPr>
                <w:noProof/>
                <w:sz w:val="20"/>
                <w:szCs w:val="20"/>
              </w:rPr>
              <w:t>Zajedničko druženje uz tjelesne aktivnosti, izrada medalje za tatu otiskom ruke</w:t>
            </w:r>
          </w:p>
        </w:tc>
        <w:tc>
          <w:tcPr>
            <w:tcW w:w="2088" w:type="dxa"/>
            <w:tcMar>
              <w:top w:w="80" w:type="dxa"/>
              <w:left w:w="80" w:type="dxa"/>
              <w:bottom w:w="80" w:type="dxa"/>
              <w:right w:w="80" w:type="dxa"/>
            </w:tcMar>
            <w:vAlign w:val="center"/>
          </w:tcPr>
          <w:p w14:paraId="1A175FAB" w14:textId="77777777" w:rsidR="00ED17BE" w:rsidRPr="00F51F43" w:rsidRDefault="00ED17BE" w:rsidP="00ED17BE">
            <w:pPr>
              <w:spacing w:after="0" w:line="240" w:lineRule="auto"/>
              <w:jc w:val="center"/>
              <w:rPr>
                <w:noProof/>
                <w:sz w:val="20"/>
                <w:szCs w:val="20"/>
              </w:rPr>
            </w:pPr>
            <w:r w:rsidRPr="00F51F43">
              <w:rPr>
                <w:noProof/>
                <w:sz w:val="20"/>
                <w:szCs w:val="20"/>
              </w:rPr>
              <w:t>fotodokumentacija, pano, bilješke odgajatelja</w:t>
            </w:r>
          </w:p>
        </w:tc>
      </w:tr>
      <w:tr w:rsidR="00ED17BE" w:rsidRPr="00F51F43" w14:paraId="5B267666" w14:textId="77777777" w:rsidTr="00ED17BE">
        <w:trPr>
          <w:cantSplit/>
          <w:jc w:val="center"/>
        </w:trPr>
        <w:tc>
          <w:tcPr>
            <w:tcW w:w="1101" w:type="dxa"/>
            <w:tcMar>
              <w:top w:w="80" w:type="dxa"/>
              <w:left w:w="80" w:type="dxa"/>
              <w:bottom w:w="80" w:type="dxa"/>
              <w:right w:w="80" w:type="dxa"/>
            </w:tcMar>
            <w:vAlign w:val="center"/>
          </w:tcPr>
          <w:p w14:paraId="45F2C7DC" w14:textId="77777777" w:rsidR="00ED17BE" w:rsidRPr="00F51F43" w:rsidRDefault="00ED17BE" w:rsidP="00ED17BE">
            <w:pPr>
              <w:spacing w:after="0" w:line="240" w:lineRule="auto"/>
              <w:jc w:val="center"/>
              <w:rPr>
                <w:noProof/>
                <w:sz w:val="20"/>
                <w:szCs w:val="20"/>
              </w:rPr>
            </w:pPr>
            <w:r w:rsidRPr="00F51F43">
              <w:rPr>
                <w:noProof/>
                <w:sz w:val="20"/>
                <w:szCs w:val="20"/>
              </w:rPr>
              <w:t>J.M.</w:t>
            </w:r>
          </w:p>
        </w:tc>
        <w:tc>
          <w:tcPr>
            <w:tcW w:w="992" w:type="dxa"/>
            <w:tcMar>
              <w:top w:w="80" w:type="dxa"/>
              <w:left w:w="80" w:type="dxa"/>
              <w:bottom w:w="80" w:type="dxa"/>
              <w:right w:w="80" w:type="dxa"/>
            </w:tcMar>
            <w:vAlign w:val="center"/>
          </w:tcPr>
          <w:p w14:paraId="0DEA14F9"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683343F6" w14:textId="77777777" w:rsidR="00ED17BE" w:rsidRPr="00F51F43" w:rsidRDefault="00ED17BE" w:rsidP="00ED17BE">
            <w:pPr>
              <w:spacing w:after="0" w:line="240" w:lineRule="auto"/>
              <w:jc w:val="center"/>
              <w:rPr>
                <w:noProof/>
                <w:sz w:val="20"/>
                <w:szCs w:val="20"/>
              </w:rPr>
            </w:pPr>
            <w:r w:rsidRPr="00F51F43">
              <w:rPr>
                <w:noProof/>
                <w:sz w:val="20"/>
                <w:szCs w:val="20"/>
              </w:rPr>
              <w:t>9</w:t>
            </w:r>
          </w:p>
        </w:tc>
        <w:tc>
          <w:tcPr>
            <w:tcW w:w="1134" w:type="dxa"/>
            <w:tcMar>
              <w:top w:w="80" w:type="dxa"/>
              <w:left w:w="80" w:type="dxa"/>
              <w:bottom w:w="80" w:type="dxa"/>
              <w:right w:w="80" w:type="dxa"/>
            </w:tcMar>
            <w:vAlign w:val="center"/>
          </w:tcPr>
          <w:p w14:paraId="11C3145A" w14:textId="77777777" w:rsidR="00ED17BE" w:rsidRPr="00F51F43" w:rsidRDefault="00ED17BE" w:rsidP="00ED17BE">
            <w:pPr>
              <w:spacing w:after="0" w:line="240" w:lineRule="auto"/>
              <w:jc w:val="center"/>
              <w:rPr>
                <w:noProof/>
                <w:sz w:val="20"/>
                <w:szCs w:val="20"/>
              </w:rPr>
            </w:pPr>
            <w:r w:rsidRPr="00F51F43">
              <w:rPr>
                <w:noProof/>
                <w:sz w:val="20"/>
                <w:szCs w:val="20"/>
              </w:rPr>
              <w:t>Bubamare</w:t>
            </w:r>
          </w:p>
        </w:tc>
        <w:tc>
          <w:tcPr>
            <w:tcW w:w="2409" w:type="dxa"/>
            <w:tcMar>
              <w:top w:w="80" w:type="dxa"/>
              <w:left w:w="80" w:type="dxa"/>
              <w:bottom w:w="80" w:type="dxa"/>
              <w:right w:w="80" w:type="dxa"/>
            </w:tcMar>
            <w:vAlign w:val="center"/>
          </w:tcPr>
          <w:p w14:paraId="03F08E53" w14:textId="77777777" w:rsidR="00ED17BE" w:rsidRPr="00F51F43" w:rsidRDefault="00ED17BE" w:rsidP="00ED17BE">
            <w:pPr>
              <w:spacing w:after="0" w:line="240" w:lineRule="auto"/>
              <w:jc w:val="center"/>
              <w:rPr>
                <w:noProof/>
                <w:sz w:val="20"/>
                <w:szCs w:val="20"/>
              </w:rPr>
            </w:pPr>
            <w:r w:rsidRPr="00F51F43">
              <w:rPr>
                <w:noProof/>
                <w:sz w:val="20"/>
                <w:szCs w:val="20"/>
              </w:rPr>
              <w:t>Majčin dan-izražavanje ljubavi i zahvalnosti majci, poticanje nježnosti i bliskosti</w:t>
            </w:r>
          </w:p>
        </w:tc>
        <w:tc>
          <w:tcPr>
            <w:tcW w:w="2387" w:type="dxa"/>
            <w:tcMar>
              <w:top w:w="80" w:type="dxa"/>
              <w:left w:w="80" w:type="dxa"/>
              <w:bottom w:w="80" w:type="dxa"/>
              <w:right w:w="80" w:type="dxa"/>
            </w:tcMar>
            <w:vAlign w:val="center"/>
          </w:tcPr>
          <w:p w14:paraId="3E90C086" w14:textId="77777777" w:rsidR="00ED17BE" w:rsidRPr="00F51F43" w:rsidRDefault="00ED17BE" w:rsidP="00ED17BE">
            <w:pPr>
              <w:spacing w:after="0" w:line="240" w:lineRule="auto"/>
              <w:jc w:val="center"/>
              <w:rPr>
                <w:noProof/>
                <w:sz w:val="20"/>
                <w:szCs w:val="20"/>
              </w:rPr>
            </w:pPr>
            <w:r w:rsidRPr="00F51F43">
              <w:rPr>
                <w:noProof/>
                <w:sz w:val="20"/>
                <w:szCs w:val="20"/>
              </w:rPr>
              <w:t>Razvoj nježnosti, empatije i socio-emocionalnog razvoja, razvoj fine motorike, osjetila mirisa i vida</w:t>
            </w:r>
          </w:p>
        </w:tc>
        <w:tc>
          <w:tcPr>
            <w:tcW w:w="2363" w:type="dxa"/>
            <w:tcMar>
              <w:top w:w="80" w:type="dxa"/>
              <w:left w:w="80" w:type="dxa"/>
              <w:bottom w:w="80" w:type="dxa"/>
              <w:right w:w="80" w:type="dxa"/>
            </w:tcMar>
            <w:vAlign w:val="center"/>
          </w:tcPr>
          <w:p w14:paraId="52369B43" w14:textId="77777777" w:rsidR="00ED17BE" w:rsidRPr="00F51F43" w:rsidRDefault="00ED17BE" w:rsidP="00ED17BE">
            <w:pPr>
              <w:spacing w:after="0" w:line="240" w:lineRule="auto"/>
              <w:jc w:val="center"/>
              <w:rPr>
                <w:noProof/>
                <w:sz w:val="20"/>
                <w:szCs w:val="20"/>
              </w:rPr>
            </w:pPr>
            <w:r w:rsidRPr="00F51F43">
              <w:rPr>
                <w:noProof/>
                <w:sz w:val="20"/>
                <w:szCs w:val="20"/>
              </w:rPr>
              <w:t>Sadnja cvijeća u teglice, izrada čestitke, ples uz pjesmice</w:t>
            </w:r>
          </w:p>
        </w:tc>
        <w:tc>
          <w:tcPr>
            <w:tcW w:w="2088" w:type="dxa"/>
            <w:tcMar>
              <w:top w:w="80" w:type="dxa"/>
              <w:left w:w="80" w:type="dxa"/>
              <w:bottom w:w="80" w:type="dxa"/>
              <w:right w:w="80" w:type="dxa"/>
            </w:tcMar>
            <w:vAlign w:val="center"/>
          </w:tcPr>
          <w:p w14:paraId="13EF373A" w14:textId="77777777" w:rsidR="00ED17BE" w:rsidRPr="00F51F43" w:rsidRDefault="00ED17BE" w:rsidP="00ED17BE">
            <w:pPr>
              <w:spacing w:after="0" w:line="240" w:lineRule="auto"/>
              <w:jc w:val="center"/>
              <w:rPr>
                <w:noProof/>
                <w:sz w:val="20"/>
                <w:szCs w:val="20"/>
              </w:rPr>
            </w:pPr>
            <w:r w:rsidRPr="00F51F43">
              <w:rPr>
                <w:noProof/>
                <w:sz w:val="20"/>
                <w:szCs w:val="20"/>
              </w:rPr>
              <w:t>fotodokumentacija, izložba radova razvojne mape bilješke odgajatelja</w:t>
            </w:r>
          </w:p>
        </w:tc>
      </w:tr>
      <w:tr w:rsidR="00ED17BE" w:rsidRPr="00F51F43" w14:paraId="17A23959" w14:textId="77777777" w:rsidTr="00ED17BE">
        <w:trPr>
          <w:cantSplit/>
          <w:jc w:val="center"/>
        </w:trPr>
        <w:tc>
          <w:tcPr>
            <w:tcW w:w="1101" w:type="dxa"/>
            <w:tcMar>
              <w:top w:w="80" w:type="dxa"/>
              <w:left w:w="80" w:type="dxa"/>
              <w:bottom w:w="80" w:type="dxa"/>
              <w:right w:w="80" w:type="dxa"/>
            </w:tcMar>
            <w:vAlign w:val="center"/>
          </w:tcPr>
          <w:p w14:paraId="6D990816" w14:textId="77777777" w:rsidR="00ED17BE" w:rsidRPr="00F51F43" w:rsidRDefault="00ED17BE" w:rsidP="00ED17BE">
            <w:pPr>
              <w:spacing w:after="0" w:line="240" w:lineRule="auto"/>
              <w:jc w:val="center"/>
              <w:rPr>
                <w:noProof/>
                <w:sz w:val="20"/>
                <w:szCs w:val="20"/>
              </w:rPr>
            </w:pPr>
            <w:r w:rsidRPr="00F51F43">
              <w:rPr>
                <w:noProof/>
                <w:sz w:val="20"/>
                <w:szCs w:val="20"/>
              </w:rPr>
              <w:t>M.P.</w:t>
            </w:r>
          </w:p>
        </w:tc>
        <w:tc>
          <w:tcPr>
            <w:tcW w:w="992" w:type="dxa"/>
            <w:tcMar>
              <w:top w:w="80" w:type="dxa"/>
              <w:left w:w="80" w:type="dxa"/>
              <w:bottom w:w="80" w:type="dxa"/>
              <w:right w:w="80" w:type="dxa"/>
            </w:tcMar>
            <w:vAlign w:val="center"/>
          </w:tcPr>
          <w:p w14:paraId="22D81673"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56E20754" w14:textId="77777777" w:rsidR="00ED17BE" w:rsidRPr="00F51F43" w:rsidRDefault="00ED17BE" w:rsidP="00ED17BE">
            <w:pPr>
              <w:spacing w:after="0" w:line="240" w:lineRule="auto"/>
              <w:jc w:val="center"/>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383FFB48" w14:textId="77777777" w:rsidR="00ED17BE" w:rsidRPr="00F51F43" w:rsidRDefault="00ED17BE" w:rsidP="00ED17BE">
            <w:pPr>
              <w:spacing w:after="0" w:line="240" w:lineRule="auto"/>
              <w:jc w:val="center"/>
              <w:rPr>
                <w:noProof/>
                <w:sz w:val="20"/>
                <w:szCs w:val="20"/>
              </w:rPr>
            </w:pPr>
            <w:r w:rsidRPr="00F51F43">
              <w:rPr>
                <w:noProof/>
                <w:sz w:val="20"/>
                <w:szCs w:val="20"/>
              </w:rPr>
              <w:t>Krijesnice</w:t>
            </w:r>
          </w:p>
        </w:tc>
        <w:tc>
          <w:tcPr>
            <w:tcW w:w="2409" w:type="dxa"/>
            <w:tcMar>
              <w:top w:w="80" w:type="dxa"/>
              <w:left w:w="80" w:type="dxa"/>
              <w:bottom w:w="80" w:type="dxa"/>
              <w:right w:w="80" w:type="dxa"/>
            </w:tcMar>
            <w:vAlign w:val="center"/>
          </w:tcPr>
          <w:p w14:paraId="0997C3DD" w14:textId="77777777" w:rsidR="00ED17BE" w:rsidRPr="00F51F43" w:rsidRDefault="00ED17BE" w:rsidP="00ED17BE">
            <w:pPr>
              <w:spacing w:after="0" w:line="240" w:lineRule="auto"/>
              <w:jc w:val="center"/>
              <w:rPr>
                <w:noProof/>
                <w:sz w:val="20"/>
                <w:szCs w:val="20"/>
              </w:rPr>
            </w:pPr>
            <w:r w:rsidRPr="00F51F43">
              <w:rPr>
                <w:noProof/>
                <w:sz w:val="20"/>
                <w:szCs w:val="20"/>
              </w:rPr>
              <w:t>izrada kolača za vrijeme obilježavanja Dana zahvalnosti za plodove zemlje</w:t>
            </w:r>
          </w:p>
        </w:tc>
        <w:tc>
          <w:tcPr>
            <w:tcW w:w="2387" w:type="dxa"/>
            <w:tcMar>
              <w:top w:w="80" w:type="dxa"/>
              <w:left w:w="80" w:type="dxa"/>
              <w:bottom w:w="80" w:type="dxa"/>
              <w:right w:w="80" w:type="dxa"/>
            </w:tcMar>
            <w:vAlign w:val="center"/>
          </w:tcPr>
          <w:p w14:paraId="1E41AC6F" w14:textId="77777777" w:rsidR="00ED17BE" w:rsidRPr="00F51F43" w:rsidRDefault="00ED17BE" w:rsidP="00ED17BE">
            <w:pPr>
              <w:spacing w:after="0" w:line="240" w:lineRule="auto"/>
              <w:jc w:val="center"/>
              <w:rPr>
                <w:noProof/>
                <w:sz w:val="20"/>
                <w:szCs w:val="20"/>
              </w:rPr>
            </w:pPr>
            <w:r w:rsidRPr="00F51F43">
              <w:rPr>
                <w:noProof/>
                <w:sz w:val="20"/>
                <w:szCs w:val="20"/>
              </w:rPr>
              <w:t>razvoj okulomotorne koordinacije(valjanje,rezanje,izrada), baratanje predmetima(nož,valjak,razne modlice)</w:t>
            </w:r>
          </w:p>
        </w:tc>
        <w:tc>
          <w:tcPr>
            <w:tcW w:w="2363" w:type="dxa"/>
            <w:tcMar>
              <w:top w:w="80" w:type="dxa"/>
              <w:left w:w="80" w:type="dxa"/>
              <w:bottom w:w="80" w:type="dxa"/>
              <w:right w:w="80" w:type="dxa"/>
            </w:tcMar>
            <w:vAlign w:val="center"/>
          </w:tcPr>
          <w:p w14:paraId="5880EC2C" w14:textId="77777777" w:rsidR="00ED17BE" w:rsidRPr="00F51F43" w:rsidRDefault="00ED17BE" w:rsidP="00ED17BE">
            <w:pPr>
              <w:spacing w:after="0" w:line="240" w:lineRule="auto"/>
              <w:jc w:val="center"/>
              <w:rPr>
                <w:noProof/>
                <w:sz w:val="20"/>
                <w:szCs w:val="20"/>
              </w:rPr>
            </w:pPr>
            <w:r w:rsidRPr="00F51F43">
              <w:rPr>
                <w:noProof/>
                <w:sz w:val="20"/>
                <w:szCs w:val="20"/>
              </w:rPr>
              <w:t>izrada kolača, slaganje kolača na tepsiju, pečenje kolača</w:t>
            </w:r>
          </w:p>
        </w:tc>
        <w:tc>
          <w:tcPr>
            <w:tcW w:w="2088" w:type="dxa"/>
            <w:tcMar>
              <w:top w:w="80" w:type="dxa"/>
              <w:left w:w="80" w:type="dxa"/>
              <w:bottom w:w="80" w:type="dxa"/>
              <w:right w:w="80" w:type="dxa"/>
            </w:tcMar>
            <w:vAlign w:val="center"/>
          </w:tcPr>
          <w:p w14:paraId="64F1499F"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r w:rsidR="00ED17BE" w:rsidRPr="00F51F43" w14:paraId="0BC05CA9" w14:textId="77777777" w:rsidTr="00ED17BE">
        <w:trPr>
          <w:cantSplit/>
          <w:jc w:val="center"/>
        </w:trPr>
        <w:tc>
          <w:tcPr>
            <w:tcW w:w="1101" w:type="dxa"/>
            <w:tcMar>
              <w:top w:w="80" w:type="dxa"/>
              <w:left w:w="80" w:type="dxa"/>
              <w:bottom w:w="80" w:type="dxa"/>
              <w:right w:w="80" w:type="dxa"/>
            </w:tcMar>
            <w:vAlign w:val="center"/>
          </w:tcPr>
          <w:p w14:paraId="457EC3FA" w14:textId="77777777" w:rsidR="00ED17BE" w:rsidRPr="00F51F43" w:rsidRDefault="00ED17BE" w:rsidP="00ED17BE">
            <w:pPr>
              <w:spacing w:after="0" w:line="240" w:lineRule="auto"/>
              <w:jc w:val="center"/>
              <w:rPr>
                <w:noProof/>
                <w:sz w:val="20"/>
                <w:szCs w:val="20"/>
              </w:rPr>
            </w:pPr>
            <w:r w:rsidRPr="00F51F43">
              <w:rPr>
                <w:noProof/>
                <w:sz w:val="20"/>
                <w:szCs w:val="20"/>
              </w:rPr>
              <w:t>T.O.</w:t>
            </w:r>
          </w:p>
        </w:tc>
        <w:tc>
          <w:tcPr>
            <w:tcW w:w="992" w:type="dxa"/>
            <w:tcMar>
              <w:top w:w="80" w:type="dxa"/>
              <w:left w:w="80" w:type="dxa"/>
              <w:bottom w:w="80" w:type="dxa"/>
              <w:right w:w="80" w:type="dxa"/>
            </w:tcMar>
            <w:vAlign w:val="center"/>
          </w:tcPr>
          <w:p w14:paraId="2B3133F3"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19A2BADC" w14:textId="77777777" w:rsidR="00ED17BE" w:rsidRPr="00F51F43" w:rsidRDefault="00ED17BE" w:rsidP="00ED17BE">
            <w:pPr>
              <w:spacing w:after="0" w:line="240" w:lineRule="auto"/>
              <w:jc w:val="center"/>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12E74BA3" w14:textId="77777777" w:rsidR="00ED17BE" w:rsidRPr="00F51F43" w:rsidRDefault="00ED17BE" w:rsidP="00ED17BE">
            <w:pPr>
              <w:spacing w:after="0" w:line="240" w:lineRule="auto"/>
              <w:jc w:val="center"/>
              <w:rPr>
                <w:noProof/>
                <w:sz w:val="20"/>
                <w:szCs w:val="20"/>
              </w:rPr>
            </w:pPr>
            <w:r w:rsidRPr="00F51F43">
              <w:rPr>
                <w:noProof/>
                <w:sz w:val="20"/>
                <w:szCs w:val="20"/>
              </w:rPr>
              <w:t>Krijesnice</w:t>
            </w:r>
          </w:p>
        </w:tc>
        <w:tc>
          <w:tcPr>
            <w:tcW w:w="2409" w:type="dxa"/>
            <w:tcMar>
              <w:top w:w="80" w:type="dxa"/>
              <w:left w:w="80" w:type="dxa"/>
              <w:bottom w:w="80" w:type="dxa"/>
              <w:right w:w="80" w:type="dxa"/>
            </w:tcMar>
            <w:vAlign w:val="center"/>
          </w:tcPr>
          <w:p w14:paraId="4E4D6B27" w14:textId="77777777" w:rsidR="00ED17BE" w:rsidRPr="00F51F43" w:rsidRDefault="00ED17BE" w:rsidP="00ED17BE">
            <w:pPr>
              <w:spacing w:after="0" w:line="240" w:lineRule="auto"/>
              <w:jc w:val="center"/>
              <w:rPr>
                <w:noProof/>
                <w:sz w:val="20"/>
                <w:szCs w:val="20"/>
              </w:rPr>
            </w:pPr>
            <w:r w:rsidRPr="00F51F43">
              <w:rPr>
                <w:noProof/>
                <w:sz w:val="20"/>
                <w:szCs w:val="20"/>
              </w:rPr>
              <w:t>druženje povodom Dana očeva</w:t>
            </w:r>
          </w:p>
        </w:tc>
        <w:tc>
          <w:tcPr>
            <w:tcW w:w="2387" w:type="dxa"/>
            <w:tcMar>
              <w:top w:w="80" w:type="dxa"/>
              <w:left w:w="80" w:type="dxa"/>
              <w:bottom w:w="80" w:type="dxa"/>
              <w:right w:w="80" w:type="dxa"/>
            </w:tcMar>
            <w:vAlign w:val="center"/>
          </w:tcPr>
          <w:p w14:paraId="0B14A730" w14:textId="77777777" w:rsidR="00ED17BE" w:rsidRPr="00F51F43" w:rsidRDefault="00ED17BE" w:rsidP="00ED17BE">
            <w:pPr>
              <w:spacing w:after="0" w:line="240" w:lineRule="auto"/>
              <w:jc w:val="center"/>
              <w:rPr>
                <w:noProof/>
                <w:sz w:val="20"/>
                <w:szCs w:val="20"/>
              </w:rPr>
            </w:pPr>
            <w:r w:rsidRPr="00F51F43">
              <w:rPr>
                <w:noProof/>
                <w:sz w:val="20"/>
                <w:szCs w:val="20"/>
              </w:rPr>
              <w:t>razvoj i poticanje komunikacije u odnosu odrasli-dijete, poticanje govornog razvoja</w:t>
            </w:r>
          </w:p>
        </w:tc>
        <w:tc>
          <w:tcPr>
            <w:tcW w:w="2363" w:type="dxa"/>
            <w:tcMar>
              <w:top w:w="80" w:type="dxa"/>
              <w:left w:w="80" w:type="dxa"/>
              <w:bottom w:w="80" w:type="dxa"/>
              <w:right w:w="80" w:type="dxa"/>
            </w:tcMar>
            <w:vAlign w:val="center"/>
          </w:tcPr>
          <w:p w14:paraId="325EA51E" w14:textId="77777777" w:rsidR="00ED17BE" w:rsidRPr="00F51F43" w:rsidRDefault="00ED17BE" w:rsidP="00ED17BE">
            <w:pPr>
              <w:spacing w:after="0" w:line="240" w:lineRule="auto"/>
              <w:jc w:val="center"/>
              <w:rPr>
                <w:noProof/>
                <w:sz w:val="20"/>
                <w:szCs w:val="20"/>
              </w:rPr>
            </w:pPr>
            <w:r w:rsidRPr="00F51F43">
              <w:rPr>
                <w:noProof/>
                <w:sz w:val="20"/>
                <w:szCs w:val="20"/>
              </w:rPr>
              <w:t>izrada čestitke za tatu, izrada super heroja „tata“, aktivno uključivanje tate koji boravi u skupini</w:t>
            </w:r>
          </w:p>
        </w:tc>
        <w:tc>
          <w:tcPr>
            <w:tcW w:w="2088" w:type="dxa"/>
            <w:tcMar>
              <w:top w:w="80" w:type="dxa"/>
              <w:left w:w="80" w:type="dxa"/>
              <w:bottom w:w="80" w:type="dxa"/>
              <w:right w:w="80" w:type="dxa"/>
            </w:tcMar>
            <w:vAlign w:val="center"/>
          </w:tcPr>
          <w:p w14:paraId="73F15114"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r w:rsidR="00ED17BE" w:rsidRPr="00F51F43" w14:paraId="09B9CEAA" w14:textId="77777777" w:rsidTr="00ED17BE">
        <w:trPr>
          <w:cantSplit/>
          <w:jc w:val="center"/>
        </w:trPr>
        <w:tc>
          <w:tcPr>
            <w:tcW w:w="1101" w:type="dxa"/>
            <w:tcMar>
              <w:top w:w="80" w:type="dxa"/>
              <w:left w:w="80" w:type="dxa"/>
              <w:bottom w:w="80" w:type="dxa"/>
              <w:right w:w="80" w:type="dxa"/>
            </w:tcMar>
            <w:vAlign w:val="center"/>
          </w:tcPr>
          <w:p w14:paraId="6DAF848D" w14:textId="77777777" w:rsidR="00ED17BE" w:rsidRPr="00F51F43" w:rsidRDefault="00ED17BE" w:rsidP="00ED17BE">
            <w:pPr>
              <w:spacing w:after="0" w:line="240" w:lineRule="auto"/>
              <w:jc w:val="center"/>
              <w:rPr>
                <w:noProof/>
                <w:sz w:val="20"/>
                <w:szCs w:val="20"/>
              </w:rPr>
            </w:pPr>
            <w:r w:rsidRPr="00F51F43">
              <w:rPr>
                <w:noProof/>
                <w:sz w:val="20"/>
                <w:szCs w:val="20"/>
              </w:rPr>
              <w:t>P.Š.</w:t>
            </w:r>
          </w:p>
        </w:tc>
        <w:tc>
          <w:tcPr>
            <w:tcW w:w="992" w:type="dxa"/>
            <w:tcMar>
              <w:top w:w="80" w:type="dxa"/>
              <w:left w:w="80" w:type="dxa"/>
              <w:bottom w:w="80" w:type="dxa"/>
              <w:right w:w="80" w:type="dxa"/>
            </w:tcMar>
            <w:vAlign w:val="center"/>
          </w:tcPr>
          <w:p w14:paraId="017D082B"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34AEFF50" w14:textId="77777777" w:rsidR="00ED17BE" w:rsidRPr="00F51F43" w:rsidRDefault="00ED17BE" w:rsidP="00ED17BE">
            <w:pPr>
              <w:spacing w:after="0" w:line="240" w:lineRule="auto"/>
              <w:jc w:val="center"/>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3885618D" w14:textId="77777777" w:rsidR="00ED17BE" w:rsidRPr="00F51F43" w:rsidRDefault="00ED17BE" w:rsidP="00ED17BE">
            <w:pPr>
              <w:spacing w:after="0" w:line="240" w:lineRule="auto"/>
              <w:jc w:val="center"/>
              <w:rPr>
                <w:noProof/>
                <w:sz w:val="20"/>
                <w:szCs w:val="20"/>
              </w:rPr>
            </w:pPr>
            <w:r w:rsidRPr="00F51F43">
              <w:rPr>
                <w:noProof/>
                <w:sz w:val="20"/>
                <w:szCs w:val="20"/>
              </w:rPr>
              <w:t>Krijesnice</w:t>
            </w:r>
          </w:p>
        </w:tc>
        <w:tc>
          <w:tcPr>
            <w:tcW w:w="2409" w:type="dxa"/>
            <w:tcMar>
              <w:top w:w="80" w:type="dxa"/>
              <w:left w:w="80" w:type="dxa"/>
              <w:bottom w:w="80" w:type="dxa"/>
              <w:right w:w="80" w:type="dxa"/>
            </w:tcMar>
            <w:vAlign w:val="center"/>
          </w:tcPr>
          <w:p w14:paraId="6FFC3A1F" w14:textId="77777777" w:rsidR="00ED17BE" w:rsidRPr="00F51F43" w:rsidRDefault="00ED17BE" w:rsidP="00ED17BE">
            <w:pPr>
              <w:spacing w:after="0" w:line="240" w:lineRule="auto"/>
              <w:jc w:val="center"/>
              <w:rPr>
                <w:noProof/>
                <w:sz w:val="20"/>
                <w:szCs w:val="20"/>
              </w:rPr>
            </w:pPr>
            <w:r w:rsidRPr="00F51F43">
              <w:rPr>
                <w:noProof/>
                <w:sz w:val="20"/>
                <w:szCs w:val="20"/>
              </w:rPr>
              <w:t>Druženje povodom Majčinog dana</w:t>
            </w:r>
          </w:p>
        </w:tc>
        <w:tc>
          <w:tcPr>
            <w:tcW w:w="2387" w:type="dxa"/>
            <w:tcMar>
              <w:top w:w="80" w:type="dxa"/>
              <w:left w:w="80" w:type="dxa"/>
              <w:bottom w:w="80" w:type="dxa"/>
              <w:right w:w="80" w:type="dxa"/>
            </w:tcMar>
            <w:vAlign w:val="center"/>
          </w:tcPr>
          <w:p w14:paraId="3A4E9BF7" w14:textId="77777777" w:rsidR="00ED17BE" w:rsidRPr="00F51F43" w:rsidRDefault="00ED17BE" w:rsidP="00ED17BE">
            <w:pPr>
              <w:spacing w:after="0" w:line="240" w:lineRule="auto"/>
              <w:jc w:val="center"/>
              <w:rPr>
                <w:noProof/>
                <w:sz w:val="20"/>
                <w:szCs w:val="20"/>
              </w:rPr>
            </w:pPr>
            <w:r w:rsidRPr="00F51F43">
              <w:rPr>
                <w:noProof/>
                <w:sz w:val="20"/>
                <w:szCs w:val="20"/>
              </w:rPr>
              <w:t>poticanje djece na slušanje i strpljivost, razvoj pažnje</w:t>
            </w:r>
          </w:p>
        </w:tc>
        <w:tc>
          <w:tcPr>
            <w:tcW w:w="2363" w:type="dxa"/>
            <w:tcMar>
              <w:top w:w="80" w:type="dxa"/>
              <w:left w:w="80" w:type="dxa"/>
              <w:bottom w:w="80" w:type="dxa"/>
              <w:right w:w="80" w:type="dxa"/>
            </w:tcMar>
            <w:vAlign w:val="center"/>
          </w:tcPr>
          <w:p w14:paraId="74C2315D" w14:textId="77777777" w:rsidR="00ED17BE" w:rsidRPr="00F51F43" w:rsidRDefault="00ED17BE" w:rsidP="00ED17BE">
            <w:pPr>
              <w:spacing w:after="0" w:line="240" w:lineRule="auto"/>
              <w:jc w:val="center"/>
              <w:rPr>
                <w:noProof/>
                <w:sz w:val="20"/>
                <w:szCs w:val="20"/>
              </w:rPr>
            </w:pPr>
            <w:r w:rsidRPr="00F51F43">
              <w:rPr>
                <w:noProof/>
                <w:sz w:val="20"/>
                <w:szCs w:val="20"/>
              </w:rPr>
              <w:t>slušanje priče i prepričavanje uz pomoć, likovna aktivnost na temu priče</w:t>
            </w:r>
          </w:p>
        </w:tc>
        <w:tc>
          <w:tcPr>
            <w:tcW w:w="2088" w:type="dxa"/>
            <w:tcMar>
              <w:top w:w="80" w:type="dxa"/>
              <w:left w:w="80" w:type="dxa"/>
              <w:bottom w:w="80" w:type="dxa"/>
              <w:right w:w="80" w:type="dxa"/>
            </w:tcMar>
            <w:vAlign w:val="center"/>
          </w:tcPr>
          <w:p w14:paraId="58ECA66F"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r w:rsidR="00ED17BE" w:rsidRPr="00F51F43" w14:paraId="4EB0E7B5" w14:textId="77777777" w:rsidTr="00ED17BE">
        <w:trPr>
          <w:cantSplit/>
          <w:jc w:val="center"/>
        </w:trPr>
        <w:tc>
          <w:tcPr>
            <w:tcW w:w="1101" w:type="dxa"/>
            <w:tcMar>
              <w:top w:w="80" w:type="dxa"/>
              <w:left w:w="80" w:type="dxa"/>
              <w:bottom w:w="80" w:type="dxa"/>
              <w:right w:w="80" w:type="dxa"/>
            </w:tcMar>
            <w:vAlign w:val="center"/>
          </w:tcPr>
          <w:p w14:paraId="3839F72C" w14:textId="77777777" w:rsidR="00ED17BE" w:rsidRPr="00F51F43" w:rsidRDefault="00ED17BE" w:rsidP="00ED17BE">
            <w:pPr>
              <w:spacing w:after="0" w:line="240" w:lineRule="auto"/>
              <w:jc w:val="center"/>
              <w:rPr>
                <w:noProof/>
                <w:sz w:val="20"/>
                <w:szCs w:val="20"/>
              </w:rPr>
            </w:pPr>
            <w:r w:rsidRPr="00F51F43">
              <w:rPr>
                <w:noProof/>
                <w:sz w:val="20"/>
                <w:szCs w:val="20"/>
              </w:rPr>
              <w:t>Marija B.</w:t>
            </w:r>
          </w:p>
        </w:tc>
        <w:tc>
          <w:tcPr>
            <w:tcW w:w="992" w:type="dxa"/>
            <w:tcMar>
              <w:top w:w="80" w:type="dxa"/>
              <w:left w:w="80" w:type="dxa"/>
              <w:bottom w:w="80" w:type="dxa"/>
              <w:right w:w="80" w:type="dxa"/>
            </w:tcMar>
            <w:vAlign w:val="center"/>
          </w:tcPr>
          <w:p w14:paraId="22CC1B4B"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0B3FCA97"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294BBB21"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5956A446" w14:textId="77777777" w:rsidR="00ED17BE" w:rsidRPr="00F51F43" w:rsidRDefault="00ED17BE" w:rsidP="00ED17BE">
            <w:pPr>
              <w:spacing w:after="0" w:line="240" w:lineRule="auto"/>
              <w:jc w:val="center"/>
              <w:rPr>
                <w:noProof/>
                <w:sz w:val="20"/>
                <w:szCs w:val="20"/>
              </w:rPr>
            </w:pPr>
            <w:r w:rsidRPr="00F51F43">
              <w:rPr>
                <w:noProof/>
                <w:sz w:val="20"/>
                <w:szCs w:val="20"/>
              </w:rPr>
              <w:t>Izrada kolača za vrijeme obilježavanja Dana zahvalnosti za plodove zemlje, uključiti i druge roditelje u izradu kruha</w:t>
            </w:r>
          </w:p>
        </w:tc>
        <w:tc>
          <w:tcPr>
            <w:tcW w:w="2387" w:type="dxa"/>
            <w:tcMar>
              <w:top w:w="80" w:type="dxa"/>
              <w:left w:w="80" w:type="dxa"/>
              <w:bottom w:w="80" w:type="dxa"/>
              <w:right w:w="80" w:type="dxa"/>
            </w:tcMar>
            <w:vAlign w:val="center"/>
          </w:tcPr>
          <w:p w14:paraId="6BE8EF9D" w14:textId="77777777" w:rsidR="00ED17BE" w:rsidRPr="00F51F43" w:rsidRDefault="00ED17BE" w:rsidP="00ED17BE">
            <w:pPr>
              <w:spacing w:after="0" w:line="240" w:lineRule="auto"/>
              <w:jc w:val="center"/>
              <w:rPr>
                <w:noProof/>
                <w:sz w:val="20"/>
                <w:szCs w:val="20"/>
              </w:rPr>
            </w:pPr>
            <w:r w:rsidRPr="00F51F43">
              <w:rPr>
                <w:noProof/>
                <w:sz w:val="20"/>
                <w:szCs w:val="20"/>
              </w:rPr>
              <w:t>Razvoj okulomotorne koordinacije, fine motorike, osjetila njuha i okusa, strpljenje i čekanje na red</w:t>
            </w:r>
          </w:p>
        </w:tc>
        <w:tc>
          <w:tcPr>
            <w:tcW w:w="2363" w:type="dxa"/>
            <w:tcMar>
              <w:top w:w="80" w:type="dxa"/>
              <w:left w:w="80" w:type="dxa"/>
              <w:bottom w:w="80" w:type="dxa"/>
              <w:right w:w="80" w:type="dxa"/>
            </w:tcMar>
            <w:vAlign w:val="center"/>
          </w:tcPr>
          <w:p w14:paraId="623D403C" w14:textId="77777777" w:rsidR="00ED17BE" w:rsidRPr="00F51F43" w:rsidRDefault="00ED17BE" w:rsidP="00ED17BE">
            <w:pPr>
              <w:spacing w:after="0" w:line="240" w:lineRule="auto"/>
              <w:jc w:val="center"/>
              <w:rPr>
                <w:noProof/>
                <w:sz w:val="20"/>
                <w:szCs w:val="20"/>
              </w:rPr>
            </w:pPr>
            <w:r w:rsidRPr="00F51F43">
              <w:rPr>
                <w:noProof/>
                <w:sz w:val="20"/>
                <w:szCs w:val="20"/>
              </w:rPr>
              <w:t>Zajedničko miješanje tijesta, oblikovanje kolačića</w:t>
            </w:r>
          </w:p>
        </w:tc>
        <w:tc>
          <w:tcPr>
            <w:tcW w:w="2088" w:type="dxa"/>
            <w:tcMar>
              <w:top w:w="80" w:type="dxa"/>
              <w:left w:w="80" w:type="dxa"/>
              <w:bottom w:w="80" w:type="dxa"/>
              <w:right w:w="80" w:type="dxa"/>
            </w:tcMar>
            <w:vAlign w:val="center"/>
          </w:tcPr>
          <w:p w14:paraId="62D634B5" w14:textId="77777777" w:rsidR="00ED17BE" w:rsidRPr="00F51F43" w:rsidRDefault="00ED17BE" w:rsidP="00ED17BE">
            <w:pPr>
              <w:spacing w:after="0" w:line="240" w:lineRule="auto"/>
              <w:jc w:val="center"/>
              <w:rPr>
                <w:noProof/>
                <w:sz w:val="20"/>
                <w:szCs w:val="20"/>
              </w:rPr>
            </w:pPr>
            <w:r w:rsidRPr="00F51F43">
              <w:rPr>
                <w:noProof/>
                <w:sz w:val="20"/>
                <w:szCs w:val="20"/>
              </w:rPr>
              <w:t>fotodokumentacija, bilješke odgojitelja</w:t>
            </w:r>
          </w:p>
        </w:tc>
      </w:tr>
      <w:tr w:rsidR="00ED17BE" w:rsidRPr="00F51F43" w14:paraId="167D9C14" w14:textId="77777777" w:rsidTr="00ED17BE">
        <w:trPr>
          <w:cantSplit/>
          <w:jc w:val="center"/>
        </w:trPr>
        <w:tc>
          <w:tcPr>
            <w:tcW w:w="1101" w:type="dxa"/>
            <w:tcMar>
              <w:top w:w="80" w:type="dxa"/>
              <w:left w:w="80" w:type="dxa"/>
              <w:bottom w:w="80" w:type="dxa"/>
              <w:right w:w="80" w:type="dxa"/>
            </w:tcMar>
            <w:vAlign w:val="center"/>
          </w:tcPr>
          <w:p w14:paraId="73B5F06E"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Ivan S.</w:t>
            </w:r>
          </w:p>
        </w:tc>
        <w:tc>
          <w:tcPr>
            <w:tcW w:w="992" w:type="dxa"/>
            <w:tcMar>
              <w:top w:w="80" w:type="dxa"/>
              <w:left w:w="80" w:type="dxa"/>
              <w:bottom w:w="80" w:type="dxa"/>
              <w:right w:w="80" w:type="dxa"/>
            </w:tcMar>
            <w:vAlign w:val="center"/>
          </w:tcPr>
          <w:p w14:paraId="25D59876"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0E469AF2"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45B2F29B"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7D120317" w14:textId="77777777" w:rsidR="00ED17BE" w:rsidRPr="00F51F43" w:rsidRDefault="00ED17BE" w:rsidP="00ED17BE">
            <w:pPr>
              <w:spacing w:after="0" w:line="240" w:lineRule="auto"/>
              <w:jc w:val="center"/>
              <w:rPr>
                <w:noProof/>
                <w:sz w:val="20"/>
                <w:szCs w:val="20"/>
              </w:rPr>
            </w:pPr>
            <w:r w:rsidRPr="00F51F43">
              <w:rPr>
                <w:noProof/>
                <w:sz w:val="20"/>
                <w:szCs w:val="20"/>
              </w:rPr>
              <w:t>Druženje u sklopu aktivnosti-upoznajemo zanimanja-jačanje privrženosti između djeteta i oca, uključivanje očeva u odgojno-obrazovni rad</w:t>
            </w:r>
          </w:p>
        </w:tc>
        <w:tc>
          <w:tcPr>
            <w:tcW w:w="2387" w:type="dxa"/>
            <w:tcMar>
              <w:top w:w="80" w:type="dxa"/>
              <w:left w:w="80" w:type="dxa"/>
              <w:bottom w:w="80" w:type="dxa"/>
              <w:right w:w="80" w:type="dxa"/>
            </w:tcMar>
            <w:vAlign w:val="center"/>
          </w:tcPr>
          <w:p w14:paraId="370D80F1" w14:textId="77777777" w:rsidR="00ED17BE" w:rsidRPr="00F51F43" w:rsidRDefault="00ED17BE" w:rsidP="00ED17BE">
            <w:pPr>
              <w:spacing w:after="0" w:line="240" w:lineRule="auto"/>
              <w:jc w:val="center"/>
              <w:rPr>
                <w:noProof/>
                <w:sz w:val="20"/>
                <w:szCs w:val="20"/>
              </w:rPr>
            </w:pPr>
            <w:r w:rsidRPr="00F51F43">
              <w:rPr>
                <w:noProof/>
                <w:sz w:val="20"/>
                <w:szCs w:val="20"/>
              </w:rPr>
              <w:t>Razvoj socio-emocionalne veze sa ocem</w:t>
            </w:r>
          </w:p>
        </w:tc>
        <w:tc>
          <w:tcPr>
            <w:tcW w:w="2363" w:type="dxa"/>
            <w:tcMar>
              <w:top w:w="80" w:type="dxa"/>
              <w:left w:w="80" w:type="dxa"/>
              <w:bottom w:w="80" w:type="dxa"/>
              <w:right w:w="80" w:type="dxa"/>
            </w:tcMar>
            <w:vAlign w:val="center"/>
          </w:tcPr>
          <w:p w14:paraId="1C18737F" w14:textId="77777777" w:rsidR="00ED17BE" w:rsidRPr="00F51F43" w:rsidRDefault="00ED17BE" w:rsidP="00ED17BE">
            <w:pPr>
              <w:spacing w:after="0" w:line="240" w:lineRule="auto"/>
              <w:jc w:val="center"/>
              <w:rPr>
                <w:noProof/>
                <w:sz w:val="20"/>
                <w:szCs w:val="20"/>
              </w:rPr>
            </w:pPr>
            <w:r w:rsidRPr="00F51F43">
              <w:rPr>
                <w:noProof/>
                <w:sz w:val="20"/>
                <w:szCs w:val="20"/>
              </w:rPr>
              <w:t>Zajedničko druženje uz tjelesne aktivnosti</w:t>
            </w:r>
          </w:p>
        </w:tc>
        <w:tc>
          <w:tcPr>
            <w:tcW w:w="2088" w:type="dxa"/>
            <w:tcMar>
              <w:top w:w="80" w:type="dxa"/>
              <w:left w:w="80" w:type="dxa"/>
              <w:bottom w:w="80" w:type="dxa"/>
              <w:right w:w="80" w:type="dxa"/>
            </w:tcMar>
            <w:vAlign w:val="center"/>
          </w:tcPr>
          <w:p w14:paraId="71138FB9" w14:textId="77777777" w:rsidR="00ED17BE" w:rsidRPr="00F51F43" w:rsidRDefault="00ED17BE" w:rsidP="00ED17BE">
            <w:pPr>
              <w:spacing w:after="0" w:line="240" w:lineRule="auto"/>
              <w:jc w:val="center"/>
              <w:rPr>
                <w:noProof/>
                <w:sz w:val="20"/>
                <w:szCs w:val="20"/>
              </w:rPr>
            </w:pPr>
            <w:r w:rsidRPr="00F51F43">
              <w:rPr>
                <w:noProof/>
                <w:sz w:val="20"/>
                <w:szCs w:val="20"/>
              </w:rPr>
              <w:t>fotodokumentacija, bilješke odgojitelja, pano</w:t>
            </w:r>
          </w:p>
        </w:tc>
      </w:tr>
      <w:tr w:rsidR="00ED17BE" w:rsidRPr="00F51F43" w14:paraId="6F4DA21A" w14:textId="77777777" w:rsidTr="00ED17BE">
        <w:trPr>
          <w:cantSplit/>
          <w:jc w:val="center"/>
        </w:trPr>
        <w:tc>
          <w:tcPr>
            <w:tcW w:w="1101" w:type="dxa"/>
            <w:tcMar>
              <w:top w:w="80" w:type="dxa"/>
              <w:left w:w="80" w:type="dxa"/>
              <w:bottom w:w="80" w:type="dxa"/>
              <w:right w:w="80" w:type="dxa"/>
            </w:tcMar>
            <w:vAlign w:val="center"/>
          </w:tcPr>
          <w:p w14:paraId="6BD96615" w14:textId="77777777" w:rsidR="00ED17BE" w:rsidRPr="00F51F43" w:rsidRDefault="00ED17BE" w:rsidP="00ED17BE">
            <w:pPr>
              <w:spacing w:after="0" w:line="240" w:lineRule="auto"/>
              <w:jc w:val="center"/>
              <w:rPr>
                <w:noProof/>
                <w:sz w:val="20"/>
                <w:szCs w:val="20"/>
              </w:rPr>
            </w:pPr>
            <w:r w:rsidRPr="00F51F43">
              <w:rPr>
                <w:noProof/>
                <w:sz w:val="20"/>
                <w:szCs w:val="20"/>
              </w:rPr>
              <w:t>Ana Marija Đ.</w:t>
            </w:r>
          </w:p>
        </w:tc>
        <w:tc>
          <w:tcPr>
            <w:tcW w:w="992" w:type="dxa"/>
            <w:tcMar>
              <w:top w:w="80" w:type="dxa"/>
              <w:left w:w="80" w:type="dxa"/>
              <w:bottom w:w="80" w:type="dxa"/>
              <w:right w:w="80" w:type="dxa"/>
            </w:tcMar>
            <w:vAlign w:val="center"/>
          </w:tcPr>
          <w:p w14:paraId="0E2E2406" w14:textId="77777777" w:rsidR="00ED17BE" w:rsidRPr="00F51F43" w:rsidRDefault="00ED17BE" w:rsidP="00ED17BE">
            <w:pPr>
              <w:spacing w:after="0" w:line="240" w:lineRule="auto"/>
              <w:jc w:val="center"/>
              <w:rPr>
                <w:noProof/>
                <w:sz w:val="20"/>
                <w:szCs w:val="20"/>
              </w:rPr>
            </w:pPr>
            <w:r w:rsidRPr="00F51F43">
              <w:rPr>
                <w:noProof/>
                <w:sz w:val="20"/>
                <w:szCs w:val="20"/>
              </w:rPr>
              <w:t>prosinac</w:t>
            </w:r>
          </w:p>
        </w:tc>
        <w:tc>
          <w:tcPr>
            <w:tcW w:w="851" w:type="dxa"/>
            <w:tcMar>
              <w:top w:w="80" w:type="dxa"/>
              <w:left w:w="80" w:type="dxa"/>
              <w:bottom w:w="80" w:type="dxa"/>
              <w:right w:w="80" w:type="dxa"/>
            </w:tcMar>
            <w:vAlign w:val="center"/>
          </w:tcPr>
          <w:p w14:paraId="1B28BF57"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05413930"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323B8BFA" w14:textId="77777777" w:rsidR="00ED17BE" w:rsidRPr="00F51F43" w:rsidRDefault="00ED17BE" w:rsidP="00ED17BE">
            <w:pPr>
              <w:spacing w:after="0" w:line="240" w:lineRule="auto"/>
              <w:jc w:val="center"/>
              <w:rPr>
                <w:noProof/>
                <w:sz w:val="20"/>
                <w:szCs w:val="20"/>
              </w:rPr>
            </w:pPr>
            <w:r w:rsidRPr="00F51F43">
              <w:rPr>
                <w:noProof/>
                <w:sz w:val="20"/>
                <w:szCs w:val="20"/>
              </w:rPr>
              <w:t>Povodom božićnih blagdana uključivanje majke, čitanje i pričanje tradicijskih priča i upoznavanje običaja</w:t>
            </w:r>
          </w:p>
        </w:tc>
        <w:tc>
          <w:tcPr>
            <w:tcW w:w="2387" w:type="dxa"/>
            <w:tcMar>
              <w:top w:w="80" w:type="dxa"/>
              <w:left w:w="80" w:type="dxa"/>
              <w:bottom w:w="80" w:type="dxa"/>
              <w:right w:w="80" w:type="dxa"/>
            </w:tcMar>
            <w:vAlign w:val="center"/>
          </w:tcPr>
          <w:p w14:paraId="3175CFBC" w14:textId="77777777" w:rsidR="00ED17BE" w:rsidRPr="00F51F43" w:rsidRDefault="00ED17BE" w:rsidP="00ED17BE">
            <w:pPr>
              <w:spacing w:after="0" w:line="240" w:lineRule="auto"/>
              <w:jc w:val="center"/>
              <w:rPr>
                <w:noProof/>
                <w:sz w:val="20"/>
                <w:szCs w:val="20"/>
              </w:rPr>
            </w:pPr>
            <w:r w:rsidRPr="00F51F43">
              <w:rPr>
                <w:noProof/>
                <w:sz w:val="20"/>
                <w:szCs w:val="20"/>
              </w:rPr>
              <w:t>Razvoj nježnosti, empatije i socio-emocionalnog razvoja, razvoj spoznaje o tradiciji</w:t>
            </w:r>
          </w:p>
        </w:tc>
        <w:tc>
          <w:tcPr>
            <w:tcW w:w="2363" w:type="dxa"/>
            <w:tcMar>
              <w:top w:w="80" w:type="dxa"/>
              <w:left w:w="80" w:type="dxa"/>
              <w:bottom w:w="80" w:type="dxa"/>
              <w:right w:w="80" w:type="dxa"/>
            </w:tcMar>
            <w:vAlign w:val="center"/>
          </w:tcPr>
          <w:p w14:paraId="0FAF37F1" w14:textId="77777777" w:rsidR="00ED17BE" w:rsidRPr="00F51F43" w:rsidRDefault="00ED17BE" w:rsidP="00ED17BE">
            <w:pPr>
              <w:spacing w:after="0" w:line="240" w:lineRule="auto"/>
              <w:jc w:val="center"/>
              <w:rPr>
                <w:noProof/>
                <w:sz w:val="20"/>
                <w:szCs w:val="20"/>
              </w:rPr>
            </w:pPr>
            <w:r w:rsidRPr="00F51F43">
              <w:rPr>
                <w:noProof/>
                <w:sz w:val="20"/>
                <w:szCs w:val="20"/>
              </w:rPr>
              <w:t>Priče nas temu Božića, pjevanje božićnih pjesmica</w:t>
            </w:r>
          </w:p>
        </w:tc>
        <w:tc>
          <w:tcPr>
            <w:tcW w:w="2088" w:type="dxa"/>
            <w:tcMar>
              <w:top w:w="80" w:type="dxa"/>
              <w:left w:w="80" w:type="dxa"/>
              <w:bottom w:w="80" w:type="dxa"/>
              <w:right w:w="80" w:type="dxa"/>
            </w:tcMar>
            <w:vAlign w:val="center"/>
          </w:tcPr>
          <w:p w14:paraId="5001C775" w14:textId="77777777" w:rsidR="00ED17BE" w:rsidRPr="00F51F43" w:rsidRDefault="00ED17BE" w:rsidP="00ED17BE">
            <w:pPr>
              <w:spacing w:after="0" w:line="240" w:lineRule="auto"/>
              <w:jc w:val="center"/>
              <w:rPr>
                <w:noProof/>
                <w:sz w:val="20"/>
                <w:szCs w:val="20"/>
              </w:rPr>
            </w:pPr>
            <w:r w:rsidRPr="00F51F43">
              <w:rPr>
                <w:noProof/>
                <w:sz w:val="20"/>
                <w:szCs w:val="20"/>
              </w:rPr>
              <w:t>fotodokumentacija, bilješke odgojitelja, izložba radova razvojne mape</w:t>
            </w:r>
          </w:p>
        </w:tc>
      </w:tr>
      <w:tr w:rsidR="00ED17BE" w:rsidRPr="00F51F43" w14:paraId="2624FFE5" w14:textId="77777777" w:rsidTr="00ED17BE">
        <w:trPr>
          <w:cantSplit/>
          <w:jc w:val="center"/>
        </w:trPr>
        <w:tc>
          <w:tcPr>
            <w:tcW w:w="1101" w:type="dxa"/>
            <w:tcMar>
              <w:top w:w="80" w:type="dxa"/>
              <w:left w:w="80" w:type="dxa"/>
              <w:bottom w:w="80" w:type="dxa"/>
              <w:right w:w="80" w:type="dxa"/>
            </w:tcMar>
            <w:vAlign w:val="center"/>
          </w:tcPr>
          <w:p w14:paraId="1050AE0B" w14:textId="77777777" w:rsidR="00ED17BE" w:rsidRPr="00F51F43" w:rsidRDefault="00ED17BE" w:rsidP="00ED17BE">
            <w:pPr>
              <w:spacing w:after="0" w:line="240" w:lineRule="auto"/>
              <w:jc w:val="center"/>
              <w:rPr>
                <w:noProof/>
                <w:sz w:val="20"/>
                <w:szCs w:val="20"/>
              </w:rPr>
            </w:pPr>
            <w:r w:rsidRPr="00F51F43">
              <w:rPr>
                <w:noProof/>
                <w:sz w:val="20"/>
                <w:szCs w:val="20"/>
              </w:rPr>
              <w:t>Zoran K.</w:t>
            </w:r>
          </w:p>
        </w:tc>
        <w:tc>
          <w:tcPr>
            <w:tcW w:w="992" w:type="dxa"/>
            <w:tcMar>
              <w:top w:w="80" w:type="dxa"/>
              <w:left w:w="80" w:type="dxa"/>
              <w:bottom w:w="80" w:type="dxa"/>
              <w:right w:w="80" w:type="dxa"/>
            </w:tcMar>
            <w:vAlign w:val="center"/>
          </w:tcPr>
          <w:p w14:paraId="0231935F"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42EF5FE7"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743F0A31"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3176F283" w14:textId="77777777" w:rsidR="00ED17BE" w:rsidRPr="00F51F43" w:rsidRDefault="00ED17BE" w:rsidP="00ED17BE">
            <w:pPr>
              <w:spacing w:after="0" w:line="240" w:lineRule="auto"/>
              <w:jc w:val="center"/>
              <w:rPr>
                <w:noProof/>
                <w:sz w:val="20"/>
                <w:szCs w:val="20"/>
              </w:rPr>
            </w:pPr>
            <w:r w:rsidRPr="00F51F43">
              <w:rPr>
                <w:noProof/>
                <w:sz w:val="20"/>
                <w:szCs w:val="20"/>
              </w:rPr>
              <w:t>Druženje povodom dana očeva-jačanje privrženosti između djeteta i oca, uključivanje očeva u odgojno-obrazovni rad</w:t>
            </w:r>
          </w:p>
        </w:tc>
        <w:tc>
          <w:tcPr>
            <w:tcW w:w="2387" w:type="dxa"/>
            <w:tcMar>
              <w:top w:w="80" w:type="dxa"/>
              <w:left w:w="80" w:type="dxa"/>
              <w:bottom w:w="80" w:type="dxa"/>
              <w:right w:w="80" w:type="dxa"/>
            </w:tcMar>
            <w:vAlign w:val="center"/>
          </w:tcPr>
          <w:p w14:paraId="3B42570B" w14:textId="77777777" w:rsidR="00ED17BE" w:rsidRPr="00F51F43" w:rsidRDefault="00ED17BE" w:rsidP="00ED17BE">
            <w:pPr>
              <w:spacing w:after="0" w:line="240" w:lineRule="auto"/>
              <w:jc w:val="center"/>
              <w:rPr>
                <w:noProof/>
                <w:sz w:val="20"/>
                <w:szCs w:val="20"/>
              </w:rPr>
            </w:pPr>
            <w:r w:rsidRPr="00F51F43">
              <w:rPr>
                <w:noProof/>
                <w:sz w:val="20"/>
                <w:szCs w:val="20"/>
              </w:rPr>
              <w:t>Razvoj socio-emocionalne veze sa ocem</w:t>
            </w:r>
          </w:p>
        </w:tc>
        <w:tc>
          <w:tcPr>
            <w:tcW w:w="2363" w:type="dxa"/>
            <w:tcMar>
              <w:top w:w="80" w:type="dxa"/>
              <w:left w:w="80" w:type="dxa"/>
              <w:bottom w:w="80" w:type="dxa"/>
              <w:right w:w="80" w:type="dxa"/>
            </w:tcMar>
            <w:vAlign w:val="center"/>
          </w:tcPr>
          <w:p w14:paraId="7B121776" w14:textId="77777777" w:rsidR="00ED17BE" w:rsidRPr="00F51F43" w:rsidRDefault="00ED17BE" w:rsidP="00ED17BE">
            <w:pPr>
              <w:spacing w:after="0" w:line="240" w:lineRule="auto"/>
              <w:jc w:val="center"/>
              <w:rPr>
                <w:noProof/>
                <w:sz w:val="20"/>
                <w:szCs w:val="20"/>
              </w:rPr>
            </w:pPr>
            <w:r w:rsidRPr="00F51F43">
              <w:rPr>
                <w:noProof/>
                <w:sz w:val="20"/>
                <w:szCs w:val="20"/>
              </w:rPr>
              <w:t>Zajedničko druženje uz tjelesne aktivnosti</w:t>
            </w:r>
          </w:p>
        </w:tc>
        <w:tc>
          <w:tcPr>
            <w:tcW w:w="2088" w:type="dxa"/>
            <w:tcMar>
              <w:top w:w="80" w:type="dxa"/>
              <w:left w:w="80" w:type="dxa"/>
              <w:bottom w:w="80" w:type="dxa"/>
              <w:right w:w="80" w:type="dxa"/>
            </w:tcMar>
            <w:vAlign w:val="center"/>
          </w:tcPr>
          <w:p w14:paraId="001AFB3D" w14:textId="77777777" w:rsidR="00ED17BE" w:rsidRPr="00F51F43" w:rsidRDefault="00ED17BE" w:rsidP="00ED17BE">
            <w:pPr>
              <w:spacing w:after="0" w:line="240" w:lineRule="auto"/>
              <w:jc w:val="center"/>
              <w:rPr>
                <w:noProof/>
                <w:sz w:val="20"/>
                <w:szCs w:val="20"/>
              </w:rPr>
            </w:pPr>
            <w:r w:rsidRPr="00F51F43">
              <w:rPr>
                <w:noProof/>
                <w:sz w:val="20"/>
                <w:szCs w:val="20"/>
              </w:rPr>
              <w:t>fotodokumentacija, bilješke odgojitelja, pano</w:t>
            </w:r>
          </w:p>
        </w:tc>
      </w:tr>
      <w:tr w:rsidR="00ED17BE" w:rsidRPr="00F51F43" w14:paraId="564E1316" w14:textId="77777777" w:rsidTr="00ED17BE">
        <w:trPr>
          <w:cantSplit/>
          <w:jc w:val="center"/>
        </w:trPr>
        <w:tc>
          <w:tcPr>
            <w:tcW w:w="1101" w:type="dxa"/>
            <w:tcMar>
              <w:top w:w="80" w:type="dxa"/>
              <w:left w:w="80" w:type="dxa"/>
              <w:bottom w:w="80" w:type="dxa"/>
              <w:right w:w="80" w:type="dxa"/>
            </w:tcMar>
            <w:vAlign w:val="center"/>
          </w:tcPr>
          <w:p w14:paraId="7479B886" w14:textId="77777777" w:rsidR="00ED17BE" w:rsidRPr="00F51F43" w:rsidRDefault="00ED17BE" w:rsidP="00ED17BE">
            <w:pPr>
              <w:spacing w:after="0" w:line="240" w:lineRule="auto"/>
              <w:jc w:val="center"/>
              <w:rPr>
                <w:noProof/>
                <w:sz w:val="20"/>
                <w:szCs w:val="20"/>
              </w:rPr>
            </w:pPr>
            <w:r w:rsidRPr="00F51F43">
              <w:rPr>
                <w:noProof/>
                <w:sz w:val="20"/>
                <w:szCs w:val="20"/>
              </w:rPr>
              <w:t>Dora J.</w:t>
            </w:r>
          </w:p>
        </w:tc>
        <w:tc>
          <w:tcPr>
            <w:tcW w:w="992" w:type="dxa"/>
            <w:tcMar>
              <w:top w:w="80" w:type="dxa"/>
              <w:left w:w="80" w:type="dxa"/>
              <w:bottom w:w="80" w:type="dxa"/>
              <w:right w:w="80" w:type="dxa"/>
            </w:tcMar>
            <w:vAlign w:val="center"/>
          </w:tcPr>
          <w:p w14:paraId="7CA8EE14"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77C269C7" w14:textId="77777777" w:rsidR="00ED17BE" w:rsidRPr="00F51F43" w:rsidRDefault="00ED17BE" w:rsidP="00ED17BE">
            <w:pPr>
              <w:spacing w:after="0" w:line="240" w:lineRule="auto"/>
              <w:jc w:val="center"/>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7860E283" w14:textId="77777777" w:rsidR="00ED17BE" w:rsidRPr="00F51F43" w:rsidRDefault="00ED17BE" w:rsidP="00ED17BE">
            <w:pPr>
              <w:spacing w:after="0" w:line="240" w:lineRule="auto"/>
              <w:jc w:val="center"/>
              <w:rPr>
                <w:noProof/>
                <w:sz w:val="20"/>
                <w:szCs w:val="20"/>
              </w:rPr>
            </w:pPr>
            <w:r w:rsidRPr="00F51F43">
              <w:rPr>
                <w:noProof/>
                <w:sz w:val="20"/>
                <w:szCs w:val="20"/>
              </w:rPr>
              <w:t>Leptirići</w:t>
            </w:r>
          </w:p>
        </w:tc>
        <w:tc>
          <w:tcPr>
            <w:tcW w:w="2409" w:type="dxa"/>
            <w:tcMar>
              <w:top w:w="80" w:type="dxa"/>
              <w:left w:w="80" w:type="dxa"/>
              <w:bottom w:w="80" w:type="dxa"/>
              <w:right w:w="80" w:type="dxa"/>
            </w:tcMar>
            <w:vAlign w:val="center"/>
          </w:tcPr>
          <w:p w14:paraId="37DEB918" w14:textId="77777777" w:rsidR="00ED17BE" w:rsidRPr="00F51F43" w:rsidRDefault="00ED17BE" w:rsidP="00ED17BE">
            <w:pPr>
              <w:spacing w:after="0" w:line="240" w:lineRule="auto"/>
              <w:jc w:val="center"/>
              <w:rPr>
                <w:noProof/>
                <w:sz w:val="20"/>
                <w:szCs w:val="20"/>
              </w:rPr>
            </w:pPr>
            <w:r w:rsidRPr="00F51F43">
              <w:rPr>
                <w:noProof/>
                <w:sz w:val="20"/>
                <w:szCs w:val="20"/>
              </w:rPr>
              <w:t>Majčin dan-i poticanje nježnosti i bliskosti, zahvalnost majci</w:t>
            </w:r>
          </w:p>
        </w:tc>
        <w:tc>
          <w:tcPr>
            <w:tcW w:w="2387" w:type="dxa"/>
            <w:tcMar>
              <w:top w:w="80" w:type="dxa"/>
              <w:left w:w="80" w:type="dxa"/>
              <w:bottom w:w="80" w:type="dxa"/>
              <w:right w:w="80" w:type="dxa"/>
            </w:tcMar>
            <w:vAlign w:val="center"/>
          </w:tcPr>
          <w:p w14:paraId="766FB125" w14:textId="77777777" w:rsidR="00ED17BE" w:rsidRPr="00F51F43" w:rsidRDefault="00ED17BE" w:rsidP="00ED17BE">
            <w:pPr>
              <w:spacing w:after="0" w:line="240" w:lineRule="auto"/>
              <w:jc w:val="center"/>
              <w:rPr>
                <w:noProof/>
                <w:sz w:val="20"/>
                <w:szCs w:val="20"/>
              </w:rPr>
            </w:pPr>
            <w:r w:rsidRPr="00F51F43">
              <w:rPr>
                <w:noProof/>
                <w:sz w:val="20"/>
                <w:szCs w:val="20"/>
              </w:rPr>
              <w:t>Razvoj nježnosti, empatije i socio-emocionalnog razvoja</w:t>
            </w:r>
          </w:p>
        </w:tc>
        <w:tc>
          <w:tcPr>
            <w:tcW w:w="2363" w:type="dxa"/>
            <w:tcMar>
              <w:top w:w="80" w:type="dxa"/>
              <w:left w:w="80" w:type="dxa"/>
              <w:bottom w:w="80" w:type="dxa"/>
              <w:right w:w="80" w:type="dxa"/>
            </w:tcMar>
            <w:vAlign w:val="center"/>
          </w:tcPr>
          <w:p w14:paraId="35EBDA11" w14:textId="77777777" w:rsidR="00ED17BE" w:rsidRPr="00F51F43" w:rsidRDefault="00ED17BE" w:rsidP="00ED17BE">
            <w:pPr>
              <w:spacing w:after="0" w:line="240" w:lineRule="auto"/>
              <w:jc w:val="center"/>
              <w:rPr>
                <w:noProof/>
                <w:sz w:val="20"/>
                <w:szCs w:val="20"/>
              </w:rPr>
            </w:pPr>
            <w:r w:rsidRPr="00F51F43">
              <w:rPr>
                <w:noProof/>
                <w:sz w:val="20"/>
                <w:szCs w:val="20"/>
              </w:rPr>
              <w:t>Sadnja cvijeća u teglice, izrada čestitke, čitanje slikovnice</w:t>
            </w:r>
          </w:p>
        </w:tc>
        <w:tc>
          <w:tcPr>
            <w:tcW w:w="2088" w:type="dxa"/>
            <w:tcMar>
              <w:top w:w="80" w:type="dxa"/>
              <w:left w:w="80" w:type="dxa"/>
              <w:bottom w:w="80" w:type="dxa"/>
              <w:right w:w="80" w:type="dxa"/>
            </w:tcMar>
            <w:vAlign w:val="center"/>
          </w:tcPr>
          <w:p w14:paraId="3419A14F" w14:textId="77777777" w:rsidR="00ED17BE" w:rsidRPr="00F51F43" w:rsidRDefault="00ED17BE" w:rsidP="00ED17BE">
            <w:pPr>
              <w:spacing w:after="0" w:line="240" w:lineRule="auto"/>
              <w:jc w:val="center"/>
              <w:rPr>
                <w:noProof/>
                <w:sz w:val="20"/>
                <w:szCs w:val="20"/>
              </w:rPr>
            </w:pPr>
            <w:r w:rsidRPr="00F51F43">
              <w:rPr>
                <w:noProof/>
                <w:sz w:val="20"/>
                <w:szCs w:val="20"/>
              </w:rPr>
              <w:t>fotodokumentacija, bilješke odgojitelja, pano</w:t>
            </w:r>
          </w:p>
        </w:tc>
      </w:tr>
      <w:tr w:rsidR="00ED17BE" w:rsidRPr="00F51F43" w14:paraId="6A13D038" w14:textId="77777777" w:rsidTr="00ED17BE">
        <w:trPr>
          <w:cantSplit/>
          <w:jc w:val="center"/>
        </w:trPr>
        <w:tc>
          <w:tcPr>
            <w:tcW w:w="1101" w:type="dxa"/>
            <w:tcMar>
              <w:top w:w="80" w:type="dxa"/>
              <w:left w:w="80" w:type="dxa"/>
              <w:bottom w:w="80" w:type="dxa"/>
              <w:right w:w="80" w:type="dxa"/>
            </w:tcMar>
            <w:vAlign w:val="center"/>
          </w:tcPr>
          <w:p w14:paraId="0C3F2676" w14:textId="77777777" w:rsidR="00ED17BE" w:rsidRPr="00F51F43" w:rsidRDefault="00ED17BE" w:rsidP="00ED17BE">
            <w:pPr>
              <w:spacing w:after="0" w:line="240" w:lineRule="auto"/>
              <w:jc w:val="center"/>
              <w:rPr>
                <w:noProof/>
                <w:sz w:val="20"/>
                <w:szCs w:val="20"/>
              </w:rPr>
            </w:pPr>
            <w:r w:rsidRPr="00F51F43">
              <w:rPr>
                <w:noProof/>
                <w:sz w:val="20"/>
                <w:szCs w:val="20"/>
              </w:rPr>
              <w:t>B.K.</w:t>
            </w:r>
          </w:p>
        </w:tc>
        <w:tc>
          <w:tcPr>
            <w:tcW w:w="992" w:type="dxa"/>
            <w:tcMar>
              <w:top w:w="80" w:type="dxa"/>
              <w:left w:w="80" w:type="dxa"/>
              <w:bottom w:w="80" w:type="dxa"/>
              <w:right w:w="80" w:type="dxa"/>
            </w:tcMar>
            <w:vAlign w:val="center"/>
          </w:tcPr>
          <w:p w14:paraId="6DB32CD2" w14:textId="77777777" w:rsidR="00ED17BE" w:rsidRPr="00F51F43" w:rsidRDefault="00ED17BE" w:rsidP="00ED17BE">
            <w:pPr>
              <w:spacing w:after="0" w:line="240" w:lineRule="auto"/>
              <w:jc w:val="center"/>
              <w:rPr>
                <w:noProof/>
                <w:sz w:val="20"/>
                <w:szCs w:val="20"/>
              </w:rPr>
            </w:pPr>
            <w:r w:rsidRPr="00F51F43">
              <w:rPr>
                <w:noProof/>
                <w:sz w:val="20"/>
                <w:szCs w:val="20"/>
              </w:rPr>
              <w:t>listopad</w:t>
            </w:r>
          </w:p>
        </w:tc>
        <w:tc>
          <w:tcPr>
            <w:tcW w:w="851" w:type="dxa"/>
            <w:tcMar>
              <w:top w:w="80" w:type="dxa"/>
              <w:left w:w="80" w:type="dxa"/>
              <w:bottom w:w="80" w:type="dxa"/>
              <w:right w:w="80" w:type="dxa"/>
            </w:tcMar>
            <w:vAlign w:val="center"/>
          </w:tcPr>
          <w:p w14:paraId="0DCB57B9" w14:textId="77777777" w:rsidR="00ED17BE" w:rsidRPr="00F51F43" w:rsidRDefault="00ED17BE" w:rsidP="00ED17BE">
            <w:pPr>
              <w:spacing w:after="0" w:line="240" w:lineRule="auto"/>
              <w:jc w:val="center"/>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4CF1092E" w14:textId="77777777" w:rsidR="00ED17BE" w:rsidRPr="00F51F43" w:rsidRDefault="00ED17BE" w:rsidP="00ED17BE">
            <w:pPr>
              <w:spacing w:after="0" w:line="240" w:lineRule="auto"/>
              <w:jc w:val="center"/>
              <w:rPr>
                <w:noProof/>
                <w:sz w:val="20"/>
                <w:szCs w:val="20"/>
              </w:rPr>
            </w:pPr>
            <w:r w:rsidRPr="00F51F43">
              <w:rPr>
                <w:noProof/>
                <w:sz w:val="20"/>
                <w:szCs w:val="20"/>
              </w:rPr>
              <w:t>Pčelice</w:t>
            </w:r>
          </w:p>
        </w:tc>
        <w:tc>
          <w:tcPr>
            <w:tcW w:w="2409" w:type="dxa"/>
            <w:tcMar>
              <w:top w:w="80" w:type="dxa"/>
              <w:left w:w="80" w:type="dxa"/>
              <w:bottom w:w="80" w:type="dxa"/>
              <w:right w:w="80" w:type="dxa"/>
            </w:tcMar>
            <w:vAlign w:val="center"/>
          </w:tcPr>
          <w:p w14:paraId="55FA13A9" w14:textId="77777777" w:rsidR="00ED17BE" w:rsidRPr="00F51F43" w:rsidRDefault="00ED17BE" w:rsidP="00ED17BE">
            <w:pPr>
              <w:spacing w:after="0" w:line="240" w:lineRule="auto"/>
              <w:jc w:val="center"/>
              <w:rPr>
                <w:noProof/>
                <w:sz w:val="20"/>
                <w:szCs w:val="20"/>
              </w:rPr>
            </w:pPr>
            <w:r w:rsidRPr="00F51F43">
              <w:rPr>
                <w:noProof/>
                <w:sz w:val="20"/>
                <w:szCs w:val="20"/>
              </w:rPr>
              <w:t>izrada kolača u vrijeme obilježavanja Dana zahvalnosti za plodove zemlje</w:t>
            </w:r>
          </w:p>
        </w:tc>
        <w:tc>
          <w:tcPr>
            <w:tcW w:w="2387" w:type="dxa"/>
            <w:tcMar>
              <w:top w:w="80" w:type="dxa"/>
              <w:left w:w="80" w:type="dxa"/>
              <w:bottom w:w="80" w:type="dxa"/>
              <w:right w:w="80" w:type="dxa"/>
            </w:tcMar>
            <w:vAlign w:val="center"/>
          </w:tcPr>
          <w:p w14:paraId="75D10E16" w14:textId="77777777" w:rsidR="00ED17BE" w:rsidRPr="00F51F43" w:rsidRDefault="00ED17BE" w:rsidP="00ED17BE">
            <w:pPr>
              <w:spacing w:after="0" w:line="240" w:lineRule="auto"/>
              <w:jc w:val="center"/>
              <w:rPr>
                <w:noProof/>
                <w:sz w:val="20"/>
                <w:szCs w:val="20"/>
              </w:rPr>
            </w:pPr>
            <w:r w:rsidRPr="00F51F43">
              <w:rPr>
                <w:noProof/>
                <w:sz w:val="20"/>
                <w:szCs w:val="20"/>
              </w:rPr>
              <w:t>razvoj okulomotorne koordinacije ( valjanje, rezanje, izrada), baratanje predmetima ( nož, ribež, valjak, razne modlice)</w:t>
            </w:r>
          </w:p>
        </w:tc>
        <w:tc>
          <w:tcPr>
            <w:tcW w:w="2363" w:type="dxa"/>
            <w:tcMar>
              <w:top w:w="80" w:type="dxa"/>
              <w:left w:w="80" w:type="dxa"/>
              <w:bottom w:w="80" w:type="dxa"/>
              <w:right w:w="80" w:type="dxa"/>
            </w:tcMar>
            <w:vAlign w:val="center"/>
          </w:tcPr>
          <w:p w14:paraId="70165E12" w14:textId="77777777" w:rsidR="00ED17BE" w:rsidRPr="00F51F43" w:rsidRDefault="00ED17BE" w:rsidP="00ED17BE">
            <w:pPr>
              <w:spacing w:after="0" w:line="240" w:lineRule="auto"/>
              <w:jc w:val="center"/>
              <w:rPr>
                <w:noProof/>
                <w:sz w:val="20"/>
                <w:szCs w:val="20"/>
              </w:rPr>
            </w:pPr>
            <w:r w:rsidRPr="00F51F43">
              <w:rPr>
                <w:noProof/>
                <w:sz w:val="20"/>
                <w:szCs w:val="20"/>
              </w:rPr>
              <w:t>izrada kolača, slaganje kolača na tepsiju, pečenje kolača</w:t>
            </w:r>
          </w:p>
        </w:tc>
        <w:tc>
          <w:tcPr>
            <w:tcW w:w="2088" w:type="dxa"/>
            <w:tcMar>
              <w:top w:w="80" w:type="dxa"/>
              <w:left w:w="80" w:type="dxa"/>
              <w:bottom w:w="80" w:type="dxa"/>
              <w:right w:w="80" w:type="dxa"/>
            </w:tcMar>
            <w:vAlign w:val="center"/>
          </w:tcPr>
          <w:p w14:paraId="2523D0F3"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r w:rsidR="00ED17BE" w:rsidRPr="00F51F43" w14:paraId="5F8405F8" w14:textId="77777777" w:rsidTr="00ED17BE">
        <w:trPr>
          <w:cantSplit/>
          <w:jc w:val="center"/>
        </w:trPr>
        <w:tc>
          <w:tcPr>
            <w:tcW w:w="1101" w:type="dxa"/>
            <w:tcMar>
              <w:top w:w="80" w:type="dxa"/>
              <w:left w:w="80" w:type="dxa"/>
              <w:bottom w:w="80" w:type="dxa"/>
              <w:right w:w="80" w:type="dxa"/>
            </w:tcMar>
            <w:vAlign w:val="center"/>
          </w:tcPr>
          <w:p w14:paraId="1527DB4C" w14:textId="77777777" w:rsidR="00ED17BE" w:rsidRPr="00F51F43" w:rsidRDefault="00ED17BE" w:rsidP="00ED17BE">
            <w:pPr>
              <w:spacing w:after="0" w:line="240" w:lineRule="auto"/>
              <w:jc w:val="center"/>
              <w:rPr>
                <w:noProof/>
                <w:sz w:val="20"/>
                <w:szCs w:val="20"/>
              </w:rPr>
            </w:pPr>
            <w:r w:rsidRPr="00F51F43">
              <w:rPr>
                <w:noProof/>
                <w:sz w:val="20"/>
                <w:szCs w:val="20"/>
              </w:rPr>
              <w:t>S.Š.</w:t>
            </w:r>
          </w:p>
        </w:tc>
        <w:tc>
          <w:tcPr>
            <w:tcW w:w="992" w:type="dxa"/>
            <w:tcMar>
              <w:top w:w="80" w:type="dxa"/>
              <w:left w:w="80" w:type="dxa"/>
              <w:bottom w:w="80" w:type="dxa"/>
              <w:right w:w="80" w:type="dxa"/>
            </w:tcMar>
            <w:vAlign w:val="center"/>
          </w:tcPr>
          <w:p w14:paraId="3514BC1D" w14:textId="77777777" w:rsidR="00ED17BE" w:rsidRPr="00F51F43" w:rsidRDefault="00ED17BE" w:rsidP="00ED17BE">
            <w:pPr>
              <w:spacing w:after="0" w:line="240" w:lineRule="auto"/>
              <w:jc w:val="center"/>
              <w:rPr>
                <w:noProof/>
                <w:sz w:val="20"/>
                <w:szCs w:val="20"/>
              </w:rPr>
            </w:pPr>
            <w:r w:rsidRPr="00F51F43">
              <w:rPr>
                <w:noProof/>
                <w:sz w:val="20"/>
                <w:szCs w:val="20"/>
              </w:rPr>
              <w:t>ožujak</w:t>
            </w:r>
          </w:p>
        </w:tc>
        <w:tc>
          <w:tcPr>
            <w:tcW w:w="851" w:type="dxa"/>
            <w:tcMar>
              <w:top w:w="80" w:type="dxa"/>
              <w:left w:w="80" w:type="dxa"/>
              <w:bottom w:w="80" w:type="dxa"/>
              <w:right w:w="80" w:type="dxa"/>
            </w:tcMar>
            <w:vAlign w:val="center"/>
          </w:tcPr>
          <w:p w14:paraId="778185A4" w14:textId="77777777" w:rsidR="00ED17BE" w:rsidRPr="00F51F43" w:rsidRDefault="00ED17BE" w:rsidP="00ED17BE">
            <w:pPr>
              <w:spacing w:after="0" w:line="240" w:lineRule="auto"/>
              <w:jc w:val="center"/>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3EF0CE01" w14:textId="77777777" w:rsidR="00ED17BE" w:rsidRPr="00F51F43" w:rsidRDefault="00ED17BE" w:rsidP="00ED17BE">
            <w:pPr>
              <w:spacing w:after="0" w:line="240" w:lineRule="auto"/>
              <w:jc w:val="center"/>
              <w:rPr>
                <w:noProof/>
                <w:sz w:val="20"/>
                <w:szCs w:val="20"/>
              </w:rPr>
            </w:pPr>
            <w:r w:rsidRPr="00F51F43">
              <w:rPr>
                <w:noProof/>
                <w:sz w:val="20"/>
                <w:szCs w:val="20"/>
              </w:rPr>
              <w:t>Pčelice</w:t>
            </w:r>
          </w:p>
        </w:tc>
        <w:tc>
          <w:tcPr>
            <w:tcW w:w="2409" w:type="dxa"/>
            <w:tcMar>
              <w:top w:w="80" w:type="dxa"/>
              <w:left w:w="80" w:type="dxa"/>
              <w:bottom w:w="80" w:type="dxa"/>
              <w:right w:w="80" w:type="dxa"/>
            </w:tcMar>
            <w:vAlign w:val="center"/>
          </w:tcPr>
          <w:p w14:paraId="371BC5B8" w14:textId="77777777" w:rsidR="00ED17BE" w:rsidRPr="00F51F43" w:rsidRDefault="00ED17BE" w:rsidP="00ED17BE">
            <w:pPr>
              <w:spacing w:after="0" w:line="240" w:lineRule="auto"/>
              <w:jc w:val="center"/>
              <w:rPr>
                <w:noProof/>
                <w:sz w:val="20"/>
                <w:szCs w:val="20"/>
              </w:rPr>
            </w:pPr>
            <w:r w:rsidRPr="00F51F43">
              <w:rPr>
                <w:noProof/>
                <w:sz w:val="20"/>
                <w:szCs w:val="20"/>
              </w:rPr>
              <w:t>druženje povodom Dana očeva</w:t>
            </w:r>
          </w:p>
        </w:tc>
        <w:tc>
          <w:tcPr>
            <w:tcW w:w="2387" w:type="dxa"/>
            <w:tcMar>
              <w:top w:w="80" w:type="dxa"/>
              <w:left w:w="80" w:type="dxa"/>
              <w:bottom w:w="80" w:type="dxa"/>
              <w:right w:w="80" w:type="dxa"/>
            </w:tcMar>
            <w:vAlign w:val="center"/>
          </w:tcPr>
          <w:p w14:paraId="3F7CF704" w14:textId="77777777" w:rsidR="00ED17BE" w:rsidRPr="00F51F43" w:rsidRDefault="00ED17BE" w:rsidP="00ED17BE">
            <w:pPr>
              <w:spacing w:after="0" w:line="240" w:lineRule="auto"/>
              <w:jc w:val="center"/>
              <w:rPr>
                <w:noProof/>
                <w:sz w:val="20"/>
                <w:szCs w:val="20"/>
              </w:rPr>
            </w:pPr>
            <w:r w:rsidRPr="00F51F43">
              <w:rPr>
                <w:noProof/>
                <w:sz w:val="20"/>
                <w:szCs w:val="20"/>
              </w:rPr>
              <w:t>razvoj i poticanje komunikacije u odnosu odrasli, dijete, poticanje govornog razvoja</w:t>
            </w:r>
          </w:p>
        </w:tc>
        <w:tc>
          <w:tcPr>
            <w:tcW w:w="2363" w:type="dxa"/>
            <w:tcMar>
              <w:top w:w="80" w:type="dxa"/>
              <w:left w:w="80" w:type="dxa"/>
              <w:bottom w:w="80" w:type="dxa"/>
              <w:right w:w="80" w:type="dxa"/>
            </w:tcMar>
            <w:vAlign w:val="center"/>
          </w:tcPr>
          <w:p w14:paraId="381D1FC2" w14:textId="77777777" w:rsidR="00ED17BE" w:rsidRPr="00F51F43" w:rsidRDefault="00ED17BE" w:rsidP="00ED17BE">
            <w:pPr>
              <w:spacing w:after="0" w:line="240" w:lineRule="auto"/>
              <w:jc w:val="center"/>
              <w:rPr>
                <w:noProof/>
                <w:sz w:val="20"/>
                <w:szCs w:val="20"/>
              </w:rPr>
            </w:pPr>
            <w:r w:rsidRPr="00F51F43">
              <w:rPr>
                <w:noProof/>
                <w:sz w:val="20"/>
                <w:szCs w:val="20"/>
              </w:rPr>
              <w:t>izrada “poklona” za tatu uz aktivno uključivanje tate koji boravi u skupini</w:t>
            </w:r>
          </w:p>
        </w:tc>
        <w:tc>
          <w:tcPr>
            <w:tcW w:w="2088" w:type="dxa"/>
            <w:tcMar>
              <w:top w:w="80" w:type="dxa"/>
              <w:left w:w="80" w:type="dxa"/>
              <w:bottom w:w="80" w:type="dxa"/>
              <w:right w:w="80" w:type="dxa"/>
            </w:tcMar>
            <w:vAlign w:val="center"/>
          </w:tcPr>
          <w:p w14:paraId="50581E02"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r w:rsidR="00ED17BE" w:rsidRPr="00F51F43" w14:paraId="257B45A4" w14:textId="77777777" w:rsidTr="00ED17BE">
        <w:trPr>
          <w:cantSplit/>
          <w:jc w:val="center"/>
        </w:trPr>
        <w:tc>
          <w:tcPr>
            <w:tcW w:w="1101" w:type="dxa"/>
            <w:tcMar>
              <w:top w:w="80" w:type="dxa"/>
              <w:left w:w="80" w:type="dxa"/>
              <w:bottom w:w="80" w:type="dxa"/>
              <w:right w:w="80" w:type="dxa"/>
            </w:tcMar>
            <w:vAlign w:val="center"/>
          </w:tcPr>
          <w:p w14:paraId="66E5F3BA" w14:textId="77777777" w:rsidR="00ED17BE" w:rsidRPr="00F51F43" w:rsidRDefault="00ED17BE" w:rsidP="00ED17BE">
            <w:pPr>
              <w:spacing w:after="0" w:line="240" w:lineRule="auto"/>
              <w:jc w:val="center"/>
              <w:rPr>
                <w:noProof/>
                <w:sz w:val="20"/>
                <w:szCs w:val="20"/>
              </w:rPr>
            </w:pPr>
            <w:r w:rsidRPr="00F51F43">
              <w:rPr>
                <w:noProof/>
                <w:sz w:val="20"/>
                <w:szCs w:val="20"/>
              </w:rPr>
              <w:lastRenderedPageBreak/>
              <w:t>V.R.</w:t>
            </w:r>
          </w:p>
        </w:tc>
        <w:tc>
          <w:tcPr>
            <w:tcW w:w="992" w:type="dxa"/>
            <w:tcMar>
              <w:top w:w="80" w:type="dxa"/>
              <w:left w:w="80" w:type="dxa"/>
              <w:bottom w:w="80" w:type="dxa"/>
              <w:right w:w="80" w:type="dxa"/>
            </w:tcMar>
            <w:vAlign w:val="center"/>
          </w:tcPr>
          <w:p w14:paraId="1EC41158" w14:textId="77777777" w:rsidR="00ED17BE" w:rsidRPr="00F51F43" w:rsidRDefault="00ED17BE" w:rsidP="00ED17BE">
            <w:pPr>
              <w:spacing w:after="0" w:line="240" w:lineRule="auto"/>
              <w:jc w:val="center"/>
              <w:rPr>
                <w:noProof/>
                <w:sz w:val="20"/>
                <w:szCs w:val="20"/>
              </w:rPr>
            </w:pPr>
            <w:r w:rsidRPr="00F51F43">
              <w:rPr>
                <w:noProof/>
                <w:sz w:val="20"/>
                <w:szCs w:val="20"/>
              </w:rPr>
              <w:t>svibanj</w:t>
            </w:r>
          </w:p>
        </w:tc>
        <w:tc>
          <w:tcPr>
            <w:tcW w:w="851" w:type="dxa"/>
            <w:tcMar>
              <w:top w:w="80" w:type="dxa"/>
              <w:left w:w="80" w:type="dxa"/>
              <w:bottom w:w="80" w:type="dxa"/>
              <w:right w:w="80" w:type="dxa"/>
            </w:tcMar>
            <w:vAlign w:val="center"/>
          </w:tcPr>
          <w:p w14:paraId="62DA3096" w14:textId="77777777" w:rsidR="00ED17BE" w:rsidRPr="00F51F43" w:rsidRDefault="00ED17BE" w:rsidP="00ED17BE">
            <w:pPr>
              <w:spacing w:after="0" w:line="240" w:lineRule="auto"/>
              <w:jc w:val="center"/>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6786DF9A" w14:textId="77777777" w:rsidR="00ED17BE" w:rsidRPr="00F51F43" w:rsidRDefault="00ED17BE" w:rsidP="00ED17BE">
            <w:pPr>
              <w:spacing w:after="0" w:line="240" w:lineRule="auto"/>
              <w:jc w:val="center"/>
              <w:rPr>
                <w:noProof/>
                <w:sz w:val="20"/>
                <w:szCs w:val="20"/>
              </w:rPr>
            </w:pPr>
            <w:r w:rsidRPr="00F51F43">
              <w:rPr>
                <w:noProof/>
                <w:sz w:val="20"/>
                <w:szCs w:val="20"/>
              </w:rPr>
              <w:t>Pčelice</w:t>
            </w:r>
          </w:p>
        </w:tc>
        <w:tc>
          <w:tcPr>
            <w:tcW w:w="2409" w:type="dxa"/>
            <w:tcMar>
              <w:top w:w="80" w:type="dxa"/>
              <w:left w:w="80" w:type="dxa"/>
              <w:bottom w:w="80" w:type="dxa"/>
              <w:right w:w="80" w:type="dxa"/>
            </w:tcMar>
            <w:vAlign w:val="center"/>
          </w:tcPr>
          <w:p w14:paraId="3C3D137A" w14:textId="77777777" w:rsidR="00ED17BE" w:rsidRPr="00F51F43" w:rsidRDefault="00ED17BE" w:rsidP="00ED17BE">
            <w:pPr>
              <w:spacing w:after="0" w:line="240" w:lineRule="auto"/>
              <w:jc w:val="center"/>
              <w:rPr>
                <w:noProof/>
                <w:sz w:val="20"/>
                <w:szCs w:val="20"/>
              </w:rPr>
            </w:pPr>
            <w:r w:rsidRPr="00F51F43">
              <w:rPr>
                <w:noProof/>
                <w:sz w:val="20"/>
                <w:szCs w:val="20"/>
              </w:rPr>
              <w:t>druženje povodom Majčinog dana</w:t>
            </w:r>
          </w:p>
        </w:tc>
        <w:tc>
          <w:tcPr>
            <w:tcW w:w="2387" w:type="dxa"/>
            <w:tcMar>
              <w:top w:w="80" w:type="dxa"/>
              <w:left w:w="80" w:type="dxa"/>
              <w:bottom w:w="80" w:type="dxa"/>
              <w:right w:w="80" w:type="dxa"/>
            </w:tcMar>
            <w:vAlign w:val="center"/>
          </w:tcPr>
          <w:p w14:paraId="0E2104D1" w14:textId="77777777" w:rsidR="00ED17BE" w:rsidRPr="00F51F43" w:rsidRDefault="00ED17BE" w:rsidP="00ED17BE">
            <w:pPr>
              <w:spacing w:after="0" w:line="240" w:lineRule="auto"/>
              <w:jc w:val="center"/>
              <w:rPr>
                <w:noProof/>
                <w:sz w:val="20"/>
                <w:szCs w:val="20"/>
              </w:rPr>
            </w:pPr>
            <w:r w:rsidRPr="00F51F43">
              <w:rPr>
                <w:noProof/>
                <w:sz w:val="20"/>
                <w:szCs w:val="20"/>
              </w:rPr>
              <w:t>poticanje djece na slušanje,strpljivost, razvoj pažnje</w:t>
            </w:r>
          </w:p>
        </w:tc>
        <w:tc>
          <w:tcPr>
            <w:tcW w:w="2363" w:type="dxa"/>
            <w:tcMar>
              <w:top w:w="80" w:type="dxa"/>
              <w:left w:w="80" w:type="dxa"/>
              <w:bottom w:w="80" w:type="dxa"/>
              <w:right w:w="80" w:type="dxa"/>
            </w:tcMar>
            <w:vAlign w:val="center"/>
          </w:tcPr>
          <w:p w14:paraId="23C28312" w14:textId="77777777" w:rsidR="00ED17BE" w:rsidRPr="00F51F43" w:rsidRDefault="00ED17BE" w:rsidP="00ED17BE">
            <w:pPr>
              <w:spacing w:after="0" w:line="240" w:lineRule="auto"/>
              <w:jc w:val="center"/>
              <w:rPr>
                <w:noProof/>
                <w:sz w:val="20"/>
                <w:szCs w:val="20"/>
              </w:rPr>
            </w:pPr>
            <w:r w:rsidRPr="00F51F43">
              <w:rPr>
                <w:noProof/>
                <w:sz w:val="20"/>
                <w:szCs w:val="20"/>
              </w:rPr>
              <w:t>slušanje priče i prepričavanje uz pomoć, likovna aktivnost na temu priče</w:t>
            </w:r>
          </w:p>
        </w:tc>
        <w:tc>
          <w:tcPr>
            <w:tcW w:w="2088" w:type="dxa"/>
            <w:tcMar>
              <w:top w:w="80" w:type="dxa"/>
              <w:left w:w="80" w:type="dxa"/>
              <w:bottom w:w="80" w:type="dxa"/>
              <w:right w:w="80" w:type="dxa"/>
            </w:tcMar>
            <w:vAlign w:val="center"/>
          </w:tcPr>
          <w:p w14:paraId="782B0567" w14:textId="77777777" w:rsidR="00ED17BE" w:rsidRPr="00F51F43" w:rsidRDefault="00ED17BE" w:rsidP="00ED17BE">
            <w:pPr>
              <w:spacing w:after="0" w:line="240" w:lineRule="auto"/>
              <w:jc w:val="center"/>
              <w:rPr>
                <w:noProof/>
                <w:sz w:val="20"/>
                <w:szCs w:val="20"/>
              </w:rPr>
            </w:pPr>
            <w:r w:rsidRPr="00F51F43">
              <w:rPr>
                <w:noProof/>
                <w:sz w:val="20"/>
                <w:szCs w:val="20"/>
              </w:rPr>
              <w:t>reakcije djece, izjave djece, izjave roditelja</w:t>
            </w:r>
          </w:p>
        </w:tc>
      </w:tr>
    </w:tbl>
    <w:p w14:paraId="052B7CEC" w14:textId="77777777" w:rsidR="00ED17BE" w:rsidRPr="00F51F43" w:rsidRDefault="00ED17BE" w:rsidP="000A22A7">
      <w:pPr>
        <w:rPr>
          <w:b/>
          <w:noProof/>
        </w:rPr>
      </w:pPr>
    </w:p>
    <w:p w14:paraId="70642320" w14:textId="77777777" w:rsidR="00D4608F" w:rsidRPr="00F51F43" w:rsidRDefault="00D4608F" w:rsidP="000A22A7">
      <w:pPr>
        <w:rPr>
          <w:b/>
          <w:noProof/>
        </w:rPr>
      </w:pPr>
    </w:p>
    <w:p w14:paraId="4CA48812" w14:textId="77777777" w:rsidR="005E10EF" w:rsidRPr="00F51F43" w:rsidRDefault="005E10EF" w:rsidP="000A22A7">
      <w:pPr>
        <w:rPr>
          <w:b/>
          <w:noProof/>
        </w:rPr>
      </w:pPr>
    </w:p>
    <w:p w14:paraId="5F0507B5" w14:textId="77777777" w:rsidR="00541570" w:rsidRPr="00F51F43" w:rsidRDefault="00541570" w:rsidP="00373169">
      <w:pPr>
        <w:pStyle w:val="Naslov2"/>
        <w:rPr>
          <w:noProof/>
        </w:rPr>
      </w:pPr>
      <w:bookmarkStart w:id="44" w:name="_Toc241563360"/>
      <w:r w:rsidRPr="00F51F43">
        <w:rPr>
          <w:noProof/>
        </w:rPr>
        <w:t>7.4. ZAJEDNIČKE RADIONICE I DRUŽENJA</w:t>
      </w:r>
      <w:r w:rsidR="00372517" w:rsidRPr="00F51F43">
        <w:rPr>
          <w:noProof/>
        </w:rPr>
        <w:t xml:space="preserve"> S RODITELJIMA</w:t>
      </w:r>
      <w:bookmarkEnd w:id="44"/>
    </w:p>
    <w:p w14:paraId="5F059D8B" w14:textId="77777777" w:rsidR="00132ED8" w:rsidRPr="00F51F43" w:rsidRDefault="00132ED8" w:rsidP="000A22A7">
      <w:pPr>
        <w:rPr>
          <w:b/>
          <w:noProof/>
        </w:rPr>
      </w:pPr>
    </w:p>
    <w:p w14:paraId="7579C1D2" w14:textId="77777777" w:rsidR="00132ED8" w:rsidRPr="00F51F43" w:rsidRDefault="00BB6759" w:rsidP="000A22A7">
      <w:pPr>
        <w:keepNext/>
        <w:spacing w:before="120"/>
        <w:jc w:val="left"/>
        <w:rPr>
          <w:b/>
          <w:bCs/>
          <w:noProof/>
        </w:rPr>
      </w:pPr>
      <w:r w:rsidRPr="00F51F43">
        <w:rPr>
          <w:b/>
          <w:bCs/>
          <w:noProof/>
        </w:rPr>
        <w:t>Tablica 26</w:t>
      </w:r>
      <w:r w:rsidR="00132ED8" w:rsidRPr="00F51F43">
        <w:rPr>
          <w:b/>
          <w:bCs/>
          <w:noProof/>
        </w:rPr>
        <w:t>: Plan i program zajedničkih radionica i druženja s roditeljima</w:t>
      </w:r>
    </w:p>
    <w:p w14:paraId="5B0D9DCF" w14:textId="77777777" w:rsidR="00B83C0A" w:rsidRPr="00F51F43" w:rsidRDefault="00B83C0A" w:rsidP="000A22A7">
      <w:pPr>
        <w:rPr>
          <w:b/>
          <w:noProof/>
        </w:rPr>
      </w:pPr>
    </w:p>
    <w:p w14:paraId="346BE63E" w14:textId="77777777" w:rsidR="00B83C0A" w:rsidRPr="00F51F43" w:rsidRDefault="00B83C0A" w:rsidP="000A22A7">
      <w:pPr>
        <w:rPr>
          <w:b/>
          <w:noProof/>
        </w:rPr>
      </w:pPr>
    </w:p>
    <w:tbl>
      <w:tblPr>
        <w:tblStyle w:val="Reetkatablice"/>
        <w:tblW w:w="0" w:type="auto"/>
        <w:jc w:val="center"/>
        <w:tblLayout w:type="fixed"/>
        <w:tblLook w:val="04A0" w:firstRow="1" w:lastRow="0" w:firstColumn="1" w:lastColumn="0" w:noHBand="0" w:noVBand="1"/>
      </w:tblPr>
      <w:tblGrid>
        <w:gridCol w:w="3402"/>
        <w:gridCol w:w="1472"/>
        <w:gridCol w:w="5496"/>
        <w:gridCol w:w="1649"/>
      </w:tblGrid>
      <w:tr w:rsidR="00B83C0A" w:rsidRPr="00F51F43" w14:paraId="1ADED883" w14:textId="77777777" w:rsidTr="007C29E8">
        <w:trPr>
          <w:cantSplit/>
          <w:tblHeader/>
          <w:jc w:val="center"/>
        </w:trPr>
        <w:tc>
          <w:tcPr>
            <w:tcW w:w="3402" w:type="dxa"/>
            <w:shd w:val="clear" w:color="auto" w:fill="D9EAD3"/>
            <w:tcMar>
              <w:top w:w="80" w:type="dxa"/>
              <w:left w:w="80" w:type="dxa"/>
              <w:bottom w:w="80" w:type="dxa"/>
              <w:right w:w="80" w:type="dxa"/>
            </w:tcMar>
            <w:vAlign w:val="center"/>
          </w:tcPr>
          <w:p w14:paraId="2A6C9C69" w14:textId="77777777" w:rsidR="00B83C0A" w:rsidRPr="00F51F43" w:rsidRDefault="007C29E8" w:rsidP="00B83C0A">
            <w:pPr>
              <w:spacing w:after="0" w:line="240" w:lineRule="auto"/>
              <w:jc w:val="center"/>
              <w:rPr>
                <w:noProof/>
                <w:sz w:val="20"/>
                <w:szCs w:val="20"/>
              </w:rPr>
            </w:pPr>
            <w:r w:rsidRPr="00F51F43">
              <w:rPr>
                <w:b/>
                <w:noProof/>
                <w:sz w:val="20"/>
                <w:szCs w:val="20"/>
              </w:rPr>
              <w:t>OBJEKT</w:t>
            </w:r>
          </w:p>
        </w:tc>
        <w:tc>
          <w:tcPr>
            <w:tcW w:w="1472" w:type="dxa"/>
            <w:shd w:val="clear" w:color="auto" w:fill="D9EAD3"/>
            <w:tcMar>
              <w:top w:w="80" w:type="dxa"/>
              <w:left w:w="80" w:type="dxa"/>
              <w:bottom w:w="80" w:type="dxa"/>
              <w:right w:w="80" w:type="dxa"/>
            </w:tcMar>
            <w:vAlign w:val="center"/>
          </w:tcPr>
          <w:p w14:paraId="23B9315A" w14:textId="77777777" w:rsidR="00B83C0A" w:rsidRPr="00F51F43" w:rsidRDefault="00B83C0A" w:rsidP="00B83C0A">
            <w:pPr>
              <w:spacing w:after="0" w:line="240" w:lineRule="auto"/>
              <w:jc w:val="center"/>
              <w:rPr>
                <w:noProof/>
                <w:sz w:val="20"/>
                <w:szCs w:val="20"/>
              </w:rPr>
            </w:pPr>
            <w:r w:rsidRPr="00F51F43">
              <w:rPr>
                <w:b/>
                <w:noProof/>
                <w:sz w:val="20"/>
                <w:szCs w:val="20"/>
              </w:rPr>
              <w:t>VRIJEME</w:t>
            </w:r>
          </w:p>
        </w:tc>
        <w:tc>
          <w:tcPr>
            <w:tcW w:w="5496" w:type="dxa"/>
            <w:shd w:val="clear" w:color="auto" w:fill="D9EAD3"/>
            <w:tcMar>
              <w:top w:w="80" w:type="dxa"/>
              <w:left w:w="80" w:type="dxa"/>
              <w:bottom w:w="80" w:type="dxa"/>
              <w:right w:w="80" w:type="dxa"/>
            </w:tcMar>
            <w:vAlign w:val="center"/>
          </w:tcPr>
          <w:p w14:paraId="12A70EEF" w14:textId="77777777" w:rsidR="00B83C0A" w:rsidRPr="00F51F43" w:rsidRDefault="00B83C0A" w:rsidP="00B83C0A">
            <w:pPr>
              <w:spacing w:after="0" w:line="240" w:lineRule="auto"/>
              <w:jc w:val="center"/>
              <w:rPr>
                <w:noProof/>
                <w:sz w:val="20"/>
                <w:szCs w:val="20"/>
              </w:rPr>
            </w:pPr>
            <w:r w:rsidRPr="00F51F43">
              <w:rPr>
                <w:b/>
                <w:noProof/>
                <w:sz w:val="20"/>
                <w:szCs w:val="20"/>
              </w:rPr>
              <w:t>NAZIV RADIONICE / DRUŽENJA</w:t>
            </w:r>
          </w:p>
        </w:tc>
        <w:tc>
          <w:tcPr>
            <w:tcW w:w="1649" w:type="dxa"/>
            <w:shd w:val="clear" w:color="auto" w:fill="D9EAD3"/>
            <w:tcMar>
              <w:top w:w="80" w:type="dxa"/>
              <w:left w:w="80" w:type="dxa"/>
              <w:bottom w:w="80" w:type="dxa"/>
              <w:right w:w="80" w:type="dxa"/>
            </w:tcMar>
            <w:vAlign w:val="center"/>
          </w:tcPr>
          <w:p w14:paraId="2DF49402" w14:textId="77777777" w:rsidR="00B83C0A" w:rsidRPr="00F51F43" w:rsidRDefault="00B83C0A" w:rsidP="00B83C0A">
            <w:pPr>
              <w:spacing w:after="0" w:line="240" w:lineRule="auto"/>
              <w:jc w:val="center"/>
              <w:rPr>
                <w:noProof/>
                <w:sz w:val="20"/>
                <w:szCs w:val="20"/>
              </w:rPr>
            </w:pPr>
            <w:r w:rsidRPr="00F51F43">
              <w:rPr>
                <w:b/>
                <w:noProof/>
                <w:sz w:val="20"/>
                <w:szCs w:val="20"/>
              </w:rPr>
              <w:t>SKUPINA</w:t>
            </w:r>
          </w:p>
        </w:tc>
      </w:tr>
      <w:tr w:rsidR="00B83C0A" w:rsidRPr="00F51F43" w14:paraId="09469CCB" w14:textId="77777777" w:rsidTr="007C29E8">
        <w:trPr>
          <w:cantSplit/>
          <w:jc w:val="center"/>
        </w:trPr>
        <w:tc>
          <w:tcPr>
            <w:tcW w:w="3402" w:type="dxa"/>
            <w:tcMar>
              <w:top w:w="80" w:type="dxa"/>
              <w:left w:w="80" w:type="dxa"/>
              <w:bottom w:w="80" w:type="dxa"/>
              <w:right w:w="80" w:type="dxa"/>
            </w:tcMar>
            <w:vAlign w:val="center"/>
          </w:tcPr>
          <w:p w14:paraId="7224CD83" w14:textId="77777777" w:rsidR="00B83C0A" w:rsidRPr="00F51F43" w:rsidRDefault="00B83C0A" w:rsidP="00B83C0A">
            <w:pPr>
              <w:spacing w:after="0" w:line="240" w:lineRule="auto"/>
              <w:jc w:val="center"/>
              <w:rPr>
                <w:noProof/>
                <w:sz w:val="20"/>
                <w:szCs w:val="20"/>
              </w:rPr>
            </w:pPr>
            <w:r w:rsidRPr="00F51F43">
              <w:rPr>
                <w:noProof/>
                <w:sz w:val="20"/>
                <w:szCs w:val="20"/>
              </w:rPr>
              <w:t>“Iskrica” Đelekovec</w:t>
            </w:r>
          </w:p>
        </w:tc>
        <w:tc>
          <w:tcPr>
            <w:tcW w:w="1472" w:type="dxa"/>
            <w:tcMar>
              <w:top w:w="80" w:type="dxa"/>
              <w:left w:w="80" w:type="dxa"/>
              <w:bottom w:w="80" w:type="dxa"/>
              <w:right w:w="80" w:type="dxa"/>
            </w:tcMar>
            <w:vAlign w:val="center"/>
          </w:tcPr>
          <w:p w14:paraId="08ED1613"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0A749792"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35E76626" w14:textId="77777777" w:rsidR="00B83C0A" w:rsidRPr="00F51F43" w:rsidRDefault="00B83C0A" w:rsidP="00B83C0A">
            <w:pPr>
              <w:spacing w:after="0" w:line="240" w:lineRule="auto"/>
              <w:jc w:val="center"/>
              <w:rPr>
                <w:noProof/>
                <w:sz w:val="20"/>
                <w:szCs w:val="20"/>
              </w:rPr>
            </w:pPr>
            <w:r w:rsidRPr="00F51F43">
              <w:rPr>
                <w:noProof/>
                <w:sz w:val="20"/>
                <w:szCs w:val="20"/>
              </w:rPr>
              <w:t>Iskrica</w:t>
            </w:r>
          </w:p>
        </w:tc>
      </w:tr>
      <w:tr w:rsidR="00B83C0A" w:rsidRPr="00F51F43" w14:paraId="6EC0C2B8" w14:textId="77777777" w:rsidTr="007C29E8">
        <w:trPr>
          <w:cantSplit/>
          <w:jc w:val="center"/>
        </w:trPr>
        <w:tc>
          <w:tcPr>
            <w:tcW w:w="3402" w:type="dxa"/>
            <w:tcMar>
              <w:top w:w="80" w:type="dxa"/>
              <w:left w:w="80" w:type="dxa"/>
              <w:bottom w:w="80" w:type="dxa"/>
              <w:right w:w="80" w:type="dxa"/>
            </w:tcMar>
            <w:vAlign w:val="center"/>
          </w:tcPr>
          <w:p w14:paraId="74F9DB2E" w14:textId="77777777" w:rsidR="00B83C0A" w:rsidRPr="00F51F43" w:rsidRDefault="00B83C0A" w:rsidP="00B83C0A">
            <w:pPr>
              <w:spacing w:after="0" w:line="240" w:lineRule="auto"/>
              <w:jc w:val="center"/>
              <w:rPr>
                <w:noProof/>
                <w:sz w:val="20"/>
                <w:szCs w:val="20"/>
              </w:rPr>
            </w:pPr>
            <w:r w:rsidRPr="00F51F43">
              <w:rPr>
                <w:noProof/>
                <w:sz w:val="20"/>
                <w:szCs w:val="20"/>
              </w:rPr>
              <w:t>“Iskrica” Đelekovec</w:t>
            </w:r>
          </w:p>
        </w:tc>
        <w:tc>
          <w:tcPr>
            <w:tcW w:w="1472" w:type="dxa"/>
            <w:tcMar>
              <w:top w:w="80" w:type="dxa"/>
              <w:left w:w="80" w:type="dxa"/>
              <w:bottom w:w="80" w:type="dxa"/>
              <w:right w:w="80" w:type="dxa"/>
            </w:tcMar>
            <w:vAlign w:val="center"/>
          </w:tcPr>
          <w:p w14:paraId="305A5FD5"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161B4C6B" w14:textId="77777777" w:rsidR="00B83C0A" w:rsidRPr="00F51F43" w:rsidRDefault="00B83C0A" w:rsidP="00B83C0A">
            <w:pPr>
              <w:spacing w:after="0" w:line="240" w:lineRule="auto"/>
              <w:jc w:val="center"/>
              <w:rPr>
                <w:noProof/>
                <w:sz w:val="20"/>
                <w:szCs w:val="20"/>
              </w:rPr>
            </w:pPr>
            <w:r w:rsidRPr="00F51F43">
              <w:rPr>
                <w:noProof/>
                <w:sz w:val="20"/>
                <w:szCs w:val="20"/>
              </w:rPr>
              <w:t>Večer matematike</w:t>
            </w:r>
          </w:p>
        </w:tc>
        <w:tc>
          <w:tcPr>
            <w:tcW w:w="1649" w:type="dxa"/>
            <w:tcMar>
              <w:top w:w="80" w:type="dxa"/>
              <w:left w:w="80" w:type="dxa"/>
              <w:bottom w:w="80" w:type="dxa"/>
              <w:right w:w="80" w:type="dxa"/>
            </w:tcMar>
            <w:vAlign w:val="center"/>
          </w:tcPr>
          <w:p w14:paraId="304F56C6" w14:textId="77777777" w:rsidR="00B83C0A" w:rsidRPr="00F51F43" w:rsidRDefault="00B83C0A" w:rsidP="00B83C0A">
            <w:pPr>
              <w:spacing w:after="0" w:line="240" w:lineRule="auto"/>
              <w:jc w:val="center"/>
              <w:rPr>
                <w:noProof/>
                <w:sz w:val="20"/>
                <w:szCs w:val="20"/>
              </w:rPr>
            </w:pPr>
            <w:r w:rsidRPr="00F51F43">
              <w:rPr>
                <w:noProof/>
                <w:sz w:val="20"/>
                <w:szCs w:val="20"/>
              </w:rPr>
              <w:t>Iskrica</w:t>
            </w:r>
          </w:p>
        </w:tc>
      </w:tr>
      <w:tr w:rsidR="00B83C0A" w:rsidRPr="00F51F43" w14:paraId="032D7F76" w14:textId="77777777" w:rsidTr="007C29E8">
        <w:trPr>
          <w:cantSplit/>
          <w:jc w:val="center"/>
        </w:trPr>
        <w:tc>
          <w:tcPr>
            <w:tcW w:w="3402" w:type="dxa"/>
            <w:tcMar>
              <w:top w:w="80" w:type="dxa"/>
              <w:left w:w="80" w:type="dxa"/>
              <w:bottom w:w="80" w:type="dxa"/>
              <w:right w:w="80" w:type="dxa"/>
            </w:tcMar>
            <w:vAlign w:val="center"/>
          </w:tcPr>
          <w:p w14:paraId="73FAF00C" w14:textId="77777777" w:rsidR="00B83C0A" w:rsidRPr="00F51F43" w:rsidRDefault="00B83C0A" w:rsidP="00B83C0A">
            <w:pPr>
              <w:spacing w:after="0" w:line="240" w:lineRule="auto"/>
              <w:jc w:val="center"/>
              <w:rPr>
                <w:noProof/>
                <w:sz w:val="20"/>
                <w:szCs w:val="20"/>
              </w:rPr>
            </w:pPr>
            <w:r w:rsidRPr="00F51F43">
              <w:rPr>
                <w:noProof/>
                <w:sz w:val="20"/>
                <w:szCs w:val="20"/>
              </w:rPr>
              <w:t>“Iskrica” Đelekovec</w:t>
            </w:r>
          </w:p>
        </w:tc>
        <w:tc>
          <w:tcPr>
            <w:tcW w:w="1472" w:type="dxa"/>
            <w:tcMar>
              <w:top w:w="80" w:type="dxa"/>
              <w:left w:w="80" w:type="dxa"/>
              <w:bottom w:w="80" w:type="dxa"/>
              <w:right w:w="80" w:type="dxa"/>
            </w:tcMar>
            <w:vAlign w:val="center"/>
          </w:tcPr>
          <w:p w14:paraId="7CD7E914"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021593B0"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10CF7E50" w14:textId="77777777" w:rsidR="00B83C0A" w:rsidRPr="00F51F43" w:rsidRDefault="00B83C0A" w:rsidP="00B83C0A">
            <w:pPr>
              <w:spacing w:after="0" w:line="240" w:lineRule="auto"/>
              <w:jc w:val="center"/>
              <w:rPr>
                <w:noProof/>
                <w:sz w:val="20"/>
                <w:szCs w:val="20"/>
              </w:rPr>
            </w:pPr>
            <w:r w:rsidRPr="00F51F43">
              <w:rPr>
                <w:noProof/>
                <w:sz w:val="20"/>
                <w:szCs w:val="20"/>
              </w:rPr>
              <w:t>Iskrica</w:t>
            </w:r>
          </w:p>
        </w:tc>
      </w:tr>
      <w:tr w:rsidR="00B83C0A" w:rsidRPr="00F51F43" w14:paraId="185E8629" w14:textId="77777777" w:rsidTr="007C29E8">
        <w:trPr>
          <w:cantSplit/>
          <w:jc w:val="center"/>
        </w:trPr>
        <w:tc>
          <w:tcPr>
            <w:tcW w:w="3402" w:type="dxa"/>
            <w:tcMar>
              <w:top w:w="80" w:type="dxa"/>
              <w:left w:w="80" w:type="dxa"/>
              <w:bottom w:w="80" w:type="dxa"/>
              <w:right w:w="80" w:type="dxa"/>
            </w:tcMar>
            <w:vAlign w:val="center"/>
          </w:tcPr>
          <w:p w14:paraId="037F856C" w14:textId="77777777" w:rsidR="00B83C0A" w:rsidRPr="00F51F43" w:rsidRDefault="00B83C0A" w:rsidP="00B83C0A">
            <w:pPr>
              <w:spacing w:after="0" w:line="240" w:lineRule="auto"/>
              <w:jc w:val="center"/>
              <w:rPr>
                <w:noProof/>
                <w:sz w:val="20"/>
                <w:szCs w:val="20"/>
              </w:rPr>
            </w:pPr>
            <w:r w:rsidRPr="00F51F43">
              <w:rPr>
                <w:noProof/>
                <w:sz w:val="20"/>
                <w:szCs w:val="20"/>
              </w:rPr>
              <w:t>“Iskrica” Đelekovec</w:t>
            </w:r>
          </w:p>
        </w:tc>
        <w:tc>
          <w:tcPr>
            <w:tcW w:w="1472" w:type="dxa"/>
            <w:tcMar>
              <w:top w:w="80" w:type="dxa"/>
              <w:left w:w="80" w:type="dxa"/>
              <w:bottom w:w="80" w:type="dxa"/>
              <w:right w:w="80" w:type="dxa"/>
            </w:tcMar>
            <w:vAlign w:val="center"/>
          </w:tcPr>
          <w:p w14:paraId="4E2E3283" w14:textId="77777777" w:rsidR="00B83C0A" w:rsidRPr="00F51F43" w:rsidRDefault="00B83C0A" w:rsidP="00B83C0A">
            <w:pPr>
              <w:spacing w:after="0" w:line="240" w:lineRule="auto"/>
              <w:jc w:val="center"/>
              <w:rPr>
                <w:noProof/>
                <w:sz w:val="20"/>
                <w:szCs w:val="20"/>
              </w:rPr>
            </w:pPr>
            <w:r w:rsidRPr="00F51F43">
              <w:rPr>
                <w:noProof/>
                <w:sz w:val="20"/>
                <w:szCs w:val="20"/>
              </w:rPr>
              <w:t>veljača</w:t>
            </w:r>
          </w:p>
        </w:tc>
        <w:tc>
          <w:tcPr>
            <w:tcW w:w="5496" w:type="dxa"/>
            <w:tcMar>
              <w:top w:w="80" w:type="dxa"/>
              <w:left w:w="80" w:type="dxa"/>
              <w:bottom w:w="80" w:type="dxa"/>
              <w:right w:w="80" w:type="dxa"/>
            </w:tcMar>
            <w:vAlign w:val="center"/>
          </w:tcPr>
          <w:p w14:paraId="5D54B7DA" w14:textId="77777777" w:rsidR="00B83C0A" w:rsidRPr="00F51F43" w:rsidRDefault="00B83C0A" w:rsidP="00B83C0A">
            <w:pPr>
              <w:spacing w:after="0" w:line="240" w:lineRule="auto"/>
              <w:jc w:val="center"/>
              <w:rPr>
                <w:noProof/>
                <w:sz w:val="20"/>
                <w:szCs w:val="20"/>
              </w:rPr>
            </w:pPr>
            <w:r w:rsidRPr="00F51F43">
              <w:rPr>
                <w:noProof/>
                <w:sz w:val="20"/>
                <w:szCs w:val="20"/>
              </w:rPr>
              <w:t>Fašnik</w:t>
            </w:r>
          </w:p>
        </w:tc>
        <w:tc>
          <w:tcPr>
            <w:tcW w:w="1649" w:type="dxa"/>
            <w:tcMar>
              <w:top w:w="80" w:type="dxa"/>
              <w:left w:w="80" w:type="dxa"/>
              <w:bottom w:w="80" w:type="dxa"/>
              <w:right w:w="80" w:type="dxa"/>
            </w:tcMar>
            <w:vAlign w:val="center"/>
          </w:tcPr>
          <w:p w14:paraId="161E02CF" w14:textId="77777777" w:rsidR="00B83C0A" w:rsidRPr="00F51F43" w:rsidRDefault="00B83C0A" w:rsidP="00B83C0A">
            <w:pPr>
              <w:spacing w:after="0" w:line="240" w:lineRule="auto"/>
              <w:jc w:val="center"/>
              <w:rPr>
                <w:noProof/>
                <w:sz w:val="20"/>
                <w:szCs w:val="20"/>
              </w:rPr>
            </w:pPr>
            <w:r w:rsidRPr="00F51F43">
              <w:rPr>
                <w:noProof/>
                <w:sz w:val="20"/>
                <w:szCs w:val="20"/>
              </w:rPr>
              <w:t>Iskrica</w:t>
            </w:r>
          </w:p>
        </w:tc>
      </w:tr>
      <w:tr w:rsidR="00B83C0A" w:rsidRPr="00F51F43" w14:paraId="1DBB88BC" w14:textId="77777777" w:rsidTr="007C29E8">
        <w:trPr>
          <w:cantSplit/>
          <w:jc w:val="center"/>
        </w:trPr>
        <w:tc>
          <w:tcPr>
            <w:tcW w:w="3402" w:type="dxa"/>
            <w:tcMar>
              <w:top w:w="80" w:type="dxa"/>
              <w:left w:w="80" w:type="dxa"/>
              <w:bottom w:w="80" w:type="dxa"/>
              <w:right w:w="80" w:type="dxa"/>
            </w:tcMar>
            <w:vAlign w:val="center"/>
          </w:tcPr>
          <w:p w14:paraId="7D4D86E4" w14:textId="77777777" w:rsidR="00B83C0A" w:rsidRPr="00F51F43" w:rsidRDefault="00B83C0A" w:rsidP="00B83C0A">
            <w:pPr>
              <w:spacing w:after="0" w:line="240" w:lineRule="auto"/>
              <w:jc w:val="center"/>
              <w:rPr>
                <w:noProof/>
                <w:sz w:val="20"/>
                <w:szCs w:val="20"/>
              </w:rPr>
            </w:pPr>
            <w:r w:rsidRPr="00F51F43">
              <w:rPr>
                <w:noProof/>
                <w:sz w:val="20"/>
                <w:szCs w:val="20"/>
              </w:rPr>
              <w:t>“Iskrica” Đelekovec</w:t>
            </w:r>
          </w:p>
        </w:tc>
        <w:tc>
          <w:tcPr>
            <w:tcW w:w="1472" w:type="dxa"/>
            <w:tcMar>
              <w:top w:w="80" w:type="dxa"/>
              <w:left w:w="80" w:type="dxa"/>
              <w:bottom w:w="80" w:type="dxa"/>
              <w:right w:w="80" w:type="dxa"/>
            </w:tcMar>
            <w:vAlign w:val="center"/>
          </w:tcPr>
          <w:p w14:paraId="223CDB48"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13B515C7" w14:textId="77777777" w:rsidR="00B83C0A" w:rsidRPr="00F51F43" w:rsidRDefault="00B83C0A" w:rsidP="00B83C0A">
            <w:pPr>
              <w:spacing w:after="0" w:line="240" w:lineRule="auto"/>
              <w:jc w:val="center"/>
              <w:rPr>
                <w:noProof/>
                <w:sz w:val="20"/>
                <w:szCs w:val="20"/>
              </w:rPr>
            </w:pPr>
            <w:r w:rsidRPr="00F51F43">
              <w:rPr>
                <w:noProof/>
                <w:sz w:val="20"/>
                <w:szCs w:val="20"/>
              </w:rPr>
              <w:t>Sportske obiteljske igre</w:t>
            </w:r>
          </w:p>
        </w:tc>
        <w:tc>
          <w:tcPr>
            <w:tcW w:w="1649" w:type="dxa"/>
            <w:tcMar>
              <w:top w:w="80" w:type="dxa"/>
              <w:left w:w="80" w:type="dxa"/>
              <w:bottom w:w="80" w:type="dxa"/>
              <w:right w:w="80" w:type="dxa"/>
            </w:tcMar>
            <w:vAlign w:val="center"/>
          </w:tcPr>
          <w:p w14:paraId="251124BF" w14:textId="77777777" w:rsidR="00B83C0A" w:rsidRPr="00F51F43" w:rsidRDefault="00B83C0A" w:rsidP="00B83C0A">
            <w:pPr>
              <w:spacing w:after="0" w:line="240" w:lineRule="auto"/>
              <w:jc w:val="center"/>
              <w:rPr>
                <w:noProof/>
                <w:sz w:val="20"/>
                <w:szCs w:val="20"/>
              </w:rPr>
            </w:pPr>
            <w:r w:rsidRPr="00F51F43">
              <w:rPr>
                <w:noProof/>
                <w:sz w:val="20"/>
                <w:szCs w:val="20"/>
              </w:rPr>
              <w:t>Iskrica</w:t>
            </w:r>
          </w:p>
        </w:tc>
      </w:tr>
      <w:tr w:rsidR="00B83C0A" w:rsidRPr="00F51F43" w14:paraId="5F289D50" w14:textId="77777777" w:rsidTr="007C29E8">
        <w:trPr>
          <w:cantSplit/>
          <w:jc w:val="center"/>
        </w:trPr>
        <w:tc>
          <w:tcPr>
            <w:tcW w:w="3402" w:type="dxa"/>
            <w:tcMar>
              <w:top w:w="80" w:type="dxa"/>
              <w:left w:w="80" w:type="dxa"/>
              <w:bottom w:w="80" w:type="dxa"/>
              <w:right w:w="80" w:type="dxa"/>
            </w:tcMar>
            <w:vAlign w:val="center"/>
          </w:tcPr>
          <w:p w14:paraId="3E794381" w14:textId="77777777" w:rsidR="00B83C0A" w:rsidRPr="00F51F43" w:rsidRDefault="00B83C0A" w:rsidP="00B83C0A">
            <w:pPr>
              <w:spacing w:after="0" w:line="240" w:lineRule="auto"/>
              <w:jc w:val="center"/>
              <w:rPr>
                <w:noProof/>
                <w:sz w:val="20"/>
                <w:szCs w:val="20"/>
              </w:rPr>
            </w:pPr>
            <w:r w:rsidRPr="00F51F43">
              <w:rPr>
                <w:noProof/>
                <w:sz w:val="20"/>
                <w:szCs w:val="20"/>
              </w:rPr>
              <w:lastRenderedPageBreak/>
              <w:t>“Iskrica” Đelekovec</w:t>
            </w:r>
          </w:p>
        </w:tc>
        <w:tc>
          <w:tcPr>
            <w:tcW w:w="1472" w:type="dxa"/>
            <w:tcMar>
              <w:top w:w="80" w:type="dxa"/>
              <w:left w:w="80" w:type="dxa"/>
              <w:bottom w:w="80" w:type="dxa"/>
              <w:right w:w="80" w:type="dxa"/>
            </w:tcMar>
            <w:vAlign w:val="center"/>
          </w:tcPr>
          <w:p w14:paraId="4D1F6FF9"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4A178191"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02D276EA"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2A8F5740" w14:textId="77777777" w:rsidTr="007C29E8">
        <w:trPr>
          <w:cantSplit/>
          <w:jc w:val="center"/>
        </w:trPr>
        <w:tc>
          <w:tcPr>
            <w:tcW w:w="3402" w:type="dxa"/>
            <w:tcMar>
              <w:top w:w="80" w:type="dxa"/>
              <w:left w:w="80" w:type="dxa"/>
              <w:bottom w:w="80" w:type="dxa"/>
              <w:right w:w="80" w:type="dxa"/>
            </w:tcMar>
            <w:vAlign w:val="center"/>
          </w:tcPr>
          <w:p w14:paraId="3427E9A5" w14:textId="77777777" w:rsidR="00B83C0A" w:rsidRPr="00F51F43" w:rsidRDefault="00B83C0A" w:rsidP="00B83C0A">
            <w:pPr>
              <w:spacing w:after="0" w:line="240" w:lineRule="auto"/>
              <w:jc w:val="center"/>
              <w:rPr>
                <w:noProof/>
                <w:sz w:val="20"/>
                <w:szCs w:val="20"/>
              </w:rPr>
            </w:pPr>
            <w:r w:rsidRPr="00F51F43">
              <w:rPr>
                <w:noProof/>
                <w:sz w:val="20"/>
                <w:szCs w:val="20"/>
              </w:rPr>
              <w:t>“Iskrica” Đelekovec</w:t>
            </w:r>
          </w:p>
        </w:tc>
        <w:tc>
          <w:tcPr>
            <w:tcW w:w="1472" w:type="dxa"/>
            <w:tcMar>
              <w:top w:w="80" w:type="dxa"/>
              <w:left w:w="80" w:type="dxa"/>
              <w:bottom w:w="80" w:type="dxa"/>
              <w:right w:w="80" w:type="dxa"/>
            </w:tcMar>
            <w:vAlign w:val="center"/>
          </w:tcPr>
          <w:p w14:paraId="7A3B38C7"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4CFE2254" w14:textId="77777777" w:rsidR="00B83C0A" w:rsidRPr="00F51F43" w:rsidRDefault="00B83C0A" w:rsidP="00B83C0A">
            <w:pPr>
              <w:spacing w:after="0" w:line="240" w:lineRule="auto"/>
              <w:jc w:val="center"/>
              <w:rPr>
                <w:noProof/>
                <w:sz w:val="20"/>
                <w:szCs w:val="20"/>
              </w:rPr>
            </w:pPr>
            <w:r w:rsidRPr="00F51F43">
              <w:rPr>
                <w:noProof/>
                <w:sz w:val="20"/>
                <w:szCs w:val="20"/>
              </w:rPr>
              <w:t>Božićna</w:t>
            </w:r>
          </w:p>
        </w:tc>
        <w:tc>
          <w:tcPr>
            <w:tcW w:w="1649" w:type="dxa"/>
            <w:tcMar>
              <w:top w:w="80" w:type="dxa"/>
              <w:left w:w="80" w:type="dxa"/>
              <w:bottom w:w="80" w:type="dxa"/>
              <w:right w:w="80" w:type="dxa"/>
            </w:tcMar>
            <w:vAlign w:val="center"/>
          </w:tcPr>
          <w:p w14:paraId="4C77CA0E"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30E3BA84" w14:textId="77777777" w:rsidTr="007C29E8">
        <w:trPr>
          <w:cantSplit/>
          <w:jc w:val="center"/>
        </w:trPr>
        <w:tc>
          <w:tcPr>
            <w:tcW w:w="3402" w:type="dxa"/>
            <w:tcMar>
              <w:top w:w="80" w:type="dxa"/>
              <w:left w:w="80" w:type="dxa"/>
              <w:bottom w:w="80" w:type="dxa"/>
              <w:right w:w="80" w:type="dxa"/>
            </w:tcMar>
            <w:vAlign w:val="center"/>
          </w:tcPr>
          <w:p w14:paraId="5812F5C2" w14:textId="77777777" w:rsidR="00B83C0A" w:rsidRPr="00F51F43" w:rsidRDefault="00B83C0A" w:rsidP="00B83C0A">
            <w:pPr>
              <w:spacing w:after="0" w:line="240" w:lineRule="auto"/>
              <w:jc w:val="center"/>
              <w:rPr>
                <w:noProof/>
                <w:sz w:val="20"/>
                <w:szCs w:val="20"/>
              </w:rPr>
            </w:pPr>
            <w:r w:rsidRPr="00F51F43">
              <w:rPr>
                <w:noProof/>
                <w:sz w:val="20"/>
                <w:szCs w:val="20"/>
              </w:rPr>
              <w:t>“Iskrica” Đelekovec</w:t>
            </w:r>
          </w:p>
        </w:tc>
        <w:tc>
          <w:tcPr>
            <w:tcW w:w="1472" w:type="dxa"/>
            <w:tcMar>
              <w:top w:w="80" w:type="dxa"/>
              <w:left w:w="80" w:type="dxa"/>
              <w:bottom w:w="80" w:type="dxa"/>
              <w:right w:w="80" w:type="dxa"/>
            </w:tcMar>
            <w:vAlign w:val="center"/>
          </w:tcPr>
          <w:p w14:paraId="6A6B0690"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26E7C284" w14:textId="77777777" w:rsidR="00B83C0A" w:rsidRPr="00F51F43" w:rsidRDefault="00B83C0A" w:rsidP="00B83C0A">
            <w:pPr>
              <w:spacing w:after="0" w:line="240" w:lineRule="auto"/>
              <w:jc w:val="center"/>
              <w:rPr>
                <w:noProof/>
                <w:sz w:val="20"/>
                <w:szCs w:val="20"/>
              </w:rPr>
            </w:pPr>
            <w:r w:rsidRPr="00F51F43">
              <w:rPr>
                <w:noProof/>
                <w:sz w:val="20"/>
                <w:szCs w:val="20"/>
              </w:rPr>
              <w:t>Vanjski poligon povodom Dana obitelji</w:t>
            </w:r>
          </w:p>
        </w:tc>
        <w:tc>
          <w:tcPr>
            <w:tcW w:w="1649" w:type="dxa"/>
            <w:tcMar>
              <w:top w:w="80" w:type="dxa"/>
              <w:left w:w="80" w:type="dxa"/>
              <w:bottom w:w="80" w:type="dxa"/>
              <w:right w:w="80" w:type="dxa"/>
            </w:tcMar>
            <w:vAlign w:val="center"/>
          </w:tcPr>
          <w:p w14:paraId="241E13A1"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75F9DE3B" w14:textId="77777777" w:rsidTr="007C29E8">
        <w:trPr>
          <w:cantSplit/>
          <w:jc w:val="center"/>
        </w:trPr>
        <w:tc>
          <w:tcPr>
            <w:tcW w:w="3402" w:type="dxa"/>
            <w:tcMar>
              <w:top w:w="80" w:type="dxa"/>
              <w:left w:w="80" w:type="dxa"/>
              <w:bottom w:w="80" w:type="dxa"/>
              <w:right w:w="80" w:type="dxa"/>
            </w:tcMar>
            <w:vAlign w:val="center"/>
          </w:tcPr>
          <w:p w14:paraId="2B77282E" w14:textId="77777777" w:rsidR="00B83C0A" w:rsidRPr="00F51F43" w:rsidRDefault="00B83C0A" w:rsidP="00B83C0A">
            <w:pPr>
              <w:spacing w:after="0" w:line="240" w:lineRule="auto"/>
              <w:jc w:val="center"/>
              <w:rPr>
                <w:noProof/>
                <w:sz w:val="20"/>
                <w:szCs w:val="20"/>
              </w:rPr>
            </w:pPr>
            <w:r w:rsidRPr="00F51F43">
              <w:rPr>
                <w:noProof/>
                <w:sz w:val="20"/>
                <w:szCs w:val="20"/>
              </w:rPr>
              <w:t>“Iskrica” Đelekovec</w:t>
            </w:r>
          </w:p>
        </w:tc>
        <w:tc>
          <w:tcPr>
            <w:tcW w:w="1472" w:type="dxa"/>
            <w:tcMar>
              <w:top w:w="80" w:type="dxa"/>
              <w:left w:w="80" w:type="dxa"/>
              <w:bottom w:w="80" w:type="dxa"/>
              <w:right w:w="80" w:type="dxa"/>
            </w:tcMar>
            <w:vAlign w:val="center"/>
          </w:tcPr>
          <w:p w14:paraId="154D3877" w14:textId="77777777" w:rsidR="00B83C0A" w:rsidRPr="00F51F43" w:rsidRDefault="00B83C0A" w:rsidP="00B83C0A">
            <w:pPr>
              <w:spacing w:after="0" w:line="240" w:lineRule="auto"/>
              <w:jc w:val="center"/>
              <w:rPr>
                <w:noProof/>
                <w:sz w:val="20"/>
                <w:szCs w:val="20"/>
              </w:rPr>
            </w:pPr>
            <w:r w:rsidRPr="00F51F43">
              <w:rPr>
                <w:noProof/>
                <w:sz w:val="20"/>
                <w:szCs w:val="20"/>
              </w:rPr>
              <w:t>lipanj</w:t>
            </w:r>
          </w:p>
        </w:tc>
        <w:tc>
          <w:tcPr>
            <w:tcW w:w="5496" w:type="dxa"/>
            <w:tcMar>
              <w:top w:w="80" w:type="dxa"/>
              <w:left w:w="80" w:type="dxa"/>
              <w:bottom w:w="80" w:type="dxa"/>
              <w:right w:w="80" w:type="dxa"/>
            </w:tcMar>
            <w:vAlign w:val="center"/>
          </w:tcPr>
          <w:p w14:paraId="4E7BF935" w14:textId="77777777" w:rsidR="00B83C0A" w:rsidRPr="00F51F43" w:rsidRDefault="00B83C0A" w:rsidP="00B83C0A">
            <w:pPr>
              <w:spacing w:after="0" w:line="240" w:lineRule="auto"/>
              <w:jc w:val="center"/>
              <w:rPr>
                <w:noProof/>
                <w:sz w:val="20"/>
                <w:szCs w:val="20"/>
              </w:rPr>
            </w:pPr>
            <w:r w:rsidRPr="00F51F43">
              <w:rPr>
                <w:noProof/>
                <w:sz w:val="20"/>
                <w:szCs w:val="20"/>
              </w:rPr>
              <w:t>Vrtna zabava</w:t>
            </w:r>
          </w:p>
        </w:tc>
        <w:tc>
          <w:tcPr>
            <w:tcW w:w="1649" w:type="dxa"/>
            <w:tcMar>
              <w:top w:w="80" w:type="dxa"/>
              <w:left w:w="80" w:type="dxa"/>
              <w:bottom w:w="80" w:type="dxa"/>
              <w:right w:w="80" w:type="dxa"/>
            </w:tcMar>
            <w:vAlign w:val="center"/>
          </w:tcPr>
          <w:p w14:paraId="05144724"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4049690D" w14:textId="77777777" w:rsidTr="007C29E8">
        <w:trPr>
          <w:cantSplit/>
          <w:jc w:val="center"/>
        </w:trPr>
        <w:tc>
          <w:tcPr>
            <w:tcW w:w="3402" w:type="dxa"/>
            <w:tcMar>
              <w:top w:w="80" w:type="dxa"/>
              <w:left w:w="80" w:type="dxa"/>
              <w:bottom w:w="80" w:type="dxa"/>
              <w:right w:w="80" w:type="dxa"/>
            </w:tcMar>
            <w:vAlign w:val="center"/>
          </w:tcPr>
          <w:p w14:paraId="0DCF7971"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6B72AF34"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29B83ED9" w14:textId="77777777" w:rsidR="00B83C0A" w:rsidRPr="00F51F43" w:rsidRDefault="007C29E8" w:rsidP="00B83C0A">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1C4FE679" w14:textId="77777777" w:rsidR="00B83C0A" w:rsidRPr="00F51F43" w:rsidRDefault="00B83C0A" w:rsidP="00B83C0A">
            <w:pPr>
              <w:spacing w:after="0" w:line="240" w:lineRule="auto"/>
              <w:jc w:val="center"/>
              <w:rPr>
                <w:noProof/>
                <w:sz w:val="20"/>
                <w:szCs w:val="20"/>
              </w:rPr>
            </w:pPr>
            <w:r w:rsidRPr="00F51F43">
              <w:rPr>
                <w:noProof/>
                <w:sz w:val="20"/>
                <w:szCs w:val="20"/>
              </w:rPr>
              <w:t>Mali zeko</w:t>
            </w:r>
          </w:p>
        </w:tc>
      </w:tr>
      <w:tr w:rsidR="007C29E8" w:rsidRPr="00F51F43" w14:paraId="40BA20C0" w14:textId="77777777" w:rsidTr="007C29E8">
        <w:trPr>
          <w:cantSplit/>
          <w:jc w:val="center"/>
        </w:trPr>
        <w:tc>
          <w:tcPr>
            <w:tcW w:w="3402" w:type="dxa"/>
            <w:tcMar>
              <w:top w:w="80" w:type="dxa"/>
              <w:left w:w="80" w:type="dxa"/>
              <w:bottom w:w="80" w:type="dxa"/>
              <w:right w:w="80" w:type="dxa"/>
            </w:tcMar>
            <w:vAlign w:val="center"/>
          </w:tcPr>
          <w:p w14:paraId="5B50014C" w14:textId="77777777" w:rsidR="007C29E8" w:rsidRPr="00F51F43" w:rsidRDefault="007C29E8" w:rsidP="007C29E8">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274E97D4" w14:textId="77777777" w:rsidR="007C29E8" w:rsidRPr="00F51F43" w:rsidRDefault="007C29E8" w:rsidP="007C29E8">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0D2363FB" w14:textId="77777777" w:rsidR="007C29E8" w:rsidRPr="00F51F43" w:rsidRDefault="007C29E8" w:rsidP="007C29E8">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21BF3DFF" w14:textId="77777777" w:rsidR="007C29E8" w:rsidRPr="00F51F43" w:rsidRDefault="007C29E8" w:rsidP="007C29E8">
            <w:pPr>
              <w:spacing w:after="0" w:line="240" w:lineRule="auto"/>
              <w:jc w:val="center"/>
              <w:rPr>
                <w:noProof/>
                <w:sz w:val="20"/>
                <w:szCs w:val="20"/>
              </w:rPr>
            </w:pPr>
            <w:r w:rsidRPr="00F51F43">
              <w:rPr>
                <w:noProof/>
                <w:sz w:val="20"/>
                <w:szCs w:val="20"/>
              </w:rPr>
              <w:t>Mali zeko</w:t>
            </w:r>
          </w:p>
        </w:tc>
      </w:tr>
      <w:tr w:rsidR="007C29E8" w:rsidRPr="00F51F43" w14:paraId="431283E6" w14:textId="77777777" w:rsidTr="007C29E8">
        <w:trPr>
          <w:cantSplit/>
          <w:jc w:val="center"/>
        </w:trPr>
        <w:tc>
          <w:tcPr>
            <w:tcW w:w="3402" w:type="dxa"/>
            <w:tcMar>
              <w:top w:w="80" w:type="dxa"/>
              <w:left w:w="80" w:type="dxa"/>
              <w:bottom w:w="80" w:type="dxa"/>
              <w:right w:w="80" w:type="dxa"/>
            </w:tcMar>
            <w:vAlign w:val="center"/>
          </w:tcPr>
          <w:p w14:paraId="3F8739AC" w14:textId="77777777" w:rsidR="007C29E8" w:rsidRPr="00F51F43" w:rsidRDefault="007C29E8" w:rsidP="007C29E8">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41BC3FBF" w14:textId="77777777" w:rsidR="007C29E8" w:rsidRPr="00F51F43" w:rsidRDefault="007C29E8" w:rsidP="007C29E8">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6DE64811" w14:textId="77777777" w:rsidR="007C29E8" w:rsidRPr="00F51F43" w:rsidRDefault="007C29E8" w:rsidP="007C29E8">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3667B188" w14:textId="77777777" w:rsidR="007C29E8" w:rsidRPr="00F51F43" w:rsidRDefault="007C29E8" w:rsidP="007C29E8">
            <w:pPr>
              <w:spacing w:after="0" w:line="240" w:lineRule="auto"/>
              <w:jc w:val="center"/>
              <w:rPr>
                <w:noProof/>
                <w:sz w:val="20"/>
                <w:szCs w:val="20"/>
              </w:rPr>
            </w:pPr>
            <w:r w:rsidRPr="00F51F43">
              <w:rPr>
                <w:noProof/>
                <w:sz w:val="20"/>
                <w:szCs w:val="20"/>
              </w:rPr>
              <w:t>Pčelice</w:t>
            </w:r>
          </w:p>
        </w:tc>
      </w:tr>
      <w:tr w:rsidR="007C29E8" w:rsidRPr="00F51F43" w14:paraId="443932C1" w14:textId="77777777" w:rsidTr="007C29E8">
        <w:trPr>
          <w:cantSplit/>
          <w:jc w:val="center"/>
        </w:trPr>
        <w:tc>
          <w:tcPr>
            <w:tcW w:w="3402" w:type="dxa"/>
            <w:tcMar>
              <w:top w:w="80" w:type="dxa"/>
              <w:left w:w="80" w:type="dxa"/>
              <w:bottom w:w="80" w:type="dxa"/>
              <w:right w:w="80" w:type="dxa"/>
            </w:tcMar>
            <w:vAlign w:val="center"/>
          </w:tcPr>
          <w:p w14:paraId="385AF20F" w14:textId="77777777" w:rsidR="007C29E8" w:rsidRPr="00F51F43" w:rsidRDefault="007C29E8" w:rsidP="007C29E8">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14050BAF" w14:textId="77777777" w:rsidR="007C29E8" w:rsidRPr="00F51F43" w:rsidRDefault="007C29E8" w:rsidP="007C29E8">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209DF113" w14:textId="77777777" w:rsidR="007C29E8" w:rsidRPr="00F51F43" w:rsidRDefault="007C29E8" w:rsidP="007C29E8">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663617BA" w14:textId="77777777" w:rsidR="007C29E8" w:rsidRPr="00F51F43" w:rsidRDefault="007C29E8" w:rsidP="007C29E8">
            <w:pPr>
              <w:spacing w:after="0" w:line="240" w:lineRule="auto"/>
              <w:jc w:val="center"/>
              <w:rPr>
                <w:noProof/>
                <w:sz w:val="20"/>
                <w:szCs w:val="20"/>
              </w:rPr>
            </w:pPr>
            <w:r w:rsidRPr="00F51F43">
              <w:rPr>
                <w:noProof/>
                <w:sz w:val="20"/>
                <w:szCs w:val="20"/>
              </w:rPr>
              <w:t>Pčelice</w:t>
            </w:r>
          </w:p>
        </w:tc>
      </w:tr>
      <w:tr w:rsidR="007C29E8" w:rsidRPr="00F51F43" w14:paraId="0356CF53" w14:textId="77777777" w:rsidTr="007C29E8">
        <w:trPr>
          <w:cantSplit/>
          <w:jc w:val="center"/>
        </w:trPr>
        <w:tc>
          <w:tcPr>
            <w:tcW w:w="3402" w:type="dxa"/>
            <w:tcMar>
              <w:top w:w="80" w:type="dxa"/>
              <w:left w:w="80" w:type="dxa"/>
              <w:bottom w:w="80" w:type="dxa"/>
              <w:right w:w="80" w:type="dxa"/>
            </w:tcMar>
            <w:vAlign w:val="center"/>
          </w:tcPr>
          <w:p w14:paraId="615CFD70" w14:textId="77777777" w:rsidR="007C29E8" w:rsidRPr="00F51F43" w:rsidRDefault="007C29E8" w:rsidP="007C29E8">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47739E09" w14:textId="77777777" w:rsidR="007C29E8" w:rsidRPr="00F51F43" w:rsidRDefault="007C29E8" w:rsidP="007C29E8">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39828BC6" w14:textId="77777777" w:rsidR="007C29E8" w:rsidRPr="00F51F43" w:rsidRDefault="007C29E8" w:rsidP="007C29E8">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6038EFDD" w14:textId="77777777" w:rsidR="007C29E8" w:rsidRPr="00F51F43" w:rsidRDefault="007C29E8" w:rsidP="007C29E8">
            <w:pPr>
              <w:spacing w:after="0" w:line="240" w:lineRule="auto"/>
              <w:jc w:val="center"/>
              <w:rPr>
                <w:noProof/>
                <w:sz w:val="20"/>
                <w:szCs w:val="20"/>
              </w:rPr>
            </w:pPr>
            <w:r w:rsidRPr="00F51F43">
              <w:rPr>
                <w:noProof/>
                <w:sz w:val="20"/>
                <w:szCs w:val="20"/>
              </w:rPr>
              <w:t>Pčelice</w:t>
            </w:r>
          </w:p>
        </w:tc>
      </w:tr>
      <w:tr w:rsidR="007C29E8" w:rsidRPr="00F51F43" w14:paraId="38002464" w14:textId="77777777" w:rsidTr="007C29E8">
        <w:trPr>
          <w:cantSplit/>
          <w:jc w:val="center"/>
        </w:trPr>
        <w:tc>
          <w:tcPr>
            <w:tcW w:w="3402" w:type="dxa"/>
            <w:tcMar>
              <w:top w:w="80" w:type="dxa"/>
              <w:left w:w="80" w:type="dxa"/>
              <w:bottom w:w="80" w:type="dxa"/>
              <w:right w:w="80" w:type="dxa"/>
            </w:tcMar>
            <w:vAlign w:val="center"/>
          </w:tcPr>
          <w:p w14:paraId="345C550E" w14:textId="77777777" w:rsidR="007C29E8" w:rsidRPr="00F51F43" w:rsidRDefault="007C29E8" w:rsidP="007C29E8">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5537D2E0" w14:textId="77777777" w:rsidR="007C29E8" w:rsidRPr="00F51F43" w:rsidRDefault="007C29E8" w:rsidP="007C29E8">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59A1BE94" w14:textId="77777777" w:rsidR="007C29E8" w:rsidRPr="00F51F43" w:rsidRDefault="007C29E8" w:rsidP="007C29E8">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2D19207D" w14:textId="77777777" w:rsidR="007C29E8" w:rsidRPr="00F51F43" w:rsidRDefault="007C29E8" w:rsidP="007C29E8">
            <w:pPr>
              <w:spacing w:after="0" w:line="240" w:lineRule="auto"/>
              <w:jc w:val="center"/>
              <w:rPr>
                <w:noProof/>
                <w:sz w:val="20"/>
                <w:szCs w:val="20"/>
              </w:rPr>
            </w:pPr>
            <w:r w:rsidRPr="00F51F43">
              <w:rPr>
                <w:noProof/>
                <w:sz w:val="20"/>
                <w:szCs w:val="20"/>
              </w:rPr>
              <w:t>Pčelice</w:t>
            </w:r>
          </w:p>
        </w:tc>
      </w:tr>
      <w:tr w:rsidR="00B83C0A" w:rsidRPr="00F51F43" w14:paraId="2C47734F" w14:textId="77777777" w:rsidTr="007C29E8">
        <w:trPr>
          <w:cantSplit/>
          <w:jc w:val="center"/>
        </w:trPr>
        <w:tc>
          <w:tcPr>
            <w:tcW w:w="3402" w:type="dxa"/>
            <w:tcMar>
              <w:top w:w="80" w:type="dxa"/>
              <w:left w:w="80" w:type="dxa"/>
              <w:bottom w:w="80" w:type="dxa"/>
              <w:right w:w="80" w:type="dxa"/>
            </w:tcMar>
            <w:vAlign w:val="center"/>
          </w:tcPr>
          <w:p w14:paraId="7880E704"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042B8ABB"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1575C83B"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628F3DEC" w14:textId="77777777" w:rsidR="00B83C0A" w:rsidRPr="00F51F43" w:rsidRDefault="00B83C0A" w:rsidP="00B83C0A">
            <w:pPr>
              <w:spacing w:after="0" w:line="240" w:lineRule="auto"/>
              <w:jc w:val="center"/>
              <w:rPr>
                <w:noProof/>
                <w:sz w:val="20"/>
                <w:szCs w:val="20"/>
              </w:rPr>
            </w:pPr>
            <w:r w:rsidRPr="00F51F43">
              <w:rPr>
                <w:noProof/>
                <w:sz w:val="20"/>
                <w:szCs w:val="20"/>
              </w:rPr>
              <w:t>Sovice</w:t>
            </w:r>
          </w:p>
        </w:tc>
      </w:tr>
      <w:tr w:rsidR="00B83C0A" w:rsidRPr="00F51F43" w14:paraId="7123A7B4" w14:textId="77777777" w:rsidTr="007C29E8">
        <w:trPr>
          <w:cantSplit/>
          <w:trHeight w:val="70"/>
          <w:jc w:val="center"/>
        </w:trPr>
        <w:tc>
          <w:tcPr>
            <w:tcW w:w="3402" w:type="dxa"/>
            <w:tcMar>
              <w:top w:w="80" w:type="dxa"/>
              <w:left w:w="80" w:type="dxa"/>
              <w:bottom w:w="80" w:type="dxa"/>
              <w:right w:w="80" w:type="dxa"/>
            </w:tcMar>
            <w:vAlign w:val="center"/>
          </w:tcPr>
          <w:p w14:paraId="4C1F58BE"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699C4FF5" w14:textId="77777777" w:rsidR="00B83C0A" w:rsidRPr="00F51F43" w:rsidRDefault="00B83C0A" w:rsidP="00B83C0A">
            <w:pPr>
              <w:spacing w:after="0" w:line="240" w:lineRule="auto"/>
              <w:jc w:val="center"/>
              <w:rPr>
                <w:noProof/>
                <w:sz w:val="20"/>
                <w:szCs w:val="20"/>
              </w:rPr>
            </w:pPr>
            <w:r w:rsidRPr="00F51F43">
              <w:rPr>
                <w:noProof/>
                <w:sz w:val="20"/>
                <w:szCs w:val="20"/>
              </w:rPr>
              <w:t>veljača</w:t>
            </w:r>
          </w:p>
        </w:tc>
        <w:tc>
          <w:tcPr>
            <w:tcW w:w="5496" w:type="dxa"/>
            <w:tcMar>
              <w:top w:w="80" w:type="dxa"/>
              <w:left w:w="80" w:type="dxa"/>
              <w:bottom w:w="80" w:type="dxa"/>
              <w:right w:w="80" w:type="dxa"/>
            </w:tcMar>
            <w:vAlign w:val="center"/>
          </w:tcPr>
          <w:p w14:paraId="2CB4492A" w14:textId="77777777" w:rsidR="00B83C0A" w:rsidRPr="00F51F43" w:rsidRDefault="00B83C0A" w:rsidP="00B83C0A">
            <w:pPr>
              <w:spacing w:after="0" w:line="240" w:lineRule="auto"/>
              <w:jc w:val="center"/>
              <w:rPr>
                <w:noProof/>
                <w:sz w:val="20"/>
                <w:szCs w:val="20"/>
              </w:rPr>
            </w:pPr>
            <w:r w:rsidRPr="00F51F43">
              <w:rPr>
                <w:noProof/>
                <w:sz w:val="20"/>
                <w:szCs w:val="20"/>
              </w:rPr>
              <w:t>Fašnička povorka</w:t>
            </w:r>
          </w:p>
        </w:tc>
        <w:tc>
          <w:tcPr>
            <w:tcW w:w="1649" w:type="dxa"/>
            <w:tcMar>
              <w:top w:w="80" w:type="dxa"/>
              <w:left w:w="80" w:type="dxa"/>
              <w:bottom w:w="80" w:type="dxa"/>
              <w:right w:w="80" w:type="dxa"/>
            </w:tcMar>
            <w:vAlign w:val="center"/>
          </w:tcPr>
          <w:p w14:paraId="1B679DF6" w14:textId="77777777" w:rsidR="00B83C0A" w:rsidRPr="00F51F43" w:rsidRDefault="00B83C0A" w:rsidP="00B83C0A">
            <w:pPr>
              <w:spacing w:after="0" w:line="240" w:lineRule="auto"/>
              <w:jc w:val="center"/>
              <w:rPr>
                <w:noProof/>
                <w:sz w:val="20"/>
                <w:szCs w:val="20"/>
              </w:rPr>
            </w:pPr>
            <w:r w:rsidRPr="00F51F43">
              <w:rPr>
                <w:noProof/>
                <w:sz w:val="20"/>
                <w:szCs w:val="20"/>
              </w:rPr>
              <w:t>Sovice</w:t>
            </w:r>
          </w:p>
        </w:tc>
      </w:tr>
      <w:tr w:rsidR="00B83C0A" w:rsidRPr="00F51F43" w14:paraId="6C9515C2" w14:textId="77777777" w:rsidTr="007C29E8">
        <w:trPr>
          <w:cantSplit/>
          <w:jc w:val="center"/>
        </w:trPr>
        <w:tc>
          <w:tcPr>
            <w:tcW w:w="3402" w:type="dxa"/>
            <w:tcMar>
              <w:top w:w="80" w:type="dxa"/>
              <w:left w:w="80" w:type="dxa"/>
              <w:bottom w:w="80" w:type="dxa"/>
              <w:right w:w="80" w:type="dxa"/>
            </w:tcMar>
            <w:vAlign w:val="center"/>
          </w:tcPr>
          <w:p w14:paraId="7FE58D36"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24675551"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2B40D247" w14:textId="77777777" w:rsidR="00B83C0A" w:rsidRPr="00F51F43" w:rsidRDefault="00B83C0A" w:rsidP="00B83C0A">
            <w:pPr>
              <w:spacing w:after="0" w:line="240" w:lineRule="auto"/>
              <w:jc w:val="center"/>
              <w:rPr>
                <w:noProof/>
                <w:sz w:val="20"/>
                <w:szCs w:val="20"/>
              </w:rPr>
            </w:pPr>
            <w:r w:rsidRPr="00F51F43">
              <w:rPr>
                <w:noProof/>
                <w:sz w:val="20"/>
                <w:szCs w:val="20"/>
              </w:rPr>
              <w:t>Dan očeva</w:t>
            </w:r>
          </w:p>
        </w:tc>
        <w:tc>
          <w:tcPr>
            <w:tcW w:w="1649" w:type="dxa"/>
            <w:tcMar>
              <w:top w:w="80" w:type="dxa"/>
              <w:left w:w="80" w:type="dxa"/>
              <w:bottom w:w="80" w:type="dxa"/>
              <w:right w:w="80" w:type="dxa"/>
            </w:tcMar>
            <w:vAlign w:val="center"/>
          </w:tcPr>
          <w:p w14:paraId="70CFBD10" w14:textId="77777777" w:rsidR="00B83C0A" w:rsidRPr="00F51F43" w:rsidRDefault="00B83C0A" w:rsidP="00B83C0A">
            <w:pPr>
              <w:spacing w:after="0" w:line="240" w:lineRule="auto"/>
              <w:jc w:val="center"/>
              <w:rPr>
                <w:noProof/>
                <w:sz w:val="20"/>
                <w:szCs w:val="20"/>
              </w:rPr>
            </w:pPr>
            <w:r w:rsidRPr="00F51F43">
              <w:rPr>
                <w:noProof/>
                <w:sz w:val="20"/>
                <w:szCs w:val="20"/>
              </w:rPr>
              <w:t>Sovice</w:t>
            </w:r>
          </w:p>
        </w:tc>
      </w:tr>
      <w:tr w:rsidR="00B83C0A" w:rsidRPr="00F51F43" w14:paraId="10FA78DD" w14:textId="77777777" w:rsidTr="007C29E8">
        <w:trPr>
          <w:cantSplit/>
          <w:jc w:val="center"/>
        </w:trPr>
        <w:tc>
          <w:tcPr>
            <w:tcW w:w="3402" w:type="dxa"/>
            <w:tcMar>
              <w:top w:w="80" w:type="dxa"/>
              <w:left w:w="80" w:type="dxa"/>
              <w:bottom w:w="80" w:type="dxa"/>
              <w:right w:w="80" w:type="dxa"/>
            </w:tcMar>
            <w:vAlign w:val="center"/>
          </w:tcPr>
          <w:p w14:paraId="2E709290"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2FB3651F"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103B22B1" w14:textId="77777777" w:rsidR="00B83C0A" w:rsidRPr="00F51F43" w:rsidRDefault="00B83C0A" w:rsidP="00B83C0A">
            <w:pPr>
              <w:spacing w:after="0" w:line="240" w:lineRule="auto"/>
              <w:jc w:val="center"/>
              <w:rPr>
                <w:noProof/>
                <w:sz w:val="20"/>
                <w:szCs w:val="20"/>
              </w:rPr>
            </w:pPr>
            <w:r w:rsidRPr="00F51F43">
              <w:rPr>
                <w:noProof/>
                <w:sz w:val="20"/>
                <w:szCs w:val="20"/>
              </w:rPr>
              <w:t>Majčin dan</w:t>
            </w:r>
          </w:p>
        </w:tc>
        <w:tc>
          <w:tcPr>
            <w:tcW w:w="1649" w:type="dxa"/>
            <w:tcMar>
              <w:top w:w="80" w:type="dxa"/>
              <w:left w:w="80" w:type="dxa"/>
              <w:bottom w:w="80" w:type="dxa"/>
              <w:right w:w="80" w:type="dxa"/>
            </w:tcMar>
            <w:vAlign w:val="center"/>
          </w:tcPr>
          <w:p w14:paraId="47AE9E44" w14:textId="77777777" w:rsidR="00B83C0A" w:rsidRPr="00F51F43" w:rsidRDefault="00B83C0A" w:rsidP="00B83C0A">
            <w:pPr>
              <w:spacing w:after="0" w:line="240" w:lineRule="auto"/>
              <w:jc w:val="center"/>
              <w:rPr>
                <w:noProof/>
                <w:sz w:val="20"/>
                <w:szCs w:val="20"/>
              </w:rPr>
            </w:pPr>
            <w:r w:rsidRPr="00F51F43">
              <w:rPr>
                <w:noProof/>
                <w:sz w:val="20"/>
                <w:szCs w:val="20"/>
              </w:rPr>
              <w:t>Sovice</w:t>
            </w:r>
          </w:p>
        </w:tc>
      </w:tr>
      <w:tr w:rsidR="00B83C0A" w:rsidRPr="00F51F43" w14:paraId="2DAD3C4E" w14:textId="77777777" w:rsidTr="007C29E8">
        <w:trPr>
          <w:cantSplit/>
          <w:jc w:val="center"/>
        </w:trPr>
        <w:tc>
          <w:tcPr>
            <w:tcW w:w="3402" w:type="dxa"/>
            <w:tcMar>
              <w:top w:w="80" w:type="dxa"/>
              <w:left w:w="80" w:type="dxa"/>
              <w:bottom w:w="80" w:type="dxa"/>
              <w:right w:w="80" w:type="dxa"/>
            </w:tcMar>
            <w:vAlign w:val="center"/>
          </w:tcPr>
          <w:p w14:paraId="73FB67CF"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0ECA72E1"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07A5CCD3"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7EAF7F22" w14:textId="77777777" w:rsidR="00B83C0A" w:rsidRPr="00F51F43" w:rsidRDefault="00B83C0A" w:rsidP="00B83C0A">
            <w:pPr>
              <w:spacing w:after="0" w:line="240" w:lineRule="auto"/>
              <w:jc w:val="center"/>
              <w:rPr>
                <w:noProof/>
                <w:sz w:val="20"/>
                <w:szCs w:val="20"/>
              </w:rPr>
            </w:pPr>
            <w:r w:rsidRPr="00F51F43">
              <w:rPr>
                <w:noProof/>
                <w:sz w:val="20"/>
                <w:szCs w:val="20"/>
              </w:rPr>
              <w:t>Vesele rode</w:t>
            </w:r>
          </w:p>
        </w:tc>
      </w:tr>
      <w:tr w:rsidR="00B83C0A" w:rsidRPr="00F51F43" w14:paraId="419BD3E6" w14:textId="77777777" w:rsidTr="007C29E8">
        <w:trPr>
          <w:cantSplit/>
          <w:jc w:val="center"/>
        </w:trPr>
        <w:tc>
          <w:tcPr>
            <w:tcW w:w="3402" w:type="dxa"/>
            <w:tcMar>
              <w:top w:w="80" w:type="dxa"/>
              <w:left w:w="80" w:type="dxa"/>
              <w:bottom w:w="80" w:type="dxa"/>
              <w:right w:w="80" w:type="dxa"/>
            </w:tcMar>
            <w:vAlign w:val="center"/>
          </w:tcPr>
          <w:p w14:paraId="69EF470A"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1B852825" w14:textId="77777777" w:rsidR="00B83C0A" w:rsidRPr="00F51F43" w:rsidRDefault="00B83C0A" w:rsidP="00B83C0A">
            <w:pPr>
              <w:spacing w:after="0" w:line="240" w:lineRule="auto"/>
              <w:jc w:val="center"/>
              <w:rPr>
                <w:noProof/>
                <w:sz w:val="20"/>
                <w:szCs w:val="20"/>
              </w:rPr>
            </w:pPr>
            <w:r w:rsidRPr="00F51F43">
              <w:rPr>
                <w:noProof/>
                <w:sz w:val="20"/>
                <w:szCs w:val="20"/>
              </w:rPr>
              <w:t>veljača</w:t>
            </w:r>
          </w:p>
        </w:tc>
        <w:tc>
          <w:tcPr>
            <w:tcW w:w="5496" w:type="dxa"/>
            <w:tcMar>
              <w:top w:w="80" w:type="dxa"/>
              <w:left w:w="80" w:type="dxa"/>
              <w:bottom w:w="80" w:type="dxa"/>
              <w:right w:w="80" w:type="dxa"/>
            </w:tcMar>
            <w:vAlign w:val="center"/>
          </w:tcPr>
          <w:p w14:paraId="5E61E14A" w14:textId="77777777" w:rsidR="00B83C0A" w:rsidRPr="00F51F43" w:rsidRDefault="00B83C0A" w:rsidP="00B83C0A">
            <w:pPr>
              <w:spacing w:after="0" w:line="240" w:lineRule="auto"/>
              <w:jc w:val="center"/>
              <w:rPr>
                <w:noProof/>
                <w:sz w:val="20"/>
                <w:szCs w:val="20"/>
              </w:rPr>
            </w:pPr>
            <w:r w:rsidRPr="00F51F43">
              <w:rPr>
                <w:noProof/>
                <w:sz w:val="20"/>
                <w:szCs w:val="20"/>
              </w:rPr>
              <w:t>Fašnička povorka</w:t>
            </w:r>
          </w:p>
        </w:tc>
        <w:tc>
          <w:tcPr>
            <w:tcW w:w="1649" w:type="dxa"/>
            <w:tcMar>
              <w:top w:w="80" w:type="dxa"/>
              <w:left w:w="80" w:type="dxa"/>
              <w:bottom w:w="80" w:type="dxa"/>
              <w:right w:w="80" w:type="dxa"/>
            </w:tcMar>
            <w:vAlign w:val="center"/>
          </w:tcPr>
          <w:p w14:paraId="6C0CC985" w14:textId="77777777" w:rsidR="00B83C0A" w:rsidRPr="00F51F43" w:rsidRDefault="00B83C0A" w:rsidP="00B83C0A">
            <w:pPr>
              <w:spacing w:after="0" w:line="240" w:lineRule="auto"/>
              <w:jc w:val="center"/>
              <w:rPr>
                <w:noProof/>
                <w:sz w:val="20"/>
                <w:szCs w:val="20"/>
              </w:rPr>
            </w:pPr>
            <w:r w:rsidRPr="00F51F43">
              <w:rPr>
                <w:noProof/>
                <w:sz w:val="20"/>
                <w:szCs w:val="20"/>
              </w:rPr>
              <w:t>Vesele rode</w:t>
            </w:r>
          </w:p>
        </w:tc>
      </w:tr>
      <w:tr w:rsidR="00B83C0A" w:rsidRPr="00F51F43" w14:paraId="19097FDC" w14:textId="77777777" w:rsidTr="007C29E8">
        <w:trPr>
          <w:cantSplit/>
          <w:jc w:val="center"/>
        </w:trPr>
        <w:tc>
          <w:tcPr>
            <w:tcW w:w="3402" w:type="dxa"/>
            <w:tcMar>
              <w:top w:w="80" w:type="dxa"/>
              <w:left w:w="80" w:type="dxa"/>
              <w:bottom w:w="80" w:type="dxa"/>
              <w:right w:w="80" w:type="dxa"/>
            </w:tcMar>
            <w:vAlign w:val="center"/>
          </w:tcPr>
          <w:p w14:paraId="121CFDA4"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7D3B434F"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65921985" w14:textId="77777777" w:rsidR="00B83C0A" w:rsidRPr="00F51F43" w:rsidRDefault="00B83C0A" w:rsidP="00B83C0A">
            <w:pPr>
              <w:spacing w:after="0" w:line="240" w:lineRule="auto"/>
              <w:jc w:val="center"/>
              <w:rPr>
                <w:noProof/>
                <w:sz w:val="20"/>
                <w:szCs w:val="20"/>
              </w:rPr>
            </w:pPr>
            <w:r w:rsidRPr="00F51F43">
              <w:rPr>
                <w:noProof/>
                <w:sz w:val="20"/>
                <w:szCs w:val="20"/>
              </w:rPr>
              <w:t>Dan očeva</w:t>
            </w:r>
          </w:p>
        </w:tc>
        <w:tc>
          <w:tcPr>
            <w:tcW w:w="1649" w:type="dxa"/>
            <w:tcMar>
              <w:top w:w="80" w:type="dxa"/>
              <w:left w:w="80" w:type="dxa"/>
              <w:bottom w:w="80" w:type="dxa"/>
              <w:right w:w="80" w:type="dxa"/>
            </w:tcMar>
            <w:vAlign w:val="center"/>
          </w:tcPr>
          <w:p w14:paraId="30E9EBD8" w14:textId="77777777" w:rsidR="00B83C0A" w:rsidRPr="00F51F43" w:rsidRDefault="00B83C0A" w:rsidP="00B83C0A">
            <w:pPr>
              <w:spacing w:after="0" w:line="240" w:lineRule="auto"/>
              <w:jc w:val="center"/>
              <w:rPr>
                <w:noProof/>
                <w:sz w:val="20"/>
                <w:szCs w:val="20"/>
              </w:rPr>
            </w:pPr>
            <w:r w:rsidRPr="00F51F43">
              <w:rPr>
                <w:noProof/>
                <w:sz w:val="20"/>
                <w:szCs w:val="20"/>
              </w:rPr>
              <w:t>Vesele rode</w:t>
            </w:r>
          </w:p>
        </w:tc>
      </w:tr>
      <w:tr w:rsidR="00B83C0A" w:rsidRPr="00F51F43" w14:paraId="78053F6C" w14:textId="77777777" w:rsidTr="007C29E8">
        <w:trPr>
          <w:cantSplit/>
          <w:jc w:val="center"/>
        </w:trPr>
        <w:tc>
          <w:tcPr>
            <w:tcW w:w="3402" w:type="dxa"/>
            <w:tcMar>
              <w:top w:w="80" w:type="dxa"/>
              <w:left w:w="80" w:type="dxa"/>
              <w:bottom w:w="80" w:type="dxa"/>
              <w:right w:w="80" w:type="dxa"/>
            </w:tcMar>
            <w:vAlign w:val="center"/>
          </w:tcPr>
          <w:p w14:paraId="1C7ACBDA"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2DEB3520"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3361D8AE" w14:textId="77777777" w:rsidR="00B83C0A" w:rsidRPr="00F51F43" w:rsidRDefault="00B83C0A" w:rsidP="00B83C0A">
            <w:pPr>
              <w:spacing w:after="0" w:line="240" w:lineRule="auto"/>
              <w:jc w:val="center"/>
              <w:rPr>
                <w:noProof/>
                <w:sz w:val="20"/>
                <w:szCs w:val="20"/>
              </w:rPr>
            </w:pPr>
            <w:r w:rsidRPr="00F51F43">
              <w:rPr>
                <w:noProof/>
                <w:sz w:val="20"/>
                <w:szCs w:val="20"/>
              </w:rPr>
              <w:t>Majčin dan</w:t>
            </w:r>
          </w:p>
        </w:tc>
        <w:tc>
          <w:tcPr>
            <w:tcW w:w="1649" w:type="dxa"/>
            <w:tcMar>
              <w:top w:w="80" w:type="dxa"/>
              <w:left w:w="80" w:type="dxa"/>
              <w:bottom w:w="80" w:type="dxa"/>
              <w:right w:w="80" w:type="dxa"/>
            </w:tcMar>
            <w:vAlign w:val="center"/>
          </w:tcPr>
          <w:p w14:paraId="4BC24CB3" w14:textId="77777777" w:rsidR="00B83C0A" w:rsidRPr="00F51F43" w:rsidRDefault="00B83C0A" w:rsidP="00B83C0A">
            <w:pPr>
              <w:spacing w:after="0" w:line="240" w:lineRule="auto"/>
              <w:jc w:val="center"/>
              <w:rPr>
                <w:noProof/>
                <w:sz w:val="20"/>
                <w:szCs w:val="20"/>
              </w:rPr>
            </w:pPr>
            <w:r w:rsidRPr="00F51F43">
              <w:rPr>
                <w:noProof/>
                <w:sz w:val="20"/>
                <w:szCs w:val="20"/>
              </w:rPr>
              <w:t>Vesele rode</w:t>
            </w:r>
          </w:p>
        </w:tc>
      </w:tr>
      <w:tr w:rsidR="007C29E8" w:rsidRPr="00F51F43" w14:paraId="0C98EE36" w14:textId="77777777" w:rsidTr="007C29E8">
        <w:trPr>
          <w:cantSplit/>
          <w:jc w:val="center"/>
        </w:trPr>
        <w:tc>
          <w:tcPr>
            <w:tcW w:w="3402" w:type="dxa"/>
            <w:tcMar>
              <w:top w:w="80" w:type="dxa"/>
              <w:left w:w="80" w:type="dxa"/>
              <w:bottom w:w="80" w:type="dxa"/>
              <w:right w:w="80" w:type="dxa"/>
            </w:tcMar>
            <w:vAlign w:val="center"/>
          </w:tcPr>
          <w:p w14:paraId="7C5F0E9D" w14:textId="77777777" w:rsidR="007C29E8" w:rsidRPr="00F51F43" w:rsidRDefault="007C29E8" w:rsidP="007C29E8">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65C08AF4" w14:textId="77777777" w:rsidR="007C29E8" w:rsidRPr="00F51F43" w:rsidRDefault="007C29E8" w:rsidP="007C29E8">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269F9E77" w14:textId="77777777" w:rsidR="007C29E8" w:rsidRPr="00F51F43" w:rsidRDefault="007C29E8" w:rsidP="007C29E8">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548EFD51" w14:textId="77777777" w:rsidR="007C29E8" w:rsidRPr="00F51F43" w:rsidRDefault="007C29E8" w:rsidP="007C29E8">
            <w:pPr>
              <w:spacing w:after="0" w:line="240" w:lineRule="auto"/>
              <w:jc w:val="center"/>
              <w:rPr>
                <w:noProof/>
                <w:sz w:val="20"/>
                <w:szCs w:val="20"/>
              </w:rPr>
            </w:pPr>
            <w:r w:rsidRPr="00F51F43">
              <w:rPr>
                <w:noProof/>
                <w:sz w:val="20"/>
                <w:szCs w:val="20"/>
              </w:rPr>
              <w:t>Zvjezdice</w:t>
            </w:r>
          </w:p>
        </w:tc>
      </w:tr>
      <w:tr w:rsidR="007C29E8" w:rsidRPr="00F51F43" w14:paraId="1092C60B" w14:textId="77777777" w:rsidTr="007C29E8">
        <w:trPr>
          <w:cantSplit/>
          <w:jc w:val="center"/>
        </w:trPr>
        <w:tc>
          <w:tcPr>
            <w:tcW w:w="3402" w:type="dxa"/>
            <w:tcMar>
              <w:top w:w="80" w:type="dxa"/>
              <w:left w:w="80" w:type="dxa"/>
              <w:bottom w:w="80" w:type="dxa"/>
              <w:right w:w="80" w:type="dxa"/>
            </w:tcMar>
            <w:vAlign w:val="center"/>
          </w:tcPr>
          <w:p w14:paraId="61F742AA" w14:textId="77777777" w:rsidR="007C29E8" w:rsidRPr="00F51F43" w:rsidRDefault="007C29E8" w:rsidP="007C29E8">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65C564AC" w14:textId="77777777" w:rsidR="007C29E8" w:rsidRPr="00F51F43" w:rsidRDefault="007C29E8" w:rsidP="007C29E8">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60B4106B" w14:textId="77777777" w:rsidR="007C29E8" w:rsidRPr="00F51F43" w:rsidRDefault="007C29E8" w:rsidP="007C29E8">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76E6D553" w14:textId="77777777" w:rsidR="007C29E8" w:rsidRPr="00F51F43" w:rsidRDefault="007C29E8" w:rsidP="007C29E8">
            <w:pPr>
              <w:spacing w:after="0" w:line="240" w:lineRule="auto"/>
              <w:jc w:val="center"/>
              <w:rPr>
                <w:noProof/>
                <w:sz w:val="20"/>
                <w:szCs w:val="20"/>
              </w:rPr>
            </w:pPr>
            <w:r w:rsidRPr="00F51F43">
              <w:rPr>
                <w:noProof/>
                <w:sz w:val="20"/>
                <w:szCs w:val="20"/>
              </w:rPr>
              <w:t>Zvjezdice</w:t>
            </w:r>
          </w:p>
        </w:tc>
      </w:tr>
      <w:tr w:rsidR="00B83C0A" w:rsidRPr="00F51F43" w14:paraId="398F2361" w14:textId="77777777" w:rsidTr="007C29E8">
        <w:trPr>
          <w:cantSplit/>
          <w:jc w:val="center"/>
        </w:trPr>
        <w:tc>
          <w:tcPr>
            <w:tcW w:w="3402" w:type="dxa"/>
            <w:tcMar>
              <w:top w:w="80" w:type="dxa"/>
              <w:left w:w="80" w:type="dxa"/>
              <w:bottom w:w="80" w:type="dxa"/>
              <w:right w:w="80" w:type="dxa"/>
            </w:tcMar>
            <w:vAlign w:val="center"/>
          </w:tcPr>
          <w:p w14:paraId="69C45542"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2C07A6D6" w14:textId="77777777" w:rsidR="00B83C0A" w:rsidRPr="00F51F43" w:rsidRDefault="00B83C0A" w:rsidP="00B83C0A">
            <w:pPr>
              <w:spacing w:after="0" w:line="240" w:lineRule="auto"/>
              <w:jc w:val="center"/>
              <w:rPr>
                <w:noProof/>
                <w:sz w:val="20"/>
                <w:szCs w:val="20"/>
              </w:rPr>
            </w:pPr>
            <w:r w:rsidRPr="00F51F43">
              <w:rPr>
                <w:noProof/>
                <w:sz w:val="20"/>
                <w:szCs w:val="20"/>
              </w:rPr>
              <w:t>veljača</w:t>
            </w:r>
          </w:p>
        </w:tc>
        <w:tc>
          <w:tcPr>
            <w:tcW w:w="5496" w:type="dxa"/>
            <w:tcMar>
              <w:top w:w="80" w:type="dxa"/>
              <w:left w:w="80" w:type="dxa"/>
              <w:bottom w:w="80" w:type="dxa"/>
              <w:right w:w="80" w:type="dxa"/>
            </w:tcMar>
            <w:vAlign w:val="center"/>
          </w:tcPr>
          <w:p w14:paraId="3C981BC3" w14:textId="77777777" w:rsidR="00B83C0A" w:rsidRPr="00F51F43" w:rsidRDefault="00B83C0A" w:rsidP="00B83C0A">
            <w:pPr>
              <w:spacing w:after="0" w:line="240" w:lineRule="auto"/>
              <w:jc w:val="center"/>
              <w:rPr>
                <w:noProof/>
                <w:sz w:val="20"/>
                <w:szCs w:val="20"/>
              </w:rPr>
            </w:pPr>
            <w:r w:rsidRPr="00F51F43">
              <w:rPr>
                <w:noProof/>
                <w:sz w:val="20"/>
                <w:szCs w:val="20"/>
              </w:rPr>
              <w:t>Fašnička povorka</w:t>
            </w:r>
          </w:p>
        </w:tc>
        <w:tc>
          <w:tcPr>
            <w:tcW w:w="1649" w:type="dxa"/>
            <w:tcMar>
              <w:top w:w="80" w:type="dxa"/>
              <w:left w:w="80" w:type="dxa"/>
              <w:bottom w:w="80" w:type="dxa"/>
              <w:right w:w="80" w:type="dxa"/>
            </w:tcMar>
            <w:vAlign w:val="center"/>
          </w:tcPr>
          <w:p w14:paraId="326DCE46" w14:textId="77777777" w:rsidR="00B83C0A" w:rsidRPr="00F51F43" w:rsidRDefault="00B83C0A" w:rsidP="00B83C0A">
            <w:pPr>
              <w:spacing w:after="0" w:line="240" w:lineRule="auto"/>
              <w:jc w:val="center"/>
              <w:rPr>
                <w:noProof/>
                <w:sz w:val="20"/>
                <w:szCs w:val="20"/>
              </w:rPr>
            </w:pPr>
            <w:r w:rsidRPr="00F51F43">
              <w:rPr>
                <w:noProof/>
                <w:sz w:val="20"/>
                <w:szCs w:val="20"/>
              </w:rPr>
              <w:t>Zvončić</w:t>
            </w:r>
          </w:p>
        </w:tc>
      </w:tr>
      <w:tr w:rsidR="00B83C0A" w:rsidRPr="00F51F43" w14:paraId="41530A3C" w14:textId="77777777" w:rsidTr="007C29E8">
        <w:trPr>
          <w:cantSplit/>
          <w:jc w:val="center"/>
        </w:trPr>
        <w:tc>
          <w:tcPr>
            <w:tcW w:w="3402" w:type="dxa"/>
            <w:tcMar>
              <w:top w:w="80" w:type="dxa"/>
              <w:left w:w="80" w:type="dxa"/>
              <w:bottom w:w="80" w:type="dxa"/>
              <w:right w:w="80" w:type="dxa"/>
            </w:tcMar>
            <w:vAlign w:val="center"/>
          </w:tcPr>
          <w:p w14:paraId="434D12CF" w14:textId="77777777" w:rsidR="00B83C0A" w:rsidRPr="00F51F43" w:rsidRDefault="00B83C0A" w:rsidP="00B83C0A">
            <w:pPr>
              <w:spacing w:after="0" w:line="240" w:lineRule="auto"/>
              <w:jc w:val="center"/>
              <w:rPr>
                <w:noProof/>
                <w:sz w:val="20"/>
                <w:szCs w:val="20"/>
              </w:rPr>
            </w:pPr>
            <w:r w:rsidRPr="00F51F43">
              <w:rPr>
                <w:noProof/>
                <w:sz w:val="20"/>
                <w:szCs w:val="20"/>
              </w:rPr>
              <w:lastRenderedPageBreak/>
              <w:t>“Zvončić” Gola</w:t>
            </w:r>
          </w:p>
        </w:tc>
        <w:tc>
          <w:tcPr>
            <w:tcW w:w="1472" w:type="dxa"/>
            <w:tcMar>
              <w:top w:w="80" w:type="dxa"/>
              <w:left w:w="80" w:type="dxa"/>
              <w:bottom w:w="80" w:type="dxa"/>
              <w:right w:w="80" w:type="dxa"/>
            </w:tcMar>
            <w:vAlign w:val="center"/>
          </w:tcPr>
          <w:p w14:paraId="7ED76F7B"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29DCAB2F" w14:textId="77777777" w:rsidR="00B83C0A" w:rsidRPr="00F51F43" w:rsidRDefault="00B83C0A" w:rsidP="00B83C0A">
            <w:pPr>
              <w:spacing w:after="0" w:line="240" w:lineRule="auto"/>
              <w:jc w:val="center"/>
              <w:rPr>
                <w:noProof/>
                <w:sz w:val="20"/>
                <w:szCs w:val="20"/>
              </w:rPr>
            </w:pPr>
            <w:r w:rsidRPr="00F51F43">
              <w:rPr>
                <w:noProof/>
                <w:sz w:val="20"/>
                <w:szCs w:val="20"/>
              </w:rPr>
              <w:t>Dan očeva</w:t>
            </w:r>
          </w:p>
        </w:tc>
        <w:tc>
          <w:tcPr>
            <w:tcW w:w="1649" w:type="dxa"/>
            <w:tcMar>
              <w:top w:w="80" w:type="dxa"/>
              <w:left w:w="80" w:type="dxa"/>
              <w:bottom w:w="80" w:type="dxa"/>
              <w:right w:w="80" w:type="dxa"/>
            </w:tcMar>
            <w:vAlign w:val="center"/>
          </w:tcPr>
          <w:p w14:paraId="119FFA53" w14:textId="77777777" w:rsidR="00B83C0A" w:rsidRPr="00F51F43" w:rsidRDefault="00B83C0A" w:rsidP="00B83C0A">
            <w:pPr>
              <w:spacing w:after="0" w:line="240" w:lineRule="auto"/>
              <w:jc w:val="center"/>
              <w:rPr>
                <w:noProof/>
                <w:sz w:val="20"/>
                <w:szCs w:val="20"/>
              </w:rPr>
            </w:pPr>
            <w:r w:rsidRPr="00F51F43">
              <w:rPr>
                <w:noProof/>
                <w:sz w:val="20"/>
                <w:szCs w:val="20"/>
              </w:rPr>
              <w:t>Zvončić</w:t>
            </w:r>
          </w:p>
        </w:tc>
      </w:tr>
      <w:tr w:rsidR="00B83C0A" w:rsidRPr="00F51F43" w14:paraId="5DD3767A" w14:textId="77777777" w:rsidTr="007C29E8">
        <w:trPr>
          <w:cantSplit/>
          <w:jc w:val="center"/>
        </w:trPr>
        <w:tc>
          <w:tcPr>
            <w:tcW w:w="3402" w:type="dxa"/>
            <w:tcMar>
              <w:top w:w="80" w:type="dxa"/>
              <w:left w:w="80" w:type="dxa"/>
              <w:bottom w:w="80" w:type="dxa"/>
              <w:right w:w="80" w:type="dxa"/>
            </w:tcMar>
            <w:vAlign w:val="center"/>
          </w:tcPr>
          <w:p w14:paraId="29BC6F99"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3D120538"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775EF781" w14:textId="77777777" w:rsidR="00B83C0A" w:rsidRPr="00F51F43" w:rsidRDefault="00B83C0A" w:rsidP="00B83C0A">
            <w:pPr>
              <w:spacing w:after="0" w:line="240" w:lineRule="auto"/>
              <w:jc w:val="center"/>
              <w:rPr>
                <w:noProof/>
                <w:sz w:val="20"/>
                <w:szCs w:val="20"/>
              </w:rPr>
            </w:pPr>
            <w:r w:rsidRPr="00F51F43">
              <w:rPr>
                <w:noProof/>
                <w:sz w:val="20"/>
                <w:szCs w:val="20"/>
              </w:rPr>
              <w:t>Majčin dan</w:t>
            </w:r>
          </w:p>
        </w:tc>
        <w:tc>
          <w:tcPr>
            <w:tcW w:w="1649" w:type="dxa"/>
            <w:tcMar>
              <w:top w:w="80" w:type="dxa"/>
              <w:left w:w="80" w:type="dxa"/>
              <w:bottom w:w="80" w:type="dxa"/>
              <w:right w:w="80" w:type="dxa"/>
            </w:tcMar>
            <w:vAlign w:val="center"/>
          </w:tcPr>
          <w:p w14:paraId="1149F89E" w14:textId="77777777" w:rsidR="00B83C0A" w:rsidRPr="00F51F43" w:rsidRDefault="00B83C0A" w:rsidP="00B83C0A">
            <w:pPr>
              <w:spacing w:after="0" w:line="240" w:lineRule="auto"/>
              <w:jc w:val="center"/>
              <w:rPr>
                <w:noProof/>
                <w:sz w:val="20"/>
                <w:szCs w:val="20"/>
              </w:rPr>
            </w:pPr>
            <w:r w:rsidRPr="00F51F43">
              <w:rPr>
                <w:noProof/>
                <w:sz w:val="20"/>
                <w:szCs w:val="20"/>
              </w:rPr>
              <w:t>Zvončić</w:t>
            </w:r>
          </w:p>
        </w:tc>
      </w:tr>
      <w:tr w:rsidR="00B83C0A" w:rsidRPr="00F51F43" w14:paraId="025EFF61" w14:textId="77777777" w:rsidTr="007C29E8">
        <w:trPr>
          <w:cantSplit/>
          <w:jc w:val="center"/>
        </w:trPr>
        <w:tc>
          <w:tcPr>
            <w:tcW w:w="3402" w:type="dxa"/>
            <w:tcMar>
              <w:top w:w="80" w:type="dxa"/>
              <w:left w:w="80" w:type="dxa"/>
              <w:bottom w:w="80" w:type="dxa"/>
              <w:right w:w="80" w:type="dxa"/>
            </w:tcMar>
            <w:vAlign w:val="center"/>
          </w:tcPr>
          <w:p w14:paraId="1474FF30" w14:textId="77777777" w:rsidR="00B83C0A" w:rsidRPr="00F51F43" w:rsidRDefault="00B83C0A" w:rsidP="00B83C0A">
            <w:pPr>
              <w:spacing w:after="0" w:line="240" w:lineRule="auto"/>
              <w:jc w:val="center"/>
              <w:rPr>
                <w:noProof/>
                <w:sz w:val="20"/>
                <w:szCs w:val="20"/>
              </w:rPr>
            </w:pPr>
            <w:r w:rsidRPr="00F51F43">
              <w:rPr>
                <w:noProof/>
                <w:sz w:val="20"/>
                <w:szCs w:val="20"/>
              </w:rPr>
              <w:t>“Zvončić” Gola</w:t>
            </w:r>
          </w:p>
        </w:tc>
        <w:tc>
          <w:tcPr>
            <w:tcW w:w="1472" w:type="dxa"/>
            <w:tcMar>
              <w:top w:w="80" w:type="dxa"/>
              <w:left w:w="80" w:type="dxa"/>
              <w:bottom w:w="80" w:type="dxa"/>
              <w:right w:w="80" w:type="dxa"/>
            </w:tcMar>
            <w:vAlign w:val="center"/>
          </w:tcPr>
          <w:p w14:paraId="676E983F"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18D3917D" w14:textId="77777777" w:rsidR="00B83C0A" w:rsidRPr="00F51F43" w:rsidRDefault="00B83C0A" w:rsidP="00B83C0A">
            <w:pPr>
              <w:spacing w:after="0" w:line="240" w:lineRule="auto"/>
              <w:jc w:val="center"/>
              <w:rPr>
                <w:noProof/>
                <w:sz w:val="20"/>
                <w:szCs w:val="20"/>
              </w:rPr>
            </w:pPr>
            <w:r w:rsidRPr="00F51F43">
              <w:rPr>
                <w:noProof/>
                <w:sz w:val="20"/>
                <w:szCs w:val="20"/>
              </w:rPr>
              <w:t>Završna priredba</w:t>
            </w:r>
          </w:p>
        </w:tc>
        <w:tc>
          <w:tcPr>
            <w:tcW w:w="1649" w:type="dxa"/>
            <w:tcMar>
              <w:top w:w="80" w:type="dxa"/>
              <w:left w:w="80" w:type="dxa"/>
              <w:bottom w:w="80" w:type="dxa"/>
              <w:right w:w="80" w:type="dxa"/>
            </w:tcMar>
            <w:vAlign w:val="center"/>
          </w:tcPr>
          <w:p w14:paraId="078131C5" w14:textId="77777777" w:rsidR="00B83C0A" w:rsidRPr="00F51F43" w:rsidRDefault="00B83C0A" w:rsidP="00B83C0A">
            <w:pPr>
              <w:spacing w:after="0" w:line="240" w:lineRule="auto"/>
              <w:jc w:val="center"/>
              <w:rPr>
                <w:noProof/>
                <w:sz w:val="20"/>
                <w:szCs w:val="20"/>
              </w:rPr>
            </w:pPr>
            <w:r w:rsidRPr="00F51F43">
              <w:rPr>
                <w:noProof/>
                <w:sz w:val="20"/>
                <w:szCs w:val="20"/>
              </w:rPr>
              <w:t>Zvončić</w:t>
            </w:r>
          </w:p>
        </w:tc>
      </w:tr>
      <w:tr w:rsidR="00B83C0A" w:rsidRPr="00F51F43" w14:paraId="51225B06" w14:textId="77777777" w:rsidTr="007C29E8">
        <w:trPr>
          <w:cantSplit/>
          <w:jc w:val="center"/>
        </w:trPr>
        <w:tc>
          <w:tcPr>
            <w:tcW w:w="3402" w:type="dxa"/>
            <w:tcMar>
              <w:top w:w="80" w:type="dxa"/>
              <w:left w:w="80" w:type="dxa"/>
              <w:bottom w:w="80" w:type="dxa"/>
              <w:right w:w="80" w:type="dxa"/>
            </w:tcMar>
            <w:vAlign w:val="center"/>
          </w:tcPr>
          <w:p w14:paraId="1177D12E" w14:textId="77777777" w:rsidR="00B83C0A" w:rsidRPr="00F51F43" w:rsidRDefault="00B83C0A" w:rsidP="00B83C0A">
            <w:pPr>
              <w:spacing w:after="0" w:line="240" w:lineRule="auto"/>
              <w:jc w:val="center"/>
              <w:rPr>
                <w:noProof/>
                <w:sz w:val="20"/>
                <w:szCs w:val="20"/>
              </w:rPr>
            </w:pPr>
            <w:r w:rsidRPr="00F51F43">
              <w:rPr>
                <w:noProof/>
                <w:sz w:val="20"/>
                <w:szCs w:val="20"/>
              </w:rPr>
              <w:t>“Bambi” Ždala”</w:t>
            </w:r>
          </w:p>
        </w:tc>
        <w:tc>
          <w:tcPr>
            <w:tcW w:w="1472" w:type="dxa"/>
            <w:tcMar>
              <w:top w:w="80" w:type="dxa"/>
              <w:left w:w="80" w:type="dxa"/>
              <w:bottom w:w="80" w:type="dxa"/>
              <w:right w:w="80" w:type="dxa"/>
            </w:tcMar>
            <w:vAlign w:val="center"/>
          </w:tcPr>
          <w:p w14:paraId="3CA09A3F"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784A26C5" w14:textId="77777777" w:rsidR="00B83C0A" w:rsidRPr="00F51F43" w:rsidRDefault="00B83C0A" w:rsidP="00B83C0A">
            <w:pPr>
              <w:spacing w:after="0" w:line="240" w:lineRule="auto"/>
              <w:jc w:val="center"/>
              <w:rPr>
                <w:noProof/>
                <w:sz w:val="20"/>
                <w:szCs w:val="20"/>
              </w:rPr>
            </w:pPr>
            <w:r w:rsidRPr="00F51F43">
              <w:rPr>
                <w:noProof/>
                <w:sz w:val="20"/>
                <w:szCs w:val="20"/>
              </w:rPr>
              <w:t>Uskrsna radionica</w:t>
            </w:r>
          </w:p>
        </w:tc>
        <w:tc>
          <w:tcPr>
            <w:tcW w:w="1649" w:type="dxa"/>
            <w:tcMar>
              <w:top w:w="80" w:type="dxa"/>
              <w:left w:w="80" w:type="dxa"/>
              <w:bottom w:w="80" w:type="dxa"/>
              <w:right w:w="80" w:type="dxa"/>
            </w:tcMar>
            <w:vAlign w:val="center"/>
          </w:tcPr>
          <w:p w14:paraId="4FBE4322" w14:textId="77777777" w:rsidR="00B83C0A" w:rsidRPr="00F51F43" w:rsidRDefault="00B83C0A" w:rsidP="00B83C0A">
            <w:pPr>
              <w:spacing w:after="0" w:line="240" w:lineRule="auto"/>
              <w:jc w:val="center"/>
              <w:rPr>
                <w:noProof/>
                <w:sz w:val="20"/>
                <w:szCs w:val="20"/>
              </w:rPr>
            </w:pPr>
            <w:r w:rsidRPr="00F51F43">
              <w:rPr>
                <w:noProof/>
                <w:sz w:val="20"/>
                <w:szCs w:val="20"/>
              </w:rPr>
              <w:t>Bambi</w:t>
            </w:r>
          </w:p>
        </w:tc>
      </w:tr>
      <w:tr w:rsidR="00B83C0A" w:rsidRPr="00F51F43" w14:paraId="273FA6D8" w14:textId="77777777" w:rsidTr="007C29E8">
        <w:trPr>
          <w:cantSplit/>
          <w:jc w:val="center"/>
        </w:trPr>
        <w:tc>
          <w:tcPr>
            <w:tcW w:w="3402" w:type="dxa"/>
            <w:tcMar>
              <w:top w:w="80" w:type="dxa"/>
              <w:left w:w="80" w:type="dxa"/>
              <w:bottom w:w="80" w:type="dxa"/>
              <w:right w:w="80" w:type="dxa"/>
            </w:tcMar>
            <w:vAlign w:val="center"/>
          </w:tcPr>
          <w:p w14:paraId="2E0ACFB2" w14:textId="77777777" w:rsidR="00B83C0A" w:rsidRPr="00F51F43" w:rsidRDefault="00B83C0A" w:rsidP="00B83C0A">
            <w:pPr>
              <w:spacing w:after="0" w:line="240" w:lineRule="auto"/>
              <w:jc w:val="center"/>
              <w:rPr>
                <w:noProof/>
                <w:sz w:val="20"/>
                <w:szCs w:val="20"/>
              </w:rPr>
            </w:pPr>
            <w:r w:rsidRPr="00F51F43">
              <w:rPr>
                <w:noProof/>
                <w:sz w:val="20"/>
                <w:szCs w:val="20"/>
              </w:rPr>
              <w:t>“Bambi” Ždala”</w:t>
            </w:r>
          </w:p>
        </w:tc>
        <w:tc>
          <w:tcPr>
            <w:tcW w:w="1472" w:type="dxa"/>
            <w:tcMar>
              <w:top w:w="80" w:type="dxa"/>
              <w:left w:w="80" w:type="dxa"/>
              <w:bottom w:w="80" w:type="dxa"/>
              <w:right w:w="80" w:type="dxa"/>
            </w:tcMar>
            <w:vAlign w:val="center"/>
          </w:tcPr>
          <w:p w14:paraId="6FCEA352"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655C81D0" w14:textId="77777777" w:rsidR="00B83C0A" w:rsidRPr="00F51F43" w:rsidRDefault="00B83C0A" w:rsidP="00B83C0A">
            <w:pPr>
              <w:spacing w:after="0" w:line="240" w:lineRule="auto"/>
              <w:jc w:val="center"/>
              <w:rPr>
                <w:noProof/>
                <w:sz w:val="20"/>
                <w:szCs w:val="20"/>
              </w:rPr>
            </w:pPr>
            <w:r w:rsidRPr="00F51F43">
              <w:rPr>
                <w:noProof/>
                <w:sz w:val="20"/>
                <w:szCs w:val="20"/>
              </w:rPr>
              <w:t>Završni izlet</w:t>
            </w:r>
          </w:p>
        </w:tc>
        <w:tc>
          <w:tcPr>
            <w:tcW w:w="1649" w:type="dxa"/>
            <w:tcMar>
              <w:top w:w="80" w:type="dxa"/>
              <w:left w:w="80" w:type="dxa"/>
              <w:bottom w:w="80" w:type="dxa"/>
              <w:right w:w="80" w:type="dxa"/>
            </w:tcMar>
            <w:vAlign w:val="center"/>
          </w:tcPr>
          <w:p w14:paraId="28ED00AD" w14:textId="77777777" w:rsidR="00B83C0A" w:rsidRPr="00F51F43" w:rsidRDefault="00B83C0A" w:rsidP="00B83C0A">
            <w:pPr>
              <w:spacing w:after="0" w:line="240" w:lineRule="auto"/>
              <w:jc w:val="center"/>
              <w:rPr>
                <w:noProof/>
                <w:sz w:val="20"/>
                <w:szCs w:val="20"/>
              </w:rPr>
            </w:pPr>
            <w:r w:rsidRPr="00F51F43">
              <w:rPr>
                <w:noProof/>
                <w:sz w:val="20"/>
                <w:szCs w:val="20"/>
              </w:rPr>
              <w:t>Bambi</w:t>
            </w:r>
          </w:p>
        </w:tc>
      </w:tr>
      <w:tr w:rsidR="00B83C0A" w:rsidRPr="00F51F43" w14:paraId="132B12DC" w14:textId="77777777" w:rsidTr="007C29E8">
        <w:trPr>
          <w:cantSplit/>
          <w:jc w:val="center"/>
        </w:trPr>
        <w:tc>
          <w:tcPr>
            <w:tcW w:w="3402" w:type="dxa"/>
            <w:tcMar>
              <w:top w:w="80" w:type="dxa"/>
              <w:left w:w="80" w:type="dxa"/>
              <w:bottom w:w="80" w:type="dxa"/>
              <w:right w:w="80" w:type="dxa"/>
            </w:tcMar>
            <w:vAlign w:val="center"/>
          </w:tcPr>
          <w:p w14:paraId="4FF07692" w14:textId="77777777" w:rsidR="00B83C0A" w:rsidRPr="00F51F43" w:rsidRDefault="00B83C0A" w:rsidP="00B83C0A">
            <w:pPr>
              <w:spacing w:after="0" w:line="240" w:lineRule="auto"/>
              <w:jc w:val="center"/>
              <w:rPr>
                <w:noProof/>
                <w:sz w:val="20"/>
                <w:szCs w:val="20"/>
              </w:rPr>
            </w:pPr>
            <w:r w:rsidRPr="00F51F43">
              <w:rPr>
                <w:noProof/>
                <w:sz w:val="20"/>
                <w:szCs w:val="20"/>
              </w:rPr>
              <w:t>“Bambi” Ždala”</w:t>
            </w:r>
          </w:p>
        </w:tc>
        <w:tc>
          <w:tcPr>
            <w:tcW w:w="1472" w:type="dxa"/>
            <w:tcMar>
              <w:top w:w="80" w:type="dxa"/>
              <w:left w:w="80" w:type="dxa"/>
              <w:bottom w:w="80" w:type="dxa"/>
              <w:right w:w="80" w:type="dxa"/>
            </w:tcMar>
            <w:vAlign w:val="center"/>
          </w:tcPr>
          <w:p w14:paraId="5701B187"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770476DC" w14:textId="77777777" w:rsidR="00B83C0A" w:rsidRPr="00F51F43" w:rsidRDefault="00B83C0A" w:rsidP="00B83C0A">
            <w:pPr>
              <w:spacing w:after="0" w:line="240" w:lineRule="auto"/>
              <w:jc w:val="center"/>
              <w:rPr>
                <w:noProof/>
                <w:sz w:val="20"/>
                <w:szCs w:val="20"/>
              </w:rPr>
            </w:pPr>
            <w:r w:rsidRPr="00F51F43">
              <w:rPr>
                <w:noProof/>
                <w:sz w:val="20"/>
                <w:szCs w:val="20"/>
              </w:rPr>
              <w:t>Završna svečanost</w:t>
            </w:r>
          </w:p>
        </w:tc>
        <w:tc>
          <w:tcPr>
            <w:tcW w:w="1649" w:type="dxa"/>
            <w:tcMar>
              <w:top w:w="80" w:type="dxa"/>
              <w:left w:w="80" w:type="dxa"/>
              <w:bottom w:w="80" w:type="dxa"/>
              <w:right w:w="80" w:type="dxa"/>
            </w:tcMar>
            <w:vAlign w:val="center"/>
          </w:tcPr>
          <w:p w14:paraId="0150C891" w14:textId="77777777" w:rsidR="00B83C0A" w:rsidRPr="00F51F43" w:rsidRDefault="00B83C0A" w:rsidP="00B83C0A">
            <w:pPr>
              <w:spacing w:after="0" w:line="240" w:lineRule="auto"/>
              <w:jc w:val="center"/>
              <w:rPr>
                <w:noProof/>
                <w:sz w:val="20"/>
                <w:szCs w:val="20"/>
              </w:rPr>
            </w:pPr>
            <w:r w:rsidRPr="00F51F43">
              <w:rPr>
                <w:noProof/>
                <w:sz w:val="20"/>
                <w:szCs w:val="20"/>
              </w:rPr>
              <w:t>Bambi</w:t>
            </w:r>
          </w:p>
        </w:tc>
      </w:tr>
      <w:tr w:rsidR="00B83C0A" w:rsidRPr="00F51F43" w14:paraId="241E5130" w14:textId="77777777" w:rsidTr="007C29E8">
        <w:trPr>
          <w:cantSplit/>
          <w:jc w:val="center"/>
        </w:trPr>
        <w:tc>
          <w:tcPr>
            <w:tcW w:w="3402" w:type="dxa"/>
            <w:tcMar>
              <w:top w:w="80" w:type="dxa"/>
              <w:left w:w="80" w:type="dxa"/>
              <w:bottom w:w="80" w:type="dxa"/>
              <w:right w:w="80" w:type="dxa"/>
            </w:tcMar>
            <w:vAlign w:val="center"/>
          </w:tcPr>
          <w:p w14:paraId="767F2D87"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080294D0" w14:textId="77777777" w:rsidR="00B83C0A" w:rsidRPr="00F51F43" w:rsidRDefault="00B83C0A" w:rsidP="00B83C0A">
            <w:pPr>
              <w:spacing w:after="0" w:line="240" w:lineRule="auto"/>
              <w:jc w:val="center"/>
              <w:rPr>
                <w:noProof/>
                <w:sz w:val="20"/>
                <w:szCs w:val="20"/>
              </w:rPr>
            </w:pPr>
            <w:r w:rsidRPr="00F51F43">
              <w:rPr>
                <w:noProof/>
                <w:sz w:val="20"/>
                <w:szCs w:val="20"/>
              </w:rPr>
              <w:t>rujan</w:t>
            </w:r>
          </w:p>
        </w:tc>
        <w:tc>
          <w:tcPr>
            <w:tcW w:w="5496" w:type="dxa"/>
            <w:tcMar>
              <w:top w:w="80" w:type="dxa"/>
              <w:left w:w="80" w:type="dxa"/>
              <w:bottom w:w="80" w:type="dxa"/>
              <w:right w:w="80" w:type="dxa"/>
            </w:tcMar>
            <w:vAlign w:val="center"/>
          </w:tcPr>
          <w:p w14:paraId="661395B3" w14:textId="77777777" w:rsidR="00B83C0A" w:rsidRPr="00F51F43" w:rsidRDefault="00B83C0A" w:rsidP="00B83C0A">
            <w:pPr>
              <w:spacing w:after="0" w:line="240" w:lineRule="auto"/>
              <w:jc w:val="center"/>
              <w:rPr>
                <w:noProof/>
                <w:sz w:val="20"/>
                <w:szCs w:val="20"/>
              </w:rPr>
            </w:pPr>
            <w:r w:rsidRPr="00F51F43">
              <w:rPr>
                <w:noProof/>
                <w:sz w:val="20"/>
                <w:szCs w:val="20"/>
              </w:rPr>
              <w:t>Biciklijada</w:t>
            </w:r>
          </w:p>
        </w:tc>
        <w:tc>
          <w:tcPr>
            <w:tcW w:w="1649" w:type="dxa"/>
            <w:tcMar>
              <w:top w:w="80" w:type="dxa"/>
              <w:left w:w="80" w:type="dxa"/>
              <w:bottom w:w="80" w:type="dxa"/>
              <w:right w:w="80" w:type="dxa"/>
            </w:tcMar>
            <w:vAlign w:val="center"/>
          </w:tcPr>
          <w:p w14:paraId="1862DF54" w14:textId="77777777" w:rsidR="00B83C0A" w:rsidRPr="00F51F43" w:rsidRDefault="00B83C0A" w:rsidP="00B83C0A">
            <w:pPr>
              <w:spacing w:after="0" w:line="240" w:lineRule="auto"/>
              <w:jc w:val="center"/>
              <w:rPr>
                <w:noProof/>
                <w:sz w:val="20"/>
                <w:szCs w:val="20"/>
              </w:rPr>
            </w:pPr>
            <w:r w:rsidRPr="00F51F43">
              <w:rPr>
                <w:noProof/>
                <w:sz w:val="20"/>
                <w:szCs w:val="20"/>
              </w:rPr>
              <w:t>Lavići</w:t>
            </w:r>
          </w:p>
        </w:tc>
      </w:tr>
      <w:tr w:rsidR="00B83C0A" w:rsidRPr="00F51F43" w14:paraId="36F666EA" w14:textId="77777777" w:rsidTr="007C29E8">
        <w:trPr>
          <w:cantSplit/>
          <w:jc w:val="center"/>
        </w:trPr>
        <w:tc>
          <w:tcPr>
            <w:tcW w:w="3402" w:type="dxa"/>
            <w:tcMar>
              <w:top w:w="80" w:type="dxa"/>
              <w:left w:w="80" w:type="dxa"/>
              <w:bottom w:w="80" w:type="dxa"/>
              <w:right w:w="80" w:type="dxa"/>
            </w:tcMar>
            <w:vAlign w:val="center"/>
          </w:tcPr>
          <w:p w14:paraId="3A1D76B4"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175FB02F"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4CF6B7EA"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2FFA78BB" w14:textId="77777777" w:rsidR="00B83C0A" w:rsidRPr="00F51F43" w:rsidRDefault="00B83C0A" w:rsidP="00B83C0A">
            <w:pPr>
              <w:spacing w:after="0" w:line="240" w:lineRule="auto"/>
              <w:jc w:val="center"/>
              <w:rPr>
                <w:noProof/>
                <w:sz w:val="20"/>
                <w:szCs w:val="20"/>
              </w:rPr>
            </w:pPr>
            <w:r w:rsidRPr="00F51F43">
              <w:rPr>
                <w:noProof/>
                <w:sz w:val="20"/>
                <w:szCs w:val="20"/>
              </w:rPr>
              <w:t>Lavići</w:t>
            </w:r>
          </w:p>
        </w:tc>
      </w:tr>
      <w:tr w:rsidR="00B83C0A" w:rsidRPr="00F51F43" w14:paraId="4C31715C" w14:textId="77777777" w:rsidTr="007C29E8">
        <w:trPr>
          <w:cantSplit/>
          <w:jc w:val="center"/>
        </w:trPr>
        <w:tc>
          <w:tcPr>
            <w:tcW w:w="3402" w:type="dxa"/>
            <w:tcMar>
              <w:top w:w="80" w:type="dxa"/>
              <w:left w:w="80" w:type="dxa"/>
              <w:bottom w:w="80" w:type="dxa"/>
              <w:right w:w="80" w:type="dxa"/>
            </w:tcMar>
            <w:vAlign w:val="center"/>
          </w:tcPr>
          <w:p w14:paraId="25D6F5B4"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429CB3F0"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10AFC4D9"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421F7753" w14:textId="77777777" w:rsidR="00B83C0A" w:rsidRPr="00F51F43" w:rsidRDefault="00B83C0A" w:rsidP="00B83C0A">
            <w:pPr>
              <w:spacing w:after="0" w:line="240" w:lineRule="auto"/>
              <w:jc w:val="center"/>
              <w:rPr>
                <w:noProof/>
                <w:sz w:val="20"/>
                <w:szCs w:val="20"/>
              </w:rPr>
            </w:pPr>
            <w:r w:rsidRPr="00F51F43">
              <w:rPr>
                <w:noProof/>
                <w:sz w:val="20"/>
                <w:szCs w:val="20"/>
              </w:rPr>
              <w:t>Lavići</w:t>
            </w:r>
          </w:p>
        </w:tc>
      </w:tr>
      <w:tr w:rsidR="00B83C0A" w:rsidRPr="00F51F43" w14:paraId="0EDA22AB" w14:textId="77777777" w:rsidTr="007C29E8">
        <w:trPr>
          <w:cantSplit/>
          <w:jc w:val="center"/>
        </w:trPr>
        <w:tc>
          <w:tcPr>
            <w:tcW w:w="3402" w:type="dxa"/>
            <w:tcMar>
              <w:top w:w="80" w:type="dxa"/>
              <w:left w:w="80" w:type="dxa"/>
              <w:bottom w:w="80" w:type="dxa"/>
              <w:right w:w="80" w:type="dxa"/>
            </w:tcMar>
            <w:vAlign w:val="center"/>
          </w:tcPr>
          <w:p w14:paraId="1FD6B7D5"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0B571EF4" w14:textId="77777777" w:rsidR="00B83C0A" w:rsidRPr="00F51F43" w:rsidRDefault="00B83C0A" w:rsidP="00B83C0A">
            <w:pPr>
              <w:spacing w:after="0" w:line="240" w:lineRule="auto"/>
              <w:jc w:val="center"/>
              <w:rPr>
                <w:noProof/>
                <w:sz w:val="20"/>
                <w:szCs w:val="20"/>
              </w:rPr>
            </w:pPr>
            <w:r w:rsidRPr="00F51F43">
              <w:rPr>
                <w:noProof/>
                <w:sz w:val="20"/>
                <w:szCs w:val="20"/>
              </w:rPr>
              <w:t>travanj</w:t>
            </w:r>
          </w:p>
        </w:tc>
        <w:tc>
          <w:tcPr>
            <w:tcW w:w="5496" w:type="dxa"/>
            <w:tcMar>
              <w:top w:w="80" w:type="dxa"/>
              <w:left w:w="80" w:type="dxa"/>
              <w:bottom w:w="80" w:type="dxa"/>
              <w:right w:w="80" w:type="dxa"/>
            </w:tcMar>
            <w:vAlign w:val="center"/>
          </w:tcPr>
          <w:p w14:paraId="284B2F70" w14:textId="77777777" w:rsidR="00B83C0A" w:rsidRPr="00F51F43" w:rsidRDefault="00B83C0A" w:rsidP="00B83C0A">
            <w:pPr>
              <w:spacing w:after="0" w:line="240" w:lineRule="auto"/>
              <w:jc w:val="center"/>
              <w:rPr>
                <w:noProof/>
                <w:sz w:val="20"/>
                <w:szCs w:val="20"/>
              </w:rPr>
            </w:pPr>
            <w:r w:rsidRPr="00F51F43">
              <w:rPr>
                <w:noProof/>
                <w:sz w:val="20"/>
                <w:szCs w:val="20"/>
              </w:rPr>
              <w:t>Proljetna svečanost</w:t>
            </w:r>
          </w:p>
        </w:tc>
        <w:tc>
          <w:tcPr>
            <w:tcW w:w="1649" w:type="dxa"/>
            <w:tcMar>
              <w:top w:w="80" w:type="dxa"/>
              <w:left w:w="80" w:type="dxa"/>
              <w:bottom w:w="80" w:type="dxa"/>
              <w:right w:w="80" w:type="dxa"/>
            </w:tcMar>
            <w:vAlign w:val="center"/>
          </w:tcPr>
          <w:p w14:paraId="6767A963" w14:textId="77777777" w:rsidR="00B83C0A" w:rsidRPr="00F51F43" w:rsidRDefault="00B83C0A" w:rsidP="00B83C0A">
            <w:pPr>
              <w:spacing w:after="0" w:line="240" w:lineRule="auto"/>
              <w:jc w:val="center"/>
              <w:rPr>
                <w:noProof/>
                <w:sz w:val="20"/>
                <w:szCs w:val="20"/>
              </w:rPr>
            </w:pPr>
            <w:r w:rsidRPr="00F51F43">
              <w:rPr>
                <w:noProof/>
                <w:sz w:val="20"/>
                <w:szCs w:val="20"/>
              </w:rPr>
              <w:t>Lavići</w:t>
            </w:r>
          </w:p>
        </w:tc>
      </w:tr>
      <w:tr w:rsidR="00B83C0A" w:rsidRPr="00F51F43" w14:paraId="0872D969" w14:textId="77777777" w:rsidTr="007C29E8">
        <w:trPr>
          <w:cantSplit/>
          <w:jc w:val="center"/>
        </w:trPr>
        <w:tc>
          <w:tcPr>
            <w:tcW w:w="3402" w:type="dxa"/>
            <w:tcMar>
              <w:top w:w="80" w:type="dxa"/>
              <w:left w:w="80" w:type="dxa"/>
              <w:bottom w:w="80" w:type="dxa"/>
              <w:right w:w="80" w:type="dxa"/>
            </w:tcMar>
            <w:vAlign w:val="center"/>
          </w:tcPr>
          <w:p w14:paraId="6170BC95"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3CFF7E64"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30A08923" w14:textId="77777777" w:rsidR="00B83C0A" w:rsidRPr="00F51F43" w:rsidRDefault="00B83C0A" w:rsidP="00B83C0A">
            <w:pPr>
              <w:spacing w:after="0" w:line="240" w:lineRule="auto"/>
              <w:jc w:val="center"/>
              <w:rPr>
                <w:noProof/>
                <w:sz w:val="20"/>
                <w:szCs w:val="20"/>
              </w:rPr>
            </w:pPr>
            <w:r w:rsidRPr="00F51F43">
              <w:rPr>
                <w:noProof/>
                <w:sz w:val="20"/>
                <w:szCs w:val="20"/>
              </w:rPr>
              <w:t>Završna svečanost</w:t>
            </w:r>
          </w:p>
        </w:tc>
        <w:tc>
          <w:tcPr>
            <w:tcW w:w="1649" w:type="dxa"/>
            <w:tcMar>
              <w:top w:w="80" w:type="dxa"/>
              <w:left w:w="80" w:type="dxa"/>
              <w:bottom w:w="80" w:type="dxa"/>
              <w:right w:w="80" w:type="dxa"/>
            </w:tcMar>
            <w:vAlign w:val="center"/>
          </w:tcPr>
          <w:p w14:paraId="19B9D025" w14:textId="77777777" w:rsidR="00B83C0A" w:rsidRPr="00F51F43" w:rsidRDefault="00B83C0A" w:rsidP="00B83C0A">
            <w:pPr>
              <w:spacing w:after="0" w:line="240" w:lineRule="auto"/>
              <w:jc w:val="center"/>
              <w:rPr>
                <w:noProof/>
                <w:sz w:val="20"/>
                <w:szCs w:val="20"/>
              </w:rPr>
            </w:pPr>
            <w:r w:rsidRPr="00F51F43">
              <w:rPr>
                <w:noProof/>
                <w:sz w:val="20"/>
                <w:szCs w:val="20"/>
              </w:rPr>
              <w:t>Lavići</w:t>
            </w:r>
          </w:p>
        </w:tc>
      </w:tr>
      <w:tr w:rsidR="00B83C0A" w:rsidRPr="00F51F43" w14:paraId="6640BAF7" w14:textId="77777777" w:rsidTr="007C29E8">
        <w:trPr>
          <w:cantSplit/>
          <w:jc w:val="center"/>
        </w:trPr>
        <w:tc>
          <w:tcPr>
            <w:tcW w:w="3402" w:type="dxa"/>
            <w:tcMar>
              <w:top w:w="80" w:type="dxa"/>
              <w:left w:w="80" w:type="dxa"/>
              <w:bottom w:w="80" w:type="dxa"/>
              <w:right w:w="80" w:type="dxa"/>
            </w:tcMar>
            <w:vAlign w:val="center"/>
          </w:tcPr>
          <w:p w14:paraId="390B4CF0"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01936B15" w14:textId="77777777" w:rsidR="00B83C0A" w:rsidRPr="00F51F43" w:rsidRDefault="00B83C0A" w:rsidP="00B83C0A">
            <w:pPr>
              <w:spacing w:after="0" w:line="240" w:lineRule="auto"/>
              <w:jc w:val="center"/>
              <w:rPr>
                <w:noProof/>
                <w:sz w:val="20"/>
                <w:szCs w:val="20"/>
              </w:rPr>
            </w:pPr>
            <w:r w:rsidRPr="00F51F43">
              <w:rPr>
                <w:noProof/>
                <w:sz w:val="20"/>
                <w:szCs w:val="20"/>
              </w:rPr>
              <w:t>rujan</w:t>
            </w:r>
          </w:p>
        </w:tc>
        <w:tc>
          <w:tcPr>
            <w:tcW w:w="5496" w:type="dxa"/>
            <w:tcMar>
              <w:top w:w="80" w:type="dxa"/>
              <w:left w:w="80" w:type="dxa"/>
              <w:bottom w:w="80" w:type="dxa"/>
              <w:right w:w="80" w:type="dxa"/>
            </w:tcMar>
            <w:vAlign w:val="center"/>
          </w:tcPr>
          <w:p w14:paraId="0F7FBA95" w14:textId="77777777" w:rsidR="00B83C0A" w:rsidRPr="00F51F43" w:rsidRDefault="00B83C0A" w:rsidP="00B83C0A">
            <w:pPr>
              <w:spacing w:after="0" w:line="240" w:lineRule="auto"/>
              <w:jc w:val="center"/>
              <w:rPr>
                <w:noProof/>
                <w:sz w:val="20"/>
                <w:szCs w:val="20"/>
              </w:rPr>
            </w:pPr>
            <w:r w:rsidRPr="00F51F43">
              <w:rPr>
                <w:noProof/>
                <w:sz w:val="20"/>
                <w:szCs w:val="20"/>
              </w:rPr>
              <w:t>Biciklijada</w:t>
            </w:r>
          </w:p>
        </w:tc>
        <w:tc>
          <w:tcPr>
            <w:tcW w:w="1649" w:type="dxa"/>
            <w:tcMar>
              <w:top w:w="80" w:type="dxa"/>
              <w:left w:w="80" w:type="dxa"/>
              <w:bottom w:w="80" w:type="dxa"/>
              <w:right w:w="80" w:type="dxa"/>
            </w:tcMar>
            <w:vAlign w:val="center"/>
          </w:tcPr>
          <w:p w14:paraId="32259137"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41B72D53" w14:textId="77777777" w:rsidTr="007C29E8">
        <w:trPr>
          <w:cantSplit/>
          <w:jc w:val="center"/>
        </w:trPr>
        <w:tc>
          <w:tcPr>
            <w:tcW w:w="3402" w:type="dxa"/>
            <w:tcMar>
              <w:top w:w="80" w:type="dxa"/>
              <w:left w:w="80" w:type="dxa"/>
              <w:bottom w:w="80" w:type="dxa"/>
              <w:right w:w="80" w:type="dxa"/>
            </w:tcMar>
            <w:vAlign w:val="center"/>
          </w:tcPr>
          <w:p w14:paraId="5C517EF7"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3D80BB2C"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0E9960FA"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2D2A1011"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2C0595A3" w14:textId="77777777" w:rsidTr="007C29E8">
        <w:trPr>
          <w:cantSplit/>
          <w:jc w:val="center"/>
        </w:trPr>
        <w:tc>
          <w:tcPr>
            <w:tcW w:w="3402" w:type="dxa"/>
            <w:tcMar>
              <w:top w:w="80" w:type="dxa"/>
              <w:left w:w="80" w:type="dxa"/>
              <w:bottom w:w="80" w:type="dxa"/>
              <w:right w:w="80" w:type="dxa"/>
            </w:tcMar>
            <w:vAlign w:val="center"/>
          </w:tcPr>
          <w:p w14:paraId="2B529821"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1AA2EEB3"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77AC1227"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1F416D2A"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1AD69690" w14:textId="77777777" w:rsidTr="007C29E8">
        <w:trPr>
          <w:cantSplit/>
          <w:jc w:val="center"/>
        </w:trPr>
        <w:tc>
          <w:tcPr>
            <w:tcW w:w="3402" w:type="dxa"/>
            <w:tcMar>
              <w:top w:w="80" w:type="dxa"/>
              <w:left w:w="80" w:type="dxa"/>
              <w:bottom w:w="80" w:type="dxa"/>
              <w:right w:w="80" w:type="dxa"/>
            </w:tcMar>
            <w:vAlign w:val="center"/>
          </w:tcPr>
          <w:p w14:paraId="6D4A5C96"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58CEE68B" w14:textId="77777777" w:rsidR="00B83C0A" w:rsidRPr="00F51F43" w:rsidRDefault="00B83C0A" w:rsidP="00B83C0A">
            <w:pPr>
              <w:spacing w:after="0" w:line="240" w:lineRule="auto"/>
              <w:jc w:val="center"/>
              <w:rPr>
                <w:noProof/>
                <w:sz w:val="20"/>
                <w:szCs w:val="20"/>
              </w:rPr>
            </w:pPr>
            <w:r w:rsidRPr="00F51F43">
              <w:rPr>
                <w:noProof/>
                <w:sz w:val="20"/>
                <w:szCs w:val="20"/>
              </w:rPr>
              <w:t>travanj</w:t>
            </w:r>
          </w:p>
        </w:tc>
        <w:tc>
          <w:tcPr>
            <w:tcW w:w="5496" w:type="dxa"/>
            <w:tcMar>
              <w:top w:w="80" w:type="dxa"/>
              <w:left w:w="80" w:type="dxa"/>
              <w:bottom w:w="80" w:type="dxa"/>
              <w:right w:w="80" w:type="dxa"/>
            </w:tcMar>
            <w:vAlign w:val="center"/>
          </w:tcPr>
          <w:p w14:paraId="146F4CAC" w14:textId="77777777" w:rsidR="00B83C0A" w:rsidRPr="00F51F43" w:rsidRDefault="00B83C0A" w:rsidP="00B83C0A">
            <w:pPr>
              <w:spacing w:after="0" w:line="240" w:lineRule="auto"/>
              <w:jc w:val="center"/>
              <w:rPr>
                <w:noProof/>
                <w:sz w:val="20"/>
                <w:szCs w:val="20"/>
              </w:rPr>
            </w:pPr>
            <w:r w:rsidRPr="00F51F43">
              <w:rPr>
                <w:noProof/>
                <w:sz w:val="20"/>
                <w:szCs w:val="20"/>
              </w:rPr>
              <w:t>Proljetna radionica</w:t>
            </w:r>
          </w:p>
        </w:tc>
        <w:tc>
          <w:tcPr>
            <w:tcW w:w="1649" w:type="dxa"/>
            <w:tcMar>
              <w:top w:w="80" w:type="dxa"/>
              <w:left w:w="80" w:type="dxa"/>
              <w:bottom w:w="80" w:type="dxa"/>
              <w:right w:w="80" w:type="dxa"/>
            </w:tcMar>
            <w:vAlign w:val="center"/>
          </w:tcPr>
          <w:p w14:paraId="0CDD24B9"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3707EBC6" w14:textId="77777777" w:rsidTr="007C29E8">
        <w:trPr>
          <w:cantSplit/>
          <w:jc w:val="center"/>
        </w:trPr>
        <w:tc>
          <w:tcPr>
            <w:tcW w:w="3402" w:type="dxa"/>
            <w:tcMar>
              <w:top w:w="80" w:type="dxa"/>
              <w:left w:w="80" w:type="dxa"/>
              <w:bottom w:w="80" w:type="dxa"/>
              <w:right w:w="80" w:type="dxa"/>
            </w:tcMar>
            <w:vAlign w:val="center"/>
          </w:tcPr>
          <w:p w14:paraId="355AE57C" w14:textId="77777777" w:rsidR="00B83C0A" w:rsidRPr="00F51F43" w:rsidRDefault="00B83C0A" w:rsidP="00B83C0A">
            <w:pPr>
              <w:spacing w:after="0" w:line="240" w:lineRule="auto"/>
              <w:jc w:val="center"/>
              <w:rPr>
                <w:noProof/>
                <w:sz w:val="20"/>
                <w:szCs w:val="20"/>
              </w:rPr>
            </w:pPr>
            <w:r w:rsidRPr="00F51F43">
              <w:rPr>
                <w:noProof/>
                <w:sz w:val="20"/>
                <w:szCs w:val="20"/>
              </w:rPr>
              <w:t>“Potočić” Koprivnički Bregi</w:t>
            </w:r>
          </w:p>
        </w:tc>
        <w:tc>
          <w:tcPr>
            <w:tcW w:w="1472" w:type="dxa"/>
            <w:tcMar>
              <w:top w:w="80" w:type="dxa"/>
              <w:left w:w="80" w:type="dxa"/>
              <w:bottom w:w="80" w:type="dxa"/>
              <w:right w:w="80" w:type="dxa"/>
            </w:tcMar>
            <w:vAlign w:val="center"/>
          </w:tcPr>
          <w:p w14:paraId="7B229159" w14:textId="77777777" w:rsidR="00B83C0A" w:rsidRPr="00F51F43" w:rsidRDefault="007C29E8"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782EF239" w14:textId="77777777" w:rsidR="00B83C0A" w:rsidRPr="00F51F43" w:rsidRDefault="00B83C0A" w:rsidP="00B83C0A">
            <w:pPr>
              <w:spacing w:after="0" w:line="240" w:lineRule="auto"/>
              <w:jc w:val="center"/>
              <w:rPr>
                <w:noProof/>
                <w:sz w:val="20"/>
                <w:szCs w:val="20"/>
              </w:rPr>
            </w:pPr>
            <w:r w:rsidRPr="00F51F43">
              <w:rPr>
                <w:noProof/>
                <w:sz w:val="20"/>
                <w:szCs w:val="20"/>
              </w:rPr>
              <w:t>Završna svečanost</w:t>
            </w:r>
          </w:p>
        </w:tc>
        <w:tc>
          <w:tcPr>
            <w:tcW w:w="1649" w:type="dxa"/>
            <w:tcMar>
              <w:top w:w="80" w:type="dxa"/>
              <w:left w:w="80" w:type="dxa"/>
              <w:bottom w:w="80" w:type="dxa"/>
              <w:right w:w="80" w:type="dxa"/>
            </w:tcMar>
            <w:vAlign w:val="center"/>
          </w:tcPr>
          <w:p w14:paraId="3C0F6E51"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7AA3F84F" w14:textId="77777777" w:rsidTr="007C29E8">
        <w:trPr>
          <w:cantSplit/>
          <w:jc w:val="center"/>
        </w:trPr>
        <w:tc>
          <w:tcPr>
            <w:tcW w:w="3402" w:type="dxa"/>
            <w:tcMar>
              <w:top w:w="80" w:type="dxa"/>
              <w:left w:w="80" w:type="dxa"/>
              <w:bottom w:w="80" w:type="dxa"/>
              <w:right w:w="80" w:type="dxa"/>
            </w:tcMar>
            <w:vAlign w:val="center"/>
          </w:tcPr>
          <w:p w14:paraId="45ECD64F"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29E66433"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069EC7A8"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145E2451" w14:textId="77777777" w:rsidR="00B83C0A" w:rsidRPr="00F51F43" w:rsidRDefault="00B83C0A" w:rsidP="00B83C0A">
            <w:pPr>
              <w:spacing w:after="0" w:line="240" w:lineRule="auto"/>
              <w:jc w:val="center"/>
              <w:rPr>
                <w:noProof/>
                <w:sz w:val="20"/>
                <w:szCs w:val="20"/>
              </w:rPr>
            </w:pPr>
            <w:r w:rsidRPr="00F51F43">
              <w:rPr>
                <w:noProof/>
                <w:sz w:val="20"/>
                <w:szCs w:val="20"/>
              </w:rPr>
              <w:t>Bubamare</w:t>
            </w:r>
          </w:p>
        </w:tc>
      </w:tr>
      <w:tr w:rsidR="00B83C0A" w:rsidRPr="00F51F43" w14:paraId="28B39335" w14:textId="77777777" w:rsidTr="007C29E8">
        <w:trPr>
          <w:cantSplit/>
          <w:jc w:val="center"/>
        </w:trPr>
        <w:tc>
          <w:tcPr>
            <w:tcW w:w="3402" w:type="dxa"/>
            <w:tcMar>
              <w:top w:w="80" w:type="dxa"/>
              <w:left w:w="80" w:type="dxa"/>
              <w:bottom w:w="80" w:type="dxa"/>
              <w:right w:w="80" w:type="dxa"/>
            </w:tcMar>
            <w:vAlign w:val="center"/>
          </w:tcPr>
          <w:p w14:paraId="7F79FA70"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058991C1"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09A93E5B"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3CC9E71A" w14:textId="77777777" w:rsidR="00B83C0A" w:rsidRPr="00F51F43" w:rsidRDefault="00B83C0A" w:rsidP="00B83C0A">
            <w:pPr>
              <w:spacing w:after="0" w:line="240" w:lineRule="auto"/>
              <w:jc w:val="center"/>
              <w:rPr>
                <w:noProof/>
                <w:sz w:val="20"/>
                <w:szCs w:val="20"/>
              </w:rPr>
            </w:pPr>
            <w:r w:rsidRPr="00F51F43">
              <w:rPr>
                <w:noProof/>
                <w:sz w:val="20"/>
                <w:szCs w:val="20"/>
              </w:rPr>
              <w:t>Bubamare</w:t>
            </w:r>
          </w:p>
        </w:tc>
      </w:tr>
      <w:tr w:rsidR="00B83C0A" w:rsidRPr="00F51F43" w14:paraId="2853B768" w14:textId="77777777" w:rsidTr="007C29E8">
        <w:trPr>
          <w:cantSplit/>
          <w:jc w:val="center"/>
        </w:trPr>
        <w:tc>
          <w:tcPr>
            <w:tcW w:w="3402" w:type="dxa"/>
            <w:tcMar>
              <w:top w:w="80" w:type="dxa"/>
              <w:left w:w="80" w:type="dxa"/>
              <w:bottom w:w="80" w:type="dxa"/>
              <w:right w:w="80" w:type="dxa"/>
            </w:tcMar>
            <w:vAlign w:val="center"/>
          </w:tcPr>
          <w:p w14:paraId="0C232C07"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3C5CBEDE"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4D131893"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70A295A4" w14:textId="77777777" w:rsidR="00B83C0A" w:rsidRPr="00F51F43" w:rsidRDefault="00B83C0A" w:rsidP="00B83C0A">
            <w:pPr>
              <w:spacing w:after="0" w:line="240" w:lineRule="auto"/>
              <w:jc w:val="center"/>
              <w:rPr>
                <w:noProof/>
                <w:sz w:val="20"/>
                <w:szCs w:val="20"/>
              </w:rPr>
            </w:pPr>
            <w:r w:rsidRPr="00F51F43">
              <w:rPr>
                <w:noProof/>
                <w:sz w:val="20"/>
                <w:szCs w:val="20"/>
              </w:rPr>
              <w:t>Cvjetići</w:t>
            </w:r>
          </w:p>
        </w:tc>
      </w:tr>
      <w:tr w:rsidR="00B83C0A" w:rsidRPr="00F51F43" w14:paraId="46CA06A0" w14:textId="77777777" w:rsidTr="007C29E8">
        <w:trPr>
          <w:cantSplit/>
          <w:jc w:val="center"/>
        </w:trPr>
        <w:tc>
          <w:tcPr>
            <w:tcW w:w="3402" w:type="dxa"/>
            <w:tcMar>
              <w:top w:w="80" w:type="dxa"/>
              <w:left w:w="80" w:type="dxa"/>
              <w:bottom w:w="80" w:type="dxa"/>
              <w:right w:w="80" w:type="dxa"/>
            </w:tcMar>
            <w:vAlign w:val="center"/>
          </w:tcPr>
          <w:p w14:paraId="2EAFC9F4"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28E35FD2"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35DFCE63"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65FD704C" w14:textId="77777777" w:rsidR="00B83C0A" w:rsidRPr="00F51F43" w:rsidRDefault="00B83C0A" w:rsidP="00B83C0A">
            <w:pPr>
              <w:spacing w:after="0" w:line="240" w:lineRule="auto"/>
              <w:jc w:val="center"/>
              <w:rPr>
                <w:noProof/>
                <w:sz w:val="20"/>
                <w:szCs w:val="20"/>
              </w:rPr>
            </w:pPr>
            <w:r w:rsidRPr="00F51F43">
              <w:rPr>
                <w:noProof/>
                <w:sz w:val="20"/>
                <w:szCs w:val="20"/>
              </w:rPr>
              <w:t>Cvjetići</w:t>
            </w:r>
          </w:p>
        </w:tc>
      </w:tr>
      <w:tr w:rsidR="00B83C0A" w:rsidRPr="00F51F43" w14:paraId="4E0F0D08" w14:textId="77777777" w:rsidTr="007C29E8">
        <w:trPr>
          <w:cantSplit/>
          <w:jc w:val="center"/>
        </w:trPr>
        <w:tc>
          <w:tcPr>
            <w:tcW w:w="3402" w:type="dxa"/>
            <w:tcMar>
              <w:top w:w="80" w:type="dxa"/>
              <w:left w:w="80" w:type="dxa"/>
              <w:bottom w:w="80" w:type="dxa"/>
              <w:right w:w="80" w:type="dxa"/>
            </w:tcMar>
            <w:vAlign w:val="center"/>
          </w:tcPr>
          <w:p w14:paraId="4F6CFAFF"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22E5DE6F"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6792FAF9" w14:textId="77777777" w:rsidR="00B83C0A" w:rsidRPr="00F51F43" w:rsidRDefault="00B83C0A" w:rsidP="00B83C0A">
            <w:pPr>
              <w:spacing w:after="0" w:line="240" w:lineRule="auto"/>
              <w:jc w:val="center"/>
              <w:rPr>
                <w:noProof/>
                <w:sz w:val="20"/>
                <w:szCs w:val="20"/>
              </w:rPr>
            </w:pPr>
            <w:r w:rsidRPr="00F51F43">
              <w:rPr>
                <w:noProof/>
                <w:sz w:val="20"/>
                <w:szCs w:val="20"/>
              </w:rPr>
              <w:t>Uskrsna radionica</w:t>
            </w:r>
          </w:p>
        </w:tc>
        <w:tc>
          <w:tcPr>
            <w:tcW w:w="1649" w:type="dxa"/>
            <w:tcMar>
              <w:top w:w="80" w:type="dxa"/>
              <w:left w:w="80" w:type="dxa"/>
              <w:bottom w:w="80" w:type="dxa"/>
              <w:right w:w="80" w:type="dxa"/>
            </w:tcMar>
            <w:vAlign w:val="center"/>
          </w:tcPr>
          <w:p w14:paraId="0CB31A92" w14:textId="77777777" w:rsidR="00B83C0A" w:rsidRPr="00F51F43" w:rsidRDefault="00B83C0A" w:rsidP="00B83C0A">
            <w:pPr>
              <w:spacing w:after="0" w:line="240" w:lineRule="auto"/>
              <w:jc w:val="center"/>
              <w:rPr>
                <w:noProof/>
                <w:sz w:val="20"/>
                <w:szCs w:val="20"/>
              </w:rPr>
            </w:pPr>
            <w:r w:rsidRPr="00F51F43">
              <w:rPr>
                <w:noProof/>
                <w:sz w:val="20"/>
                <w:szCs w:val="20"/>
              </w:rPr>
              <w:t>Cvjetići</w:t>
            </w:r>
          </w:p>
        </w:tc>
      </w:tr>
      <w:tr w:rsidR="00B83C0A" w:rsidRPr="00F51F43" w14:paraId="3686AA12" w14:textId="77777777" w:rsidTr="007C29E8">
        <w:trPr>
          <w:cantSplit/>
          <w:jc w:val="center"/>
        </w:trPr>
        <w:tc>
          <w:tcPr>
            <w:tcW w:w="3402" w:type="dxa"/>
            <w:tcMar>
              <w:top w:w="80" w:type="dxa"/>
              <w:left w:w="80" w:type="dxa"/>
              <w:bottom w:w="80" w:type="dxa"/>
              <w:right w:w="80" w:type="dxa"/>
            </w:tcMar>
            <w:vAlign w:val="center"/>
          </w:tcPr>
          <w:p w14:paraId="3273DC60" w14:textId="77777777" w:rsidR="00B83C0A" w:rsidRPr="00F51F43" w:rsidRDefault="00B83C0A" w:rsidP="00B83C0A">
            <w:pPr>
              <w:spacing w:after="0" w:line="240" w:lineRule="auto"/>
              <w:jc w:val="center"/>
              <w:rPr>
                <w:noProof/>
                <w:sz w:val="20"/>
                <w:szCs w:val="20"/>
              </w:rPr>
            </w:pPr>
            <w:r w:rsidRPr="00F51F43">
              <w:rPr>
                <w:noProof/>
                <w:sz w:val="20"/>
                <w:szCs w:val="20"/>
              </w:rPr>
              <w:lastRenderedPageBreak/>
              <w:t>“Ivančica” Koprivnički Ivanec</w:t>
            </w:r>
          </w:p>
        </w:tc>
        <w:tc>
          <w:tcPr>
            <w:tcW w:w="1472" w:type="dxa"/>
            <w:tcMar>
              <w:top w:w="80" w:type="dxa"/>
              <w:left w:w="80" w:type="dxa"/>
              <w:bottom w:w="80" w:type="dxa"/>
              <w:right w:w="80" w:type="dxa"/>
            </w:tcMar>
            <w:vAlign w:val="center"/>
          </w:tcPr>
          <w:p w14:paraId="21DA1B01"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474ABDD2" w14:textId="77777777" w:rsidR="00B83C0A" w:rsidRPr="00F51F43" w:rsidRDefault="00B83C0A" w:rsidP="00B83C0A">
            <w:pPr>
              <w:spacing w:after="0" w:line="240" w:lineRule="auto"/>
              <w:jc w:val="center"/>
              <w:rPr>
                <w:noProof/>
                <w:sz w:val="20"/>
                <w:szCs w:val="20"/>
              </w:rPr>
            </w:pPr>
            <w:r w:rsidRPr="00F51F43">
              <w:rPr>
                <w:noProof/>
                <w:sz w:val="20"/>
                <w:szCs w:val="20"/>
              </w:rPr>
              <w:t>Majčin dan</w:t>
            </w:r>
          </w:p>
        </w:tc>
        <w:tc>
          <w:tcPr>
            <w:tcW w:w="1649" w:type="dxa"/>
            <w:tcMar>
              <w:top w:w="80" w:type="dxa"/>
              <w:left w:w="80" w:type="dxa"/>
              <w:bottom w:w="80" w:type="dxa"/>
              <w:right w:w="80" w:type="dxa"/>
            </w:tcMar>
            <w:vAlign w:val="center"/>
          </w:tcPr>
          <w:p w14:paraId="1960ED92" w14:textId="77777777" w:rsidR="00B83C0A" w:rsidRPr="00F51F43" w:rsidRDefault="00B83C0A" w:rsidP="00B83C0A">
            <w:pPr>
              <w:spacing w:after="0" w:line="240" w:lineRule="auto"/>
              <w:jc w:val="center"/>
              <w:rPr>
                <w:noProof/>
                <w:sz w:val="20"/>
                <w:szCs w:val="20"/>
              </w:rPr>
            </w:pPr>
            <w:r w:rsidRPr="00F51F43">
              <w:rPr>
                <w:noProof/>
                <w:sz w:val="20"/>
                <w:szCs w:val="20"/>
              </w:rPr>
              <w:t>Cvjetići</w:t>
            </w:r>
          </w:p>
        </w:tc>
      </w:tr>
      <w:tr w:rsidR="00B83C0A" w:rsidRPr="00F51F43" w14:paraId="30CF8283" w14:textId="77777777" w:rsidTr="007C29E8">
        <w:trPr>
          <w:cantSplit/>
          <w:jc w:val="center"/>
        </w:trPr>
        <w:tc>
          <w:tcPr>
            <w:tcW w:w="3402" w:type="dxa"/>
            <w:tcMar>
              <w:top w:w="80" w:type="dxa"/>
              <w:left w:w="80" w:type="dxa"/>
              <w:bottom w:w="80" w:type="dxa"/>
              <w:right w:w="80" w:type="dxa"/>
            </w:tcMar>
            <w:vAlign w:val="center"/>
          </w:tcPr>
          <w:p w14:paraId="67373892"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4C82368B" w14:textId="77777777" w:rsidR="00B83C0A" w:rsidRPr="00F51F43" w:rsidRDefault="00B83C0A" w:rsidP="00B83C0A">
            <w:pPr>
              <w:spacing w:after="0" w:line="240" w:lineRule="auto"/>
              <w:jc w:val="center"/>
              <w:rPr>
                <w:noProof/>
                <w:sz w:val="20"/>
                <w:szCs w:val="20"/>
              </w:rPr>
            </w:pPr>
            <w:r w:rsidRPr="00F51F43">
              <w:rPr>
                <w:noProof/>
                <w:sz w:val="20"/>
                <w:szCs w:val="20"/>
              </w:rPr>
              <w:t>lipanj / srpanj</w:t>
            </w:r>
          </w:p>
        </w:tc>
        <w:tc>
          <w:tcPr>
            <w:tcW w:w="5496" w:type="dxa"/>
            <w:tcMar>
              <w:top w:w="80" w:type="dxa"/>
              <w:left w:w="80" w:type="dxa"/>
              <w:bottom w:w="80" w:type="dxa"/>
              <w:right w:w="80" w:type="dxa"/>
            </w:tcMar>
            <w:vAlign w:val="center"/>
          </w:tcPr>
          <w:p w14:paraId="3A7355DA" w14:textId="77777777" w:rsidR="00B83C0A" w:rsidRPr="00F51F43" w:rsidRDefault="00B83C0A" w:rsidP="00B83C0A">
            <w:pPr>
              <w:spacing w:after="0" w:line="240" w:lineRule="auto"/>
              <w:jc w:val="center"/>
              <w:rPr>
                <w:noProof/>
                <w:sz w:val="20"/>
                <w:szCs w:val="20"/>
              </w:rPr>
            </w:pPr>
            <w:r w:rsidRPr="00F51F43">
              <w:rPr>
                <w:noProof/>
                <w:sz w:val="20"/>
                <w:szCs w:val="20"/>
              </w:rPr>
              <w:t>Druženje</w:t>
            </w:r>
          </w:p>
        </w:tc>
        <w:tc>
          <w:tcPr>
            <w:tcW w:w="1649" w:type="dxa"/>
            <w:tcMar>
              <w:top w:w="80" w:type="dxa"/>
              <w:left w:w="80" w:type="dxa"/>
              <w:bottom w:w="80" w:type="dxa"/>
              <w:right w:w="80" w:type="dxa"/>
            </w:tcMar>
            <w:vAlign w:val="center"/>
          </w:tcPr>
          <w:p w14:paraId="75B1607D" w14:textId="77777777" w:rsidR="00B83C0A" w:rsidRPr="00F51F43" w:rsidRDefault="00B83C0A" w:rsidP="00B83C0A">
            <w:pPr>
              <w:spacing w:after="0" w:line="240" w:lineRule="auto"/>
              <w:jc w:val="center"/>
              <w:rPr>
                <w:noProof/>
                <w:sz w:val="20"/>
                <w:szCs w:val="20"/>
              </w:rPr>
            </w:pPr>
            <w:r w:rsidRPr="00F51F43">
              <w:rPr>
                <w:noProof/>
                <w:sz w:val="20"/>
                <w:szCs w:val="20"/>
              </w:rPr>
              <w:t>Cvjetići</w:t>
            </w:r>
          </w:p>
        </w:tc>
      </w:tr>
      <w:tr w:rsidR="00B83C0A" w:rsidRPr="00F51F43" w14:paraId="67BAC3B1" w14:textId="77777777" w:rsidTr="007C29E8">
        <w:trPr>
          <w:cantSplit/>
          <w:jc w:val="center"/>
        </w:trPr>
        <w:tc>
          <w:tcPr>
            <w:tcW w:w="3402" w:type="dxa"/>
            <w:tcMar>
              <w:top w:w="80" w:type="dxa"/>
              <w:left w:w="80" w:type="dxa"/>
              <w:bottom w:w="80" w:type="dxa"/>
              <w:right w:w="80" w:type="dxa"/>
            </w:tcMar>
            <w:vAlign w:val="center"/>
          </w:tcPr>
          <w:p w14:paraId="23CEB309"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4BB712C5"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4957F9BD"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4F14B042"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49F92478" w14:textId="77777777" w:rsidTr="007C29E8">
        <w:trPr>
          <w:cantSplit/>
          <w:jc w:val="center"/>
        </w:trPr>
        <w:tc>
          <w:tcPr>
            <w:tcW w:w="3402" w:type="dxa"/>
            <w:tcMar>
              <w:top w:w="80" w:type="dxa"/>
              <w:left w:w="80" w:type="dxa"/>
              <w:bottom w:w="80" w:type="dxa"/>
              <w:right w:w="80" w:type="dxa"/>
            </w:tcMar>
            <w:vAlign w:val="center"/>
          </w:tcPr>
          <w:p w14:paraId="02F256D7"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25FA1B0C"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06EC63E5" w14:textId="77777777" w:rsidR="00B83C0A" w:rsidRPr="00F51F43" w:rsidRDefault="00B83C0A" w:rsidP="00B83C0A">
            <w:pPr>
              <w:spacing w:after="0" w:line="240" w:lineRule="auto"/>
              <w:jc w:val="center"/>
              <w:rPr>
                <w:noProof/>
                <w:sz w:val="20"/>
                <w:szCs w:val="20"/>
              </w:rPr>
            </w:pPr>
            <w:r w:rsidRPr="00F51F43">
              <w:rPr>
                <w:noProof/>
                <w:sz w:val="20"/>
                <w:szCs w:val="20"/>
              </w:rPr>
              <w:t>Druženje roditelja i djece uz igre povodom Dana obitelji</w:t>
            </w:r>
          </w:p>
        </w:tc>
        <w:tc>
          <w:tcPr>
            <w:tcW w:w="1649" w:type="dxa"/>
            <w:tcMar>
              <w:top w:w="80" w:type="dxa"/>
              <w:left w:w="80" w:type="dxa"/>
              <w:bottom w:w="80" w:type="dxa"/>
              <w:right w:w="80" w:type="dxa"/>
            </w:tcMar>
            <w:vAlign w:val="center"/>
          </w:tcPr>
          <w:p w14:paraId="35C10C14"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75073788" w14:textId="77777777" w:rsidTr="007C29E8">
        <w:trPr>
          <w:cantSplit/>
          <w:jc w:val="center"/>
        </w:trPr>
        <w:tc>
          <w:tcPr>
            <w:tcW w:w="3402" w:type="dxa"/>
            <w:tcMar>
              <w:top w:w="80" w:type="dxa"/>
              <w:left w:w="80" w:type="dxa"/>
              <w:bottom w:w="80" w:type="dxa"/>
              <w:right w:w="80" w:type="dxa"/>
            </w:tcMar>
            <w:vAlign w:val="center"/>
          </w:tcPr>
          <w:p w14:paraId="75F8FB30"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6BC95A58"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269BD031"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428EA2C5"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613441D3" w14:textId="77777777" w:rsidTr="007C29E8">
        <w:trPr>
          <w:cantSplit/>
          <w:jc w:val="center"/>
        </w:trPr>
        <w:tc>
          <w:tcPr>
            <w:tcW w:w="3402" w:type="dxa"/>
            <w:tcMar>
              <w:top w:w="80" w:type="dxa"/>
              <w:left w:w="80" w:type="dxa"/>
              <w:bottom w:w="80" w:type="dxa"/>
              <w:right w:w="80" w:type="dxa"/>
            </w:tcMar>
            <w:vAlign w:val="center"/>
          </w:tcPr>
          <w:p w14:paraId="30EA3FB0"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259A1057"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2271A56F" w14:textId="77777777" w:rsidR="00B83C0A" w:rsidRPr="00F51F43" w:rsidRDefault="00B83C0A" w:rsidP="00B83C0A">
            <w:pPr>
              <w:spacing w:after="0" w:line="240" w:lineRule="auto"/>
              <w:jc w:val="center"/>
              <w:rPr>
                <w:noProof/>
                <w:sz w:val="20"/>
                <w:szCs w:val="20"/>
              </w:rPr>
            </w:pPr>
            <w:r w:rsidRPr="00F51F43">
              <w:rPr>
                <w:noProof/>
                <w:sz w:val="20"/>
                <w:szCs w:val="20"/>
              </w:rPr>
              <w:t>Božićno druženje domjenak i kraći program za roditelje tombola</w:t>
            </w:r>
          </w:p>
        </w:tc>
        <w:tc>
          <w:tcPr>
            <w:tcW w:w="1649" w:type="dxa"/>
            <w:tcMar>
              <w:top w:w="80" w:type="dxa"/>
              <w:left w:w="80" w:type="dxa"/>
              <w:bottom w:w="80" w:type="dxa"/>
              <w:right w:w="80" w:type="dxa"/>
            </w:tcMar>
            <w:vAlign w:val="center"/>
          </w:tcPr>
          <w:p w14:paraId="7CE46644"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777551BE" w14:textId="77777777" w:rsidTr="007C29E8">
        <w:trPr>
          <w:cantSplit/>
          <w:jc w:val="center"/>
        </w:trPr>
        <w:tc>
          <w:tcPr>
            <w:tcW w:w="3402" w:type="dxa"/>
            <w:tcMar>
              <w:top w:w="80" w:type="dxa"/>
              <w:left w:w="80" w:type="dxa"/>
              <w:bottom w:w="80" w:type="dxa"/>
              <w:right w:w="80" w:type="dxa"/>
            </w:tcMar>
            <w:vAlign w:val="center"/>
          </w:tcPr>
          <w:p w14:paraId="2CCE3710"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7E231A81" w14:textId="77777777" w:rsidR="00B83C0A" w:rsidRPr="00F51F43" w:rsidRDefault="00B83C0A" w:rsidP="00B83C0A">
            <w:pPr>
              <w:spacing w:after="0" w:line="240" w:lineRule="auto"/>
              <w:jc w:val="center"/>
              <w:rPr>
                <w:noProof/>
                <w:sz w:val="20"/>
                <w:szCs w:val="20"/>
              </w:rPr>
            </w:pPr>
            <w:r w:rsidRPr="00F51F43">
              <w:rPr>
                <w:noProof/>
                <w:sz w:val="20"/>
                <w:szCs w:val="20"/>
              </w:rPr>
              <w:t>siječanj</w:t>
            </w:r>
          </w:p>
        </w:tc>
        <w:tc>
          <w:tcPr>
            <w:tcW w:w="5496" w:type="dxa"/>
            <w:tcMar>
              <w:top w:w="80" w:type="dxa"/>
              <w:left w:w="80" w:type="dxa"/>
              <w:bottom w:w="80" w:type="dxa"/>
              <w:right w:w="80" w:type="dxa"/>
            </w:tcMar>
            <w:vAlign w:val="center"/>
          </w:tcPr>
          <w:p w14:paraId="23BCC1D3" w14:textId="77777777" w:rsidR="00B83C0A" w:rsidRPr="00F51F43" w:rsidRDefault="00B83C0A" w:rsidP="00B83C0A">
            <w:pPr>
              <w:spacing w:after="0" w:line="240" w:lineRule="auto"/>
              <w:jc w:val="center"/>
              <w:rPr>
                <w:noProof/>
                <w:sz w:val="20"/>
                <w:szCs w:val="20"/>
              </w:rPr>
            </w:pPr>
            <w:r w:rsidRPr="00F51F43">
              <w:rPr>
                <w:noProof/>
                <w:sz w:val="20"/>
                <w:szCs w:val="20"/>
              </w:rPr>
              <w:t>Izrada kostima za maškare za djecu</w:t>
            </w:r>
          </w:p>
        </w:tc>
        <w:tc>
          <w:tcPr>
            <w:tcW w:w="1649" w:type="dxa"/>
            <w:tcMar>
              <w:top w:w="80" w:type="dxa"/>
              <w:left w:w="80" w:type="dxa"/>
              <w:bottom w:w="80" w:type="dxa"/>
              <w:right w:w="80" w:type="dxa"/>
            </w:tcMar>
            <w:vAlign w:val="center"/>
          </w:tcPr>
          <w:p w14:paraId="1B6471FA"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31BBD261" w14:textId="77777777" w:rsidTr="007C29E8">
        <w:trPr>
          <w:cantSplit/>
          <w:jc w:val="center"/>
        </w:trPr>
        <w:tc>
          <w:tcPr>
            <w:tcW w:w="3402" w:type="dxa"/>
            <w:tcMar>
              <w:top w:w="80" w:type="dxa"/>
              <w:left w:w="80" w:type="dxa"/>
              <w:bottom w:w="80" w:type="dxa"/>
              <w:right w:w="80" w:type="dxa"/>
            </w:tcMar>
            <w:vAlign w:val="center"/>
          </w:tcPr>
          <w:p w14:paraId="6ACDE2A0"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777C1706"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6E8C279B" w14:textId="77777777" w:rsidR="00B83C0A" w:rsidRPr="00F51F43" w:rsidRDefault="00B83C0A" w:rsidP="00B83C0A">
            <w:pPr>
              <w:spacing w:after="0" w:line="240" w:lineRule="auto"/>
              <w:jc w:val="center"/>
              <w:rPr>
                <w:noProof/>
                <w:sz w:val="20"/>
                <w:szCs w:val="20"/>
              </w:rPr>
            </w:pPr>
            <w:r w:rsidRPr="00F51F43">
              <w:rPr>
                <w:noProof/>
                <w:sz w:val="20"/>
                <w:szCs w:val="20"/>
              </w:rPr>
              <w:t>Uskrsna radionica</w:t>
            </w:r>
          </w:p>
        </w:tc>
        <w:tc>
          <w:tcPr>
            <w:tcW w:w="1649" w:type="dxa"/>
            <w:tcMar>
              <w:top w:w="80" w:type="dxa"/>
              <w:left w:w="80" w:type="dxa"/>
              <w:bottom w:w="80" w:type="dxa"/>
              <w:right w:w="80" w:type="dxa"/>
            </w:tcMar>
            <w:vAlign w:val="center"/>
          </w:tcPr>
          <w:p w14:paraId="11D84AD7"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7D096DF4" w14:textId="77777777" w:rsidTr="007C29E8">
        <w:trPr>
          <w:cantSplit/>
          <w:jc w:val="center"/>
        </w:trPr>
        <w:tc>
          <w:tcPr>
            <w:tcW w:w="3402" w:type="dxa"/>
            <w:tcMar>
              <w:top w:w="80" w:type="dxa"/>
              <w:left w:w="80" w:type="dxa"/>
              <w:bottom w:w="80" w:type="dxa"/>
              <w:right w:w="80" w:type="dxa"/>
            </w:tcMar>
            <w:vAlign w:val="center"/>
          </w:tcPr>
          <w:p w14:paraId="0D829687"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65D570DD"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4857B47D" w14:textId="77777777" w:rsidR="00B83C0A" w:rsidRPr="00F51F43" w:rsidRDefault="00B83C0A" w:rsidP="00B83C0A">
            <w:pPr>
              <w:spacing w:after="0" w:line="240" w:lineRule="auto"/>
              <w:jc w:val="center"/>
              <w:rPr>
                <w:noProof/>
                <w:sz w:val="20"/>
                <w:szCs w:val="20"/>
              </w:rPr>
            </w:pPr>
            <w:r w:rsidRPr="00F51F43">
              <w:rPr>
                <w:noProof/>
                <w:sz w:val="20"/>
                <w:szCs w:val="20"/>
              </w:rPr>
              <w:t>Međunarodni dan obitelji</w:t>
            </w:r>
          </w:p>
        </w:tc>
        <w:tc>
          <w:tcPr>
            <w:tcW w:w="1649" w:type="dxa"/>
            <w:tcMar>
              <w:top w:w="80" w:type="dxa"/>
              <w:left w:w="80" w:type="dxa"/>
              <w:bottom w:w="80" w:type="dxa"/>
              <w:right w:w="80" w:type="dxa"/>
            </w:tcMar>
            <w:vAlign w:val="center"/>
          </w:tcPr>
          <w:p w14:paraId="67B3EFF5" w14:textId="77777777" w:rsidR="00B83C0A" w:rsidRPr="00F51F43" w:rsidRDefault="00B83C0A" w:rsidP="00B83C0A">
            <w:pPr>
              <w:spacing w:after="0" w:line="240" w:lineRule="auto"/>
              <w:jc w:val="center"/>
              <w:rPr>
                <w:noProof/>
                <w:sz w:val="20"/>
                <w:szCs w:val="20"/>
              </w:rPr>
            </w:pPr>
            <w:r w:rsidRPr="00F51F43">
              <w:rPr>
                <w:noProof/>
                <w:sz w:val="20"/>
                <w:szCs w:val="20"/>
              </w:rPr>
              <w:t>Makići</w:t>
            </w:r>
          </w:p>
        </w:tc>
      </w:tr>
      <w:tr w:rsidR="00B83C0A" w:rsidRPr="00F51F43" w14:paraId="58B0066F" w14:textId="77777777" w:rsidTr="007C29E8">
        <w:trPr>
          <w:cantSplit/>
          <w:jc w:val="center"/>
        </w:trPr>
        <w:tc>
          <w:tcPr>
            <w:tcW w:w="3402" w:type="dxa"/>
            <w:tcMar>
              <w:top w:w="80" w:type="dxa"/>
              <w:left w:w="80" w:type="dxa"/>
              <w:bottom w:w="80" w:type="dxa"/>
              <w:right w:w="80" w:type="dxa"/>
            </w:tcMar>
            <w:vAlign w:val="center"/>
          </w:tcPr>
          <w:p w14:paraId="6DCC35AE"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4E3440C8" w14:textId="77777777" w:rsidR="00B83C0A" w:rsidRPr="00F51F43" w:rsidRDefault="00B83C0A" w:rsidP="00B83C0A">
            <w:pPr>
              <w:spacing w:after="0" w:line="240" w:lineRule="auto"/>
              <w:jc w:val="center"/>
              <w:rPr>
                <w:noProof/>
                <w:sz w:val="20"/>
                <w:szCs w:val="20"/>
              </w:rPr>
            </w:pPr>
            <w:r w:rsidRPr="00F51F43">
              <w:rPr>
                <w:noProof/>
                <w:sz w:val="20"/>
                <w:szCs w:val="20"/>
              </w:rPr>
              <w:t>lipanj</w:t>
            </w:r>
          </w:p>
        </w:tc>
        <w:tc>
          <w:tcPr>
            <w:tcW w:w="5496" w:type="dxa"/>
            <w:tcMar>
              <w:top w:w="80" w:type="dxa"/>
              <w:left w:w="80" w:type="dxa"/>
              <w:bottom w:w="80" w:type="dxa"/>
              <w:right w:w="80" w:type="dxa"/>
            </w:tcMar>
            <w:vAlign w:val="center"/>
          </w:tcPr>
          <w:p w14:paraId="45A61A23" w14:textId="77777777" w:rsidR="00B83C0A" w:rsidRPr="00F51F43" w:rsidRDefault="00B83C0A" w:rsidP="00B83C0A">
            <w:pPr>
              <w:spacing w:after="0" w:line="240" w:lineRule="auto"/>
              <w:jc w:val="center"/>
              <w:rPr>
                <w:noProof/>
                <w:sz w:val="20"/>
                <w:szCs w:val="20"/>
              </w:rPr>
            </w:pPr>
            <w:r w:rsidRPr="00F51F43">
              <w:rPr>
                <w:noProof/>
                <w:sz w:val="20"/>
                <w:szCs w:val="20"/>
              </w:rPr>
              <w:t>Završna svečanost</w:t>
            </w:r>
          </w:p>
        </w:tc>
        <w:tc>
          <w:tcPr>
            <w:tcW w:w="1649" w:type="dxa"/>
            <w:tcMar>
              <w:top w:w="80" w:type="dxa"/>
              <w:left w:w="80" w:type="dxa"/>
              <w:bottom w:w="80" w:type="dxa"/>
              <w:right w:w="80" w:type="dxa"/>
            </w:tcMar>
            <w:vAlign w:val="center"/>
          </w:tcPr>
          <w:p w14:paraId="1045969F" w14:textId="77777777" w:rsidR="00B83C0A" w:rsidRPr="00F51F43" w:rsidRDefault="00B83C0A" w:rsidP="00B83C0A">
            <w:pPr>
              <w:spacing w:after="0" w:line="240" w:lineRule="auto"/>
              <w:jc w:val="center"/>
              <w:rPr>
                <w:noProof/>
                <w:sz w:val="20"/>
                <w:szCs w:val="20"/>
              </w:rPr>
            </w:pPr>
            <w:r w:rsidRPr="00F51F43">
              <w:rPr>
                <w:noProof/>
                <w:sz w:val="20"/>
                <w:szCs w:val="20"/>
              </w:rPr>
              <w:t>Sve skupine DV „Ivančica“</w:t>
            </w:r>
          </w:p>
        </w:tc>
      </w:tr>
      <w:tr w:rsidR="00B83C0A" w:rsidRPr="00F51F43" w14:paraId="3D4A32DF" w14:textId="77777777" w:rsidTr="007C29E8">
        <w:trPr>
          <w:cantSplit/>
          <w:jc w:val="center"/>
        </w:trPr>
        <w:tc>
          <w:tcPr>
            <w:tcW w:w="3402" w:type="dxa"/>
            <w:tcMar>
              <w:top w:w="80" w:type="dxa"/>
              <w:left w:w="80" w:type="dxa"/>
              <w:bottom w:w="80" w:type="dxa"/>
              <w:right w:w="80" w:type="dxa"/>
            </w:tcMar>
            <w:vAlign w:val="center"/>
          </w:tcPr>
          <w:p w14:paraId="73F3C4C3"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69D05104"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77C1011C"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42547646" w14:textId="77777777" w:rsidR="00B83C0A" w:rsidRPr="00F51F43" w:rsidRDefault="00B83C0A" w:rsidP="00B83C0A">
            <w:pPr>
              <w:spacing w:after="0" w:line="240" w:lineRule="auto"/>
              <w:jc w:val="center"/>
              <w:rPr>
                <w:noProof/>
                <w:sz w:val="20"/>
                <w:szCs w:val="20"/>
              </w:rPr>
            </w:pPr>
            <w:r w:rsidRPr="00F51F43">
              <w:rPr>
                <w:noProof/>
                <w:sz w:val="20"/>
                <w:szCs w:val="20"/>
              </w:rPr>
              <w:t>Pčelice</w:t>
            </w:r>
          </w:p>
        </w:tc>
      </w:tr>
      <w:tr w:rsidR="00B83C0A" w:rsidRPr="00F51F43" w14:paraId="474B94E1" w14:textId="77777777" w:rsidTr="007C29E8">
        <w:trPr>
          <w:cantSplit/>
          <w:jc w:val="center"/>
        </w:trPr>
        <w:tc>
          <w:tcPr>
            <w:tcW w:w="3402" w:type="dxa"/>
            <w:tcMar>
              <w:top w:w="80" w:type="dxa"/>
              <w:left w:w="80" w:type="dxa"/>
              <w:bottom w:w="80" w:type="dxa"/>
              <w:right w:w="80" w:type="dxa"/>
            </w:tcMar>
            <w:vAlign w:val="center"/>
          </w:tcPr>
          <w:p w14:paraId="628E6DE0"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0D1A148D"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3C932776"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745DA338" w14:textId="77777777" w:rsidR="00B83C0A" w:rsidRPr="00F51F43" w:rsidRDefault="00B83C0A" w:rsidP="00B83C0A">
            <w:pPr>
              <w:spacing w:after="0" w:line="240" w:lineRule="auto"/>
              <w:jc w:val="center"/>
              <w:rPr>
                <w:noProof/>
                <w:sz w:val="20"/>
                <w:szCs w:val="20"/>
              </w:rPr>
            </w:pPr>
            <w:r w:rsidRPr="00F51F43">
              <w:rPr>
                <w:noProof/>
                <w:sz w:val="20"/>
                <w:szCs w:val="20"/>
              </w:rPr>
              <w:t>Pčelice</w:t>
            </w:r>
          </w:p>
        </w:tc>
      </w:tr>
      <w:tr w:rsidR="00B83C0A" w:rsidRPr="00F51F43" w14:paraId="0B7231AF" w14:textId="77777777" w:rsidTr="007C29E8">
        <w:trPr>
          <w:cantSplit/>
          <w:jc w:val="center"/>
        </w:trPr>
        <w:tc>
          <w:tcPr>
            <w:tcW w:w="3402" w:type="dxa"/>
            <w:tcMar>
              <w:top w:w="80" w:type="dxa"/>
              <w:left w:w="80" w:type="dxa"/>
              <w:bottom w:w="80" w:type="dxa"/>
              <w:right w:w="80" w:type="dxa"/>
            </w:tcMar>
            <w:vAlign w:val="center"/>
          </w:tcPr>
          <w:p w14:paraId="399B4731" w14:textId="77777777" w:rsidR="00B83C0A" w:rsidRPr="00F51F43" w:rsidRDefault="00B83C0A" w:rsidP="00B83C0A">
            <w:pPr>
              <w:spacing w:after="0" w:line="240" w:lineRule="auto"/>
              <w:jc w:val="center"/>
              <w:rPr>
                <w:noProof/>
                <w:sz w:val="20"/>
                <w:szCs w:val="20"/>
              </w:rPr>
            </w:pPr>
            <w:r w:rsidRPr="00F51F43">
              <w:rPr>
                <w:noProof/>
                <w:sz w:val="20"/>
                <w:szCs w:val="20"/>
              </w:rPr>
              <w:t>“Ivančica” Koprivnički Ivanec</w:t>
            </w:r>
          </w:p>
        </w:tc>
        <w:tc>
          <w:tcPr>
            <w:tcW w:w="1472" w:type="dxa"/>
            <w:tcMar>
              <w:top w:w="80" w:type="dxa"/>
              <w:left w:w="80" w:type="dxa"/>
              <w:bottom w:w="80" w:type="dxa"/>
              <w:right w:w="80" w:type="dxa"/>
            </w:tcMar>
            <w:vAlign w:val="center"/>
          </w:tcPr>
          <w:p w14:paraId="1506F945"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47959712" w14:textId="77777777" w:rsidR="00B83C0A" w:rsidRPr="00F51F43" w:rsidRDefault="007C29E8" w:rsidP="00B83C0A">
            <w:pPr>
              <w:spacing w:after="0" w:line="240" w:lineRule="auto"/>
              <w:jc w:val="center"/>
              <w:rPr>
                <w:noProof/>
                <w:sz w:val="20"/>
                <w:szCs w:val="20"/>
              </w:rPr>
            </w:pPr>
            <w:r w:rsidRPr="00F51F43">
              <w:rPr>
                <w:noProof/>
                <w:sz w:val="20"/>
                <w:szCs w:val="20"/>
              </w:rPr>
              <w:t>prema dogovoru</w:t>
            </w:r>
          </w:p>
        </w:tc>
        <w:tc>
          <w:tcPr>
            <w:tcW w:w="1649" w:type="dxa"/>
            <w:tcMar>
              <w:top w:w="80" w:type="dxa"/>
              <w:left w:w="80" w:type="dxa"/>
              <w:bottom w:w="80" w:type="dxa"/>
              <w:right w:w="80" w:type="dxa"/>
            </w:tcMar>
            <w:vAlign w:val="center"/>
          </w:tcPr>
          <w:p w14:paraId="50D1608F" w14:textId="77777777" w:rsidR="00B83C0A" w:rsidRPr="00F51F43" w:rsidRDefault="00B83C0A" w:rsidP="00B83C0A">
            <w:pPr>
              <w:spacing w:after="0" w:line="240" w:lineRule="auto"/>
              <w:jc w:val="center"/>
              <w:rPr>
                <w:noProof/>
                <w:sz w:val="20"/>
                <w:szCs w:val="20"/>
              </w:rPr>
            </w:pPr>
            <w:r w:rsidRPr="00F51F43">
              <w:rPr>
                <w:noProof/>
                <w:sz w:val="20"/>
                <w:szCs w:val="20"/>
              </w:rPr>
              <w:t>Pčelice</w:t>
            </w:r>
          </w:p>
        </w:tc>
      </w:tr>
      <w:tr w:rsidR="00B83C0A" w:rsidRPr="00F51F43" w14:paraId="7549A2A9" w14:textId="77777777" w:rsidTr="007C29E8">
        <w:trPr>
          <w:cantSplit/>
          <w:jc w:val="center"/>
        </w:trPr>
        <w:tc>
          <w:tcPr>
            <w:tcW w:w="3402" w:type="dxa"/>
            <w:tcMar>
              <w:top w:w="80" w:type="dxa"/>
              <w:left w:w="80" w:type="dxa"/>
              <w:bottom w:w="80" w:type="dxa"/>
              <w:right w:w="80" w:type="dxa"/>
            </w:tcMar>
            <w:vAlign w:val="center"/>
          </w:tcPr>
          <w:p w14:paraId="36E8B0FC"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17DA860C"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35552D50"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1FB81D52" w14:textId="77777777" w:rsidR="00B83C0A" w:rsidRPr="00F51F43" w:rsidRDefault="00B83C0A" w:rsidP="00B83C0A">
            <w:pPr>
              <w:spacing w:after="0" w:line="240" w:lineRule="auto"/>
              <w:jc w:val="center"/>
              <w:rPr>
                <w:noProof/>
                <w:sz w:val="20"/>
                <w:szCs w:val="20"/>
              </w:rPr>
            </w:pPr>
            <w:r w:rsidRPr="00F51F43">
              <w:rPr>
                <w:noProof/>
                <w:sz w:val="20"/>
                <w:szCs w:val="20"/>
              </w:rPr>
              <w:t>Bubamare</w:t>
            </w:r>
          </w:p>
        </w:tc>
      </w:tr>
      <w:tr w:rsidR="00B83C0A" w:rsidRPr="00F51F43" w14:paraId="29F08FB4" w14:textId="77777777" w:rsidTr="007C29E8">
        <w:trPr>
          <w:cantSplit/>
          <w:jc w:val="center"/>
        </w:trPr>
        <w:tc>
          <w:tcPr>
            <w:tcW w:w="3402" w:type="dxa"/>
            <w:tcMar>
              <w:top w:w="80" w:type="dxa"/>
              <w:left w:w="80" w:type="dxa"/>
              <w:bottom w:w="80" w:type="dxa"/>
              <w:right w:w="80" w:type="dxa"/>
            </w:tcMar>
            <w:vAlign w:val="center"/>
          </w:tcPr>
          <w:p w14:paraId="24F21F5D"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77A9F0E6" w14:textId="77777777" w:rsidR="00B83C0A" w:rsidRPr="00F51F43" w:rsidRDefault="00B83C0A" w:rsidP="00B83C0A">
            <w:pPr>
              <w:spacing w:after="0" w:line="240" w:lineRule="auto"/>
              <w:jc w:val="center"/>
              <w:rPr>
                <w:noProof/>
                <w:sz w:val="20"/>
                <w:szCs w:val="20"/>
              </w:rPr>
            </w:pPr>
            <w:r w:rsidRPr="00F51F43">
              <w:rPr>
                <w:noProof/>
                <w:sz w:val="20"/>
                <w:szCs w:val="20"/>
              </w:rPr>
              <w:t>travanj</w:t>
            </w:r>
          </w:p>
        </w:tc>
        <w:tc>
          <w:tcPr>
            <w:tcW w:w="5496" w:type="dxa"/>
            <w:tcMar>
              <w:top w:w="80" w:type="dxa"/>
              <w:left w:w="80" w:type="dxa"/>
              <w:bottom w:w="80" w:type="dxa"/>
              <w:right w:w="80" w:type="dxa"/>
            </w:tcMar>
            <w:vAlign w:val="center"/>
          </w:tcPr>
          <w:p w14:paraId="4D8B97A6" w14:textId="77777777" w:rsidR="00B83C0A" w:rsidRPr="00F51F43" w:rsidRDefault="00B83C0A" w:rsidP="00B83C0A">
            <w:pPr>
              <w:spacing w:after="0" w:line="240" w:lineRule="auto"/>
              <w:jc w:val="center"/>
              <w:rPr>
                <w:noProof/>
                <w:sz w:val="20"/>
                <w:szCs w:val="20"/>
              </w:rPr>
            </w:pPr>
            <w:r w:rsidRPr="00F51F43">
              <w:rPr>
                <w:noProof/>
                <w:sz w:val="20"/>
                <w:szCs w:val="20"/>
              </w:rPr>
              <w:t>Uskrsna radionica</w:t>
            </w:r>
          </w:p>
        </w:tc>
        <w:tc>
          <w:tcPr>
            <w:tcW w:w="1649" w:type="dxa"/>
            <w:tcMar>
              <w:top w:w="80" w:type="dxa"/>
              <w:left w:w="80" w:type="dxa"/>
              <w:bottom w:w="80" w:type="dxa"/>
              <w:right w:w="80" w:type="dxa"/>
            </w:tcMar>
            <w:vAlign w:val="center"/>
          </w:tcPr>
          <w:p w14:paraId="7F458AF3" w14:textId="77777777" w:rsidR="00B83C0A" w:rsidRPr="00F51F43" w:rsidRDefault="00B83C0A" w:rsidP="00B83C0A">
            <w:pPr>
              <w:spacing w:after="0" w:line="240" w:lineRule="auto"/>
              <w:jc w:val="center"/>
              <w:rPr>
                <w:noProof/>
                <w:sz w:val="20"/>
                <w:szCs w:val="20"/>
              </w:rPr>
            </w:pPr>
            <w:r w:rsidRPr="00F51F43">
              <w:rPr>
                <w:noProof/>
                <w:sz w:val="20"/>
                <w:szCs w:val="20"/>
              </w:rPr>
              <w:t>Bubamare</w:t>
            </w:r>
          </w:p>
        </w:tc>
      </w:tr>
      <w:tr w:rsidR="00B83C0A" w:rsidRPr="00F51F43" w14:paraId="45414297" w14:textId="77777777" w:rsidTr="007C29E8">
        <w:trPr>
          <w:cantSplit/>
          <w:jc w:val="center"/>
        </w:trPr>
        <w:tc>
          <w:tcPr>
            <w:tcW w:w="3402" w:type="dxa"/>
            <w:tcMar>
              <w:top w:w="80" w:type="dxa"/>
              <w:left w:w="80" w:type="dxa"/>
              <w:bottom w:w="80" w:type="dxa"/>
              <w:right w:w="80" w:type="dxa"/>
            </w:tcMar>
            <w:vAlign w:val="center"/>
          </w:tcPr>
          <w:p w14:paraId="0CC5B6F3"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1808317E" w14:textId="77777777" w:rsidR="00B83C0A" w:rsidRPr="00F51F43" w:rsidRDefault="00B83C0A" w:rsidP="00B83C0A">
            <w:pPr>
              <w:spacing w:after="0" w:line="240" w:lineRule="auto"/>
              <w:jc w:val="center"/>
              <w:rPr>
                <w:noProof/>
                <w:sz w:val="20"/>
                <w:szCs w:val="20"/>
              </w:rPr>
            </w:pPr>
            <w:r w:rsidRPr="00F51F43">
              <w:rPr>
                <w:noProof/>
                <w:sz w:val="20"/>
                <w:szCs w:val="20"/>
              </w:rPr>
              <w:t>lipanj</w:t>
            </w:r>
          </w:p>
        </w:tc>
        <w:tc>
          <w:tcPr>
            <w:tcW w:w="5496" w:type="dxa"/>
            <w:tcMar>
              <w:top w:w="80" w:type="dxa"/>
              <w:left w:w="80" w:type="dxa"/>
              <w:bottom w:w="80" w:type="dxa"/>
              <w:right w:w="80" w:type="dxa"/>
            </w:tcMar>
            <w:vAlign w:val="center"/>
          </w:tcPr>
          <w:p w14:paraId="0D5F5E82" w14:textId="77777777" w:rsidR="00B83C0A" w:rsidRPr="00F51F43" w:rsidRDefault="00B83C0A" w:rsidP="00B83C0A">
            <w:pPr>
              <w:spacing w:after="0" w:line="240" w:lineRule="auto"/>
              <w:jc w:val="center"/>
              <w:rPr>
                <w:noProof/>
                <w:sz w:val="20"/>
                <w:szCs w:val="20"/>
              </w:rPr>
            </w:pPr>
            <w:r w:rsidRPr="00F51F43">
              <w:rPr>
                <w:noProof/>
                <w:sz w:val="20"/>
                <w:szCs w:val="20"/>
              </w:rPr>
              <w:t>Završna svečanost</w:t>
            </w:r>
          </w:p>
        </w:tc>
        <w:tc>
          <w:tcPr>
            <w:tcW w:w="1649" w:type="dxa"/>
            <w:tcMar>
              <w:top w:w="80" w:type="dxa"/>
              <w:left w:w="80" w:type="dxa"/>
              <w:bottom w:w="80" w:type="dxa"/>
              <w:right w:w="80" w:type="dxa"/>
            </w:tcMar>
            <w:vAlign w:val="center"/>
          </w:tcPr>
          <w:p w14:paraId="1EB94964" w14:textId="77777777" w:rsidR="00B83C0A" w:rsidRPr="00F51F43" w:rsidRDefault="00B83C0A" w:rsidP="00B83C0A">
            <w:pPr>
              <w:spacing w:after="0" w:line="240" w:lineRule="auto"/>
              <w:jc w:val="center"/>
              <w:rPr>
                <w:noProof/>
                <w:sz w:val="20"/>
                <w:szCs w:val="20"/>
              </w:rPr>
            </w:pPr>
            <w:r w:rsidRPr="00F51F43">
              <w:rPr>
                <w:noProof/>
                <w:sz w:val="20"/>
                <w:szCs w:val="20"/>
              </w:rPr>
              <w:t>Bubamare</w:t>
            </w:r>
          </w:p>
        </w:tc>
      </w:tr>
      <w:tr w:rsidR="00B83C0A" w:rsidRPr="00F51F43" w14:paraId="074BA065" w14:textId="77777777" w:rsidTr="007C29E8">
        <w:trPr>
          <w:cantSplit/>
          <w:jc w:val="center"/>
        </w:trPr>
        <w:tc>
          <w:tcPr>
            <w:tcW w:w="3402" w:type="dxa"/>
            <w:tcMar>
              <w:top w:w="80" w:type="dxa"/>
              <w:left w:w="80" w:type="dxa"/>
              <w:bottom w:w="80" w:type="dxa"/>
              <w:right w:w="80" w:type="dxa"/>
            </w:tcMar>
            <w:vAlign w:val="center"/>
          </w:tcPr>
          <w:p w14:paraId="73A47CB6"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08513480"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2E57D902"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7B2CF8A4" w14:textId="77777777" w:rsidR="00B83C0A" w:rsidRPr="00F51F43" w:rsidRDefault="00B83C0A" w:rsidP="00B83C0A">
            <w:pPr>
              <w:spacing w:after="0" w:line="240" w:lineRule="auto"/>
              <w:jc w:val="center"/>
              <w:rPr>
                <w:noProof/>
                <w:sz w:val="20"/>
                <w:szCs w:val="20"/>
              </w:rPr>
            </w:pPr>
            <w:r w:rsidRPr="00F51F43">
              <w:rPr>
                <w:noProof/>
                <w:sz w:val="20"/>
                <w:szCs w:val="20"/>
              </w:rPr>
              <w:t>Krijesnice</w:t>
            </w:r>
          </w:p>
        </w:tc>
      </w:tr>
      <w:tr w:rsidR="00B83C0A" w:rsidRPr="00F51F43" w14:paraId="20F6CE89" w14:textId="77777777" w:rsidTr="007C29E8">
        <w:trPr>
          <w:cantSplit/>
          <w:jc w:val="center"/>
        </w:trPr>
        <w:tc>
          <w:tcPr>
            <w:tcW w:w="3402" w:type="dxa"/>
            <w:tcMar>
              <w:top w:w="80" w:type="dxa"/>
              <w:left w:w="80" w:type="dxa"/>
              <w:bottom w:w="80" w:type="dxa"/>
              <w:right w:w="80" w:type="dxa"/>
            </w:tcMar>
            <w:vAlign w:val="center"/>
          </w:tcPr>
          <w:p w14:paraId="7B54FD0F"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067D1566"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07AAA1BB" w14:textId="77777777" w:rsidR="00B83C0A" w:rsidRPr="00F51F43" w:rsidRDefault="00B83C0A" w:rsidP="00B83C0A">
            <w:pPr>
              <w:spacing w:after="0" w:line="240" w:lineRule="auto"/>
              <w:jc w:val="center"/>
              <w:rPr>
                <w:noProof/>
                <w:sz w:val="20"/>
                <w:szCs w:val="20"/>
              </w:rPr>
            </w:pPr>
            <w:r w:rsidRPr="00F51F43">
              <w:rPr>
                <w:noProof/>
                <w:sz w:val="20"/>
                <w:szCs w:val="20"/>
              </w:rPr>
              <w:t>Dani kruha</w:t>
            </w:r>
          </w:p>
        </w:tc>
        <w:tc>
          <w:tcPr>
            <w:tcW w:w="1649" w:type="dxa"/>
            <w:tcMar>
              <w:top w:w="80" w:type="dxa"/>
              <w:left w:w="80" w:type="dxa"/>
              <w:bottom w:w="80" w:type="dxa"/>
              <w:right w:w="80" w:type="dxa"/>
            </w:tcMar>
            <w:vAlign w:val="center"/>
          </w:tcPr>
          <w:p w14:paraId="380B34D6" w14:textId="77777777" w:rsidR="00B83C0A" w:rsidRPr="00F51F43" w:rsidRDefault="00B83C0A" w:rsidP="00B83C0A">
            <w:pPr>
              <w:spacing w:after="0" w:line="240" w:lineRule="auto"/>
              <w:jc w:val="center"/>
              <w:rPr>
                <w:noProof/>
                <w:sz w:val="20"/>
                <w:szCs w:val="20"/>
              </w:rPr>
            </w:pPr>
            <w:r w:rsidRPr="00F51F43">
              <w:rPr>
                <w:noProof/>
                <w:sz w:val="20"/>
                <w:szCs w:val="20"/>
              </w:rPr>
              <w:t>Krijesnice</w:t>
            </w:r>
          </w:p>
        </w:tc>
      </w:tr>
      <w:tr w:rsidR="00B83C0A" w:rsidRPr="00F51F43" w14:paraId="18F9E542" w14:textId="77777777" w:rsidTr="007C29E8">
        <w:trPr>
          <w:cantSplit/>
          <w:jc w:val="center"/>
        </w:trPr>
        <w:tc>
          <w:tcPr>
            <w:tcW w:w="3402" w:type="dxa"/>
            <w:tcMar>
              <w:top w:w="80" w:type="dxa"/>
              <w:left w:w="80" w:type="dxa"/>
              <w:bottom w:w="80" w:type="dxa"/>
              <w:right w:w="80" w:type="dxa"/>
            </w:tcMar>
            <w:vAlign w:val="center"/>
          </w:tcPr>
          <w:p w14:paraId="375E1A9D"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302FBF65"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32CE4EAC"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2FACF32D" w14:textId="77777777" w:rsidR="00B83C0A" w:rsidRPr="00F51F43" w:rsidRDefault="00B83C0A" w:rsidP="00B83C0A">
            <w:pPr>
              <w:spacing w:after="0" w:line="240" w:lineRule="auto"/>
              <w:jc w:val="center"/>
              <w:rPr>
                <w:noProof/>
                <w:sz w:val="20"/>
                <w:szCs w:val="20"/>
              </w:rPr>
            </w:pPr>
            <w:r w:rsidRPr="00F51F43">
              <w:rPr>
                <w:noProof/>
                <w:sz w:val="20"/>
                <w:szCs w:val="20"/>
              </w:rPr>
              <w:t>Krijesnice</w:t>
            </w:r>
          </w:p>
        </w:tc>
      </w:tr>
      <w:tr w:rsidR="00B83C0A" w:rsidRPr="00F51F43" w14:paraId="4791FFDD" w14:textId="77777777" w:rsidTr="007C29E8">
        <w:trPr>
          <w:cantSplit/>
          <w:jc w:val="center"/>
        </w:trPr>
        <w:tc>
          <w:tcPr>
            <w:tcW w:w="3402" w:type="dxa"/>
            <w:tcMar>
              <w:top w:w="80" w:type="dxa"/>
              <w:left w:w="80" w:type="dxa"/>
              <w:bottom w:w="80" w:type="dxa"/>
              <w:right w:w="80" w:type="dxa"/>
            </w:tcMar>
            <w:vAlign w:val="center"/>
          </w:tcPr>
          <w:p w14:paraId="45DCDBA2"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44E2BAB4"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492177F6" w14:textId="77777777" w:rsidR="00B83C0A" w:rsidRPr="00F51F43" w:rsidRDefault="00B83C0A" w:rsidP="00B83C0A">
            <w:pPr>
              <w:spacing w:after="0" w:line="240" w:lineRule="auto"/>
              <w:jc w:val="center"/>
              <w:rPr>
                <w:noProof/>
                <w:sz w:val="20"/>
                <w:szCs w:val="20"/>
              </w:rPr>
            </w:pPr>
            <w:r w:rsidRPr="00F51F43">
              <w:rPr>
                <w:noProof/>
                <w:sz w:val="20"/>
                <w:szCs w:val="20"/>
              </w:rPr>
              <w:t>Uskrsna radionica</w:t>
            </w:r>
          </w:p>
        </w:tc>
        <w:tc>
          <w:tcPr>
            <w:tcW w:w="1649" w:type="dxa"/>
            <w:tcMar>
              <w:top w:w="80" w:type="dxa"/>
              <w:left w:w="80" w:type="dxa"/>
              <w:bottom w:w="80" w:type="dxa"/>
              <w:right w:w="80" w:type="dxa"/>
            </w:tcMar>
            <w:vAlign w:val="center"/>
          </w:tcPr>
          <w:p w14:paraId="2403F9C7" w14:textId="77777777" w:rsidR="00B83C0A" w:rsidRPr="00F51F43" w:rsidRDefault="00B83C0A" w:rsidP="00B83C0A">
            <w:pPr>
              <w:spacing w:after="0" w:line="240" w:lineRule="auto"/>
              <w:jc w:val="center"/>
              <w:rPr>
                <w:noProof/>
                <w:sz w:val="20"/>
                <w:szCs w:val="20"/>
              </w:rPr>
            </w:pPr>
            <w:r w:rsidRPr="00F51F43">
              <w:rPr>
                <w:noProof/>
                <w:sz w:val="20"/>
                <w:szCs w:val="20"/>
              </w:rPr>
              <w:t>Krijesnice</w:t>
            </w:r>
          </w:p>
        </w:tc>
      </w:tr>
      <w:tr w:rsidR="00B83C0A" w:rsidRPr="00F51F43" w14:paraId="05B98F07" w14:textId="77777777" w:rsidTr="007C29E8">
        <w:trPr>
          <w:cantSplit/>
          <w:jc w:val="center"/>
        </w:trPr>
        <w:tc>
          <w:tcPr>
            <w:tcW w:w="3402" w:type="dxa"/>
            <w:tcMar>
              <w:top w:w="80" w:type="dxa"/>
              <w:left w:w="80" w:type="dxa"/>
              <w:bottom w:w="80" w:type="dxa"/>
              <w:right w:w="80" w:type="dxa"/>
            </w:tcMar>
            <w:vAlign w:val="center"/>
          </w:tcPr>
          <w:p w14:paraId="4711A072"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0A45031E" w14:textId="77777777" w:rsidR="00B83C0A" w:rsidRPr="00F51F43" w:rsidRDefault="00B83C0A" w:rsidP="00B83C0A">
            <w:pPr>
              <w:spacing w:after="0" w:line="240" w:lineRule="auto"/>
              <w:jc w:val="center"/>
              <w:rPr>
                <w:noProof/>
                <w:sz w:val="20"/>
                <w:szCs w:val="20"/>
              </w:rPr>
            </w:pPr>
            <w:r w:rsidRPr="00F51F43">
              <w:rPr>
                <w:noProof/>
                <w:sz w:val="20"/>
                <w:szCs w:val="20"/>
              </w:rPr>
              <w:t>svibanj</w:t>
            </w:r>
          </w:p>
        </w:tc>
        <w:tc>
          <w:tcPr>
            <w:tcW w:w="5496" w:type="dxa"/>
            <w:tcMar>
              <w:top w:w="80" w:type="dxa"/>
              <w:left w:w="80" w:type="dxa"/>
              <w:bottom w:w="80" w:type="dxa"/>
              <w:right w:w="80" w:type="dxa"/>
            </w:tcMar>
            <w:vAlign w:val="center"/>
          </w:tcPr>
          <w:p w14:paraId="1495573D" w14:textId="77777777" w:rsidR="00B83C0A" w:rsidRPr="00F51F43" w:rsidRDefault="00B83C0A" w:rsidP="00B83C0A">
            <w:pPr>
              <w:spacing w:after="0" w:line="240" w:lineRule="auto"/>
              <w:jc w:val="center"/>
              <w:rPr>
                <w:noProof/>
                <w:sz w:val="20"/>
                <w:szCs w:val="20"/>
              </w:rPr>
            </w:pPr>
            <w:r w:rsidRPr="00F51F43">
              <w:rPr>
                <w:noProof/>
                <w:sz w:val="20"/>
                <w:szCs w:val="20"/>
              </w:rPr>
              <w:t>Druženje za kraj pedagoške godine</w:t>
            </w:r>
          </w:p>
        </w:tc>
        <w:tc>
          <w:tcPr>
            <w:tcW w:w="1649" w:type="dxa"/>
            <w:tcMar>
              <w:top w:w="80" w:type="dxa"/>
              <w:left w:w="80" w:type="dxa"/>
              <w:bottom w:w="80" w:type="dxa"/>
              <w:right w:w="80" w:type="dxa"/>
            </w:tcMar>
            <w:vAlign w:val="center"/>
          </w:tcPr>
          <w:p w14:paraId="4040819F" w14:textId="77777777" w:rsidR="00B83C0A" w:rsidRPr="00F51F43" w:rsidRDefault="00B83C0A" w:rsidP="00B83C0A">
            <w:pPr>
              <w:spacing w:after="0" w:line="240" w:lineRule="auto"/>
              <w:jc w:val="center"/>
              <w:rPr>
                <w:noProof/>
                <w:sz w:val="20"/>
                <w:szCs w:val="20"/>
              </w:rPr>
            </w:pPr>
            <w:r w:rsidRPr="00F51F43">
              <w:rPr>
                <w:noProof/>
                <w:sz w:val="20"/>
                <w:szCs w:val="20"/>
              </w:rPr>
              <w:t>Krijesnice</w:t>
            </w:r>
          </w:p>
        </w:tc>
      </w:tr>
      <w:tr w:rsidR="00B83C0A" w:rsidRPr="00F51F43" w14:paraId="6A27C90D" w14:textId="77777777" w:rsidTr="007C29E8">
        <w:trPr>
          <w:cantSplit/>
          <w:jc w:val="center"/>
        </w:trPr>
        <w:tc>
          <w:tcPr>
            <w:tcW w:w="3402" w:type="dxa"/>
            <w:tcMar>
              <w:top w:w="80" w:type="dxa"/>
              <w:left w:w="80" w:type="dxa"/>
              <w:bottom w:w="80" w:type="dxa"/>
              <w:right w:w="80" w:type="dxa"/>
            </w:tcMar>
            <w:vAlign w:val="center"/>
          </w:tcPr>
          <w:p w14:paraId="3AB09FFD" w14:textId="77777777" w:rsidR="00B83C0A" w:rsidRPr="00F51F43" w:rsidRDefault="00B83C0A" w:rsidP="00B83C0A">
            <w:pPr>
              <w:spacing w:after="0" w:line="240" w:lineRule="auto"/>
              <w:jc w:val="center"/>
              <w:rPr>
                <w:noProof/>
                <w:sz w:val="20"/>
                <w:szCs w:val="20"/>
              </w:rPr>
            </w:pPr>
            <w:r w:rsidRPr="00F51F43">
              <w:rPr>
                <w:noProof/>
                <w:sz w:val="20"/>
                <w:szCs w:val="20"/>
              </w:rPr>
              <w:lastRenderedPageBreak/>
              <w:t>“Dabrić” Legrad</w:t>
            </w:r>
          </w:p>
        </w:tc>
        <w:tc>
          <w:tcPr>
            <w:tcW w:w="1472" w:type="dxa"/>
            <w:tcMar>
              <w:top w:w="80" w:type="dxa"/>
              <w:left w:w="80" w:type="dxa"/>
              <w:bottom w:w="80" w:type="dxa"/>
              <w:right w:w="80" w:type="dxa"/>
            </w:tcMar>
            <w:vAlign w:val="center"/>
          </w:tcPr>
          <w:p w14:paraId="24F67957"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1E99BC93"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0AE40F33"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3E92D55D" w14:textId="77777777" w:rsidTr="007C29E8">
        <w:trPr>
          <w:cantSplit/>
          <w:jc w:val="center"/>
        </w:trPr>
        <w:tc>
          <w:tcPr>
            <w:tcW w:w="3402" w:type="dxa"/>
            <w:tcMar>
              <w:top w:w="80" w:type="dxa"/>
              <w:left w:w="80" w:type="dxa"/>
              <w:bottom w:w="80" w:type="dxa"/>
              <w:right w:w="80" w:type="dxa"/>
            </w:tcMar>
            <w:vAlign w:val="center"/>
          </w:tcPr>
          <w:p w14:paraId="1358FA67"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578AEC80" w14:textId="77777777" w:rsidR="00B83C0A" w:rsidRPr="00F51F43" w:rsidRDefault="00B83C0A" w:rsidP="00B83C0A">
            <w:pPr>
              <w:spacing w:after="0" w:line="240" w:lineRule="auto"/>
              <w:jc w:val="center"/>
              <w:rPr>
                <w:noProof/>
                <w:sz w:val="20"/>
                <w:szCs w:val="20"/>
              </w:rPr>
            </w:pPr>
            <w:r w:rsidRPr="00F51F43">
              <w:rPr>
                <w:noProof/>
                <w:sz w:val="20"/>
                <w:szCs w:val="20"/>
              </w:rPr>
              <w:t>travanj</w:t>
            </w:r>
          </w:p>
        </w:tc>
        <w:tc>
          <w:tcPr>
            <w:tcW w:w="5496" w:type="dxa"/>
            <w:tcMar>
              <w:top w:w="80" w:type="dxa"/>
              <w:left w:w="80" w:type="dxa"/>
              <w:bottom w:w="80" w:type="dxa"/>
              <w:right w:w="80" w:type="dxa"/>
            </w:tcMar>
            <w:vAlign w:val="center"/>
          </w:tcPr>
          <w:p w14:paraId="079FD55A" w14:textId="77777777" w:rsidR="00B83C0A" w:rsidRPr="00F51F43" w:rsidRDefault="00B83C0A" w:rsidP="00B83C0A">
            <w:pPr>
              <w:spacing w:after="0" w:line="240" w:lineRule="auto"/>
              <w:jc w:val="center"/>
              <w:rPr>
                <w:noProof/>
                <w:sz w:val="20"/>
                <w:szCs w:val="20"/>
              </w:rPr>
            </w:pPr>
            <w:r w:rsidRPr="00F51F43">
              <w:rPr>
                <w:noProof/>
                <w:sz w:val="20"/>
                <w:szCs w:val="20"/>
              </w:rPr>
              <w:t>Uskrsna radionica</w:t>
            </w:r>
          </w:p>
        </w:tc>
        <w:tc>
          <w:tcPr>
            <w:tcW w:w="1649" w:type="dxa"/>
            <w:tcMar>
              <w:top w:w="80" w:type="dxa"/>
              <w:left w:w="80" w:type="dxa"/>
              <w:bottom w:w="80" w:type="dxa"/>
              <w:right w:w="80" w:type="dxa"/>
            </w:tcMar>
            <w:vAlign w:val="center"/>
          </w:tcPr>
          <w:p w14:paraId="19C891EC"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71087716" w14:textId="77777777" w:rsidTr="007C29E8">
        <w:trPr>
          <w:cantSplit/>
          <w:jc w:val="center"/>
        </w:trPr>
        <w:tc>
          <w:tcPr>
            <w:tcW w:w="3402" w:type="dxa"/>
            <w:tcMar>
              <w:top w:w="80" w:type="dxa"/>
              <w:left w:w="80" w:type="dxa"/>
              <w:bottom w:w="80" w:type="dxa"/>
              <w:right w:w="80" w:type="dxa"/>
            </w:tcMar>
            <w:vAlign w:val="center"/>
          </w:tcPr>
          <w:p w14:paraId="22102754"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60C1937C" w14:textId="77777777" w:rsidR="00B83C0A" w:rsidRPr="00F51F43" w:rsidRDefault="00B83C0A" w:rsidP="00B83C0A">
            <w:pPr>
              <w:spacing w:after="0" w:line="240" w:lineRule="auto"/>
              <w:jc w:val="center"/>
              <w:rPr>
                <w:noProof/>
                <w:sz w:val="20"/>
                <w:szCs w:val="20"/>
              </w:rPr>
            </w:pPr>
            <w:r w:rsidRPr="00F51F43">
              <w:rPr>
                <w:noProof/>
                <w:sz w:val="20"/>
                <w:szCs w:val="20"/>
              </w:rPr>
              <w:t>lipanj</w:t>
            </w:r>
          </w:p>
        </w:tc>
        <w:tc>
          <w:tcPr>
            <w:tcW w:w="5496" w:type="dxa"/>
            <w:tcMar>
              <w:top w:w="80" w:type="dxa"/>
              <w:left w:w="80" w:type="dxa"/>
              <w:bottom w:w="80" w:type="dxa"/>
              <w:right w:w="80" w:type="dxa"/>
            </w:tcMar>
            <w:vAlign w:val="center"/>
          </w:tcPr>
          <w:p w14:paraId="7D43F14E" w14:textId="77777777" w:rsidR="00B83C0A" w:rsidRPr="00F51F43" w:rsidRDefault="00B83C0A" w:rsidP="00B83C0A">
            <w:pPr>
              <w:spacing w:after="0" w:line="240" w:lineRule="auto"/>
              <w:jc w:val="center"/>
              <w:rPr>
                <w:noProof/>
                <w:sz w:val="20"/>
                <w:szCs w:val="20"/>
              </w:rPr>
            </w:pPr>
            <w:r w:rsidRPr="00F51F43">
              <w:rPr>
                <w:noProof/>
                <w:sz w:val="20"/>
                <w:szCs w:val="20"/>
              </w:rPr>
              <w:t>Završna svečanost</w:t>
            </w:r>
          </w:p>
        </w:tc>
        <w:tc>
          <w:tcPr>
            <w:tcW w:w="1649" w:type="dxa"/>
            <w:tcMar>
              <w:top w:w="80" w:type="dxa"/>
              <w:left w:w="80" w:type="dxa"/>
              <w:bottom w:w="80" w:type="dxa"/>
              <w:right w:w="80" w:type="dxa"/>
            </w:tcMar>
            <w:vAlign w:val="center"/>
          </w:tcPr>
          <w:p w14:paraId="328D47CE" w14:textId="77777777" w:rsidR="00B83C0A" w:rsidRPr="00F51F43" w:rsidRDefault="00B83C0A" w:rsidP="00B83C0A">
            <w:pPr>
              <w:spacing w:after="0" w:line="240" w:lineRule="auto"/>
              <w:jc w:val="center"/>
              <w:rPr>
                <w:noProof/>
                <w:sz w:val="20"/>
                <w:szCs w:val="20"/>
              </w:rPr>
            </w:pPr>
            <w:r w:rsidRPr="00F51F43">
              <w:rPr>
                <w:noProof/>
                <w:sz w:val="20"/>
                <w:szCs w:val="20"/>
              </w:rPr>
              <w:t>Leptirići</w:t>
            </w:r>
          </w:p>
        </w:tc>
      </w:tr>
      <w:tr w:rsidR="00B83C0A" w:rsidRPr="00F51F43" w14:paraId="214A0A2E" w14:textId="77777777" w:rsidTr="007C29E8">
        <w:trPr>
          <w:cantSplit/>
          <w:jc w:val="center"/>
        </w:trPr>
        <w:tc>
          <w:tcPr>
            <w:tcW w:w="3402" w:type="dxa"/>
            <w:tcMar>
              <w:top w:w="80" w:type="dxa"/>
              <w:left w:w="80" w:type="dxa"/>
              <w:bottom w:w="80" w:type="dxa"/>
              <w:right w:w="80" w:type="dxa"/>
            </w:tcMar>
            <w:vAlign w:val="center"/>
          </w:tcPr>
          <w:p w14:paraId="6CCD6B3E"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1F982B3A" w14:textId="77777777" w:rsidR="00B83C0A" w:rsidRPr="00F51F43" w:rsidRDefault="00B83C0A" w:rsidP="00B83C0A">
            <w:pPr>
              <w:spacing w:after="0" w:line="240" w:lineRule="auto"/>
              <w:jc w:val="center"/>
              <w:rPr>
                <w:noProof/>
                <w:sz w:val="20"/>
                <w:szCs w:val="20"/>
              </w:rPr>
            </w:pPr>
            <w:r w:rsidRPr="00F51F43">
              <w:rPr>
                <w:noProof/>
                <w:sz w:val="20"/>
                <w:szCs w:val="20"/>
              </w:rPr>
              <w:t>listopad</w:t>
            </w:r>
          </w:p>
        </w:tc>
        <w:tc>
          <w:tcPr>
            <w:tcW w:w="5496" w:type="dxa"/>
            <w:tcMar>
              <w:top w:w="80" w:type="dxa"/>
              <w:left w:w="80" w:type="dxa"/>
              <w:bottom w:w="80" w:type="dxa"/>
              <w:right w:w="80" w:type="dxa"/>
            </w:tcMar>
            <w:vAlign w:val="center"/>
          </w:tcPr>
          <w:p w14:paraId="2BBF13BB" w14:textId="77777777" w:rsidR="00B83C0A" w:rsidRPr="00F51F43" w:rsidRDefault="00B83C0A" w:rsidP="00B83C0A">
            <w:pPr>
              <w:spacing w:after="0" w:line="240" w:lineRule="auto"/>
              <w:jc w:val="center"/>
              <w:rPr>
                <w:noProof/>
                <w:sz w:val="20"/>
                <w:szCs w:val="20"/>
              </w:rPr>
            </w:pPr>
            <w:r w:rsidRPr="00F51F43">
              <w:rPr>
                <w:noProof/>
                <w:sz w:val="20"/>
                <w:szCs w:val="20"/>
              </w:rPr>
              <w:t>Kestenijada</w:t>
            </w:r>
          </w:p>
        </w:tc>
        <w:tc>
          <w:tcPr>
            <w:tcW w:w="1649" w:type="dxa"/>
            <w:tcMar>
              <w:top w:w="80" w:type="dxa"/>
              <w:left w:w="80" w:type="dxa"/>
              <w:bottom w:w="80" w:type="dxa"/>
              <w:right w:w="80" w:type="dxa"/>
            </w:tcMar>
            <w:vAlign w:val="center"/>
          </w:tcPr>
          <w:p w14:paraId="5C64C798" w14:textId="77777777" w:rsidR="00B83C0A" w:rsidRPr="00F51F43" w:rsidRDefault="00B83C0A" w:rsidP="00B83C0A">
            <w:pPr>
              <w:spacing w:after="0" w:line="240" w:lineRule="auto"/>
              <w:jc w:val="center"/>
              <w:rPr>
                <w:noProof/>
                <w:sz w:val="20"/>
                <w:szCs w:val="20"/>
              </w:rPr>
            </w:pPr>
            <w:r w:rsidRPr="00F51F43">
              <w:rPr>
                <w:noProof/>
                <w:sz w:val="20"/>
                <w:szCs w:val="20"/>
              </w:rPr>
              <w:t>Pčelice</w:t>
            </w:r>
          </w:p>
        </w:tc>
      </w:tr>
      <w:tr w:rsidR="00B83C0A" w:rsidRPr="00F51F43" w14:paraId="69ED9347" w14:textId="77777777" w:rsidTr="007C29E8">
        <w:trPr>
          <w:cantSplit/>
          <w:jc w:val="center"/>
        </w:trPr>
        <w:tc>
          <w:tcPr>
            <w:tcW w:w="3402" w:type="dxa"/>
            <w:tcMar>
              <w:top w:w="80" w:type="dxa"/>
              <w:left w:w="80" w:type="dxa"/>
              <w:bottom w:w="80" w:type="dxa"/>
              <w:right w:w="80" w:type="dxa"/>
            </w:tcMar>
            <w:vAlign w:val="center"/>
          </w:tcPr>
          <w:p w14:paraId="30755922"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20E93FB3" w14:textId="77777777" w:rsidR="00B83C0A" w:rsidRPr="00F51F43" w:rsidRDefault="00B83C0A" w:rsidP="00B83C0A">
            <w:pPr>
              <w:spacing w:after="0" w:line="240" w:lineRule="auto"/>
              <w:jc w:val="center"/>
              <w:rPr>
                <w:noProof/>
                <w:sz w:val="20"/>
                <w:szCs w:val="20"/>
              </w:rPr>
            </w:pPr>
            <w:r w:rsidRPr="00F51F43">
              <w:rPr>
                <w:noProof/>
                <w:sz w:val="20"/>
                <w:szCs w:val="20"/>
              </w:rPr>
              <w:t>prosinac</w:t>
            </w:r>
          </w:p>
        </w:tc>
        <w:tc>
          <w:tcPr>
            <w:tcW w:w="5496" w:type="dxa"/>
            <w:tcMar>
              <w:top w:w="80" w:type="dxa"/>
              <w:left w:w="80" w:type="dxa"/>
              <w:bottom w:w="80" w:type="dxa"/>
              <w:right w:w="80" w:type="dxa"/>
            </w:tcMar>
            <w:vAlign w:val="center"/>
          </w:tcPr>
          <w:p w14:paraId="2F3D8168" w14:textId="77777777" w:rsidR="00B83C0A" w:rsidRPr="00F51F43" w:rsidRDefault="00B83C0A" w:rsidP="00B83C0A">
            <w:pPr>
              <w:spacing w:after="0" w:line="240" w:lineRule="auto"/>
              <w:jc w:val="center"/>
              <w:rPr>
                <w:noProof/>
                <w:sz w:val="20"/>
                <w:szCs w:val="20"/>
              </w:rPr>
            </w:pPr>
            <w:r w:rsidRPr="00F51F43">
              <w:rPr>
                <w:noProof/>
                <w:sz w:val="20"/>
                <w:szCs w:val="20"/>
              </w:rPr>
              <w:t>Božićna radionica</w:t>
            </w:r>
          </w:p>
        </w:tc>
        <w:tc>
          <w:tcPr>
            <w:tcW w:w="1649" w:type="dxa"/>
            <w:tcMar>
              <w:top w:w="80" w:type="dxa"/>
              <w:left w:w="80" w:type="dxa"/>
              <w:bottom w:w="80" w:type="dxa"/>
              <w:right w:w="80" w:type="dxa"/>
            </w:tcMar>
            <w:vAlign w:val="center"/>
          </w:tcPr>
          <w:p w14:paraId="659A4247" w14:textId="77777777" w:rsidR="00B83C0A" w:rsidRPr="00F51F43" w:rsidRDefault="00B83C0A" w:rsidP="00B83C0A">
            <w:pPr>
              <w:spacing w:after="0" w:line="240" w:lineRule="auto"/>
              <w:jc w:val="center"/>
              <w:rPr>
                <w:noProof/>
                <w:sz w:val="20"/>
                <w:szCs w:val="20"/>
              </w:rPr>
            </w:pPr>
            <w:r w:rsidRPr="00F51F43">
              <w:rPr>
                <w:noProof/>
                <w:sz w:val="20"/>
                <w:szCs w:val="20"/>
              </w:rPr>
              <w:t>Pčelice</w:t>
            </w:r>
          </w:p>
        </w:tc>
      </w:tr>
      <w:tr w:rsidR="00B83C0A" w:rsidRPr="00F51F43" w14:paraId="1F911E76" w14:textId="77777777" w:rsidTr="007C29E8">
        <w:trPr>
          <w:cantSplit/>
          <w:jc w:val="center"/>
        </w:trPr>
        <w:tc>
          <w:tcPr>
            <w:tcW w:w="3402" w:type="dxa"/>
            <w:tcMar>
              <w:top w:w="80" w:type="dxa"/>
              <w:left w:w="80" w:type="dxa"/>
              <w:bottom w:w="80" w:type="dxa"/>
              <w:right w:w="80" w:type="dxa"/>
            </w:tcMar>
            <w:vAlign w:val="center"/>
          </w:tcPr>
          <w:p w14:paraId="5A3803CD"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31F6B6BA" w14:textId="77777777" w:rsidR="00B83C0A" w:rsidRPr="00F51F43" w:rsidRDefault="00B83C0A" w:rsidP="00B83C0A">
            <w:pPr>
              <w:spacing w:after="0" w:line="240" w:lineRule="auto"/>
              <w:jc w:val="center"/>
              <w:rPr>
                <w:noProof/>
                <w:sz w:val="20"/>
                <w:szCs w:val="20"/>
              </w:rPr>
            </w:pPr>
            <w:r w:rsidRPr="00F51F43">
              <w:rPr>
                <w:noProof/>
                <w:sz w:val="20"/>
                <w:szCs w:val="20"/>
              </w:rPr>
              <w:t>ožujak</w:t>
            </w:r>
          </w:p>
        </w:tc>
        <w:tc>
          <w:tcPr>
            <w:tcW w:w="5496" w:type="dxa"/>
            <w:tcMar>
              <w:top w:w="80" w:type="dxa"/>
              <w:left w:w="80" w:type="dxa"/>
              <w:bottom w:w="80" w:type="dxa"/>
              <w:right w:w="80" w:type="dxa"/>
            </w:tcMar>
            <w:vAlign w:val="center"/>
          </w:tcPr>
          <w:p w14:paraId="60CCBC95" w14:textId="77777777" w:rsidR="00B83C0A" w:rsidRPr="00F51F43" w:rsidRDefault="00B83C0A" w:rsidP="00B83C0A">
            <w:pPr>
              <w:spacing w:after="0" w:line="240" w:lineRule="auto"/>
              <w:jc w:val="center"/>
              <w:rPr>
                <w:noProof/>
                <w:sz w:val="20"/>
                <w:szCs w:val="20"/>
              </w:rPr>
            </w:pPr>
            <w:r w:rsidRPr="00F51F43">
              <w:rPr>
                <w:noProof/>
                <w:sz w:val="20"/>
                <w:szCs w:val="20"/>
              </w:rPr>
              <w:t>Uskrsna radionica</w:t>
            </w:r>
          </w:p>
        </w:tc>
        <w:tc>
          <w:tcPr>
            <w:tcW w:w="1649" w:type="dxa"/>
            <w:tcMar>
              <w:top w:w="80" w:type="dxa"/>
              <w:left w:w="80" w:type="dxa"/>
              <w:bottom w:w="80" w:type="dxa"/>
              <w:right w:w="80" w:type="dxa"/>
            </w:tcMar>
            <w:vAlign w:val="center"/>
          </w:tcPr>
          <w:p w14:paraId="296B971E" w14:textId="77777777" w:rsidR="00B83C0A" w:rsidRPr="00F51F43" w:rsidRDefault="00B83C0A" w:rsidP="00B83C0A">
            <w:pPr>
              <w:spacing w:after="0" w:line="240" w:lineRule="auto"/>
              <w:jc w:val="center"/>
              <w:rPr>
                <w:noProof/>
                <w:sz w:val="20"/>
                <w:szCs w:val="20"/>
              </w:rPr>
            </w:pPr>
            <w:r w:rsidRPr="00F51F43">
              <w:rPr>
                <w:noProof/>
                <w:sz w:val="20"/>
                <w:szCs w:val="20"/>
              </w:rPr>
              <w:t>Pčelice</w:t>
            </w:r>
          </w:p>
        </w:tc>
      </w:tr>
      <w:tr w:rsidR="00B83C0A" w:rsidRPr="00F51F43" w14:paraId="0ECB6D8D" w14:textId="77777777" w:rsidTr="007C29E8">
        <w:trPr>
          <w:cantSplit/>
          <w:jc w:val="center"/>
        </w:trPr>
        <w:tc>
          <w:tcPr>
            <w:tcW w:w="3402" w:type="dxa"/>
            <w:tcMar>
              <w:top w:w="80" w:type="dxa"/>
              <w:left w:w="80" w:type="dxa"/>
              <w:bottom w:w="80" w:type="dxa"/>
              <w:right w:w="80" w:type="dxa"/>
            </w:tcMar>
            <w:vAlign w:val="center"/>
          </w:tcPr>
          <w:p w14:paraId="1D4A5010"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46EE3C52" w14:textId="77777777" w:rsidR="00B83C0A" w:rsidRPr="00F51F43" w:rsidRDefault="00B83C0A" w:rsidP="00B83C0A">
            <w:pPr>
              <w:spacing w:after="0" w:line="240" w:lineRule="auto"/>
              <w:jc w:val="center"/>
              <w:rPr>
                <w:noProof/>
                <w:sz w:val="20"/>
                <w:szCs w:val="20"/>
              </w:rPr>
            </w:pPr>
            <w:r w:rsidRPr="00F51F43">
              <w:rPr>
                <w:noProof/>
                <w:sz w:val="20"/>
                <w:szCs w:val="20"/>
              </w:rPr>
              <w:t>lipanj</w:t>
            </w:r>
          </w:p>
        </w:tc>
        <w:tc>
          <w:tcPr>
            <w:tcW w:w="5496" w:type="dxa"/>
            <w:tcMar>
              <w:top w:w="80" w:type="dxa"/>
              <w:left w:w="80" w:type="dxa"/>
              <w:bottom w:w="80" w:type="dxa"/>
              <w:right w:w="80" w:type="dxa"/>
            </w:tcMar>
            <w:vAlign w:val="center"/>
          </w:tcPr>
          <w:p w14:paraId="3C8CECB5" w14:textId="77777777" w:rsidR="00B83C0A" w:rsidRPr="00F51F43" w:rsidRDefault="00B83C0A" w:rsidP="00B83C0A">
            <w:pPr>
              <w:spacing w:after="0" w:line="240" w:lineRule="auto"/>
              <w:jc w:val="center"/>
              <w:rPr>
                <w:noProof/>
                <w:sz w:val="20"/>
                <w:szCs w:val="20"/>
              </w:rPr>
            </w:pPr>
            <w:r w:rsidRPr="00F51F43">
              <w:rPr>
                <w:noProof/>
                <w:sz w:val="20"/>
                <w:szCs w:val="20"/>
              </w:rPr>
              <w:t>Završna priredba</w:t>
            </w:r>
          </w:p>
        </w:tc>
        <w:tc>
          <w:tcPr>
            <w:tcW w:w="1649" w:type="dxa"/>
            <w:tcMar>
              <w:top w:w="80" w:type="dxa"/>
              <w:left w:w="80" w:type="dxa"/>
              <w:bottom w:w="80" w:type="dxa"/>
              <w:right w:w="80" w:type="dxa"/>
            </w:tcMar>
            <w:vAlign w:val="center"/>
          </w:tcPr>
          <w:p w14:paraId="0561AA35" w14:textId="77777777" w:rsidR="00B83C0A" w:rsidRPr="00F51F43" w:rsidRDefault="00B83C0A" w:rsidP="00B83C0A">
            <w:pPr>
              <w:spacing w:after="0" w:line="240" w:lineRule="auto"/>
              <w:jc w:val="center"/>
              <w:rPr>
                <w:noProof/>
                <w:sz w:val="20"/>
                <w:szCs w:val="20"/>
              </w:rPr>
            </w:pPr>
            <w:r w:rsidRPr="00F51F43">
              <w:rPr>
                <w:noProof/>
                <w:sz w:val="20"/>
                <w:szCs w:val="20"/>
              </w:rPr>
              <w:t>Pčelice</w:t>
            </w:r>
          </w:p>
        </w:tc>
      </w:tr>
      <w:tr w:rsidR="00B83C0A" w:rsidRPr="00F51F43" w14:paraId="798F2C9C" w14:textId="77777777" w:rsidTr="007C29E8">
        <w:trPr>
          <w:cantSplit/>
          <w:jc w:val="center"/>
        </w:trPr>
        <w:tc>
          <w:tcPr>
            <w:tcW w:w="3402" w:type="dxa"/>
            <w:tcMar>
              <w:top w:w="80" w:type="dxa"/>
              <w:left w:w="80" w:type="dxa"/>
              <w:bottom w:w="80" w:type="dxa"/>
              <w:right w:w="80" w:type="dxa"/>
            </w:tcMar>
            <w:vAlign w:val="center"/>
          </w:tcPr>
          <w:p w14:paraId="2D3679D7" w14:textId="77777777" w:rsidR="00B83C0A" w:rsidRPr="00F51F43" w:rsidRDefault="00B83C0A" w:rsidP="00B83C0A">
            <w:pPr>
              <w:spacing w:after="0" w:line="240" w:lineRule="auto"/>
              <w:jc w:val="center"/>
              <w:rPr>
                <w:noProof/>
                <w:sz w:val="20"/>
                <w:szCs w:val="20"/>
              </w:rPr>
            </w:pPr>
            <w:r w:rsidRPr="00F51F43">
              <w:rPr>
                <w:noProof/>
                <w:sz w:val="20"/>
                <w:szCs w:val="20"/>
              </w:rPr>
              <w:t>“Dabrić” Legrad</w:t>
            </w:r>
          </w:p>
        </w:tc>
        <w:tc>
          <w:tcPr>
            <w:tcW w:w="1472" w:type="dxa"/>
            <w:tcMar>
              <w:top w:w="80" w:type="dxa"/>
              <w:left w:w="80" w:type="dxa"/>
              <w:bottom w:w="80" w:type="dxa"/>
              <w:right w:w="80" w:type="dxa"/>
            </w:tcMar>
            <w:vAlign w:val="center"/>
          </w:tcPr>
          <w:p w14:paraId="1DECE8C0" w14:textId="77777777" w:rsidR="00B83C0A" w:rsidRPr="00F51F43" w:rsidRDefault="00B83C0A" w:rsidP="00B83C0A">
            <w:pPr>
              <w:spacing w:after="0" w:line="240" w:lineRule="auto"/>
              <w:jc w:val="center"/>
              <w:rPr>
                <w:noProof/>
                <w:sz w:val="20"/>
                <w:szCs w:val="20"/>
              </w:rPr>
            </w:pPr>
            <w:r w:rsidRPr="00F51F43">
              <w:rPr>
                <w:noProof/>
                <w:sz w:val="20"/>
                <w:szCs w:val="20"/>
              </w:rPr>
              <w:t>sviban</w:t>
            </w:r>
          </w:p>
        </w:tc>
        <w:tc>
          <w:tcPr>
            <w:tcW w:w="5496" w:type="dxa"/>
            <w:tcMar>
              <w:top w:w="80" w:type="dxa"/>
              <w:left w:w="80" w:type="dxa"/>
              <w:bottom w:w="80" w:type="dxa"/>
              <w:right w:w="80" w:type="dxa"/>
            </w:tcMar>
            <w:vAlign w:val="center"/>
          </w:tcPr>
          <w:p w14:paraId="24A9D7B5" w14:textId="77777777" w:rsidR="00B83C0A" w:rsidRPr="00F51F43" w:rsidRDefault="00B83C0A" w:rsidP="00B83C0A">
            <w:pPr>
              <w:spacing w:after="0" w:line="240" w:lineRule="auto"/>
              <w:jc w:val="center"/>
              <w:rPr>
                <w:noProof/>
                <w:sz w:val="20"/>
                <w:szCs w:val="20"/>
              </w:rPr>
            </w:pPr>
            <w:r w:rsidRPr="00F51F43">
              <w:rPr>
                <w:noProof/>
                <w:sz w:val="20"/>
                <w:szCs w:val="20"/>
              </w:rPr>
              <w:t>Zajedničko druženje u objektu</w:t>
            </w:r>
          </w:p>
        </w:tc>
        <w:tc>
          <w:tcPr>
            <w:tcW w:w="1649" w:type="dxa"/>
            <w:tcMar>
              <w:top w:w="80" w:type="dxa"/>
              <w:left w:w="80" w:type="dxa"/>
              <w:bottom w:w="80" w:type="dxa"/>
              <w:right w:w="80" w:type="dxa"/>
            </w:tcMar>
            <w:vAlign w:val="center"/>
          </w:tcPr>
          <w:p w14:paraId="22C4F8F2" w14:textId="77777777" w:rsidR="00B83C0A" w:rsidRPr="00F51F43" w:rsidRDefault="00B83C0A" w:rsidP="00B83C0A">
            <w:pPr>
              <w:spacing w:after="0" w:line="240" w:lineRule="auto"/>
              <w:jc w:val="center"/>
              <w:rPr>
                <w:noProof/>
                <w:sz w:val="20"/>
                <w:szCs w:val="20"/>
              </w:rPr>
            </w:pPr>
            <w:r w:rsidRPr="00F51F43">
              <w:rPr>
                <w:noProof/>
                <w:sz w:val="20"/>
                <w:szCs w:val="20"/>
              </w:rPr>
              <w:t>Pčelice</w:t>
            </w:r>
          </w:p>
        </w:tc>
      </w:tr>
    </w:tbl>
    <w:p w14:paraId="04AF4E91" w14:textId="77777777" w:rsidR="00B83C0A" w:rsidRPr="00F51F43" w:rsidRDefault="00B83C0A" w:rsidP="000A22A7">
      <w:pPr>
        <w:rPr>
          <w:b/>
          <w:noProof/>
        </w:rPr>
      </w:pPr>
    </w:p>
    <w:p w14:paraId="5465C7BF" w14:textId="77777777" w:rsidR="00541570" w:rsidRPr="00F51F43" w:rsidRDefault="00541570" w:rsidP="00197B1D">
      <w:pPr>
        <w:rPr>
          <w:noProof/>
        </w:rPr>
      </w:pPr>
    </w:p>
    <w:p w14:paraId="5FACD7A1" w14:textId="77777777" w:rsidR="00010159" w:rsidRPr="00F51F43" w:rsidRDefault="00010159" w:rsidP="00010159">
      <w:pPr>
        <w:rPr>
          <w:noProof/>
        </w:rPr>
      </w:pPr>
    </w:p>
    <w:p w14:paraId="04D93540" w14:textId="77777777" w:rsidR="00F47241" w:rsidRPr="00F51F43" w:rsidRDefault="00F47241" w:rsidP="00F47241">
      <w:pPr>
        <w:tabs>
          <w:tab w:val="left" w:pos="1356"/>
        </w:tabs>
        <w:rPr>
          <w:noProof/>
        </w:rPr>
      </w:pPr>
    </w:p>
    <w:p w14:paraId="1BDC9219" w14:textId="77777777" w:rsidR="00613C69" w:rsidRPr="00F51F43" w:rsidRDefault="00613C69" w:rsidP="00010159">
      <w:pPr>
        <w:rPr>
          <w:noProof/>
        </w:rPr>
      </w:pPr>
    </w:p>
    <w:p w14:paraId="77DD853F" w14:textId="77777777" w:rsidR="000A22A7" w:rsidRPr="00F51F43" w:rsidRDefault="00A2513A" w:rsidP="00373169">
      <w:pPr>
        <w:pStyle w:val="Naslov2"/>
        <w:rPr>
          <w:noProof/>
        </w:rPr>
      </w:pPr>
      <w:bookmarkStart w:id="45" w:name="_Toc241563361"/>
      <w:r w:rsidRPr="00F51F43">
        <w:rPr>
          <w:noProof/>
        </w:rPr>
        <w:t xml:space="preserve">7.5. </w:t>
      </w:r>
      <w:r w:rsidR="00132ED8" w:rsidRPr="00F51F43">
        <w:rPr>
          <w:noProof/>
        </w:rPr>
        <w:t>PODRŠKA RODITELJIMA U JAČANJU</w:t>
      </w:r>
      <w:r w:rsidRPr="00F51F43">
        <w:rPr>
          <w:noProof/>
        </w:rPr>
        <w:t xml:space="preserve"> RODITELJSKIH KOMPETENCIJA</w:t>
      </w:r>
      <w:bookmarkEnd w:id="45"/>
    </w:p>
    <w:p w14:paraId="084DBC9F" w14:textId="77777777" w:rsidR="00A2513A" w:rsidRPr="00F51F43" w:rsidRDefault="00A2513A" w:rsidP="000A22A7">
      <w:pPr>
        <w:rPr>
          <w:b/>
          <w:noProof/>
        </w:rPr>
      </w:pPr>
    </w:p>
    <w:p w14:paraId="2949E79F" w14:textId="77777777" w:rsidR="00F9150B" w:rsidRPr="00F51F43" w:rsidRDefault="00BB6759" w:rsidP="000A22A7">
      <w:pPr>
        <w:keepNext/>
        <w:spacing w:before="120"/>
        <w:jc w:val="left"/>
        <w:rPr>
          <w:b/>
          <w:bCs/>
          <w:noProof/>
        </w:rPr>
      </w:pPr>
      <w:r w:rsidRPr="00F51F43">
        <w:rPr>
          <w:b/>
          <w:bCs/>
          <w:noProof/>
        </w:rPr>
        <w:t>Tablica 27</w:t>
      </w:r>
      <w:r w:rsidR="00132ED8" w:rsidRPr="00F51F43">
        <w:rPr>
          <w:b/>
          <w:bCs/>
          <w:noProof/>
        </w:rPr>
        <w:t>: Plan i program planiranih predavanja i radionica za roditelje</w:t>
      </w:r>
    </w:p>
    <w:p w14:paraId="134779A9" w14:textId="77777777" w:rsidR="00132ED8" w:rsidRPr="00F51F43" w:rsidRDefault="00132ED8" w:rsidP="000A22A7">
      <w:pPr>
        <w:rPr>
          <w:noProof/>
        </w:rPr>
      </w:pPr>
    </w:p>
    <w:tbl>
      <w:tblPr>
        <w:tblStyle w:val="Reetkatablice"/>
        <w:tblW w:w="12211" w:type="dxa"/>
        <w:jc w:val="center"/>
        <w:tblLayout w:type="fixed"/>
        <w:tblLook w:val="04A0" w:firstRow="1" w:lastRow="0" w:firstColumn="1" w:lastColumn="0" w:noHBand="0" w:noVBand="1"/>
      </w:tblPr>
      <w:tblGrid>
        <w:gridCol w:w="827"/>
        <w:gridCol w:w="1418"/>
        <w:gridCol w:w="2693"/>
        <w:gridCol w:w="1985"/>
        <w:gridCol w:w="2857"/>
        <w:gridCol w:w="2431"/>
      </w:tblGrid>
      <w:tr w:rsidR="00550C3F" w:rsidRPr="00F51F43" w14:paraId="453E3F94" w14:textId="77777777" w:rsidTr="00550C3F">
        <w:trPr>
          <w:cantSplit/>
          <w:trHeight w:val="723"/>
          <w:tblHeader/>
          <w:jc w:val="center"/>
        </w:trPr>
        <w:tc>
          <w:tcPr>
            <w:tcW w:w="827" w:type="dxa"/>
            <w:shd w:val="clear" w:color="auto" w:fill="D9EAD3"/>
            <w:tcMar>
              <w:top w:w="80" w:type="dxa"/>
              <w:left w:w="80" w:type="dxa"/>
              <w:bottom w:w="80" w:type="dxa"/>
              <w:right w:w="80" w:type="dxa"/>
            </w:tcMar>
            <w:vAlign w:val="center"/>
          </w:tcPr>
          <w:p w14:paraId="3812F308" w14:textId="77777777" w:rsidR="007C29E8" w:rsidRPr="00F51F43" w:rsidRDefault="007C29E8" w:rsidP="00550C3F">
            <w:pPr>
              <w:spacing w:after="0" w:line="240" w:lineRule="auto"/>
              <w:jc w:val="center"/>
              <w:rPr>
                <w:b/>
                <w:noProof/>
                <w:sz w:val="20"/>
                <w:szCs w:val="20"/>
              </w:rPr>
            </w:pPr>
          </w:p>
          <w:p w14:paraId="4A023AF2" w14:textId="77777777" w:rsidR="007C29E8" w:rsidRPr="00F51F43" w:rsidRDefault="007C29E8" w:rsidP="00550C3F">
            <w:pPr>
              <w:spacing w:after="0" w:line="240" w:lineRule="auto"/>
              <w:jc w:val="center"/>
              <w:rPr>
                <w:b/>
                <w:noProof/>
                <w:sz w:val="20"/>
                <w:szCs w:val="20"/>
              </w:rPr>
            </w:pPr>
            <w:r w:rsidRPr="00F51F43">
              <w:rPr>
                <w:b/>
                <w:noProof/>
                <w:sz w:val="20"/>
                <w:szCs w:val="20"/>
              </w:rPr>
              <w:t>R. BR.</w:t>
            </w:r>
          </w:p>
        </w:tc>
        <w:tc>
          <w:tcPr>
            <w:tcW w:w="1418" w:type="dxa"/>
            <w:shd w:val="clear" w:color="auto" w:fill="D9EAD3"/>
            <w:tcMar>
              <w:top w:w="80" w:type="dxa"/>
              <w:left w:w="80" w:type="dxa"/>
              <w:bottom w:w="80" w:type="dxa"/>
              <w:right w:w="80" w:type="dxa"/>
            </w:tcMar>
            <w:vAlign w:val="center"/>
          </w:tcPr>
          <w:p w14:paraId="529C22DD" w14:textId="77777777" w:rsidR="007C29E8" w:rsidRPr="00F51F43" w:rsidRDefault="007C29E8" w:rsidP="00550C3F">
            <w:pPr>
              <w:spacing w:after="0" w:line="240" w:lineRule="auto"/>
              <w:jc w:val="center"/>
              <w:rPr>
                <w:b/>
                <w:noProof/>
                <w:sz w:val="20"/>
                <w:szCs w:val="20"/>
              </w:rPr>
            </w:pPr>
            <w:r w:rsidRPr="00F51F43">
              <w:rPr>
                <w:b/>
                <w:noProof/>
                <w:sz w:val="20"/>
                <w:szCs w:val="20"/>
              </w:rPr>
              <w:t>VRIJEME REALIZA-CIJE</w:t>
            </w:r>
          </w:p>
        </w:tc>
        <w:tc>
          <w:tcPr>
            <w:tcW w:w="2693" w:type="dxa"/>
            <w:shd w:val="clear" w:color="auto" w:fill="D9EAD3"/>
            <w:tcMar>
              <w:top w:w="80" w:type="dxa"/>
              <w:left w:w="80" w:type="dxa"/>
              <w:bottom w:w="80" w:type="dxa"/>
              <w:right w:w="80" w:type="dxa"/>
            </w:tcMar>
            <w:vAlign w:val="center"/>
          </w:tcPr>
          <w:p w14:paraId="4AF26707" w14:textId="77777777" w:rsidR="007C29E8" w:rsidRPr="00F51F43" w:rsidRDefault="007C29E8" w:rsidP="00550C3F">
            <w:pPr>
              <w:spacing w:after="0" w:line="240" w:lineRule="auto"/>
              <w:jc w:val="center"/>
              <w:rPr>
                <w:b/>
                <w:noProof/>
                <w:sz w:val="20"/>
                <w:szCs w:val="20"/>
              </w:rPr>
            </w:pPr>
            <w:r w:rsidRPr="00F51F43">
              <w:rPr>
                <w:b/>
                <w:noProof/>
                <w:sz w:val="20"/>
                <w:szCs w:val="20"/>
              </w:rPr>
              <w:t>NAZIV SKUPINE/</w:t>
            </w:r>
          </w:p>
          <w:p w14:paraId="50676337" w14:textId="77777777" w:rsidR="007C29E8" w:rsidRPr="00F51F43" w:rsidRDefault="007C29E8" w:rsidP="00550C3F">
            <w:pPr>
              <w:spacing w:after="0" w:line="240" w:lineRule="auto"/>
              <w:jc w:val="center"/>
              <w:rPr>
                <w:b/>
                <w:noProof/>
                <w:sz w:val="20"/>
                <w:szCs w:val="20"/>
              </w:rPr>
            </w:pPr>
            <w:r w:rsidRPr="00F51F43">
              <w:rPr>
                <w:b/>
                <w:noProof/>
                <w:sz w:val="20"/>
                <w:szCs w:val="20"/>
              </w:rPr>
              <w:t>SKUPINA</w:t>
            </w:r>
          </w:p>
        </w:tc>
        <w:tc>
          <w:tcPr>
            <w:tcW w:w="1985" w:type="dxa"/>
            <w:shd w:val="clear" w:color="auto" w:fill="D9EAD3"/>
            <w:tcMar>
              <w:top w:w="80" w:type="dxa"/>
              <w:left w:w="80" w:type="dxa"/>
              <w:bottom w:w="80" w:type="dxa"/>
              <w:right w:w="80" w:type="dxa"/>
            </w:tcMar>
            <w:vAlign w:val="center"/>
          </w:tcPr>
          <w:p w14:paraId="29560F7F" w14:textId="77777777" w:rsidR="007C29E8" w:rsidRPr="00F51F43" w:rsidRDefault="007C29E8" w:rsidP="00550C3F">
            <w:pPr>
              <w:spacing w:after="0" w:line="240" w:lineRule="auto"/>
              <w:jc w:val="center"/>
              <w:rPr>
                <w:b/>
                <w:noProof/>
                <w:sz w:val="20"/>
                <w:szCs w:val="20"/>
              </w:rPr>
            </w:pPr>
          </w:p>
          <w:p w14:paraId="659D3ECC" w14:textId="77777777" w:rsidR="007C29E8" w:rsidRPr="00F51F43" w:rsidRDefault="007C29E8" w:rsidP="00550C3F">
            <w:pPr>
              <w:spacing w:after="0" w:line="240" w:lineRule="auto"/>
              <w:jc w:val="center"/>
              <w:rPr>
                <w:b/>
                <w:noProof/>
                <w:sz w:val="20"/>
                <w:szCs w:val="20"/>
              </w:rPr>
            </w:pPr>
            <w:r w:rsidRPr="00F51F43">
              <w:rPr>
                <w:b/>
                <w:noProof/>
                <w:sz w:val="20"/>
                <w:szCs w:val="20"/>
              </w:rPr>
              <w:t>NOSITELJI</w:t>
            </w:r>
          </w:p>
        </w:tc>
        <w:tc>
          <w:tcPr>
            <w:tcW w:w="2857" w:type="dxa"/>
            <w:shd w:val="clear" w:color="auto" w:fill="D9EAD3"/>
            <w:tcMar>
              <w:top w:w="80" w:type="dxa"/>
              <w:left w:w="80" w:type="dxa"/>
              <w:bottom w:w="80" w:type="dxa"/>
              <w:right w:w="80" w:type="dxa"/>
            </w:tcMar>
            <w:vAlign w:val="center"/>
          </w:tcPr>
          <w:p w14:paraId="5C7EF2C5" w14:textId="77777777" w:rsidR="007C29E8" w:rsidRPr="00F51F43" w:rsidRDefault="007C29E8" w:rsidP="00550C3F">
            <w:pPr>
              <w:spacing w:after="0" w:line="240" w:lineRule="auto"/>
              <w:jc w:val="center"/>
              <w:rPr>
                <w:b/>
                <w:noProof/>
                <w:sz w:val="20"/>
                <w:szCs w:val="20"/>
              </w:rPr>
            </w:pPr>
          </w:p>
          <w:p w14:paraId="0D346788" w14:textId="77777777" w:rsidR="007C29E8" w:rsidRPr="00F51F43" w:rsidRDefault="007C29E8" w:rsidP="00550C3F">
            <w:pPr>
              <w:spacing w:after="0" w:line="240" w:lineRule="auto"/>
              <w:jc w:val="center"/>
              <w:rPr>
                <w:b/>
                <w:noProof/>
                <w:sz w:val="20"/>
                <w:szCs w:val="20"/>
              </w:rPr>
            </w:pPr>
            <w:r w:rsidRPr="00F51F43">
              <w:rPr>
                <w:b/>
                <w:noProof/>
                <w:sz w:val="20"/>
                <w:szCs w:val="20"/>
              </w:rPr>
              <w:t>TEME</w:t>
            </w:r>
          </w:p>
        </w:tc>
        <w:tc>
          <w:tcPr>
            <w:tcW w:w="2431" w:type="dxa"/>
            <w:shd w:val="clear" w:color="auto" w:fill="D9EAD3"/>
            <w:tcMar>
              <w:top w:w="80" w:type="dxa"/>
              <w:left w:w="80" w:type="dxa"/>
              <w:bottom w:w="80" w:type="dxa"/>
              <w:right w:w="80" w:type="dxa"/>
            </w:tcMar>
            <w:vAlign w:val="center"/>
          </w:tcPr>
          <w:p w14:paraId="2E747877" w14:textId="77777777" w:rsidR="007C29E8" w:rsidRPr="00F51F43" w:rsidRDefault="007C29E8" w:rsidP="00550C3F">
            <w:pPr>
              <w:spacing w:after="0" w:line="240" w:lineRule="auto"/>
              <w:jc w:val="center"/>
              <w:rPr>
                <w:b/>
                <w:noProof/>
                <w:sz w:val="20"/>
                <w:szCs w:val="20"/>
              </w:rPr>
            </w:pPr>
            <w:r w:rsidRPr="00F51F43">
              <w:rPr>
                <w:b/>
                <w:noProof/>
                <w:sz w:val="20"/>
                <w:szCs w:val="20"/>
              </w:rPr>
              <w:t>NAČIN VREDNOVANJA</w:t>
            </w:r>
          </w:p>
        </w:tc>
      </w:tr>
      <w:tr w:rsidR="00550C3F" w:rsidRPr="00F51F43" w14:paraId="2C0BFF23" w14:textId="77777777" w:rsidTr="00550C3F">
        <w:trPr>
          <w:cantSplit/>
          <w:jc w:val="center"/>
        </w:trPr>
        <w:tc>
          <w:tcPr>
            <w:tcW w:w="827" w:type="dxa"/>
            <w:tcMar>
              <w:top w:w="80" w:type="dxa"/>
              <w:left w:w="80" w:type="dxa"/>
              <w:bottom w:w="80" w:type="dxa"/>
              <w:right w:w="80" w:type="dxa"/>
            </w:tcMar>
            <w:vAlign w:val="center"/>
          </w:tcPr>
          <w:p w14:paraId="0019DC26" w14:textId="77777777" w:rsidR="007C29E8" w:rsidRPr="00F51F43" w:rsidRDefault="007C29E8" w:rsidP="00E04358">
            <w:pPr>
              <w:numPr>
                <w:ilvl w:val="0"/>
                <w:numId w:val="21"/>
              </w:numPr>
              <w:spacing w:after="0" w:line="240" w:lineRule="auto"/>
              <w:contextualSpacing/>
              <w:jc w:val="center"/>
              <w:rPr>
                <w:noProof/>
                <w:sz w:val="20"/>
                <w:szCs w:val="20"/>
              </w:rPr>
            </w:pPr>
          </w:p>
        </w:tc>
        <w:tc>
          <w:tcPr>
            <w:tcW w:w="1418" w:type="dxa"/>
            <w:tcMar>
              <w:top w:w="80" w:type="dxa"/>
              <w:left w:w="80" w:type="dxa"/>
              <w:bottom w:w="80" w:type="dxa"/>
              <w:right w:w="80" w:type="dxa"/>
            </w:tcMar>
            <w:vAlign w:val="center"/>
          </w:tcPr>
          <w:p w14:paraId="7B1F46F0"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listopad</w:t>
            </w:r>
          </w:p>
          <w:p w14:paraId="79F15AAC" w14:textId="77777777" w:rsidR="007C29E8" w:rsidRPr="00F51F43" w:rsidRDefault="007C29E8" w:rsidP="00550C3F">
            <w:pPr>
              <w:spacing w:after="0" w:line="240" w:lineRule="auto"/>
              <w:jc w:val="center"/>
              <w:rPr>
                <w:noProof/>
                <w:sz w:val="20"/>
                <w:szCs w:val="20"/>
                <w:lang w:eastAsia="en-US" w:bidi="en-US"/>
              </w:rPr>
            </w:pPr>
          </w:p>
        </w:tc>
        <w:tc>
          <w:tcPr>
            <w:tcW w:w="2693" w:type="dxa"/>
            <w:tcMar>
              <w:top w:w="80" w:type="dxa"/>
              <w:left w:w="80" w:type="dxa"/>
              <w:bottom w:w="80" w:type="dxa"/>
              <w:right w:w="80" w:type="dxa"/>
            </w:tcMar>
            <w:vAlign w:val="center"/>
          </w:tcPr>
          <w:p w14:paraId="3B307F48"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Zainteresirani roditelji</w:t>
            </w:r>
          </w:p>
        </w:tc>
        <w:tc>
          <w:tcPr>
            <w:tcW w:w="1985" w:type="dxa"/>
            <w:tcMar>
              <w:top w:w="80" w:type="dxa"/>
              <w:left w:w="80" w:type="dxa"/>
              <w:bottom w:w="80" w:type="dxa"/>
              <w:right w:w="80" w:type="dxa"/>
            </w:tcMar>
            <w:vAlign w:val="center"/>
          </w:tcPr>
          <w:p w14:paraId="4E8FBE4E"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Pedagoginja</w:t>
            </w:r>
          </w:p>
        </w:tc>
        <w:tc>
          <w:tcPr>
            <w:tcW w:w="2857" w:type="dxa"/>
            <w:tcMar>
              <w:top w:w="80" w:type="dxa"/>
              <w:left w:w="80" w:type="dxa"/>
              <w:bottom w:w="80" w:type="dxa"/>
              <w:right w:w="80" w:type="dxa"/>
            </w:tcMar>
            <w:vAlign w:val="center"/>
          </w:tcPr>
          <w:p w14:paraId="7B84854F"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Dječji tantrumi</w:t>
            </w:r>
          </w:p>
        </w:tc>
        <w:tc>
          <w:tcPr>
            <w:tcW w:w="2431" w:type="dxa"/>
            <w:tcMar>
              <w:top w:w="80" w:type="dxa"/>
              <w:left w:w="80" w:type="dxa"/>
              <w:bottom w:w="80" w:type="dxa"/>
              <w:right w:w="80" w:type="dxa"/>
            </w:tcMar>
            <w:vAlign w:val="center"/>
          </w:tcPr>
          <w:p w14:paraId="25FB12C6"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evaluacijski listić, reakcije roditelja</w:t>
            </w:r>
          </w:p>
        </w:tc>
      </w:tr>
      <w:tr w:rsidR="00550C3F" w:rsidRPr="00F51F43" w14:paraId="0828F068" w14:textId="77777777" w:rsidTr="00550C3F">
        <w:trPr>
          <w:cantSplit/>
          <w:jc w:val="center"/>
        </w:trPr>
        <w:tc>
          <w:tcPr>
            <w:tcW w:w="827" w:type="dxa"/>
            <w:tcMar>
              <w:top w:w="80" w:type="dxa"/>
              <w:left w:w="80" w:type="dxa"/>
              <w:bottom w:w="80" w:type="dxa"/>
              <w:right w:w="80" w:type="dxa"/>
            </w:tcMar>
            <w:vAlign w:val="center"/>
          </w:tcPr>
          <w:p w14:paraId="6347A6F2" w14:textId="77777777" w:rsidR="007C29E8" w:rsidRPr="00F51F43" w:rsidRDefault="007C29E8" w:rsidP="00E04358">
            <w:pPr>
              <w:numPr>
                <w:ilvl w:val="0"/>
                <w:numId w:val="21"/>
              </w:numPr>
              <w:spacing w:after="0" w:line="240" w:lineRule="auto"/>
              <w:contextualSpacing/>
              <w:jc w:val="center"/>
              <w:rPr>
                <w:noProof/>
                <w:sz w:val="20"/>
                <w:szCs w:val="20"/>
              </w:rPr>
            </w:pPr>
          </w:p>
        </w:tc>
        <w:tc>
          <w:tcPr>
            <w:tcW w:w="1418" w:type="dxa"/>
            <w:tcMar>
              <w:top w:w="80" w:type="dxa"/>
              <w:left w:w="80" w:type="dxa"/>
              <w:bottom w:w="80" w:type="dxa"/>
              <w:right w:w="80" w:type="dxa"/>
            </w:tcMar>
            <w:vAlign w:val="center"/>
          </w:tcPr>
          <w:p w14:paraId="4EDC8BD2"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siječanj</w:t>
            </w:r>
          </w:p>
          <w:p w14:paraId="7DECE56E" w14:textId="77777777" w:rsidR="007C29E8" w:rsidRPr="00F51F43" w:rsidRDefault="007C29E8" w:rsidP="00550C3F">
            <w:pPr>
              <w:spacing w:after="0" w:line="240" w:lineRule="auto"/>
              <w:jc w:val="center"/>
              <w:rPr>
                <w:noProof/>
                <w:sz w:val="20"/>
                <w:szCs w:val="20"/>
                <w:lang w:eastAsia="en-US" w:bidi="en-US"/>
              </w:rPr>
            </w:pPr>
          </w:p>
        </w:tc>
        <w:tc>
          <w:tcPr>
            <w:tcW w:w="2693" w:type="dxa"/>
            <w:tcMar>
              <w:top w:w="80" w:type="dxa"/>
              <w:left w:w="80" w:type="dxa"/>
              <w:bottom w:w="80" w:type="dxa"/>
              <w:right w:w="80" w:type="dxa"/>
            </w:tcMar>
            <w:vAlign w:val="center"/>
          </w:tcPr>
          <w:p w14:paraId="042AAD9E"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Zainteresirani roditelji</w:t>
            </w:r>
          </w:p>
        </w:tc>
        <w:tc>
          <w:tcPr>
            <w:tcW w:w="1985" w:type="dxa"/>
            <w:tcMar>
              <w:top w:w="80" w:type="dxa"/>
              <w:left w:w="80" w:type="dxa"/>
              <w:bottom w:w="80" w:type="dxa"/>
              <w:right w:w="80" w:type="dxa"/>
            </w:tcMar>
            <w:vAlign w:val="center"/>
          </w:tcPr>
          <w:p w14:paraId="7453353A"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Pedagoginja</w:t>
            </w:r>
          </w:p>
        </w:tc>
        <w:tc>
          <w:tcPr>
            <w:tcW w:w="2857" w:type="dxa"/>
            <w:tcMar>
              <w:top w:w="80" w:type="dxa"/>
              <w:left w:w="80" w:type="dxa"/>
              <w:bottom w:w="80" w:type="dxa"/>
              <w:right w:w="80" w:type="dxa"/>
            </w:tcMar>
            <w:vAlign w:val="center"/>
          </w:tcPr>
          <w:p w14:paraId="372DE011"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Theraplay</w:t>
            </w:r>
          </w:p>
        </w:tc>
        <w:tc>
          <w:tcPr>
            <w:tcW w:w="2431" w:type="dxa"/>
            <w:tcMar>
              <w:top w:w="80" w:type="dxa"/>
              <w:left w:w="80" w:type="dxa"/>
              <w:bottom w:w="80" w:type="dxa"/>
              <w:right w:w="80" w:type="dxa"/>
            </w:tcMar>
            <w:vAlign w:val="center"/>
          </w:tcPr>
          <w:p w14:paraId="75F9B886"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evaluacijski listić, reakcije roditelja</w:t>
            </w:r>
          </w:p>
        </w:tc>
      </w:tr>
      <w:tr w:rsidR="00550C3F" w:rsidRPr="00F51F43" w14:paraId="076F99A5" w14:textId="77777777" w:rsidTr="00550C3F">
        <w:trPr>
          <w:cantSplit/>
          <w:jc w:val="center"/>
        </w:trPr>
        <w:tc>
          <w:tcPr>
            <w:tcW w:w="827" w:type="dxa"/>
            <w:tcMar>
              <w:top w:w="80" w:type="dxa"/>
              <w:left w:w="80" w:type="dxa"/>
              <w:bottom w:w="80" w:type="dxa"/>
              <w:right w:w="80" w:type="dxa"/>
            </w:tcMar>
            <w:vAlign w:val="center"/>
          </w:tcPr>
          <w:p w14:paraId="259B85D9" w14:textId="77777777" w:rsidR="00550C3F" w:rsidRPr="00F51F43" w:rsidRDefault="00550C3F" w:rsidP="00E04358">
            <w:pPr>
              <w:numPr>
                <w:ilvl w:val="0"/>
                <w:numId w:val="21"/>
              </w:numPr>
              <w:spacing w:after="0" w:line="240" w:lineRule="auto"/>
              <w:contextualSpacing/>
              <w:jc w:val="center"/>
              <w:rPr>
                <w:noProof/>
                <w:sz w:val="20"/>
                <w:szCs w:val="20"/>
              </w:rPr>
            </w:pPr>
          </w:p>
        </w:tc>
        <w:tc>
          <w:tcPr>
            <w:tcW w:w="1418" w:type="dxa"/>
            <w:tcMar>
              <w:top w:w="80" w:type="dxa"/>
              <w:left w:w="80" w:type="dxa"/>
              <w:bottom w:w="80" w:type="dxa"/>
              <w:right w:w="80" w:type="dxa"/>
            </w:tcMar>
            <w:vAlign w:val="center"/>
          </w:tcPr>
          <w:p w14:paraId="5A6A94EC" w14:textId="77777777" w:rsidR="00550C3F" w:rsidRPr="00F51F43" w:rsidRDefault="00550C3F" w:rsidP="00550C3F">
            <w:pPr>
              <w:spacing w:after="0" w:line="240" w:lineRule="auto"/>
              <w:jc w:val="center"/>
              <w:rPr>
                <w:noProof/>
                <w:sz w:val="20"/>
                <w:szCs w:val="20"/>
                <w:lang w:eastAsia="en-US" w:bidi="en-US"/>
              </w:rPr>
            </w:pPr>
            <w:r w:rsidRPr="00F51F43">
              <w:rPr>
                <w:noProof/>
                <w:sz w:val="20"/>
                <w:szCs w:val="20"/>
                <w:lang w:eastAsia="en-US" w:bidi="en-US"/>
              </w:rPr>
              <w:t>veljača</w:t>
            </w:r>
          </w:p>
        </w:tc>
        <w:tc>
          <w:tcPr>
            <w:tcW w:w="2693" w:type="dxa"/>
            <w:tcMar>
              <w:top w:w="80" w:type="dxa"/>
              <w:left w:w="80" w:type="dxa"/>
              <w:bottom w:w="80" w:type="dxa"/>
              <w:right w:w="80" w:type="dxa"/>
            </w:tcMar>
            <w:vAlign w:val="center"/>
          </w:tcPr>
          <w:p w14:paraId="45DFF953" w14:textId="77777777" w:rsidR="00550C3F" w:rsidRPr="00F51F43" w:rsidRDefault="00550C3F" w:rsidP="00550C3F">
            <w:pPr>
              <w:spacing w:after="0" w:line="240" w:lineRule="auto"/>
              <w:jc w:val="center"/>
              <w:rPr>
                <w:noProof/>
                <w:sz w:val="20"/>
                <w:szCs w:val="20"/>
                <w:lang w:eastAsia="en-US" w:bidi="en-US"/>
              </w:rPr>
            </w:pPr>
            <w:r w:rsidRPr="00F51F43">
              <w:rPr>
                <w:noProof/>
                <w:sz w:val="20"/>
                <w:szCs w:val="20"/>
                <w:lang w:eastAsia="en-US" w:bidi="en-US"/>
              </w:rPr>
              <w:t>sve odgojno-obrazovne skupine</w:t>
            </w:r>
          </w:p>
        </w:tc>
        <w:tc>
          <w:tcPr>
            <w:tcW w:w="1985" w:type="dxa"/>
            <w:tcMar>
              <w:top w:w="80" w:type="dxa"/>
              <w:left w:w="80" w:type="dxa"/>
              <w:bottom w:w="80" w:type="dxa"/>
              <w:right w:w="80" w:type="dxa"/>
            </w:tcMar>
            <w:vAlign w:val="center"/>
          </w:tcPr>
          <w:p w14:paraId="3C6CCBF4" w14:textId="77777777" w:rsidR="00550C3F" w:rsidRPr="00F51F43" w:rsidRDefault="00550C3F" w:rsidP="00550C3F">
            <w:pPr>
              <w:spacing w:after="0" w:line="240" w:lineRule="auto"/>
              <w:jc w:val="center"/>
              <w:rPr>
                <w:noProof/>
                <w:sz w:val="20"/>
                <w:szCs w:val="20"/>
                <w:lang w:eastAsia="en-US" w:bidi="en-US"/>
              </w:rPr>
            </w:pPr>
            <w:r w:rsidRPr="00F51F43">
              <w:rPr>
                <w:noProof/>
                <w:sz w:val="20"/>
                <w:szCs w:val="20"/>
                <w:lang w:eastAsia="en-US" w:bidi="en-US"/>
              </w:rPr>
              <w:t>Pedagoginja, psihologinja, zdravstvena voditeljica</w:t>
            </w:r>
          </w:p>
        </w:tc>
        <w:tc>
          <w:tcPr>
            <w:tcW w:w="2857" w:type="dxa"/>
            <w:tcMar>
              <w:top w:w="80" w:type="dxa"/>
              <w:left w:w="80" w:type="dxa"/>
              <w:bottom w:w="80" w:type="dxa"/>
              <w:right w:w="80" w:type="dxa"/>
            </w:tcMar>
            <w:vAlign w:val="center"/>
          </w:tcPr>
          <w:p w14:paraId="34D93193" w14:textId="77777777" w:rsidR="00550C3F" w:rsidRPr="00F51F43" w:rsidRDefault="00550C3F" w:rsidP="00550C3F">
            <w:pPr>
              <w:spacing w:after="0" w:line="240" w:lineRule="auto"/>
              <w:jc w:val="center"/>
              <w:rPr>
                <w:noProof/>
                <w:sz w:val="20"/>
                <w:szCs w:val="20"/>
                <w:lang w:eastAsia="en-US" w:bidi="en-US"/>
              </w:rPr>
            </w:pPr>
            <w:r w:rsidRPr="00F51F43">
              <w:rPr>
                <w:noProof/>
                <w:sz w:val="20"/>
                <w:szCs w:val="20"/>
                <w:lang w:eastAsia="en-US" w:bidi="en-US"/>
              </w:rPr>
              <w:t>prema dogovoru s odgojiteljicama</w:t>
            </w:r>
          </w:p>
        </w:tc>
        <w:tc>
          <w:tcPr>
            <w:tcW w:w="2431" w:type="dxa"/>
            <w:tcMar>
              <w:top w:w="80" w:type="dxa"/>
              <w:left w:w="80" w:type="dxa"/>
              <w:bottom w:w="80" w:type="dxa"/>
              <w:right w:w="80" w:type="dxa"/>
            </w:tcMar>
            <w:vAlign w:val="center"/>
          </w:tcPr>
          <w:p w14:paraId="0B4F9764" w14:textId="77777777" w:rsidR="00550C3F" w:rsidRPr="00F51F43" w:rsidRDefault="00550C3F" w:rsidP="00550C3F">
            <w:pPr>
              <w:spacing w:after="0" w:line="240" w:lineRule="auto"/>
              <w:jc w:val="center"/>
              <w:rPr>
                <w:noProof/>
                <w:sz w:val="20"/>
                <w:szCs w:val="20"/>
                <w:lang w:eastAsia="en-US" w:bidi="en-US"/>
              </w:rPr>
            </w:pPr>
            <w:r w:rsidRPr="00F51F43">
              <w:rPr>
                <w:noProof/>
                <w:sz w:val="20"/>
                <w:szCs w:val="20"/>
                <w:lang w:eastAsia="en-US" w:bidi="en-US"/>
              </w:rPr>
              <w:t>evaluacijski listić, reakcije roditelja</w:t>
            </w:r>
          </w:p>
        </w:tc>
      </w:tr>
      <w:tr w:rsidR="00550C3F" w:rsidRPr="00F51F43" w14:paraId="550BE114" w14:textId="77777777" w:rsidTr="00550C3F">
        <w:trPr>
          <w:cantSplit/>
          <w:jc w:val="center"/>
        </w:trPr>
        <w:tc>
          <w:tcPr>
            <w:tcW w:w="827" w:type="dxa"/>
            <w:tcMar>
              <w:top w:w="80" w:type="dxa"/>
              <w:left w:w="80" w:type="dxa"/>
              <w:bottom w:w="80" w:type="dxa"/>
              <w:right w:w="80" w:type="dxa"/>
            </w:tcMar>
            <w:vAlign w:val="center"/>
          </w:tcPr>
          <w:p w14:paraId="5F65F8E6" w14:textId="77777777" w:rsidR="007C29E8" w:rsidRPr="00F51F43" w:rsidRDefault="007C29E8" w:rsidP="00E04358">
            <w:pPr>
              <w:numPr>
                <w:ilvl w:val="0"/>
                <w:numId w:val="21"/>
              </w:numPr>
              <w:spacing w:after="0" w:line="240" w:lineRule="auto"/>
              <w:contextualSpacing/>
              <w:jc w:val="center"/>
              <w:rPr>
                <w:noProof/>
                <w:sz w:val="20"/>
                <w:szCs w:val="20"/>
              </w:rPr>
            </w:pPr>
          </w:p>
        </w:tc>
        <w:tc>
          <w:tcPr>
            <w:tcW w:w="1418" w:type="dxa"/>
            <w:tcMar>
              <w:top w:w="80" w:type="dxa"/>
              <w:left w:w="80" w:type="dxa"/>
              <w:bottom w:w="80" w:type="dxa"/>
              <w:right w:w="80" w:type="dxa"/>
            </w:tcMar>
            <w:vAlign w:val="center"/>
          </w:tcPr>
          <w:p w14:paraId="660A84F7"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travanj</w:t>
            </w:r>
          </w:p>
        </w:tc>
        <w:tc>
          <w:tcPr>
            <w:tcW w:w="2693" w:type="dxa"/>
            <w:tcMar>
              <w:top w:w="80" w:type="dxa"/>
              <w:left w:w="80" w:type="dxa"/>
              <w:bottom w:w="80" w:type="dxa"/>
              <w:right w:w="80" w:type="dxa"/>
            </w:tcMar>
            <w:vAlign w:val="center"/>
          </w:tcPr>
          <w:p w14:paraId="3C9BE9C6"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Zainteresirani roditelji</w:t>
            </w:r>
          </w:p>
        </w:tc>
        <w:tc>
          <w:tcPr>
            <w:tcW w:w="1985" w:type="dxa"/>
            <w:tcMar>
              <w:top w:w="80" w:type="dxa"/>
              <w:left w:w="80" w:type="dxa"/>
              <w:bottom w:w="80" w:type="dxa"/>
              <w:right w:w="80" w:type="dxa"/>
            </w:tcMar>
            <w:vAlign w:val="center"/>
          </w:tcPr>
          <w:p w14:paraId="446415F0"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Zdravstvena voditeljica</w:t>
            </w:r>
          </w:p>
        </w:tc>
        <w:tc>
          <w:tcPr>
            <w:tcW w:w="2857" w:type="dxa"/>
            <w:tcMar>
              <w:top w:w="80" w:type="dxa"/>
              <w:left w:w="80" w:type="dxa"/>
              <w:bottom w:w="80" w:type="dxa"/>
              <w:right w:w="80" w:type="dxa"/>
            </w:tcMar>
            <w:vAlign w:val="center"/>
          </w:tcPr>
          <w:p w14:paraId="4EAA7D31"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 prema interesu roditelja</w:t>
            </w:r>
          </w:p>
        </w:tc>
        <w:tc>
          <w:tcPr>
            <w:tcW w:w="2431" w:type="dxa"/>
            <w:tcMar>
              <w:top w:w="80" w:type="dxa"/>
              <w:left w:w="80" w:type="dxa"/>
              <w:bottom w:w="80" w:type="dxa"/>
              <w:right w:w="80" w:type="dxa"/>
            </w:tcMar>
            <w:vAlign w:val="center"/>
          </w:tcPr>
          <w:p w14:paraId="7D9194F1"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evaluacijski listić, reakcije roditelja</w:t>
            </w:r>
          </w:p>
        </w:tc>
      </w:tr>
      <w:tr w:rsidR="00550C3F" w:rsidRPr="00F51F43" w14:paraId="2E03A31A" w14:textId="77777777" w:rsidTr="00550C3F">
        <w:trPr>
          <w:cantSplit/>
          <w:jc w:val="center"/>
        </w:trPr>
        <w:tc>
          <w:tcPr>
            <w:tcW w:w="827" w:type="dxa"/>
            <w:tcMar>
              <w:top w:w="80" w:type="dxa"/>
              <w:left w:w="80" w:type="dxa"/>
              <w:bottom w:w="80" w:type="dxa"/>
              <w:right w:w="80" w:type="dxa"/>
            </w:tcMar>
            <w:vAlign w:val="center"/>
          </w:tcPr>
          <w:p w14:paraId="43C69C19" w14:textId="77777777" w:rsidR="007C29E8" w:rsidRPr="00F51F43" w:rsidRDefault="007C29E8" w:rsidP="00E04358">
            <w:pPr>
              <w:numPr>
                <w:ilvl w:val="0"/>
                <w:numId w:val="21"/>
              </w:numPr>
              <w:spacing w:after="0" w:line="240" w:lineRule="auto"/>
              <w:contextualSpacing/>
              <w:jc w:val="center"/>
              <w:rPr>
                <w:noProof/>
                <w:sz w:val="20"/>
                <w:szCs w:val="20"/>
              </w:rPr>
            </w:pPr>
            <w:r w:rsidRPr="00F51F43">
              <w:rPr>
                <w:noProof/>
                <w:sz w:val="20"/>
                <w:szCs w:val="20"/>
              </w:rPr>
              <w:t>4.</w:t>
            </w:r>
          </w:p>
        </w:tc>
        <w:tc>
          <w:tcPr>
            <w:tcW w:w="1418" w:type="dxa"/>
            <w:tcMar>
              <w:top w:w="80" w:type="dxa"/>
              <w:left w:w="80" w:type="dxa"/>
              <w:bottom w:w="80" w:type="dxa"/>
              <w:right w:w="80" w:type="dxa"/>
            </w:tcMar>
            <w:vAlign w:val="center"/>
          </w:tcPr>
          <w:p w14:paraId="355F5123" w14:textId="77777777" w:rsidR="007C29E8" w:rsidRPr="00F51F43" w:rsidRDefault="00550C3F" w:rsidP="00550C3F">
            <w:pPr>
              <w:spacing w:after="0" w:line="240" w:lineRule="auto"/>
              <w:jc w:val="center"/>
              <w:rPr>
                <w:noProof/>
                <w:sz w:val="20"/>
                <w:szCs w:val="20"/>
                <w:lang w:eastAsia="en-US" w:bidi="en-US"/>
              </w:rPr>
            </w:pPr>
            <w:r w:rsidRPr="00F51F43">
              <w:rPr>
                <w:noProof/>
                <w:sz w:val="20"/>
                <w:szCs w:val="20"/>
                <w:lang w:eastAsia="en-US" w:bidi="en-US"/>
              </w:rPr>
              <w:t>ožujak</w:t>
            </w:r>
          </w:p>
          <w:p w14:paraId="24B86E54" w14:textId="77777777" w:rsidR="007C29E8" w:rsidRPr="00F51F43" w:rsidRDefault="007C29E8" w:rsidP="00550C3F">
            <w:pPr>
              <w:spacing w:after="0" w:line="240" w:lineRule="auto"/>
              <w:jc w:val="center"/>
              <w:rPr>
                <w:noProof/>
                <w:sz w:val="20"/>
                <w:szCs w:val="20"/>
                <w:lang w:eastAsia="en-US" w:bidi="en-US"/>
              </w:rPr>
            </w:pPr>
          </w:p>
          <w:p w14:paraId="526D5259" w14:textId="77777777" w:rsidR="007C29E8" w:rsidRPr="00F51F43" w:rsidRDefault="007C29E8" w:rsidP="00550C3F">
            <w:pPr>
              <w:spacing w:after="0" w:line="240" w:lineRule="auto"/>
              <w:jc w:val="center"/>
              <w:rPr>
                <w:noProof/>
                <w:sz w:val="20"/>
                <w:szCs w:val="20"/>
                <w:lang w:eastAsia="en-US" w:bidi="en-US"/>
              </w:rPr>
            </w:pPr>
          </w:p>
        </w:tc>
        <w:tc>
          <w:tcPr>
            <w:tcW w:w="2693" w:type="dxa"/>
            <w:tcMar>
              <w:top w:w="80" w:type="dxa"/>
              <w:left w:w="80" w:type="dxa"/>
              <w:bottom w:w="80" w:type="dxa"/>
              <w:right w:w="80" w:type="dxa"/>
            </w:tcMar>
            <w:vAlign w:val="center"/>
          </w:tcPr>
          <w:p w14:paraId="46FD0543"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roditelji djece školskih obveznika u područnim objektima</w:t>
            </w:r>
          </w:p>
        </w:tc>
        <w:tc>
          <w:tcPr>
            <w:tcW w:w="1985" w:type="dxa"/>
            <w:tcMar>
              <w:top w:w="80" w:type="dxa"/>
              <w:left w:w="80" w:type="dxa"/>
              <w:bottom w:w="80" w:type="dxa"/>
              <w:right w:w="80" w:type="dxa"/>
            </w:tcMar>
            <w:vAlign w:val="center"/>
          </w:tcPr>
          <w:p w14:paraId="73BFA883"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stručni tim osnovnih škola</w:t>
            </w:r>
          </w:p>
        </w:tc>
        <w:tc>
          <w:tcPr>
            <w:tcW w:w="2857" w:type="dxa"/>
            <w:tcMar>
              <w:top w:w="80" w:type="dxa"/>
              <w:left w:w="80" w:type="dxa"/>
              <w:bottom w:w="80" w:type="dxa"/>
              <w:right w:w="80" w:type="dxa"/>
            </w:tcMar>
            <w:vAlign w:val="center"/>
          </w:tcPr>
          <w:p w14:paraId="1AB0AD3E"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Priprema djeteta za polazak u prvi razred osnovne škole</w:t>
            </w:r>
          </w:p>
        </w:tc>
        <w:tc>
          <w:tcPr>
            <w:tcW w:w="2431" w:type="dxa"/>
            <w:tcMar>
              <w:top w:w="80" w:type="dxa"/>
              <w:left w:w="80" w:type="dxa"/>
              <w:bottom w:w="80" w:type="dxa"/>
              <w:right w:w="80" w:type="dxa"/>
            </w:tcMar>
            <w:vAlign w:val="center"/>
          </w:tcPr>
          <w:p w14:paraId="06F2DC8C" w14:textId="77777777" w:rsidR="007C29E8" w:rsidRPr="00F51F43" w:rsidRDefault="007C29E8" w:rsidP="00550C3F">
            <w:pPr>
              <w:spacing w:after="0" w:line="240" w:lineRule="auto"/>
              <w:jc w:val="center"/>
              <w:rPr>
                <w:noProof/>
                <w:sz w:val="20"/>
                <w:szCs w:val="20"/>
                <w:lang w:eastAsia="en-US" w:bidi="en-US"/>
              </w:rPr>
            </w:pPr>
            <w:r w:rsidRPr="00F51F43">
              <w:rPr>
                <w:noProof/>
                <w:sz w:val="20"/>
                <w:szCs w:val="20"/>
                <w:lang w:eastAsia="en-US" w:bidi="en-US"/>
              </w:rPr>
              <w:t>evaluacijski listić, reakcije roditelja</w:t>
            </w:r>
          </w:p>
        </w:tc>
      </w:tr>
    </w:tbl>
    <w:p w14:paraId="5C94F7C8" w14:textId="77777777" w:rsidR="00D310B5" w:rsidRPr="00F51F43" w:rsidRDefault="00F4556D" w:rsidP="00117040">
      <w:pPr>
        <w:rPr>
          <w:noProof/>
        </w:rPr>
        <w:sectPr w:rsidR="00D310B5" w:rsidRPr="00F51F43" w:rsidSect="003671A3">
          <w:pgSz w:w="16840" w:h="11907" w:orient="landscape" w:code="9"/>
          <w:pgMar w:top="1417" w:right="1440" w:bottom="1418" w:left="1440" w:header="720" w:footer="720" w:gutter="0"/>
          <w:cols w:space="720"/>
          <w:docGrid w:linePitch="326"/>
        </w:sectPr>
      </w:pPr>
      <w:r w:rsidRPr="00F51F43">
        <w:rPr>
          <w:noProof/>
        </w:rPr>
        <w:tab/>
      </w:r>
    </w:p>
    <w:p w14:paraId="59F29D9B" w14:textId="77777777" w:rsidR="00D310B5" w:rsidRPr="00F51F43" w:rsidRDefault="00C97F16" w:rsidP="00D310B5">
      <w:pPr>
        <w:ind w:firstLine="708"/>
        <w:rPr>
          <w:noProof/>
        </w:rPr>
      </w:pPr>
      <w:r w:rsidRPr="00F51F43">
        <w:rPr>
          <w:noProof/>
        </w:rPr>
        <w:lastRenderedPageBreak/>
        <w:t>U pedagoškoj godini 202</w:t>
      </w:r>
      <w:r w:rsidR="00726E1E" w:rsidRPr="00F51F43">
        <w:rPr>
          <w:noProof/>
        </w:rPr>
        <w:t>6</w:t>
      </w:r>
      <w:r w:rsidRPr="00F51F43">
        <w:rPr>
          <w:noProof/>
        </w:rPr>
        <w:t>./202</w:t>
      </w:r>
      <w:r w:rsidR="00726E1E" w:rsidRPr="00F51F43">
        <w:rPr>
          <w:noProof/>
        </w:rPr>
        <w:t>7</w:t>
      </w:r>
      <w:r w:rsidR="00DF1A74" w:rsidRPr="00F51F43">
        <w:rPr>
          <w:noProof/>
        </w:rPr>
        <w:t>.</w:t>
      </w:r>
      <w:r w:rsidRPr="00F51F43">
        <w:rPr>
          <w:noProof/>
        </w:rPr>
        <w:t xml:space="preserve"> </w:t>
      </w:r>
      <w:r w:rsidR="00726E1E" w:rsidRPr="00F51F43">
        <w:rPr>
          <w:noProof/>
        </w:rPr>
        <w:t>stručni tim</w:t>
      </w:r>
      <w:r w:rsidR="00DF1A74" w:rsidRPr="00F51F43">
        <w:rPr>
          <w:noProof/>
        </w:rPr>
        <w:t xml:space="preserve"> i </w:t>
      </w:r>
      <w:r w:rsidR="00CA3C2D" w:rsidRPr="00F51F43">
        <w:rPr>
          <w:noProof/>
        </w:rPr>
        <w:t>odgojiteljice nastavljaju rad na pružanju podrške roditeljima i jačanju njihovih roditeljskih kompetencija.</w:t>
      </w:r>
      <w:r w:rsidR="00DF1A74" w:rsidRPr="00F51F43">
        <w:rPr>
          <w:noProof/>
        </w:rPr>
        <w:t xml:space="preserve"> </w:t>
      </w:r>
    </w:p>
    <w:p w14:paraId="4B951701" w14:textId="77777777" w:rsidR="00512C38" w:rsidRPr="00F51F43" w:rsidRDefault="00512C38" w:rsidP="00D310B5">
      <w:pPr>
        <w:rPr>
          <w:noProof/>
        </w:rPr>
      </w:pPr>
      <w:r w:rsidRPr="00F51F43">
        <w:rPr>
          <w:noProof/>
        </w:rPr>
        <w:t xml:space="preserve">Dijete ima pravo na: </w:t>
      </w:r>
    </w:p>
    <w:p w14:paraId="31A05715" w14:textId="77777777" w:rsidR="00512C38" w:rsidRPr="00F51F43" w:rsidRDefault="00512C38" w:rsidP="00E04358">
      <w:pPr>
        <w:numPr>
          <w:ilvl w:val="0"/>
          <w:numId w:val="11"/>
        </w:numPr>
        <w:spacing w:after="0"/>
        <w:rPr>
          <w:noProof/>
        </w:rPr>
      </w:pPr>
      <w:r w:rsidRPr="00F51F43">
        <w:rPr>
          <w:noProof/>
        </w:rPr>
        <w:t>brižno ponašanje koje odgovara na djetetovu potrebu za ljubavlju, emocionalnom topli</w:t>
      </w:r>
      <w:r w:rsidR="00D310B5" w:rsidRPr="00F51F43">
        <w:rPr>
          <w:noProof/>
        </w:rPr>
        <w:t>nom</w:t>
      </w:r>
      <w:r w:rsidRPr="00F51F43">
        <w:rPr>
          <w:noProof/>
        </w:rPr>
        <w:t>, sigurnošću, pripadanjem, povezanošću i prihvaćanjem</w:t>
      </w:r>
    </w:p>
    <w:p w14:paraId="6F3992AC" w14:textId="77777777" w:rsidR="00512C38" w:rsidRPr="00F51F43" w:rsidRDefault="00512C38" w:rsidP="00E04358">
      <w:pPr>
        <w:numPr>
          <w:ilvl w:val="0"/>
          <w:numId w:val="11"/>
        </w:numPr>
        <w:spacing w:after="0"/>
        <w:rPr>
          <w:noProof/>
        </w:rPr>
      </w:pPr>
      <w:r w:rsidRPr="00F51F43">
        <w:rPr>
          <w:noProof/>
        </w:rPr>
        <w:t>pružanje strukture vođenja koje daje djetetu osjećaj sigurnosti i pre</w:t>
      </w:r>
      <w:r w:rsidR="00D310B5" w:rsidRPr="00F51F43">
        <w:rPr>
          <w:noProof/>
        </w:rPr>
        <w:t>d</w:t>
      </w:r>
      <w:r w:rsidRPr="00F51F43">
        <w:rPr>
          <w:noProof/>
        </w:rPr>
        <w:t xml:space="preserve">vidivosti te omogućuje razvoj kompetentnosti  </w:t>
      </w:r>
    </w:p>
    <w:p w14:paraId="0EBCCCB8" w14:textId="77777777" w:rsidR="00512C38" w:rsidRPr="00F51F43" w:rsidRDefault="00512C38" w:rsidP="00E04358">
      <w:pPr>
        <w:numPr>
          <w:ilvl w:val="0"/>
          <w:numId w:val="11"/>
        </w:numPr>
        <w:spacing w:after="0"/>
        <w:rPr>
          <w:noProof/>
        </w:rPr>
      </w:pPr>
      <w:r w:rsidRPr="00F51F43">
        <w:rPr>
          <w:noProof/>
        </w:rPr>
        <w:t>roditelj</w:t>
      </w:r>
      <w:r w:rsidR="00D310B5" w:rsidRPr="00F51F43">
        <w:rPr>
          <w:noProof/>
        </w:rPr>
        <w:t>a</w:t>
      </w:r>
      <w:r w:rsidRPr="00F51F43">
        <w:rPr>
          <w:noProof/>
        </w:rPr>
        <w:t xml:space="preserve"> kao uzor</w:t>
      </w:r>
      <w:r w:rsidR="00D310B5" w:rsidRPr="00F51F43">
        <w:rPr>
          <w:noProof/>
        </w:rPr>
        <w:t>a prikladnog ponašanja</w:t>
      </w:r>
      <w:r w:rsidRPr="00F51F43">
        <w:rPr>
          <w:noProof/>
        </w:rPr>
        <w:t xml:space="preserve">: dijete uči na primjeru roditelja i razvija vlastite moralne vrijednosti, </w:t>
      </w:r>
      <w:r w:rsidR="00D310B5" w:rsidRPr="00F51F43">
        <w:rPr>
          <w:noProof/>
        </w:rPr>
        <w:t xml:space="preserve">načine </w:t>
      </w:r>
      <w:r w:rsidRPr="00F51F43">
        <w:rPr>
          <w:noProof/>
        </w:rPr>
        <w:t>rješavanje sukoba i prosocijalnog ponašanja</w:t>
      </w:r>
    </w:p>
    <w:p w14:paraId="7C06689C" w14:textId="77777777" w:rsidR="00512C38" w:rsidRPr="00F51F43" w:rsidRDefault="00512C38" w:rsidP="00E04358">
      <w:pPr>
        <w:numPr>
          <w:ilvl w:val="0"/>
          <w:numId w:val="11"/>
        </w:numPr>
        <w:spacing w:after="0"/>
        <w:rPr>
          <w:noProof/>
        </w:rPr>
      </w:pPr>
      <w:r w:rsidRPr="00F51F43">
        <w:rPr>
          <w:noProof/>
        </w:rPr>
        <w:t>uvažavanje djeteta kao osobe ili priznavanje djetetove individualnosti koje odgovara na potrebu i pravo djeteta da ga se vidi, čuje i poštuje kao osobu s vlastitim idejama, planovima, preferencijama i ljudskim dostojanstvom</w:t>
      </w:r>
    </w:p>
    <w:p w14:paraId="1CE82A9A" w14:textId="77777777" w:rsidR="00512C38" w:rsidRPr="00F51F43" w:rsidRDefault="00D310B5" w:rsidP="00E04358">
      <w:pPr>
        <w:numPr>
          <w:ilvl w:val="0"/>
          <w:numId w:val="11"/>
        </w:numPr>
        <w:spacing w:after="0"/>
        <w:rPr>
          <w:noProof/>
        </w:rPr>
      </w:pPr>
      <w:r w:rsidRPr="00F51F43">
        <w:rPr>
          <w:noProof/>
        </w:rPr>
        <w:t>osnaživanje</w:t>
      </w:r>
      <w:r w:rsidR="00512C38" w:rsidRPr="00F51F43">
        <w:rPr>
          <w:noProof/>
        </w:rPr>
        <w:t xml:space="preserve"> koje se odnosi na stvaranje uvjeta za jačanje djetetovog osjećaja kompetentnosti, osobne kontrole i sposobnosti utjecaja na druge ljude i svijet uz roditeljsku potporu djetetovoj au</w:t>
      </w:r>
      <w:r w:rsidRPr="00F51F43">
        <w:rPr>
          <w:noProof/>
        </w:rPr>
        <w:t>tonomiji</w:t>
      </w:r>
      <w:r w:rsidR="00512C38" w:rsidRPr="00F51F43">
        <w:rPr>
          <w:noProof/>
        </w:rPr>
        <w:t>, doživljaju vlast</w:t>
      </w:r>
      <w:r w:rsidRPr="00F51F43">
        <w:rPr>
          <w:noProof/>
        </w:rPr>
        <w:t xml:space="preserve">ite inicijativnosti te da aktivnom participacijom </w:t>
      </w:r>
      <w:r w:rsidR="00512C38" w:rsidRPr="00F51F43">
        <w:rPr>
          <w:noProof/>
        </w:rPr>
        <w:t>samo riješi svoje probleme</w:t>
      </w:r>
    </w:p>
    <w:p w14:paraId="11B7083A" w14:textId="77777777" w:rsidR="00512C38" w:rsidRPr="00F51F43" w:rsidRDefault="00512C38" w:rsidP="000A22A7">
      <w:pPr>
        <w:rPr>
          <w:b/>
          <w:noProof/>
        </w:rPr>
      </w:pPr>
    </w:p>
    <w:p w14:paraId="35C347FA" w14:textId="77777777" w:rsidR="00512C38" w:rsidRPr="00F51F43" w:rsidRDefault="00512C38" w:rsidP="00D310B5">
      <w:pPr>
        <w:ind w:firstLine="720"/>
        <w:rPr>
          <w:bCs/>
          <w:noProof/>
        </w:rPr>
      </w:pPr>
      <w:r w:rsidRPr="00F51F43">
        <w:rPr>
          <w:bCs/>
          <w:noProof/>
        </w:rPr>
        <w:t>Uloga odgojitelja (stručnjaka u svom p</w:t>
      </w:r>
      <w:r w:rsidR="00D310B5" w:rsidRPr="00F51F43">
        <w:rPr>
          <w:bCs/>
          <w:noProof/>
        </w:rPr>
        <w:t>odručju) treba se kontinuirano</w:t>
      </w:r>
      <w:r w:rsidRPr="00F51F43">
        <w:rPr>
          <w:bCs/>
          <w:noProof/>
        </w:rPr>
        <w:t xml:space="preserve"> temeljiti na jasnim vrijednostima, e</w:t>
      </w:r>
      <w:r w:rsidR="00D310B5" w:rsidRPr="00F51F43">
        <w:rPr>
          <w:bCs/>
          <w:noProof/>
        </w:rPr>
        <w:t>tici, znanju i vještinama sa svrhom jačanja i pružanja</w:t>
      </w:r>
      <w:r w:rsidRPr="00F51F43">
        <w:rPr>
          <w:bCs/>
          <w:noProof/>
        </w:rPr>
        <w:t xml:space="preserve"> podrške pozitivnom roditeljstvu</w:t>
      </w:r>
      <w:r w:rsidR="00D310B5" w:rsidRPr="00F51F43">
        <w:rPr>
          <w:bCs/>
          <w:noProof/>
        </w:rPr>
        <w:t>:</w:t>
      </w:r>
    </w:p>
    <w:p w14:paraId="1FAD106C" w14:textId="77777777" w:rsidR="00512C38" w:rsidRPr="00F51F43" w:rsidRDefault="00512C38" w:rsidP="00E04358">
      <w:pPr>
        <w:numPr>
          <w:ilvl w:val="0"/>
          <w:numId w:val="12"/>
        </w:numPr>
        <w:spacing w:after="0"/>
        <w:rPr>
          <w:bCs/>
          <w:noProof/>
        </w:rPr>
      </w:pPr>
      <w:r w:rsidRPr="00F51F43">
        <w:rPr>
          <w:bCs/>
          <w:noProof/>
        </w:rPr>
        <w:t xml:space="preserve">sve intervencije i njihove ishode usredotočiti na </w:t>
      </w:r>
      <w:r w:rsidR="00D310B5" w:rsidRPr="00F51F43">
        <w:rPr>
          <w:bCs/>
          <w:noProof/>
        </w:rPr>
        <w:t>dijete uzimajući u obzir njegova</w:t>
      </w:r>
      <w:r w:rsidRPr="00F51F43">
        <w:rPr>
          <w:bCs/>
          <w:noProof/>
        </w:rPr>
        <w:t xml:space="preserve"> prava, razvojne potreb</w:t>
      </w:r>
      <w:r w:rsidR="00D310B5" w:rsidRPr="00F51F43">
        <w:rPr>
          <w:bCs/>
          <w:noProof/>
        </w:rPr>
        <w:t xml:space="preserve">e i jedinstvenost </w:t>
      </w:r>
    </w:p>
    <w:p w14:paraId="4D5BC777" w14:textId="77777777" w:rsidR="00512C38" w:rsidRPr="00F51F43" w:rsidRDefault="00512C38" w:rsidP="00E04358">
      <w:pPr>
        <w:numPr>
          <w:ilvl w:val="0"/>
          <w:numId w:val="12"/>
        </w:numPr>
        <w:spacing w:after="0"/>
        <w:rPr>
          <w:bCs/>
          <w:noProof/>
        </w:rPr>
      </w:pPr>
      <w:r w:rsidRPr="00F51F43">
        <w:rPr>
          <w:bCs/>
          <w:noProof/>
        </w:rPr>
        <w:t>pristup i jezik mora biti podržavajući</w:t>
      </w:r>
    </w:p>
    <w:p w14:paraId="54FFFDF7" w14:textId="77777777" w:rsidR="00512C38" w:rsidRPr="00F51F43" w:rsidRDefault="00D310B5" w:rsidP="00E04358">
      <w:pPr>
        <w:numPr>
          <w:ilvl w:val="0"/>
          <w:numId w:val="12"/>
        </w:numPr>
        <w:spacing w:after="0"/>
        <w:rPr>
          <w:bCs/>
          <w:noProof/>
        </w:rPr>
      </w:pPr>
      <w:r w:rsidRPr="00F51F43">
        <w:rPr>
          <w:bCs/>
          <w:noProof/>
        </w:rPr>
        <w:t>sve intervencije temeljiti</w:t>
      </w:r>
      <w:r w:rsidR="00512C38" w:rsidRPr="00F51F43">
        <w:rPr>
          <w:bCs/>
          <w:noProof/>
        </w:rPr>
        <w:t xml:space="preserve"> na načelima jednakosti i pristupačnosti</w:t>
      </w:r>
    </w:p>
    <w:p w14:paraId="7BBECF7C" w14:textId="77777777" w:rsidR="00512C38" w:rsidRPr="00F51F43" w:rsidRDefault="00512C38" w:rsidP="00E04358">
      <w:pPr>
        <w:numPr>
          <w:ilvl w:val="0"/>
          <w:numId w:val="12"/>
        </w:numPr>
        <w:spacing w:after="0"/>
        <w:rPr>
          <w:bCs/>
          <w:noProof/>
        </w:rPr>
      </w:pPr>
      <w:r w:rsidRPr="00F51F43">
        <w:rPr>
          <w:bCs/>
          <w:noProof/>
        </w:rPr>
        <w:t>roditeljske sposobnosti ne prosuđivati na tem</w:t>
      </w:r>
      <w:r w:rsidR="00D310B5" w:rsidRPr="00F51F43">
        <w:rPr>
          <w:bCs/>
          <w:noProof/>
        </w:rPr>
        <w:t>e</w:t>
      </w:r>
      <w:r w:rsidRPr="00F51F43">
        <w:rPr>
          <w:bCs/>
          <w:noProof/>
        </w:rPr>
        <w:t>lju jednog štetnog događaja</w:t>
      </w:r>
      <w:r w:rsidR="00D310B5" w:rsidRPr="00F51F43">
        <w:rPr>
          <w:bCs/>
          <w:noProof/>
        </w:rPr>
        <w:t>,</w:t>
      </w:r>
      <w:r w:rsidRPr="00F51F43">
        <w:rPr>
          <w:bCs/>
          <w:noProof/>
        </w:rPr>
        <w:t xml:space="preserve"> no sigurnost djeteta u svakom slučaju</w:t>
      </w:r>
      <w:r w:rsidR="00D310B5" w:rsidRPr="00F51F43">
        <w:rPr>
          <w:bCs/>
          <w:noProof/>
        </w:rPr>
        <w:t xml:space="preserve"> mora biti primarna i ne smije s</w:t>
      </w:r>
      <w:r w:rsidRPr="00F51F43">
        <w:rPr>
          <w:bCs/>
          <w:noProof/>
        </w:rPr>
        <w:t>e ničim</w:t>
      </w:r>
      <w:r w:rsidR="00D310B5" w:rsidRPr="00F51F43">
        <w:rPr>
          <w:bCs/>
          <w:noProof/>
        </w:rPr>
        <w:t>e</w:t>
      </w:r>
      <w:r w:rsidRPr="00F51F43">
        <w:rPr>
          <w:bCs/>
          <w:noProof/>
        </w:rPr>
        <w:t xml:space="preserve"> dovoditi u pitanje</w:t>
      </w:r>
    </w:p>
    <w:p w14:paraId="622AB152" w14:textId="77777777" w:rsidR="00512C38" w:rsidRPr="00F51F43" w:rsidRDefault="00D310B5" w:rsidP="00E04358">
      <w:pPr>
        <w:numPr>
          <w:ilvl w:val="0"/>
          <w:numId w:val="12"/>
        </w:numPr>
        <w:spacing w:after="0"/>
        <w:rPr>
          <w:bCs/>
          <w:noProof/>
        </w:rPr>
      </w:pPr>
      <w:r w:rsidRPr="00F51F43">
        <w:rPr>
          <w:bCs/>
          <w:noProof/>
        </w:rPr>
        <w:t>stručni sav</w:t>
      </w:r>
      <w:r w:rsidR="00512C38" w:rsidRPr="00F51F43">
        <w:rPr>
          <w:bCs/>
          <w:noProof/>
        </w:rPr>
        <w:t>jeti se upućuju i majkama i očevima ili drugim skrbnicima oba spola</w:t>
      </w:r>
    </w:p>
    <w:p w14:paraId="1AE17893" w14:textId="77777777" w:rsidR="00512C38" w:rsidRPr="00F51F43" w:rsidRDefault="00512C38" w:rsidP="00E04358">
      <w:pPr>
        <w:numPr>
          <w:ilvl w:val="0"/>
          <w:numId w:val="12"/>
        </w:numPr>
        <w:spacing w:after="0"/>
        <w:rPr>
          <w:bCs/>
          <w:noProof/>
        </w:rPr>
      </w:pPr>
      <w:r w:rsidRPr="00F51F43">
        <w:rPr>
          <w:bCs/>
          <w:noProof/>
        </w:rPr>
        <w:t>poticati važnost uloge oca stalnim uključivanjem u proces</w:t>
      </w:r>
    </w:p>
    <w:p w14:paraId="56DB5473" w14:textId="77777777" w:rsidR="00512C38" w:rsidRPr="00F51F43" w:rsidRDefault="00512C38" w:rsidP="00E04358">
      <w:pPr>
        <w:numPr>
          <w:ilvl w:val="0"/>
          <w:numId w:val="12"/>
        </w:numPr>
        <w:spacing w:after="0"/>
        <w:rPr>
          <w:bCs/>
          <w:noProof/>
        </w:rPr>
      </w:pPr>
      <w:r w:rsidRPr="00F51F43">
        <w:rPr>
          <w:bCs/>
          <w:noProof/>
        </w:rPr>
        <w:t xml:space="preserve">pružanje usluga koje odgovaraju na raznovrsne potrebe roditelja iz manjinskih etničkih skupina </w:t>
      </w:r>
    </w:p>
    <w:p w14:paraId="3743B0B2" w14:textId="77777777" w:rsidR="00512C38" w:rsidRPr="00F51F43" w:rsidRDefault="00D310B5" w:rsidP="00E04358">
      <w:pPr>
        <w:numPr>
          <w:ilvl w:val="0"/>
          <w:numId w:val="12"/>
        </w:numPr>
        <w:spacing w:after="0"/>
        <w:rPr>
          <w:bCs/>
          <w:noProof/>
        </w:rPr>
      </w:pPr>
      <w:r w:rsidRPr="00F51F43">
        <w:rPr>
          <w:noProof/>
        </w:rPr>
        <w:lastRenderedPageBreak/>
        <w:t>posjeti</w:t>
      </w:r>
      <w:r w:rsidR="00512C38" w:rsidRPr="00F51F43">
        <w:rPr>
          <w:noProof/>
        </w:rPr>
        <w:t xml:space="preserve"> obiteljima djece te boravak kod obitelji koje to mogu ponu</w:t>
      </w:r>
      <w:r w:rsidRPr="00F51F43">
        <w:rPr>
          <w:noProof/>
        </w:rPr>
        <w:t xml:space="preserve">diti </w:t>
      </w:r>
      <w:r w:rsidR="00512C38" w:rsidRPr="00F51F43">
        <w:rPr>
          <w:noProof/>
        </w:rPr>
        <w:t>skupini, poludnevno</w:t>
      </w:r>
    </w:p>
    <w:p w14:paraId="3ADE6C3D" w14:textId="77777777" w:rsidR="00512C38" w:rsidRPr="00F51F43" w:rsidRDefault="00D310B5" w:rsidP="00E04358">
      <w:pPr>
        <w:numPr>
          <w:ilvl w:val="0"/>
          <w:numId w:val="12"/>
        </w:numPr>
        <w:spacing w:after="0"/>
        <w:rPr>
          <w:bCs/>
          <w:noProof/>
        </w:rPr>
      </w:pPr>
      <w:r w:rsidRPr="00F51F43">
        <w:rPr>
          <w:noProof/>
        </w:rPr>
        <w:t>dostupnost</w:t>
      </w:r>
      <w:r w:rsidR="00512C38" w:rsidRPr="00F51F43">
        <w:rPr>
          <w:noProof/>
        </w:rPr>
        <w:t xml:space="preserve"> vrtićke knjižnice za edukaciju roditelja</w:t>
      </w:r>
    </w:p>
    <w:p w14:paraId="01EB3642" w14:textId="77777777" w:rsidR="00512C38" w:rsidRPr="00F51F43" w:rsidRDefault="00D310B5" w:rsidP="00E04358">
      <w:pPr>
        <w:numPr>
          <w:ilvl w:val="0"/>
          <w:numId w:val="12"/>
        </w:numPr>
        <w:spacing w:after="0"/>
        <w:rPr>
          <w:bCs/>
          <w:noProof/>
        </w:rPr>
      </w:pPr>
      <w:r w:rsidRPr="00F51F43">
        <w:rPr>
          <w:noProof/>
        </w:rPr>
        <w:t>čestim anketama dobiv</w:t>
      </w:r>
      <w:r w:rsidR="00512C38" w:rsidRPr="00F51F43">
        <w:rPr>
          <w:noProof/>
        </w:rPr>
        <w:t>ati povratne informacije o potrebama roditelja i njihovim željama u smislu poboljšanja kvalitete čitavog procesa</w:t>
      </w:r>
    </w:p>
    <w:p w14:paraId="378D2A24" w14:textId="77777777" w:rsidR="00512C38" w:rsidRPr="00F51F43" w:rsidRDefault="00512C38" w:rsidP="00E04358">
      <w:pPr>
        <w:numPr>
          <w:ilvl w:val="0"/>
          <w:numId w:val="12"/>
        </w:numPr>
        <w:spacing w:after="0"/>
        <w:rPr>
          <w:bCs/>
          <w:noProof/>
        </w:rPr>
      </w:pPr>
      <w:r w:rsidRPr="00F51F43">
        <w:rPr>
          <w:noProof/>
        </w:rPr>
        <w:t>provoditi vrednovanja roditeljskih sastanaka</w:t>
      </w:r>
    </w:p>
    <w:p w14:paraId="3D966858" w14:textId="77777777" w:rsidR="003D7468" w:rsidRPr="00F51F43" w:rsidRDefault="00FD770A" w:rsidP="00373169">
      <w:pPr>
        <w:pStyle w:val="Naslov1"/>
        <w:rPr>
          <w:noProof/>
        </w:rPr>
      </w:pPr>
      <w:bookmarkStart w:id="46" w:name="_Toc241563362"/>
      <w:r w:rsidRPr="00F51F43">
        <w:rPr>
          <w:noProof/>
        </w:rPr>
        <w:lastRenderedPageBreak/>
        <w:t xml:space="preserve">8. </w:t>
      </w:r>
      <w:r w:rsidR="003D7468" w:rsidRPr="00F51F43">
        <w:rPr>
          <w:noProof/>
        </w:rPr>
        <w:t xml:space="preserve">SURADNJA S </w:t>
      </w:r>
      <w:r w:rsidRPr="00F51F43">
        <w:rPr>
          <w:noProof/>
        </w:rPr>
        <w:t>DRUŠTVENIM ČIMBENICIMA</w:t>
      </w:r>
      <w:bookmarkEnd w:id="46"/>
    </w:p>
    <w:p w14:paraId="4E2DCA77" w14:textId="77777777" w:rsidR="001731FF" w:rsidRPr="00F51F43" w:rsidRDefault="001731FF" w:rsidP="0035237B">
      <w:pPr>
        <w:tabs>
          <w:tab w:val="left" w:pos="3544"/>
        </w:tabs>
        <w:rPr>
          <w:noProof/>
        </w:rPr>
      </w:pPr>
    </w:p>
    <w:p w14:paraId="4DBD108B" w14:textId="77777777" w:rsidR="001731FF" w:rsidRPr="00F51F43" w:rsidRDefault="00730B36" w:rsidP="001731FF">
      <w:pPr>
        <w:tabs>
          <w:tab w:val="left" w:pos="3544"/>
        </w:tabs>
        <w:rPr>
          <w:noProof/>
        </w:rPr>
      </w:pPr>
      <w:r w:rsidRPr="00F51F43">
        <w:rPr>
          <w:noProof/>
        </w:rPr>
        <w:t>CILJ</w:t>
      </w:r>
    </w:p>
    <w:p w14:paraId="6930921D" w14:textId="77777777" w:rsidR="001731FF" w:rsidRPr="00F51F43" w:rsidRDefault="001731FF" w:rsidP="00730B36">
      <w:pPr>
        <w:tabs>
          <w:tab w:val="left" w:pos="3544"/>
        </w:tabs>
        <w:rPr>
          <w:noProof/>
        </w:rPr>
      </w:pPr>
      <w:r w:rsidRPr="00F51F43">
        <w:rPr>
          <w:noProof/>
        </w:rPr>
        <w:t xml:space="preserve">Obogaćenje života djeteta u </w:t>
      </w:r>
      <w:r w:rsidR="00730B36" w:rsidRPr="00F51F43">
        <w:rPr>
          <w:noProof/>
        </w:rPr>
        <w:t>Vrtiću, otvaranje V</w:t>
      </w:r>
      <w:r w:rsidRPr="00F51F43">
        <w:rPr>
          <w:noProof/>
        </w:rPr>
        <w:t>rtića rodit</w:t>
      </w:r>
      <w:r w:rsidR="00730B36" w:rsidRPr="00F51F43">
        <w:rPr>
          <w:noProof/>
        </w:rPr>
        <w:t xml:space="preserve">eljima i neposrednoj društvenoj </w:t>
      </w:r>
      <w:r w:rsidRPr="00F51F43">
        <w:rPr>
          <w:noProof/>
        </w:rPr>
        <w:t>sredini,</w:t>
      </w:r>
      <w:r w:rsidR="00730B36" w:rsidRPr="00F51F43">
        <w:rPr>
          <w:noProof/>
        </w:rPr>
        <w:t xml:space="preserve"> </w:t>
      </w:r>
      <w:r w:rsidRPr="00F51F43">
        <w:rPr>
          <w:noProof/>
        </w:rPr>
        <w:t>prezentacij</w:t>
      </w:r>
      <w:r w:rsidR="00730B36" w:rsidRPr="00F51F43">
        <w:rPr>
          <w:noProof/>
        </w:rPr>
        <w:t>a iskustava i postignuća odgojno-obrazovne</w:t>
      </w:r>
      <w:r w:rsidRPr="00F51F43">
        <w:rPr>
          <w:noProof/>
        </w:rPr>
        <w:t xml:space="preserve"> prakse</w:t>
      </w:r>
    </w:p>
    <w:p w14:paraId="076258C7" w14:textId="77777777" w:rsidR="00730B36" w:rsidRPr="00F51F43" w:rsidRDefault="00730B36" w:rsidP="00730B36">
      <w:pPr>
        <w:tabs>
          <w:tab w:val="left" w:pos="3544"/>
        </w:tabs>
        <w:rPr>
          <w:noProof/>
        </w:rPr>
      </w:pPr>
    </w:p>
    <w:p w14:paraId="62F46F88" w14:textId="77777777" w:rsidR="00730B36" w:rsidRPr="00F51F43" w:rsidRDefault="00730B36" w:rsidP="00730B36">
      <w:pPr>
        <w:tabs>
          <w:tab w:val="left" w:pos="3544"/>
        </w:tabs>
        <w:rPr>
          <w:noProof/>
        </w:rPr>
      </w:pPr>
      <w:r w:rsidRPr="00F51F43">
        <w:rPr>
          <w:noProof/>
        </w:rPr>
        <w:t>BITNE ZADAĆE u odnosu na:</w:t>
      </w:r>
    </w:p>
    <w:p w14:paraId="566798CF" w14:textId="77777777" w:rsidR="00730B36" w:rsidRPr="00F51F43" w:rsidRDefault="00730B36" w:rsidP="00730B36">
      <w:pPr>
        <w:tabs>
          <w:tab w:val="left" w:pos="3544"/>
        </w:tabs>
        <w:rPr>
          <w:noProof/>
        </w:rPr>
      </w:pPr>
    </w:p>
    <w:p w14:paraId="5F5E2652" w14:textId="77777777" w:rsidR="00730B36" w:rsidRPr="00F51F43" w:rsidRDefault="00730B36" w:rsidP="00730B36">
      <w:pPr>
        <w:tabs>
          <w:tab w:val="left" w:pos="3544"/>
        </w:tabs>
        <w:rPr>
          <w:noProof/>
        </w:rPr>
      </w:pPr>
      <w:r w:rsidRPr="00F51F43">
        <w:rPr>
          <w:noProof/>
        </w:rPr>
        <w:t>1. DIJETE</w:t>
      </w:r>
    </w:p>
    <w:p w14:paraId="39F111EC" w14:textId="77777777" w:rsidR="00730B36" w:rsidRPr="00F51F43" w:rsidRDefault="00730B36" w:rsidP="00730B36">
      <w:pPr>
        <w:tabs>
          <w:tab w:val="left" w:pos="3544"/>
        </w:tabs>
        <w:rPr>
          <w:noProof/>
        </w:rPr>
      </w:pPr>
      <w:r w:rsidRPr="00F51F43">
        <w:rPr>
          <w:noProof/>
        </w:rPr>
        <w:t>- obogaćivanje života djeteta u Vrtiću različitim istraživačko-spoznajnim aktivnostima u neposrednoj okolini, kulturno-umjetničkim doživljajima i događanjima, sportsko-rekreativnim programima i susretima s drugom djecom i odraslima</w:t>
      </w:r>
    </w:p>
    <w:p w14:paraId="7049676B" w14:textId="77777777" w:rsidR="00730B36" w:rsidRPr="00F51F43" w:rsidRDefault="00730B36" w:rsidP="00730B36">
      <w:pPr>
        <w:tabs>
          <w:tab w:val="left" w:pos="3544"/>
        </w:tabs>
        <w:rPr>
          <w:noProof/>
        </w:rPr>
      </w:pPr>
    </w:p>
    <w:p w14:paraId="4B116829" w14:textId="77777777" w:rsidR="00730B36" w:rsidRPr="00F51F43" w:rsidRDefault="00F4556D" w:rsidP="00730B36">
      <w:pPr>
        <w:tabs>
          <w:tab w:val="left" w:pos="3544"/>
        </w:tabs>
        <w:rPr>
          <w:noProof/>
        </w:rPr>
      </w:pPr>
      <w:r w:rsidRPr="00F51F43">
        <w:rPr>
          <w:noProof/>
        </w:rPr>
        <w:t>2. ODGOJI</w:t>
      </w:r>
      <w:r w:rsidR="00730B36" w:rsidRPr="00F51F43">
        <w:rPr>
          <w:noProof/>
        </w:rPr>
        <w:t xml:space="preserve">TELJE I DRUGE DJELATNIKE </w:t>
      </w:r>
    </w:p>
    <w:p w14:paraId="75D5C322" w14:textId="77777777" w:rsidR="00730B36" w:rsidRPr="00F51F43" w:rsidRDefault="00730B36" w:rsidP="00730B36">
      <w:pPr>
        <w:tabs>
          <w:tab w:val="left" w:pos="3544"/>
        </w:tabs>
        <w:rPr>
          <w:noProof/>
        </w:rPr>
      </w:pPr>
      <w:r w:rsidRPr="00F51F43">
        <w:rPr>
          <w:noProof/>
        </w:rPr>
        <w:t>- stručno usavršavanje i razmjenjivanje iskustava sa stručnjacima drugih odgojno-obrazovnih ustanova</w:t>
      </w:r>
    </w:p>
    <w:p w14:paraId="24ABF22E" w14:textId="77777777" w:rsidR="00730B36" w:rsidRPr="00F51F43" w:rsidRDefault="00730B36" w:rsidP="00730B36">
      <w:pPr>
        <w:tabs>
          <w:tab w:val="left" w:pos="3544"/>
        </w:tabs>
        <w:rPr>
          <w:noProof/>
        </w:rPr>
      </w:pPr>
      <w:r w:rsidRPr="00F51F43">
        <w:rPr>
          <w:noProof/>
        </w:rPr>
        <w:t>- zajednički rad na rj</w:t>
      </w:r>
      <w:r w:rsidR="00F4556D" w:rsidRPr="00F51F43">
        <w:rPr>
          <w:noProof/>
        </w:rPr>
        <w:t>ešavanju aktualne problematike V</w:t>
      </w:r>
      <w:r w:rsidRPr="00F51F43">
        <w:rPr>
          <w:noProof/>
        </w:rPr>
        <w:t>rtića i individualnih problema u razvoju djeteta</w:t>
      </w:r>
    </w:p>
    <w:p w14:paraId="737687E1" w14:textId="77777777" w:rsidR="00730B36" w:rsidRPr="00F51F43" w:rsidRDefault="00730B36" w:rsidP="00730B36">
      <w:pPr>
        <w:tabs>
          <w:tab w:val="left" w:pos="3544"/>
        </w:tabs>
        <w:rPr>
          <w:noProof/>
        </w:rPr>
      </w:pPr>
      <w:r w:rsidRPr="00F51F43">
        <w:rPr>
          <w:noProof/>
        </w:rPr>
        <w:t>- prezenta</w:t>
      </w:r>
      <w:r w:rsidR="00F4556D" w:rsidRPr="00F51F43">
        <w:rPr>
          <w:noProof/>
        </w:rPr>
        <w:t>cija postignuća djece, rada odgoji</w:t>
      </w:r>
      <w:r w:rsidRPr="00F51F43">
        <w:rPr>
          <w:noProof/>
        </w:rPr>
        <w:t>telja roditeljima i široj društvenoj sredini</w:t>
      </w:r>
    </w:p>
    <w:p w14:paraId="2547B348" w14:textId="77777777" w:rsidR="00C637B8" w:rsidRPr="00F51F43" w:rsidRDefault="00C637B8" w:rsidP="00730B36">
      <w:pPr>
        <w:tabs>
          <w:tab w:val="left" w:pos="3544"/>
        </w:tabs>
        <w:rPr>
          <w:noProof/>
        </w:rPr>
      </w:pPr>
    </w:p>
    <w:p w14:paraId="4AB5A467" w14:textId="77777777" w:rsidR="00730B36" w:rsidRPr="00F51F43" w:rsidRDefault="00730B36" w:rsidP="00730B36">
      <w:pPr>
        <w:tabs>
          <w:tab w:val="left" w:pos="3544"/>
        </w:tabs>
        <w:rPr>
          <w:noProof/>
        </w:rPr>
      </w:pPr>
      <w:r w:rsidRPr="00F51F43">
        <w:rPr>
          <w:noProof/>
        </w:rPr>
        <w:t>3. RODITELJE</w:t>
      </w:r>
    </w:p>
    <w:p w14:paraId="3570D5B1" w14:textId="77777777" w:rsidR="00730B36" w:rsidRPr="00F51F43" w:rsidRDefault="00730B36" w:rsidP="00730B36">
      <w:pPr>
        <w:tabs>
          <w:tab w:val="left" w:pos="3544"/>
        </w:tabs>
        <w:rPr>
          <w:noProof/>
        </w:rPr>
      </w:pPr>
      <w:r w:rsidRPr="00F51F43">
        <w:rPr>
          <w:noProof/>
        </w:rPr>
        <w:t>- educiranje roditelja te poticanje na aktivno sudjelovanje u kulturnoj i javnoj djelatnosti Vrtića te razvijanju osjećaja pripadnosti Vrtiću i partnerskom djelovanju</w:t>
      </w:r>
      <w:r w:rsidRPr="00F51F43">
        <w:rPr>
          <w:noProof/>
        </w:rPr>
        <w:cr/>
      </w:r>
    </w:p>
    <w:p w14:paraId="44C2ABB6" w14:textId="77777777" w:rsidR="001731FF" w:rsidRPr="00F51F43" w:rsidRDefault="00730B36" w:rsidP="00730B36">
      <w:pPr>
        <w:tabs>
          <w:tab w:val="left" w:pos="709"/>
        </w:tabs>
        <w:rPr>
          <w:noProof/>
        </w:rPr>
      </w:pPr>
      <w:r w:rsidRPr="00F51F43">
        <w:rPr>
          <w:noProof/>
        </w:rPr>
        <w:tab/>
      </w:r>
      <w:r w:rsidR="001731FF" w:rsidRPr="00F51F43">
        <w:rPr>
          <w:noProof/>
        </w:rPr>
        <w:t>Sva događanja u kojima sudjeluju djeca proizlazit će iz kalendara događanja koji će se temeljiti na</w:t>
      </w:r>
      <w:r w:rsidRPr="00F51F43">
        <w:rPr>
          <w:noProof/>
        </w:rPr>
        <w:t xml:space="preserve"> </w:t>
      </w:r>
      <w:r w:rsidR="001731FF" w:rsidRPr="00F51F43">
        <w:rPr>
          <w:noProof/>
        </w:rPr>
        <w:t>planov</w:t>
      </w:r>
      <w:r w:rsidR="00EF3968" w:rsidRPr="00F51F43">
        <w:rPr>
          <w:noProof/>
        </w:rPr>
        <w:t>ima i programima rada u odgojno-obrazovnim</w:t>
      </w:r>
      <w:r w:rsidR="001731FF" w:rsidRPr="00F51F43">
        <w:rPr>
          <w:noProof/>
        </w:rPr>
        <w:t xml:space="preserve"> skupinama i timski dogovarati na internim stručnim</w:t>
      </w:r>
      <w:r w:rsidRPr="00F51F43">
        <w:rPr>
          <w:noProof/>
        </w:rPr>
        <w:t xml:space="preserve"> </w:t>
      </w:r>
      <w:r w:rsidR="001731FF" w:rsidRPr="00F51F43">
        <w:rPr>
          <w:noProof/>
        </w:rPr>
        <w:t>aktivima planiranja. Tematsko i in</w:t>
      </w:r>
      <w:r w:rsidR="00EF3968" w:rsidRPr="00F51F43">
        <w:rPr>
          <w:noProof/>
        </w:rPr>
        <w:t>tegrativno planiranje u odgojno-obrazovnim</w:t>
      </w:r>
      <w:r w:rsidR="001731FF" w:rsidRPr="00F51F43">
        <w:rPr>
          <w:noProof/>
        </w:rPr>
        <w:t xml:space="preserve"> skupinama slijedit će prirodne</w:t>
      </w:r>
      <w:r w:rsidRPr="00F51F43">
        <w:rPr>
          <w:noProof/>
        </w:rPr>
        <w:t xml:space="preserve"> </w:t>
      </w:r>
      <w:r w:rsidR="001731FF" w:rsidRPr="00F51F43">
        <w:rPr>
          <w:noProof/>
        </w:rPr>
        <w:t xml:space="preserve">mijene, društvena događanja i značajne </w:t>
      </w:r>
      <w:r w:rsidR="001731FF" w:rsidRPr="00F51F43">
        <w:rPr>
          <w:noProof/>
        </w:rPr>
        <w:lastRenderedPageBreak/>
        <w:t>datume, a u najvećoj mjeri gradit će se na aktualnim</w:t>
      </w:r>
      <w:r w:rsidRPr="00F51F43">
        <w:rPr>
          <w:noProof/>
        </w:rPr>
        <w:t xml:space="preserve"> </w:t>
      </w:r>
      <w:r w:rsidR="001731FF" w:rsidRPr="00F51F43">
        <w:rPr>
          <w:noProof/>
        </w:rPr>
        <w:t>potrebama i interesima djece pojedine skupine, uz uvažavanje roditeljskih ideja i inicijativa.</w:t>
      </w:r>
    </w:p>
    <w:p w14:paraId="7B4238BC" w14:textId="77777777" w:rsidR="00275EEE" w:rsidRPr="00F51F43" w:rsidRDefault="00730B36" w:rsidP="00373169">
      <w:pPr>
        <w:tabs>
          <w:tab w:val="left" w:pos="709"/>
        </w:tabs>
        <w:rPr>
          <w:noProof/>
        </w:rPr>
      </w:pPr>
      <w:r w:rsidRPr="00F51F43">
        <w:rPr>
          <w:noProof/>
        </w:rPr>
        <w:tab/>
      </w:r>
      <w:r w:rsidR="00D26ED1" w:rsidRPr="00F51F43">
        <w:rPr>
          <w:noProof/>
        </w:rPr>
        <w:tab/>
      </w:r>
    </w:p>
    <w:p w14:paraId="36877969" w14:textId="77777777" w:rsidR="001731FF" w:rsidRPr="00F51F43" w:rsidRDefault="00D26ED1" w:rsidP="00373169">
      <w:pPr>
        <w:pStyle w:val="Naslov2"/>
        <w:rPr>
          <w:noProof/>
        </w:rPr>
      </w:pPr>
      <w:bookmarkStart w:id="47" w:name="_Toc241563363"/>
      <w:r w:rsidRPr="00F51F43">
        <w:rPr>
          <w:noProof/>
        </w:rPr>
        <w:t>8</w:t>
      </w:r>
      <w:r w:rsidR="001731FF" w:rsidRPr="00F51F43">
        <w:rPr>
          <w:noProof/>
        </w:rPr>
        <w:t>.</w:t>
      </w:r>
      <w:r w:rsidR="00027528" w:rsidRPr="00F51F43">
        <w:rPr>
          <w:noProof/>
        </w:rPr>
        <w:t>1</w:t>
      </w:r>
      <w:r w:rsidR="001731FF" w:rsidRPr="00F51F43">
        <w:rPr>
          <w:noProof/>
        </w:rPr>
        <w:t>. JAVNE PREZENTACIJE ODGOJNO-OBRAZOVNOG RADA</w:t>
      </w:r>
      <w:bookmarkEnd w:id="47"/>
    </w:p>
    <w:p w14:paraId="06498764" w14:textId="77777777" w:rsidR="001731FF" w:rsidRPr="00F51F43" w:rsidRDefault="00D26ED1" w:rsidP="001731FF">
      <w:pPr>
        <w:tabs>
          <w:tab w:val="left" w:pos="3544"/>
        </w:tabs>
        <w:rPr>
          <w:noProof/>
        </w:rPr>
      </w:pPr>
      <w:r w:rsidRPr="00F51F43">
        <w:rPr>
          <w:noProof/>
        </w:rPr>
        <w:t>I</w:t>
      </w:r>
      <w:r w:rsidR="009F4417" w:rsidRPr="00F51F43">
        <w:rPr>
          <w:noProof/>
        </w:rPr>
        <w:t>zložbe na razini V</w:t>
      </w:r>
      <w:r w:rsidR="001731FF" w:rsidRPr="00F51F43">
        <w:rPr>
          <w:noProof/>
        </w:rPr>
        <w:t>rtić</w:t>
      </w:r>
      <w:r w:rsidR="006161E4" w:rsidRPr="00F51F43">
        <w:rPr>
          <w:noProof/>
        </w:rPr>
        <w:t>a i općina</w:t>
      </w:r>
      <w:r w:rsidR="001731FF" w:rsidRPr="00F51F43">
        <w:rPr>
          <w:noProof/>
        </w:rPr>
        <w:t>:</w:t>
      </w:r>
    </w:p>
    <w:p w14:paraId="4DDBBD6D" w14:textId="77777777" w:rsidR="001731FF" w:rsidRPr="00F51F43" w:rsidRDefault="00D26ED1" w:rsidP="001731FF">
      <w:pPr>
        <w:tabs>
          <w:tab w:val="left" w:pos="3544"/>
        </w:tabs>
        <w:rPr>
          <w:noProof/>
        </w:rPr>
      </w:pPr>
      <w:r w:rsidRPr="00F51F43">
        <w:rPr>
          <w:noProof/>
        </w:rPr>
        <w:t>-</w:t>
      </w:r>
      <w:r w:rsidR="001731FF" w:rsidRPr="00F51F43">
        <w:rPr>
          <w:noProof/>
        </w:rPr>
        <w:t xml:space="preserve"> izložbe dječjeg stvaralaštva</w:t>
      </w:r>
      <w:r w:rsidR="009F4417" w:rsidRPr="00F51F43">
        <w:rPr>
          <w:noProof/>
        </w:rPr>
        <w:t xml:space="preserve"> povodom </w:t>
      </w:r>
      <w:r w:rsidR="00A37752" w:rsidRPr="00F51F43">
        <w:rPr>
          <w:noProof/>
        </w:rPr>
        <w:t>različitih manifestacija u općinama</w:t>
      </w:r>
    </w:p>
    <w:p w14:paraId="01FEDDFC" w14:textId="77777777" w:rsidR="001731FF" w:rsidRPr="00F51F43" w:rsidRDefault="00D26ED1" w:rsidP="001731FF">
      <w:pPr>
        <w:tabs>
          <w:tab w:val="left" w:pos="3544"/>
        </w:tabs>
        <w:rPr>
          <w:noProof/>
        </w:rPr>
      </w:pPr>
      <w:r w:rsidRPr="00F51F43">
        <w:rPr>
          <w:noProof/>
        </w:rPr>
        <w:t>-</w:t>
      </w:r>
      <w:r w:rsidR="001731FF" w:rsidRPr="00F51F43">
        <w:rPr>
          <w:noProof/>
        </w:rPr>
        <w:t xml:space="preserve"> poster-prikazi ostvarenih grupnih i timskih projekata</w:t>
      </w:r>
    </w:p>
    <w:p w14:paraId="2996C8CA" w14:textId="77777777" w:rsidR="001731FF" w:rsidRPr="00F51F43" w:rsidRDefault="00D26ED1" w:rsidP="001731FF">
      <w:pPr>
        <w:tabs>
          <w:tab w:val="left" w:pos="3544"/>
        </w:tabs>
        <w:rPr>
          <w:noProof/>
        </w:rPr>
      </w:pPr>
      <w:r w:rsidRPr="00F51F43">
        <w:rPr>
          <w:noProof/>
        </w:rPr>
        <w:t>-</w:t>
      </w:r>
      <w:r w:rsidR="001731FF" w:rsidRPr="00F51F43">
        <w:rPr>
          <w:noProof/>
        </w:rPr>
        <w:t xml:space="preserve"> izložba o akti</w:t>
      </w:r>
      <w:r w:rsidRPr="00F51F43">
        <w:rPr>
          <w:noProof/>
        </w:rPr>
        <w:t>vnostima djece i događanjima u V</w:t>
      </w:r>
      <w:r w:rsidR="001731FF" w:rsidRPr="00F51F43">
        <w:rPr>
          <w:noProof/>
        </w:rPr>
        <w:t>rtiću</w:t>
      </w:r>
    </w:p>
    <w:p w14:paraId="18A1C8BA" w14:textId="77777777" w:rsidR="001731FF" w:rsidRPr="00F51F43" w:rsidRDefault="00D26ED1" w:rsidP="001731FF">
      <w:pPr>
        <w:tabs>
          <w:tab w:val="left" w:pos="3544"/>
        </w:tabs>
        <w:rPr>
          <w:noProof/>
        </w:rPr>
      </w:pPr>
      <w:r w:rsidRPr="00F51F43">
        <w:rPr>
          <w:noProof/>
        </w:rPr>
        <w:t>-</w:t>
      </w:r>
      <w:r w:rsidR="001731FF" w:rsidRPr="00F51F43">
        <w:rPr>
          <w:noProof/>
        </w:rPr>
        <w:t xml:space="preserve"> izložba eko-projekata i akcija povodom Dana planeta Zemlja</w:t>
      </w:r>
    </w:p>
    <w:p w14:paraId="119E3BCC" w14:textId="77777777" w:rsidR="00D26ED1" w:rsidRPr="00F51F43" w:rsidRDefault="00D26ED1" w:rsidP="001731FF">
      <w:pPr>
        <w:tabs>
          <w:tab w:val="left" w:pos="3544"/>
        </w:tabs>
        <w:rPr>
          <w:noProof/>
        </w:rPr>
      </w:pPr>
    </w:p>
    <w:p w14:paraId="7E68CBBC" w14:textId="77777777" w:rsidR="001731FF" w:rsidRPr="00F51F43" w:rsidRDefault="00D26ED1" w:rsidP="001731FF">
      <w:pPr>
        <w:tabs>
          <w:tab w:val="left" w:pos="3544"/>
        </w:tabs>
        <w:rPr>
          <w:noProof/>
        </w:rPr>
      </w:pPr>
      <w:r w:rsidRPr="00F51F43">
        <w:rPr>
          <w:noProof/>
        </w:rPr>
        <w:t>I</w:t>
      </w:r>
      <w:r w:rsidR="001731FF" w:rsidRPr="00F51F43">
        <w:rPr>
          <w:noProof/>
        </w:rPr>
        <w:t xml:space="preserve">zdavačka djelatnost </w:t>
      </w:r>
      <w:r w:rsidRPr="00F51F43">
        <w:rPr>
          <w:noProof/>
        </w:rPr>
        <w:t>V</w:t>
      </w:r>
      <w:r w:rsidR="001731FF" w:rsidRPr="00F51F43">
        <w:rPr>
          <w:noProof/>
        </w:rPr>
        <w:t>rtića:</w:t>
      </w:r>
    </w:p>
    <w:p w14:paraId="155CE835" w14:textId="77777777" w:rsidR="001731FF" w:rsidRPr="00F51F43" w:rsidRDefault="00D26ED1" w:rsidP="001731FF">
      <w:pPr>
        <w:tabs>
          <w:tab w:val="left" w:pos="3544"/>
        </w:tabs>
        <w:rPr>
          <w:noProof/>
        </w:rPr>
      </w:pPr>
      <w:r w:rsidRPr="00F51F43">
        <w:rPr>
          <w:noProof/>
        </w:rPr>
        <w:t>-</w:t>
      </w:r>
      <w:r w:rsidR="001731FF" w:rsidRPr="00F51F43">
        <w:rPr>
          <w:noProof/>
        </w:rPr>
        <w:t xml:space="preserve"> </w:t>
      </w:r>
      <w:r w:rsidRPr="00F51F43">
        <w:rPr>
          <w:noProof/>
        </w:rPr>
        <w:t xml:space="preserve">internetska </w:t>
      </w:r>
      <w:r w:rsidR="001731FF" w:rsidRPr="00F51F43">
        <w:rPr>
          <w:noProof/>
        </w:rPr>
        <w:t xml:space="preserve">stranica </w:t>
      </w:r>
      <w:r w:rsidRPr="00F51F43">
        <w:rPr>
          <w:noProof/>
        </w:rPr>
        <w:t>V</w:t>
      </w:r>
      <w:r w:rsidR="001731FF" w:rsidRPr="00F51F43">
        <w:rPr>
          <w:noProof/>
        </w:rPr>
        <w:t>rtića, letci, plakati i ostali pisani materijali</w:t>
      </w:r>
    </w:p>
    <w:p w14:paraId="2844E4F0" w14:textId="77777777" w:rsidR="001731FF" w:rsidRPr="00F51F43" w:rsidRDefault="00D26ED1" w:rsidP="00D26ED1">
      <w:pPr>
        <w:tabs>
          <w:tab w:val="left" w:pos="3544"/>
        </w:tabs>
        <w:rPr>
          <w:noProof/>
        </w:rPr>
      </w:pPr>
      <w:r w:rsidRPr="00F51F43">
        <w:rPr>
          <w:noProof/>
        </w:rPr>
        <w:t>-</w:t>
      </w:r>
      <w:r w:rsidR="001731FF" w:rsidRPr="00F51F43">
        <w:rPr>
          <w:noProof/>
        </w:rPr>
        <w:t xml:space="preserve"> aktivno sudjelovanje odgojiteljica i stručnih suradnika na stručnim skupovima, prikazi u</w:t>
      </w:r>
      <w:r w:rsidRPr="00F51F43">
        <w:rPr>
          <w:noProof/>
        </w:rPr>
        <w:t xml:space="preserve"> </w:t>
      </w:r>
      <w:r w:rsidR="001731FF" w:rsidRPr="00F51F43">
        <w:rPr>
          <w:noProof/>
        </w:rPr>
        <w:t>medijima, sudjelovanje na javnima natječajima</w:t>
      </w:r>
    </w:p>
    <w:p w14:paraId="760FA10D" w14:textId="77777777" w:rsidR="00D26ED1" w:rsidRPr="00F51F43" w:rsidRDefault="00D26ED1" w:rsidP="001731FF">
      <w:pPr>
        <w:tabs>
          <w:tab w:val="left" w:pos="3544"/>
        </w:tabs>
        <w:rPr>
          <w:noProof/>
        </w:rPr>
      </w:pPr>
    </w:p>
    <w:p w14:paraId="50A27612" w14:textId="77777777" w:rsidR="001731FF" w:rsidRPr="00F51F43" w:rsidRDefault="009F4417" w:rsidP="001731FF">
      <w:pPr>
        <w:tabs>
          <w:tab w:val="left" w:pos="3544"/>
        </w:tabs>
        <w:rPr>
          <w:noProof/>
        </w:rPr>
      </w:pPr>
      <w:r w:rsidRPr="00F51F43">
        <w:rPr>
          <w:noProof/>
        </w:rPr>
        <w:t>Javni nastupi</w:t>
      </w:r>
      <w:r w:rsidR="00937723" w:rsidRPr="00F51F43">
        <w:rPr>
          <w:noProof/>
        </w:rPr>
        <w:t xml:space="preserve"> i prezentacije</w:t>
      </w:r>
      <w:r w:rsidRPr="00F51F43">
        <w:rPr>
          <w:noProof/>
        </w:rPr>
        <w:t xml:space="preserve"> djece i odgoji</w:t>
      </w:r>
      <w:r w:rsidR="00937723" w:rsidRPr="00F51F43">
        <w:rPr>
          <w:noProof/>
        </w:rPr>
        <w:t>telja na vrtićkim i općinskim</w:t>
      </w:r>
      <w:r w:rsidR="001731FF" w:rsidRPr="00F51F43">
        <w:rPr>
          <w:noProof/>
        </w:rPr>
        <w:t xml:space="preserve"> manifestacijama:</w:t>
      </w:r>
    </w:p>
    <w:p w14:paraId="03985E3E" w14:textId="77777777" w:rsidR="001731FF" w:rsidRPr="00F51F43" w:rsidRDefault="00A14952" w:rsidP="00937723">
      <w:pPr>
        <w:tabs>
          <w:tab w:val="left" w:pos="3544"/>
        </w:tabs>
        <w:rPr>
          <w:noProof/>
        </w:rPr>
      </w:pPr>
      <w:r w:rsidRPr="00F51F43">
        <w:rPr>
          <w:noProof/>
        </w:rPr>
        <w:t xml:space="preserve">- </w:t>
      </w:r>
      <w:r w:rsidR="009F4417" w:rsidRPr="00F51F43">
        <w:rPr>
          <w:noProof/>
        </w:rPr>
        <w:t>završ</w:t>
      </w:r>
      <w:r w:rsidR="00937723" w:rsidRPr="00F51F43">
        <w:rPr>
          <w:noProof/>
        </w:rPr>
        <w:t>na svečanost područnih objekata, općinski dani i manifestacije u organizaciji općina</w:t>
      </w:r>
    </w:p>
    <w:p w14:paraId="076431DD" w14:textId="77777777" w:rsidR="001731FF" w:rsidRPr="00F51F43" w:rsidRDefault="00D26ED1" w:rsidP="001731FF">
      <w:pPr>
        <w:tabs>
          <w:tab w:val="left" w:pos="3544"/>
        </w:tabs>
        <w:rPr>
          <w:noProof/>
        </w:rPr>
      </w:pPr>
      <w:r w:rsidRPr="00F51F43">
        <w:rPr>
          <w:noProof/>
        </w:rPr>
        <w:t>-</w:t>
      </w:r>
      <w:r w:rsidR="001731FF" w:rsidRPr="00F51F43">
        <w:rPr>
          <w:noProof/>
        </w:rPr>
        <w:t xml:space="preserve"> završne prezentacije timskih i dječjih projekata sustručnjacima i roditeljima</w:t>
      </w:r>
    </w:p>
    <w:p w14:paraId="29D9ADC0" w14:textId="77777777" w:rsidR="001731FF" w:rsidRPr="00F51F43" w:rsidRDefault="000A7D02" w:rsidP="000A7D02">
      <w:pPr>
        <w:tabs>
          <w:tab w:val="left" w:pos="3544"/>
        </w:tabs>
        <w:rPr>
          <w:noProof/>
        </w:rPr>
      </w:pPr>
      <w:r w:rsidRPr="00F51F43">
        <w:rPr>
          <w:noProof/>
        </w:rPr>
        <w:t>-</w:t>
      </w:r>
      <w:r w:rsidR="001731FF" w:rsidRPr="00F51F43">
        <w:rPr>
          <w:noProof/>
        </w:rPr>
        <w:t xml:space="preserve"> zajedničke</w:t>
      </w:r>
      <w:r w:rsidRPr="00F51F43">
        <w:rPr>
          <w:noProof/>
        </w:rPr>
        <w:t xml:space="preserve"> prigodne prometne, ekološke i s</w:t>
      </w:r>
      <w:r w:rsidR="001731FF" w:rsidRPr="00F51F43">
        <w:rPr>
          <w:noProof/>
        </w:rPr>
        <w:t>portske akcije djece i odraslih: zajedničko</w:t>
      </w:r>
      <w:r w:rsidRPr="00F51F43">
        <w:rPr>
          <w:noProof/>
        </w:rPr>
        <w:t xml:space="preserve"> </w:t>
      </w:r>
      <w:r w:rsidR="001731FF" w:rsidRPr="00F51F43">
        <w:rPr>
          <w:noProof/>
        </w:rPr>
        <w:t>vježbanje djece i odraslih povodom Hrvatskog olimpijskog dana i Europskog tjedna sporta</w:t>
      </w:r>
      <w:r w:rsidRPr="00F51F43">
        <w:rPr>
          <w:noProof/>
        </w:rPr>
        <w:t xml:space="preserve"> </w:t>
      </w:r>
      <w:r w:rsidR="001731FF" w:rsidRPr="00F51F43">
        <w:rPr>
          <w:noProof/>
        </w:rPr>
        <w:t>i tjelesnih aktivnosti, eko-akcije povodom Dana voda,</w:t>
      </w:r>
      <w:r w:rsidRPr="00F51F43">
        <w:rPr>
          <w:noProof/>
        </w:rPr>
        <w:t xml:space="preserve"> Dana zaštite šuma i Dana planeta Zemlje</w:t>
      </w:r>
    </w:p>
    <w:p w14:paraId="1EEB56A6" w14:textId="77777777" w:rsidR="001731FF" w:rsidRPr="00F51F43" w:rsidRDefault="000A7D02" w:rsidP="000A7D02">
      <w:pPr>
        <w:tabs>
          <w:tab w:val="left" w:pos="3544"/>
        </w:tabs>
        <w:rPr>
          <w:noProof/>
        </w:rPr>
      </w:pPr>
      <w:r w:rsidRPr="00F51F43">
        <w:rPr>
          <w:noProof/>
        </w:rPr>
        <w:t>-</w:t>
      </w:r>
      <w:r w:rsidR="001731FF" w:rsidRPr="00F51F43">
        <w:rPr>
          <w:noProof/>
        </w:rPr>
        <w:t xml:space="preserve"> aktivno sudjelovanje na edukativno-humanitarnim akcijama djece, radnika i roditelja</w:t>
      </w:r>
      <w:r w:rsidRPr="00F51F43">
        <w:rPr>
          <w:noProof/>
        </w:rPr>
        <w:t xml:space="preserve"> u </w:t>
      </w:r>
      <w:r w:rsidR="001731FF" w:rsidRPr="00F51F43">
        <w:rPr>
          <w:noProof/>
        </w:rPr>
        <w:t>suradnji s Caritasom</w:t>
      </w:r>
      <w:r w:rsidR="00B8374B" w:rsidRPr="00F51F43">
        <w:rPr>
          <w:noProof/>
        </w:rPr>
        <w:t>, Unicefom</w:t>
      </w:r>
      <w:r w:rsidR="001731FF" w:rsidRPr="00F51F43">
        <w:rPr>
          <w:noProof/>
        </w:rPr>
        <w:t xml:space="preserve"> i dr.</w:t>
      </w:r>
      <w:r w:rsidR="001731FF" w:rsidRPr="00F51F43">
        <w:rPr>
          <w:noProof/>
        </w:rPr>
        <w:cr/>
      </w:r>
    </w:p>
    <w:p w14:paraId="4567E51D" w14:textId="77777777" w:rsidR="003D7468" w:rsidRPr="00F51F43" w:rsidRDefault="000A7D02" w:rsidP="00937723">
      <w:pPr>
        <w:tabs>
          <w:tab w:val="left" w:pos="3544"/>
        </w:tabs>
        <w:rPr>
          <w:noProof/>
        </w:rPr>
      </w:pPr>
      <w:r w:rsidRPr="00F51F43">
        <w:rPr>
          <w:noProof/>
        </w:rPr>
        <w:t>Ove pedagoške godine planiramo suradnju sa sljedećim vanjskim čimbenicima</w:t>
      </w:r>
      <w:r w:rsidR="00937723" w:rsidRPr="00F51F43">
        <w:rPr>
          <w:noProof/>
        </w:rPr>
        <w:t>, navodeći područje suradnje</w:t>
      </w:r>
      <w:r w:rsidRPr="00F51F43">
        <w:rPr>
          <w:noProof/>
        </w:rPr>
        <w:t>:</w:t>
      </w:r>
    </w:p>
    <w:p w14:paraId="3DCD55F6" w14:textId="77777777" w:rsidR="003D7468" w:rsidRPr="00F51F43" w:rsidRDefault="00F00F9A" w:rsidP="000A7D02">
      <w:pPr>
        <w:numPr>
          <w:ilvl w:val="0"/>
          <w:numId w:val="3"/>
        </w:numPr>
        <w:tabs>
          <w:tab w:val="left" w:pos="3544"/>
        </w:tabs>
        <w:spacing w:after="0"/>
        <w:rPr>
          <w:i/>
          <w:noProof/>
        </w:rPr>
      </w:pPr>
      <w:r w:rsidRPr="00F51F43">
        <w:rPr>
          <w:i/>
          <w:noProof/>
        </w:rPr>
        <w:t>OPĆINE OSNIVAČI, GRAD KOPRIVNICA, KOPRIVNIČKO-KRIŽEVAČKA ŽUPANIJA</w:t>
      </w:r>
      <w:r w:rsidR="00275EEE" w:rsidRPr="00F51F43">
        <w:rPr>
          <w:i/>
          <w:noProof/>
        </w:rPr>
        <w:t xml:space="preserve"> </w:t>
      </w:r>
    </w:p>
    <w:p w14:paraId="0967A2B3" w14:textId="77777777" w:rsidR="003D7468" w:rsidRPr="00F51F43" w:rsidRDefault="003D7468" w:rsidP="000A7D02">
      <w:pPr>
        <w:numPr>
          <w:ilvl w:val="0"/>
          <w:numId w:val="1"/>
        </w:numPr>
        <w:tabs>
          <w:tab w:val="left" w:pos="3544"/>
        </w:tabs>
        <w:spacing w:after="0"/>
        <w:rPr>
          <w:noProof/>
        </w:rPr>
      </w:pPr>
      <w:r w:rsidRPr="00F51F43">
        <w:rPr>
          <w:noProof/>
        </w:rPr>
        <w:lastRenderedPageBreak/>
        <w:t>suradnja u donošenju i provođenju odluka i zaključaka</w:t>
      </w:r>
    </w:p>
    <w:p w14:paraId="67D968D1" w14:textId="77777777" w:rsidR="003D7468" w:rsidRPr="00F51F43" w:rsidRDefault="003D7468" w:rsidP="000A7D02">
      <w:pPr>
        <w:numPr>
          <w:ilvl w:val="0"/>
          <w:numId w:val="1"/>
        </w:numPr>
        <w:tabs>
          <w:tab w:val="left" w:pos="3544"/>
        </w:tabs>
        <w:spacing w:after="0"/>
        <w:rPr>
          <w:noProof/>
        </w:rPr>
      </w:pPr>
      <w:r w:rsidRPr="00F51F43">
        <w:rPr>
          <w:noProof/>
        </w:rPr>
        <w:t>suradnja i pomoć u poboljšanj</w:t>
      </w:r>
      <w:r w:rsidR="00F00F9A" w:rsidRPr="00F51F43">
        <w:rPr>
          <w:noProof/>
        </w:rPr>
        <w:t>u postojećih uvjeta na objektima</w:t>
      </w:r>
    </w:p>
    <w:p w14:paraId="1A97182F" w14:textId="77777777" w:rsidR="003D7468" w:rsidRPr="00F51F43" w:rsidRDefault="003D7468" w:rsidP="00F00F9A">
      <w:pPr>
        <w:numPr>
          <w:ilvl w:val="0"/>
          <w:numId w:val="1"/>
        </w:numPr>
        <w:tabs>
          <w:tab w:val="left" w:pos="3544"/>
        </w:tabs>
        <w:spacing w:after="0"/>
        <w:rPr>
          <w:noProof/>
        </w:rPr>
      </w:pPr>
      <w:r w:rsidRPr="00F51F43">
        <w:rPr>
          <w:noProof/>
        </w:rPr>
        <w:t>suradnja u pripremi i realizaciji manife</w:t>
      </w:r>
      <w:r w:rsidR="000A7D02" w:rsidRPr="00F51F43">
        <w:rPr>
          <w:noProof/>
        </w:rPr>
        <w:t>stacija na nivou</w:t>
      </w:r>
      <w:r w:rsidR="00F00F9A" w:rsidRPr="00F51F43">
        <w:rPr>
          <w:noProof/>
        </w:rPr>
        <w:t xml:space="preserve"> općina osnivača i</w:t>
      </w:r>
      <w:r w:rsidR="000A7D02" w:rsidRPr="00F51F43">
        <w:rPr>
          <w:noProof/>
        </w:rPr>
        <w:t xml:space="preserve"> grada Koprivnice</w:t>
      </w:r>
    </w:p>
    <w:p w14:paraId="31877906" w14:textId="77777777" w:rsidR="00227FE5" w:rsidRPr="00F51F43" w:rsidRDefault="00227FE5" w:rsidP="00227FE5">
      <w:pPr>
        <w:numPr>
          <w:ilvl w:val="0"/>
          <w:numId w:val="1"/>
        </w:numPr>
        <w:tabs>
          <w:tab w:val="left" w:pos="3544"/>
        </w:tabs>
        <w:spacing w:after="0"/>
        <w:rPr>
          <w:noProof/>
        </w:rPr>
      </w:pPr>
      <w:r w:rsidRPr="00F51F43">
        <w:rPr>
          <w:noProof/>
        </w:rPr>
        <w:t>davanje suglasnosti na akte Vrtića (izmjene i dopune Statuta, upisi i dr.)</w:t>
      </w:r>
    </w:p>
    <w:p w14:paraId="353AACA1" w14:textId="77777777" w:rsidR="00227FE5" w:rsidRPr="00F51F43" w:rsidRDefault="00227FE5" w:rsidP="00227FE5">
      <w:pPr>
        <w:numPr>
          <w:ilvl w:val="0"/>
          <w:numId w:val="1"/>
        </w:numPr>
        <w:tabs>
          <w:tab w:val="left" w:pos="3544"/>
        </w:tabs>
        <w:spacing w:after="0"/>
        <w:rPr>
          <w:noProof/>
        </w:rPr>
      </w:pPr>
      <w:r w:rsidRPr="00F51F43">
        <w:rPr>
          <w:noProof/>
        </w:rPr>
        <w:t>donošenje financijskih planova i izvješća o poslovanju Vrtića</w:t>
      </w:r>
    </w:p>
    <w:p w14:paraId="26FD60F9" w14:textId="77777777" w:rsidR="00227FE5" w:rsidRPr="00F51F43" w:rsidRDefault="00227FE5" w:rsidP="00227FE5">
      <w:pPr>
        <w:numPr>
          <w:ilvl w:val="0"/>
          <w:numId w:val="1"/>
        </w:numPr>
        <w:tabs>
          <w:tab w:val="left" w:pos="3544"/>
        </w:tabs>
        <w:spacing w:after="0"/>
        <w:rPr>
          <w:noProof/>
        </w:rPr>
      </w:pPr>
      <w:r w:rsidRPr="00F51F43">
        <w:rPr>
          <w:noProof/>
        </w:rPr>
        <w:t>pokroviteljstva i sponzorstva</w:t>
      </w:r>
    </w:p>
    <w:p w14:paraId="617E0B0B" w14:textId="77777777" w:rsidR="00227FE5" w:rsidRPr="00F51F43" w:rsidRDefault="00227FE5" w:rsidP="00227FE5">
      <w:pPr>
        <w:numPr>
          <w:ilvl w:val="0"/>
          <w:numId w:val="1"/>
        </w:numPr>
        <w:tabs>
          <w:tab w:val="left" w:pos="3544"/>
        </w:tabs>
        <w:spacing w:after="0"/>
        <w:rPr>
          <w:noProof/>
        </w:rPr>
      </w:pPr>
      <w:r w:rsidRPr="00F51F43">
        <w:rPr>
          <w:noProof/>
        </w:rPr>
        <w:t>prijavljivanje projekata na EU natječaje</w:t>
      </w:r>
    </w:p>
    <w:p w14:paraId="3B7A95FD" w14:textId="77777777" w:rsidR="00937723" w:rsidRPr="00F51F43" w:rsidRDefault="00937723" w:rsidP="00937723">
      <w:pPr>
        <w:tabs>
          <w:tab w:val="left" w:pos="3544"/>
        </w:tabs>
        <w:ind w:left="142"/>
        <w:rPr>
          <w:noProof/>
        </w:rPr>
      </w:pPr>
    </w:p>
    <w:p w14:paraId="68D8E173" w14:textId="77777777" w:rsidR="003D7468" w:rsidRPr="00F51F43" w:rsidRDefault="00AD7465" w:rsidP="000A7D02">
      <w:pPr>
        <w:numPr>
          <w:ilvl w:val="0"/>
          <w:numId w:val="3"/>
        </w:numPr>
        <w:tabs>
          <w:tab w:val="left" w:pos="3544"/>
        </w:tabs>
        <w:spacing w:after="0"/>
        <w:rPr>
          <w:i/>
          <w:noProof/>
        </w:rPr>
      </w:pPr>
      <w:r w:rsidRPr="00F51F43">
        <w:rPr>
          <w:i/>
          <w:noProof/>
        </w:rPr>
        <w:t>MINISTARSTV</w:t>
      </w:r>
      <w:r w:rsidR="00F47241" w:rsidRPr="00F51F43">
        <w:rPr>
          <w:i/>
          <w:noProof/>
        </w:rPr>
        <w:t xml:space="preserve">O ZNANOSTI, </w:t>
      </w:r>
      <w:r w:rsidR="00237A6E" w:rsidRPr="00F51F43">
        <w:rPr>
          <w:i/>
          <w:noProof/>
        </w:rPr>
        <w:t>OBRAZOVANJA</w:t>
      </w:r>
      <w:r w:rsidR="00F47241" w:rsidRPr="00F51F43">
        <w:rPr>
          <w:i/>
          <w:noProof/>
        </w:rPr>
        <w:t xml:space="preserve"> I MLADIH</w:t>
      </w:r>
    </w:p>
    <w:p w14:paraId="634DF11C" w14:textId="77777777" w:rsidR="003D7468" w:rsidRPr="00F51F43" w:rsidRDefault="003D7468" w:rsidP="000A7D02">
      <w:pPr>
        <w:numPr>
          <w:ilvl w:val="0"/>
          <w:numId w:val="1"/>
        </w:numPr>
        <w:tabs>
          <w:tab w:val="left" w:pos="3544"/>
        </w:tabs>
        <w:spacing w:after="0"/>
        <w:rPr>
          <w:noProof/>
        </w:rPr>
      </w:pPr>
      <w:r w:rsidRPr="00F51F43">
        <w:rPr>
          <w:noProof/>
        </w:rPr>
        <w:t>suradnju planiramo u obliku radnih dogovora, radnih materijala za unapr</w:t>
      </w:r>
      <w:r w:rsidR="005D3E04" w:rsidRPr="00F51F43">
        <w:rPr>
          <w:noProof/>
        </w:rPr>
        <w:t>j</w:t>
      </w:r>
      <w:r w:rsidRPr="00F51F43">
        <w:rPr>
          <w:noProof/>
        </w:rPr>
        <w:t>eđi</w:t>
      </w:r>
      <w:r w:rsidR="000A7D02" w:rsidRPr="00F51F43">
        <w:rPr>
          <w:noProof/>
        </w:rPr>
        <w:t>vanje rada, uputa, preporuka i</w:t>
      </w:r>
      <w:r w:rsidRPr="00F51F43">
        <w:rPr>
          <w:noProof/>
        </w:rPr>
        <w:t xml:space="preserve"> savjeta na našu inicijativu ili inicijativu prosvjetnih savjetnika, a isto tako putem seminara, savjetovanja i aktiva</w:t>
      </w:r>
    </w:p>
    <w:p w14:paraId="4027B46F" w14:textId="77777777" w:rsidR="00227FE5" w:rsidRPr="00F51F43" w:rsidRDefault="00227FE5" w:rsidP="00227FE5">
      <w:pPr>
        <w:tabs>
          <w:tab w:val="left" w:pos="3544"/>
        </w:tabs>
        <w:ind w:left="502"/>
        <w:rPr>
          <w:noProof/>
        </w:rPr>
      </w:pPr>
    </w:p>
    <w:p w14:paraId="4E41EA6E" w14:textId="77777777" w:rsidR="003D7468" w:rsidRPr="00F51F43" w:rsidRDefault="003D7468" w:rsidP="000A7D02">
      <w:pPr>
        <w:numPr>
          <w:ilvl w:val="0"/>
          <w:numId w:val="3"/>
        </w:numPr>
        <w:tabs>
          <w:tab w:val="left" w:pos="3544"/>
        </w:tabs>
        <w:spacing w:after="0"/>
        <w:rPr>
          <w:i/>
          <w:noProof/>
        </w:rPr>
      </w:pPr>
      <w:r w:rsidRPr="00F51F43">
        <w:rPr>
          <w:i/>
          <w:noProof/>
        </w:rPr>
        <w:t>URED DJEČJE PRAVOBRANITELJICE</w:t>
      </w:r>
    </w:p>
    <w:p w14:paraId="51CB4B36" w14:textId="77777777" w:rsidR="003D7468" w:rsidRPr="00F51F43" w:rsidRDefault="003D7468" w:rsidP="000A7D02">
      <w:pPr>
        <w:numPr>
          <w:ilvl w:val="0"/>
          <w:numId w:val="1"/>
        </w:numPr>
        <w:tabs>
          <w:tab w:val="left" w:pos="3544"/>
        </w:tabs>
        <w:spacing w:after="0"/>
        <w:rPr>
          <w:noProof/>
        </w:rPr>
      </w:pPr>
      <w:r w:rsidRPr="00F51F43">
        <w:rPr>
          <w:noProof/>
        </w:rPr>
        <w:t xml:space="preserve">suradnja i pomoć u kvalitetnijem sagledavanju i oživotvorenju dječjih prava </w:t>
      </w:r>
    </w:p>
    <w:p w14:paraId="7F113ADE" w14:textId="77777777" w:rsidR="003D7468" w:rsidRPr="00F51F43" w:rsidRDefault="003D7468" w:rsidP="000A7D02">
      <w:pPr>
        <w:numPr>
          <w:ilvl w:val="0"/>
          <w:numId w:val="1"/>
        </w:numPr>
        <w:tabs>
          <w:tab w:val="left" w:pos="3544"/>
        </w:tabs>
        <w:spacing w:after="0"/>
        <w:rPr>
          <w:noProof/>
        </w:rPr>
      </w:pPr>
      <w:r w:rsidRPr="00F51F43">
        <w:rPr>
          <w:noProof/>
        </w:rPr>
        <w:t>stručna tumačenja i upućivanje u pravno stanoviš</w:t>
      </w:r>
      <w:r w:rsidR="000A7D02" w:rsidRPr="00F51F43">
        <w:rPr>
          <w:noProof/>
        </w:rPr>
        <w:t xml:space="preserve">te rješavanja problematike u eventualnim </w:t>
      </w:r>
      <w:r w:rsidRPr="00F51F43">
        <w:rPr>
          <w:noProof/>
        </w:rPr>
        <w:t>situacijama narušavanja, ugrožavanja i ukidanja dječjih prava u obitelji</w:t>
      </w:r>
      <w:r w:rsidRPr="00F51F43">
        <w:rPr>
          <w:i/>
          <w:noProof/>
        </w:rPr>
        <w:t xml:space="preserve"> </w:t>
      </w:r>
    </w:p>
    <w:p w14:paraId="530C5833" w14:textId="77777777" w:rsidR="003D7468" w:rsidRPr="00F51F43" w:rsidRDefault="003D7468" w:rsidP="000A7D02">
      <w:pPr>
        <w:tabs>
          <w:tab w:val="left" w:pos="3544"/>
        </w:tabs>
        <w:rPr>
          <w:noProof/>
        </w:rPr>
      </w:pPr>
    </w:p>
    <w:p w14:paraId="1BA0789E" w14:textId="77777777" w:rsidR="003D7468" w:rsidRPr="00F51F43" w:rsidRDefault="003D7468" w:rsidP="000A7D02">
      <w:pPr>
        <w:numPr>
          <w:ilvl w:val="0"/>
          <w:numId w:val="3"/>
        </w:numPr>
        <w:tabs>
          <w:tab w:val="left" w:pos="3544"/>
        </w:tabs>
        <w:spacing w:after="0"/>
        <w:rPr>
          <w:noProof/>
        </w:rPr>
      </w:pPr>
      <w:r w:rsidRPr="00F51F43">
        <w:rPr>
          <w:i/>
          <w:noProof/>
        </w:rPr>
        <w:t>DJEČJI VRTI</w:t>
      </w:r>
      <w:r w:rsidR="000A7D02" w:rsidRPr="00F51F43">
        <w:rPr>
          <w:i/>
          <w:noProof/>
        </w:rPr>
        <w:t>ĆI NA PODRUČJU KOPRIVNIČKO-KRIŽEVA</w:t>
      </w:r>
      <w:r w:rsidRPr="00F51F43">
        <w:rPr>
          <w:i/>
          <w:noProof/>
        </w:rPr>
        <w:t xml:space="preserve">ČKE ŽUPANIJE </w:t>
      </w:r>
    </w:p>
    <w:p w14:paraId="764001F0" w14:textId="77777777" w:rsidR="003D7468" w:rsidRPr="00F51F43" w:rsidRDefault="003D7468" w:rsidP="000A7D02">
      <w:pPr>
        <w:numPr>
          <w:ilvl w:val="0"/>
          <w:numId w:val="1"/>
        </w:numPr>
        <w:tabs>
          <w:tab w:val="left" w:pos="3544"/>
        </w:tabs>
        <w:spacing w:after="0"/>
        <w:rPr>
          <w:noProof/>
        </w:rPr>
      </w:pPr>
      <w:r w:rsidRPr="00F51F43">
        <w:rPr>
          <w:noProof/>
        </w:rPr>
        <w:t>suradnja bi se odvi</w:t>
      </w:r>
      <w:r w:rsidR="000A7D02" w:rsidRPr="00F51F43">
        <w:rPr>
          <w:noProof/>
        </w:rPr>
        <w:t>jala putem</w:t>
      </w:r>
      <w:r w:rsidR="00F00F9A" w:rsidRPr="00F51F43">
        <w:rPr>
          <w:noProof/>
        </w:rPr>
        <w:t xml:space="preserve"> edukacija i</w:t>
      </w:r>
      <w:r w:rsidR="000A7D02" w:rsidRPr="00F51F43">
        <w:rPr>
          <w:noProof/>
        </w:rPr>
        <w:t xml:space="preserve"> stručnih sastanaka s</w:t>
      </w:r>
      <w:r w:rsidRPr="00F51F43">
        <w:rPr>
          <w:noProof/>
        </w:rPr>
        <w:t xml:space="preserve"> ciljem razmjene iskustava i upoznavanja postignuća u praksi</w:t>
      </w:r>
    </w:p>
    <w:p w14:paraId="10974B67" w14:textId="77777777" w:rsidR="009F4417" w:rsidRPr="00F51F43" w:rsidRDefault="003D7468" w:rsidP="000A7D02">
      <w:pPr>
        <w:numPr>
          <w:ilvl w:val="0"/>
          <w:numId w:val="1"/>
        </w:numPr>
        <w:tabs>
          <w:tab w:val="left" w:pos="3544"/>
        </w:tabs>
        <w:spacing w:after="0"/>
        <w:rPr>
          <w:noProof/>
        </w:rPr>
      </w:pPr>
      <w:r w:rsidRPr="00F51F43">
        <w:rPr>
          <w:noProof/>
        </w:rPr>
        <w:t>suradnja u pripremi i realizaciji</w:t>
      </w:r>
      <w:r w:rsidR="005D3E04" w:rsidRPr="00F51F43">
        <w:rPr>
          <w:noProof/>
        </w:rPr>
        <w:t xml:space="preserve"> manifestacija</w:t>
      </w:r>
    </w:p>
    <w:p w14:paraId="17346199" w14:textId="77777777" w:rsidR="003D7468" w:rsidRPr="00F51F43" w:rsidRDefault="009F4417" w:rsidP="000A7D02">
      <w:pPr>
        <w:numPr>
          <w:ilvl w:val="0"/>
          <w:numId w:val="1"/>
        </w:numPr>
        <w:tabs>
          <w:tab w:val="left" w:pos="3544"/>
        </w:tabs>
        <w:spacing w:after="0"/>
        <w:rPr>
          <w:noProof/>
        </w:rPr>
      </w:pPr>
      <w:r w:rsidRPr="00F51F43">
        <w:rPr>
          <w:noProof/>
        </w:rPr>
        <w:t>posjet drugim vrtićima u Županiji</w:t>
      </w:r>
      <w:r w:rsidR="003D7468" w:rsidRPr="00F51F43">
        <w:rPr>
          <w:noProof/>
        </w:rPr>
        <w:t xml:space="preserve"> </w:t>
      </w:r>
    </w:p>
    <w:p w14:paraId="4F90E061" w14:textId="77777777" w:rsidR="003D7468" w:rsidRPr="00F51F43" w:rsidRDefault="003D7468" w:rsidP="000A7D02">
      <w:pPr>
        <w:tabs>
          <w:tab w:val="left" w:pos="3544"/>
        </w:tabs>
        <w:rPr>
          <w:noProof/>
        </w:rPr>
      </w:pPr>
    </w:p>
    <w:p w14:paraId="03FCD31E" w14:textId="77777777" w:rsidR="003D7468" w:rsidRPr="00F51F43" w:rsidRDefault="00B30132" w:rsidP="000A7D02">
      <w:pPr>
        <w:tabs>
          <w:tab w:val="left" w:pos="3544"/>
        </w:tabs>
        <w:rPr>
          <w:noProof/>
        </w:rPr>
      </w:pPr>
      <w:r w:rsidRPr="00F51F43">
        <w:rPr>
          <w:i/>
          <w:noProof/>
        </w:rPr>
        <w:t>5</w:t>
      </w:r>
      <w:r w:rsidR="007A188A" w:rsidRPr="00F51F43">
        <w:rPr>
          <w:i/>
          <w:noProof/>
        </w:rPr>
        <w:t xml:space="preserve">. </w:t>
      </w:r>
      <w:r w:rsidRPr="00F51F43">
        <w:rPr>
          <w:i/>
          <w:noProof/>
        </w:rPr>
        <w:t xml:space="preserve"> </w:t>
      </w:r>
      <w:r w:rsidR="00F00F9A" w:rsidRPr="00F51F43">
        <w:rPr>
          <w:i/>
          <w:noProof/>
        </w:rPr>
        <w:t>DJEČJI VRTIĆI NA RAZINI</w:t>
      </w:r>
      <w:r w:rsidR="007A188A" w:rsidRPr="00F51F43">
        <w:rPr>
          <w:i/>
          <w:noProof/>
        </w:rPr>
        <w:t xml:space="preserve"> R</w:t>
      </w:r>
      <w:r w:rsidRPr="00F51F43">
        <w:rPr>
          <w:i/>
          <w:noProof/>
        </w:rPr>
        <w:t xml:space="preserve">EPUBLIKE </w:t>
      </w:r>
      <w:r w:rsidR="007A188A" w:rsidRPr="00F51F43">
        <w:rPr>
          <w:i/>
          <w:noProof/>
        </w:rPr>
        <w:t>H</w:t>
      </w:r>
      <w:r w:rsidRPr="00F51F43">
        <w:rPr>
          <w:i/>
          <w:noProof/>
        </w:rPr>
        <w:t>RVATSKE</w:t>
      </w:r>
    </w:p>
    <w:p w14:paraId="153BCC44" w14:textId="77777777" w:rsidR="003D7468" w:rsidRPr="00F51F43" w:rsidRDefault="003D7468" w:rsidP="000A7D02">
      <w:pPr>
        <w:numPr>
          <w:ilvl w:val="0"/>
          <w:numId w:val="1"/>
        </w:numPr>
        <w:tabs>
          <w:tab w:val="left" w:pos="3544"/>
        </w:tabs>
        <w:spacing w:after="0"/>
        <w:rPr>
          <w:noProof/>
        </w:rPr>
      </w:pPr>
      <w:r w:rsidRPr="00F51F43">
        <w:rPr>
          <w:noProof/>
        </w:rPr>
        <w:t xml:space="preserve">razmjena stručnih iskustava i spoznaja  </w:t>
      </w:r>
    </w:p>
    <w:p w14:paraId="3218002E" w14:textId="77777777" w:rsidR="003D7468" w:rsidRPr="00F51F43" w:rsidRDefault="009F4417" w:rsidP="000A7D02">
      <w:pPr>
        <w:numPr>
          <w:ilvl w:val="0"/>
          <w:numId w:val="1"/>
        </w:numPr>
        <w:tabs>
          <w:tab w:val="left" w:pos="3544"/>
        </w:tabs>
        <w:spacing w:after="0"/>
        <w:rPr>
          <w:noProof/>
        </w:rPr>
      </w:pPr>
      <w:r w:rsidRPr="00F51F43">
        <w:rPr>
          <w:noProof/>
        </w:rPr>
        <w:t>posjet vrtićima</w:t>
      </w:r>
    </w:p>
    <w:p w14:paraId="5DCBB662" w14:textId="77777777" w:rsidR="00C637B8" w:rsidRPr="00F51F43" w:rsidRDefault="00C637B8" w:rsidP="000A7D02">
      <w:pPr>
        <w:tabs>
          <w:tab w:val="left" w:pos="3544"/>
        </w:tabs>
        <w:rPr>
          <w:i/>
          <w:noProof/>
        </w:rPr>
      </w:pPr>
    </w:p>
    <w:p w14:paraId="6B20A6FD" w14:textId="77777777" w:rsidR="003D7468" w:rsidRPr="00F51F43" w:rsidRDefault="00B30132" w:rsidP="000A7D02">
      <w:pPr>
        <w:tabs>
          <w:tab w:val="left" w:pos="3544"/>
        </w:tabs>
        <w:rPr>
          <w:i/>
          <w:noProof/>
        </w:rPr>
      </w:pPr>
      <w:r w:rsidRPr="00F51F43">
        <w:rPr>
          <w:i/>
          <w:noProof/>
        </w:rPr>
        <w:t>6</w:t>
      </w:r>
      <w:r w:rsidR="007A188A" w:rsidRPr="00F51F43">
        <w:rPr>
          <w:i/>
          <w:noProof/>
        </w:rPr>
        <w:t>.   O</w:t>
      </w:r>
      <w:r w:rsidRPr="00F51F43">
        <w:rPr>
          <w:i/>
          <w:noProof/>
        </w:rPr>
        <w:t xml:space="preserve">SNOVNE </w:t>
      </w:r>
      <w:r w:rsidR="007A188A" w:rsidRPr="00F51F43">
        <w:rPr>
          <w:i/>
          <w:noProof/>
        </w:rPr>
        <w:t>Š</w:t>
      </w:r>
      <w:r w:rsidRPr="00F51F43">
        <w:rPr>
          <w:i/>
          <w:noProof/>
        </w:rPr>
        <w:t>KOLE</w:t>
      </w:r>
      <w:r w:rsidR="007A188A" w:rsidRPr="00F51F43">
        <w:rPr>
          <w:i/>
          <w:noProof/>
        </w:rPr>
        <w:t xml:space="preserve"> </w:t>
      </w:r>
      <w:r w:rsidR="00275EEE" w:rsidRPr="00F51F43">
        <w:rPr>
          <w:i/>
          <w:noProof/>
        </w:rPr>
        <w:t>NA PODRUČJU OPĆINA OSNIVAČA</w:t>
      </w:r>
      <w:r w:rsidR="007A188A" w:rsidRPr="00F51F43">
        <w:rPr>
          <w:i/>
          <w:noProof/>
        </w:rPr>
        <w:t xml:space="preserve"> </w:t>
      </w:r>
    </w:p>
    <w:p w14:paraId="5EB32C7F" w14:textId="77777777" w:rsidR="003D7468" w:rsidRPr="00F51F43" w:rsidRDefault="00275EEE" w:rsidP="000A7D02">
      <w:pPr>
        <w:numPr>
          <w:ilvl w:val="0"/>
          <w:numId w:val="1"/>
        </w:numPr>
        <w:tabs>
          <w:tab w:val="left" w:pos="3544"/>
        </w:tabs>
        <w:spacing w:after="0"/>
        <w:rPr>
          <w:noProof/>
        </w:rPr>
      </w:pPr>
      <w:r w:rsidRPr="00F51F43">
        <w:rPr>
          <w:noProof/>
        </w:rPr>
        <w:t>posjet vrtićkih</w:t>
      </w:r>
      <w:r w:rsidR="003D7468" w:rsidRPr="00F51F43">
        <w:rPr>
          <w:noProof/>
        </w:rPr>
        <w:t xml:space="preserve"> </w:t>
      </w:r>
      <w:r w:rsidRPr="00F51F43">
        <w:rPr>
          <w:noProof/>
        </w:rPr>
        <w:t>skupina</w:t>
      </w:r>
      <w:r w:rsidR="003D7468" w:rsidRPr="00F51F43">
        <w:rPr>
          <w:noProof/>
        </w:rPr>
        <w:t xml:space="preserve"> školi</w:t>
      </w:r>
    </w:p>
    <w:p w14:paraId="1ABEF641" w14:textId="77777777" w:rsidR="003D7468" w:rsidRPr="00F51F43" w:rsidRDefault="003D7468" w:rsidP="000A7D02">
      <w:pPr>
        <w:numPr>
          <w:ilvl w:val="0"/>
          <w:numId w:val="1"/>
        </w:numPr>
        <w:tabs>
          <w:tab w:val="left" w:pos="3544"/>
        </w:tabs>
        <w:spacing w:after="0"/>
        <w:rPr>
          <w:noProof/>
        </w:rPr>
      </w:pPr>
      <w:r w:rsidRPr="00F51F43">
        <w:rPr>
          <w:noProof/>
        </w:rPr>
        <w:t>prijenos informacija o djeci, pos</w:t>
      </w:r>
      <w:r w:rsidR="005D3E04" w:rsidRPr="00F51F43">
        <w:rPr>
          <w:noProof/>
        </w:rPr>
        <w:t>ebno o djeci školskim obveznicima</w:t>
      </w:r>
    </w:p>
    <w:p w14:paraId="2AF9E798" w14:textId="77777777" w:rsidR="000820CB" w:rsidRPr="00F51F43" w:rsidRDefault="000820CB" w:rsidP="000820CB">
      <w:pPr>
        <w:numPr>
          <w:ilvl w:val="0"/>
          <w:numId w:val="1"/>
        </w:numPr>
        <w:tabs>
          <w:tab w:val="left" w:pos="3544"/>
        </w:tabs>
        <w:spacing w:after="0"/>
        <w:rPr>
          <w:noProof/>
        </w:rPr>
      </w:pPr>
      <w:r w:rsidRPr="00F51F43">
        <w:rPr>
          <w:noProof/>
        </w:rPr>
        <w:lastRenderedPageBreak/>
        <w:t>zajednička obilježavanja i manifestacije</w:t>
      </w:r>
    </w:p>
    <w:p w14:paraId="50366CBD" w14:textId="77777777" w:rsidR="000820CB" w:rsidRPr="00F51F43" w:rsidRDefault="000820CB" w:rsidP="000820CB">
      <w:pPr>
        <w:numPr>
          <w:ilvl w:val="0"/>
          <w:numId w:val="1"/>
        </w:numPr>
        <w:tabs>
          <w:tab w:val="left" w:pos="3544"/>
        </w:tabs>
        <w:spacing w:after="0"/>
        <w:rPr>
          <w:noProof/>
        </w:rPr>
      </w:pPr>
      <w:r w:rsidRPr="00F51F43">
        <w:rPr>
          <w:noProof/>
        </w:rPr>
        <w:t xml:space="preserve">roditeljski </w:t>
      </w:r>
      <w:r w:rsidR="009F4417" w:rsidRPr="00F51F43">
        <w:rPr>
          <w:noProof/>
        </w:rPr>
        <w:t xml:space="preserve">sastanak </w:t>
      </w:r>
      <w:r w:rsidRPr="00F51F43">
        <w:rPr>
          <w:noProof/>
        </w:rPr>
        <w:t>za</w:t>
      </w:r>
      <w:r w:rsidR="009F4417" w:rsidRPr="00F51F43">
        <w:rPr>
          <w:noProof/>
        </w:rPr>
        <w:t xml:space="preserve"> djecu školske obveznike</w:t>
      </w:r>
    </w:p>
    <w:p w14:paraId="52F6632E" w14:textId="77777777" w:rsidR="000820CB" w:rsidRPr="00F51F43" w:rsidRDefault="005D3E04" w:rsidP="000820CB">
      <w:pPr>
        <w:numPr>
          <w:ilvl w:val="0"/>
          <w:numId w:val="1"/>
        </w:numPr>
        <w:tabs>
          <w:tab w:val="left" w:pos="3544"/>
        </w:tabs>
        <w:spacing w:after="0"/>
        <w:rPr>
          <w:noProof/>
        </w:rPr>
      </w:pPr>
      <w:r w:rsidRPr="00F51F43">
        <w:rPr>
          <w:noProof/>
        </w:rPr>
        <w:t>upisi u prvi</w:t>
      </w:r>
      <w:r w:rsidR="000820CB" w:rsidRPr="00F51F43">
        <w:rPr>
          <w:noProof/>
        </w:rPr>
        <w:t xml:space="preserve"> razred osnovne škole</w:t>
      </w:r>
    </w:p>
    <w:p w14:paraId="5147B15A" w14:textId="77777777" w:rsidR="003D7468" w:rsidRPr="00F51F43" w:rsidRDefault="003D7468" w:rsidP="000A7D02">
      <w:pPr>
        <w:tabs>
          <w:tab w:val="left" w:pos="3544"/>
        </w:tabs>
        <w:rPr>
          <w:noProof/>
        </w:rPr>
      </w:pPr>
    </w:p>
    <w:p w14:paraId="466BBB23" w14:textId="77777777" w:rsidR="003D7468" w:rsidRPr="00F51F43" w:rsidRDefault="00B30132" w:rsidP="000A7D02">
      <w:pPr>
        <w:tabs>
          <w:tab w:val="left" w:pos="3544"/>
        </w:tabs>
        <w:rPr>
          <w:noProof/>
        </w:rPr>
      </w:pPr>
      <w:r w:rsidRPr="00F51F43">
        <w:rPr>
          <w:i/>
          <w:noProof/>
        </w:rPr>
        <w:t xml:space="preserve">7.  SRC CERINE KOPRIVNICA </w:t>
      </w:r>
    </w:p>
    <w:p w14:paraId="2DF707B5" w14:textId="77777777" w:rsidR="00B30132" w:rsidRPr="00F51F43" w:rsidRDefault="00B30132" w:rsidP="00B30132">
      <w:pPr>
        <w:tabs>
          <w:tab w:val="left" w:pos="3544"/>
        </w:tabs>
        <w:rPr>
          <w:noProof/>
        </w:rPr>
      </w:pPr>
      <w:r w:rsidRPr="00F51F43">
        <w:rPr>
          <w:i/>
          <w:noProof/>
        </w:rPr>
        <w:t xml:space="preserve">-     </w:t>
      </w:r>
      <w:r w:rsidRPr="00F51F43">
        <w:rPr>
          <w:noProof/>
        </w:rPr>
        <w:t>realizacija odgojno-</w:t>
      </w:r>
      <w:r w:rsidR="003D7468" w:rsidRPr="00F51F43">
        <w:rPr>
          <w:noProof/>
        </w:rPr>
        <w:t>rekreati</w:t>
      </w:r>
      <w:r w:rsidRPr="00F51F43">
        <w:rPr>
          <w:noProof/>
        </w:rPr>
        <w:t>vnih programa plivan</w:t>
      </w:r>
      <w:r w:rsidR="003D7468" w:rsidRPr="00F51F43">
        <w:rPr>
          <w:noProof/>
        </w:rPr>
        <w:t>j</w:t>
      </w:r>
      <w:r w:rsidRPr="00F51F43">
        <w:rPr>
          <w:noProof/>
        </w:rPr>
        <w:t>a</w:t>
      </w:r>
      <w:r w:rsidR="003D7468" w:rsidRPr="00F51F43">
        <w:rPr>
          <w:noProof/>
        </w:rPr>
        <w:t xml:space="preserve"> i klizanja</w:t>
      </w:r>
    </w:p>
    <w:p w14:paraId="78EF63FF" w14:textId="77777777" w:rsidR="003D7468" w:rsidRPr="00F51F43" w:rsidRDefault="003D7468" w:rsidP="000A7D02">
      <w:pPr>
        <w:tabs>
          <w:tab w:val="left" w:pos="2127"/>
        </w:tabs>
        <w:rPr>
          <w:noProof/>
        </w:rPr>
      </w:pPr>
    </w:p>
    <w:p w14:paraId="12DC2527" w14:textId="77777777" w:rsidR="00CA4C5E" w:rsidRPr="00F51F43" w:rsidRDefault="00CA4C5E" w:rsidP="000A7D02">
      <w:pPr>
        <w:tabs>
          <w:tab w:val="left" w:pos="2127"/>
        </w:tabs>
        <w:rPr>
          <w:noProof/>
        </w:rPr>
      </w:pPr>
    </w:p>
    <w:p w14:paraId="2289F1DB" w14:textId="77777777" w:rsidR="003D7468" w:rsidRPr="00F51F43" w:rsidRDefault="00B30132" w:rsidP="000A7D02">
      <w:pPr>
        <w:tabs>
          <w:tab w:val="left" w:pos="3544"/>
        </w:tabs>
        <w:rPr>
          <w:i/>
          <w:noProof/>
        </w:rPr>
      </w:pPr>
      <w:r w:rsidRPr="00F51F43">
        <w:rPr>
          <w:i/>
          <w:noProof/>
        </w:rPr>
        <w:t>8</w:t>
      </w:r>
      <w:r w:rsidR="003D7468" w:rsidRPr="00F51F43">
        <w:rPr>
          <w:i/>
          <w:noProof/>
        </w:rPr>
        <w:t>. TURISTIČKE AGENCIJE</w:t>
      </w:r>
    </w:p>
    <w:p w14:paraId="21102A3D" w14:textId="77777777" w:rsidR="003D7468" w:rsidRPr="00F51F43" w:rsidRDefault="00B30132" w:rsidP="000A7D02">
      <w:pPr>
        <w:numPr>
          <w:ilvl w:val="0"/>
          <w:numId w:val="1"/>
        </w:numPr>
        <w:tabs>
          <w:tab w:val="left" w:pos="3544"/>
        </w:tabs>
        <w:spacing w:after="0"/>
        <w:rPr>
          <w:noProof/>
        </w:rPr>
      </w:pPr>
      <w:r w:rsidRPr="00F51F43">
        <w:rPr>
          <w:noProof/>
        </w:rPr>
        <w:t xml:space="preserve">realizacija odgojno-rekreativnih programa, npr. </w:t>
      </w:r>
      <w:r w:rsidR="003D7468" w:rsidRPr="00F51F43">
        <w:rPr>
          <w:noProof/>
        </w:rPr>
        <w:t xml:space="preserve">izleta, posjeta </w:t>
      </w:r>
    </w:p>
    <w:p w14:paraId="04312B2C" w14:textId="77777777" w:rsidR="00CA4C5E" w:rsidRPr="00F51F43" w:rsidRDefault="00CA4C5E" w:rsidP="00CA4C5E">
      <w:pPr>
        <w:tabs>
          <w:tab w:val="left" w:pos="3544"/>
        </w:tabs>
        <w:ind w:left="502"/>
        <w:rPr>
          <w:noProof/>
        </w:rPr>
      </w:pPr>
    </w:p>
    <w:p w14:paraId="6D51F59F" w14:textId="77777777" w:rsidR="003D7468" w:rsidRPr="00F51F43" w:rsidRDefault="00B30132" w:rsidP="000A7D02">
      <w:pPr>
        <w:tabs>
          <w:tab w:val="left" w:pos="3544"/>
        </w:tabs>
        <w:rPr>
          <w:i/>
          <w:noProof/>
        </w:rPr>
      </w:pPr>
      <w:r w:rsidRPr="00F51F43">
        <w:rPr>
          <w:i/>
          <w:noProof/>
        </w:rPr>
        <w:t>9</w:t>
      </w:r>
      <w:r w:rsidR="007A188A" w:rsidRPr="00F51F43">
        <w:rPr>
          <w:i/>
          <w:noProof/>
        </w:rPr>
        <w:t>.</w:t>
      </w:r>
      <w:r w:rsidRPr="00F51F43">
        <w:rPr>
          <w:i/>
          <w:noProof/>
        </w:rPr>
        <w:t xml:space="preserve">  </w:t>
      </w:r>
      <w:r w:rsidR="00F47241" w:rsidRPr="00F51F43">
        <w:rPr>
          <w:i/>
          <w:noProof/>
        </w:rPr>
        <w:t>HRVATSKI ZAVOD ZA SOCIJALNI RAD</w:t>
      </w:r>
      <w:r w:rsidR="007A188A" w:rsidRPr="00F51F43">
        <w:rPr>
          <w:i/>
          <w:noProof/>
        </w:rPr>
        <w:t xml:space="preserve"> </w:t>
      </w:r>
    </w:p>
    <w:p w14:paraId="7C48CF44" w14:textId="77777777" w:rsidR="003D7468" w:rsidRPr="00F51F43" w:rsidRDefault="003D7468" w:rsidP="00B30132">
      <w:pPr>
        <w:numPr>
          <w:ilvl w:val="0"/>
          <w:numId w:val="1"/>
        </w:numPr>
        <w:tabs>
          <w:tab w:val="left" w:pos="3544"/>
        </w:tabs>
        <w:spacing w:after="0"/>
        <w:rPr>
          <w:noProof/>
        </w:rPr>
      </w:pPr>
      <w:r w:rsidRPr="00F51F43">
        <w:rPr>
          <w:noProof/>
        </w:rPr>
        <w:t>suradnja pri ostvarivanju dječjih prava u socijalno ugroženim obiteljima naše djece, izmjena zap</w:t>
      </w:r>
      <w:r w:rsidR="00B30132" w:rsidRPr="00F51F43">
        <w:rPr>
          <w:noProof/>
        </w:rPr>
        <w:t>ažanja, iskustava i informacija</w:t>
      </w:r>
      <w:r w:rsidRPr="00F51F43">
        <w:rPr>
          <w:noProof/>
        </w:rPr>
        <w:t xml:space="preserve"> te promišljanje rješenja </w:t>
      </w:r>
    </w:p>
    <w:p w14:paraId="1044634F" w14:textId="77777777" w:rsidR="003D7468" w:rsidRPr="00F51F43" w:rsidRDefault="003D7468" w:rsidP="000A7D02">
      <w:pPr>
        <w:numPr>
          <w:ilvl w:val="0"/>
          <w:numId w:val="1"/>
        </w:numPr>
        <w:tabs>
          <w:tab w:val="left" w:pos="3544"/>
        </w:tabs>
        <w:spacing w:after="0"/>
        <w:rPr>
          <w:noProof/>
        </w:rPr>
      </w:pPr>
      <w:r w:rsidRPr="00F51F43">
        <w:rPr>
          <w:noProof/>
        </w:rPr>
        <w:t>sudjelovanje i suradnja u svezi smještaja djece</w:t>
      </w:r>
      <w:r w:rsidR="00B30132" w:rsidRPr="00F51F43">
        <w:rPr>
          <w:noProof/>
        </w:rPr>
        <w:t xml:space="preserve"> iz</w:t>
      </w:r>
      <w:r w:rsidRPr="00F51F43">
        <w:rPr>
          <w:noProof/>
        </w:rPr>
        <w:t xml:space="preserve"> socijalno ugroženih obitelji</w:t>
      </w:r>
    </w:p>
    <w:p w14:paraId="2AA28E10" w14:textId="77777777" w:rsidR="003D7468" w:rsidRPr="00F51F43" w:rsidRDefault="003D7468" w:rsidP="00B30132">
      <w:pPr>
        <w:numPr>
          <w:ilvl w:val="0"/>
          <w:numId w:val="1"/>
        </w:numPr>
        <w:tabs>
          <w:tab w:val="left" w:pos="3544"/>
        </w:tabs>
        <w:spacing w:after="0"/>
        <w:rPr>
          <w:noProof/>
        </w:rPr>
      </w:pPr>
      <w:r w:rsidRPr="00F51F43">
        <w:rPr>
          <w:noProof/>
        </w:rPr>
        <w:t xml:space="preserve">sudjelovanje pri promišljanju mjera i postupaka provođenja i zaštite dječjih prava djece iz specifičnog socijalno-obiteljskog okruženja  </w:t>
      </w:r>
    </w:p>
    <w:p w14:paraId="3930D6C7" w14:textId="77777777" w:rsidR="003D7468" w:rsidRPr="00F51F43" w:rsidRDefault="003D7468" w:rsidP="000A7D02">
      <w:pPr>
        <w:tabs>
          <w:tab w:val="left" w:pos="3544"/>
        </w:tabs>
        <w:ind w:left="2160"/>
        <w:rPr>
          <w:i/>
          <w:noProof/>
        </w:rPr>
      </w:pPr>
    </w:p>
    <w:p w14:paraId="21AC5767" w14:textId="77777777" w:rsidR="003D7468" w:rsidRPr="00F51F43" w:rsidRDefault="003D7468" w:rsidP="00275EEE">
      <w:pPr>
        <w:tabs>
          <w:tab w:val="left" w:pos="3544"/>
        </w:tabs>
        <w:rPr>
          <w:i/>
          <w:noProof/>
        </w:rPr>
      </w:pPr>
      <w:r w:rsidRPr="00F51F43">
        <w:rPr>
          <w:i/>
          <w:noProof/>
        </w:rPr>
        <w:t>1</w:t>
      </w:r>
      <w:r w:rsidR="00B30132" w:rsidRPr="00F51F43">
        <w:rPr>
          <w:i/>
          <w:noProof/>
        </w:rPr>
        <w:t>0</w:t>
      </w:r>
      <w:r w:rsidRPr="00F51F43">
        <w:rPr>
          <w:i/>
          <w:noProof/>
        </w:rPr>
        <w:t>.</w:t>
      </w:r>
      <w:r w:rsidR="00B30132" w:rsidRPr="00F51F43">
        <w:rPr>
          <w:i/>
          <w:noProof/>
        </w:rPr>
        <w:t xml:space="preserve">  </w:t>
      </w:r>
      <w:r w:rsidRPr="00F51F43">
        <w:rPr>
          <w:i/>
          <w:noProof/>
        </w:rPr>
        <w:t xml:space="preserve">KULTURNE, </w:t>
      </w:r>
      <w:r w:rsidR="00B30132" w:rsidRPr="00F51F43">
        <w:rPr>
          <w:i/>
          <w:noProof/>
        </w:rPr>
        <w:t>S</w:t>
      </w:r>
      <w:r w:rsidRPr="00F51F43">
        <w:rPr>
          <w:i/>
          <w:noProof/>
        </w:rPr>
        <w:t>PORTSKE INSTITUCIJE I RADNE ORGANIZACIJE</w:t>
      </w:r>
      <w:r w:rsidR="00275EEE" w:rsidRPr="00F51F43">
        <w:rPr>
          <w:i/>
          <w:noProof/>
        </w:rPr>
        <w:t xml:space="preserve"> (Muzej i Galerija grada Koprivnice, Knjižnica i čitaonica Fran Galović</w:t>
      </w:r>
      <w:r w:rsidR="00F47241" w:rsidRPr="00F51F43">
        <w:rPr>
          <w:i/>
          <w:noProof/>
        </w:rPr>
        <w:t xml:space="preserve"> Koprivnica</w:t>
      </w:r>
      <w:r w:rsidR="00275EEE" w:rsidRPr="00F51F43">
        <w:rPr>
          <w:i/>
          <w:noProof/>
        </w:rPr>
        <w:t>, Bibliobus</w:t>
      </w:r>
      <w:r w:rsidR="002010D7" w:rsidRPr="00F51F43">
        <w:rPr>
          <w:i/>
          <w:noProof/>
        </w:rPr>
        <w:t>...</w:t>
      </w:r>
      <w:r w:rsidR="00275EEE" w:rsidRPr="00F51F43">
        <w:rPr>
          <w:noProof/>
        </w:rPr>
        <w:t>)</w:t>
      </w:r>
    </w:p>
    <w:p w14:paraId="6BA1CC5A" w14:textId="77777777" w:rsidR="003D7468" w:rsidRPr="00F51F43" w:rsidRDefault="00B30132" w:rsidP="000A7D02">
      <w:pPr>
        <w:numPr>
          <w:ilvl w:val="0"/>
          <w:numId w:val="1"/>
        </w:numPr>
        <w:tabs>
          <w:tab w:val="left" w:pos="3544"/>
        </w:tabs>
        <w:spacing w:after="0"/>
        <w:rPr>
          <w:noProof/>
        </w:rPr>
      </w:pPr>
      <w:r w:rsidRPr="00F51F43">
        <w:rPr>
          <w:noProof/>
        </w:rPr>
        <w:t xml:space="preserve">prema planu posjeta, </w:t>
      </w:r>
      <w:r w:rsidR="003D7468" w:rsidRPr="00F51F43">
        <w:rPr>
          <w:noProof/>
        </w:rPr>
        <w:t>predstava</w:t>
      </w:r>
      <w:r w:rsidRPr="00F51F43">
        <w:rPr>
          <w:noProof/>
        </w:rPr>
        <w:t>, društveno-s</w:t>
      </w:r>
      <w:r w:rsidR="003D7468" w:rsidRPr="00F51F43">
        <w:rPr>
          <w:noProof/>
        </w:rPr>
        <w:t>portskih događanja</w:t>
      </w:r>
    </w:p>
    <w:p w14:paraId="392992E7" w14:textId="77777777" w:rsidR="003D7468" w:rsidRPr="00F51F43" w:rsidRDefault="003D7468" w:rsidP="000A7D02">
      <w:pPr>
        <w:tabs>
          <w:tab w:val="left" w:pos="3544"/>
        </w:tabs>
        <w:rPr>
          <w:noProof/>
        </w:rPr>
      </w:pPr>
    </w:p>
    <w:p w14:paraId="0AF58BA7" w14:textId="77777777" w:rsidR="003D7468" w:rsidRPr="00F51F43" w:rsidRDefault="007A188A" w:rsidP="000A7D02">
      <w:pPr>
        <w:tabs>
          <w:tab w:val="left" w:pos="3544"/>
        </w:tabs>
        <w:rPr>
          <w:noProof/>
        </w:rPr>
      </w:pPr>
      <w:r w:rsidRPr="00F51F43">
        <w:rPr>
          <w:i/>
          <w:noProof/>
        </w:rPr>
        <w:t>1</w:t>
      </w:r>
      <w:r w:rsidR="00027528" w:rsidRPr="00F51F43">
        <w:rPr>
          <w:i/>
          <w:noProof/>
        </w:rPr>
        <w:t>1</w:t>
      </w:r>
      <w:r w:rsidRPr="00F51F43">
        <w:rPr>
          <w:i/>
          <w:noProof/>
        </w:rPr>
        <w:t xml:space="preserve">. DOM ZDRAVLJA KOPRIVNICA </w:t>
      </w:r>
    </w:p>
    <w:p w14:paraId="08FB3015" w14:textId="77777777" w:rsidR="003D7468" w:rsidRPr="00F51F43" w:rsidRDefault="003D7468" w:rsidP="000A7D02">
      <w:pPr>
        <w:numPr>
          <w:ilvl w:val="0"/>
          <w:numId w:val="1"/>
        </w:numPr>
        <w:tabs>
          <w:tab w:val="left" w:pos="3544"/>
        </w:tabs>
        <w:spacing w:after="0"/>
        <w:rPr>
          <w:noProof/>
        </w:rPr>
      </w:pPr>
      <w:r w:rsidRPr="00F51F43">
        <w:rPr>
          <w:noProof/>
        </w:rPr>
        <w:t>suradnja s pedija</w:t>
      </w:r>
      <w:r w:rsidR="00027528" w:rsidRPr="00F51F43">
        <w:rPr>
          <w:noProof/>
        </w:rPr>
        <w:t>trijskom i pedodentskom službom</w:t>
      </w:r>
      <w:r w:rsidRPr="00F51F43">
        <w:rPr>
          <w:noProof/>
        </w:rPr>
        <w:t xml:space="preserve"> te epidemiološkom službom</w:t>
      </w:r>
    </w:p>
    <w:p w14:paraId="277041C3" w14:textId="77777777" w:rsidR="003D7468" w:rsidRPr="00F51F43" w:rsidRDefault="003D7468" w:rsidP="000A7D02">
      <w:pPr>
        <w:tabs>
          <w:tab w:val="left" w:pos="3544"/>
        </w:tabs>
        <w:rPr>
          <w:noProof/>
        </w:rPr>
      </w:pPr>
    </w:p>
    <w:p w14:paraId="1897AF28" w14:textId="77777777" w:rsidR="003D7468" w:rsidRPr="00F51F43" w:rsidRDefault="003D7468" w:rsidP="00027528">
      <w:pPr>
        <w:tabs>
          <w:tab w:val="left" w:pos="3544"/>
        </w:tabs>
        <w:rPr>
          <w:i/>
          <w:noProof/>
        </w:rPr>
      </w:pPr>
      <w:r w:rsidRPr="00F51F43">
        <w:rPr>
          <w:i/>
          <w:noProof/>
        </w:rPr>
        <w:t>1</w:t>
      </w:r>
      <w:r w:rsidR="005D3E04" w:rsidRPr="00F51F43">
        <w:rPr>
          <w:i/>
          <w:noProof/>
        </w:rPr>
        <w:t>2</w:t>
      </w:r>
      <w:r w:rsidRPr="00F51F43">
        <w:rPr>
          <w:i/>
          <w:noProof/>
        </w:rPr>
        <w:t>. RAZLIČITI DOBAVLJAČI POTRO</w:t>
      </w:r>
      <w:r w:rsidR="00027528" w:rsidRPr="00F51F43">
        <w:rPr>
          <w:i/>
          <w:noProof/>
        </w:rPr>
        <w:t xml:space="preserve">ŠNOG MATERIJALA, DIDAKTIKE I </w:t>
      </w:r>
      <w:r w:rsidRPr="00F51F43">
        <w:rPr>
          <w:i/>
          <w:noProof/>
        </w:rPr>
        <w:t>LITERATURE  PREMA PONUDI</w:t>
      </w:r>
    </w:p>
    <w:p w14:paraId="0E2758CB" w14:textId="77777777" w:rsidR="003D7468" w:rsidRPr="00F51F43" w:rsidRDefault="003D7468" w:rsidP="000A7D02">
      <w:pPr>
        <w:numPr>
          <w:ilvl w:val="0"/>
          <w:numId w:val="1"/>
        </w:numPr>
        <w:tabs>
          <w:tab w:val="left" w:pos="3544"/>
        </w:tabs>
        <w:spacing w:after="0"/>
        <w:rPr>
          <w:noProof/>
        </w:rPr>
      </w:pPr>
      <w:r w:rsidRPr="00F51F43">
        <w:rPr>
          <w:noProof/>
        </w:rPr>
        <w:t xml:space="preserve">nabava potrošnog materijala, didaktike, literature za dopunu u </w:t>
      </w:r>
      <w:r w:rsidR="00027528" w:rsidRPr="00F51F43">
        <w:rPr>
          <w:noProof/>
        </w:rPr>
        <w:t>sk</w:t>
      </w:r>
      <w:r w:rsidRPr="00F51F43">
        <w:rPr>
          <w:noProof/>
        </w:rPr>
        <w:t>up</w:t>
      </w:r>
      <w:r w:rsidR="00027528" w:rsidRPr="00F51F43">
        <w:rPr>
          <w:noProof/>
        </w:rPr>
        <w:t>in</w:t>
      </w:r>
      <w:r w:rsidRPr="00F51F43">
        <w:rPr>
          <w:noProof/>
        </w:rPr>
        <w:t>ama i knjižnici</w:t>
      </w:r>
    </w:p>
    <w:p w14:paraId="16860D42" w14:textId="77777777" w:rsidR="003D7468" w:rsidRPr="00F51F43" w:rsidRDefault="003D7468" w:rsidP="000A7D02">
      <w:pPr>
        <w:tabs>
          <w:tab w:val="left" w:pos="3544"/>
        </w:tabs>
        <w:rPr>
          <w:noProof/>
        </w:rPr>
      </w:pPr>
    </w:p>
    <w:p w14:paraId="2FB76895" w14:textId="77777777" w:rsidR="003D7468" w:rsidRPr="00F51F43" w:rsidRDefault="005D3E04" w:rsidP="000A7D02">
      <w:pPr>
        <w:tabs>
          <w:tab w:val="left" w:pos="3544"/>
        </w:tabs>
        <w:rPr>
          <w:i/>
          <w:noProof/>
        </w:rPr>
      </w:pPr>
      <w:r w:rsidRPr="00F51F43">
        <w:rPr>
          <w:i/>
          <w:noProof/>
        </w:rPr>
        <w:lastRenderedPageBreak/>
        <w:t>13</w:t>
      </w:r>
      <w:r w:rsidR="003D7468" w:rsidRPr="00F51F43">
        <w:rPr>
          <w:i/>
          <w:noProof/>
        </w:rPr>
        <w:t>. STRUČNJACI RAZNIH PROFILA</w:t>
      </w:r>
    </w:p>
    <w:p w14:paraId="2A33DA2C" w14:textId="77777777" w:rsidR="003D7468" w:rsidRPr="00F51F43" w:rsidRDefault="003D7468" w:rsidP="000A7D02">
      <w:pPr>
        <w:numPr>
          <w:ilvl w:val="0"/>
          <w:numId w:val="1"/>
        </w:numPr>
        <w:tabs>
          <w:tab w:val="left" w:pos="3544"/>
        </w:tabs>
        <w:spacing w:after="0"/>
        <w:rPr>
          <w:noProof/>
        </w:rPr>
      </w:pPr>
      <w:r w:rsidRPr="00F51F43">
        <w:rPr>
          <w:noProof/>
        </w:rPr>
        <w:t>realizacija stručnih predavanja, atra</w:t>
      </w:r>
      <w:r w:rsidR="00027528" w:rsidRPr="00F51F43">
        <w:rPr>
          <w:noProof/>
        </w:rPr>
        <w:t>ktivnih aktivnosti za djecu i s</w:t>
      </w:r>
      <w:r w:rsidRPr="00F51F43">
        <w:rPr>
          <w:noProof/>
        </w:rPr>
        <w:t xml:space="preserve"> djecom, vođenje pedagoške dokumentacije, unapr</w:t>
      </w:r>
      <w:r w:rsidR="009F4417" w:rsidRPr="00F51F43">
        <w:rPr>
          <w:noProof/>
        </w:rPr>
        <w:t>j</w:t>
      </w:r>
      <w:r w:rsidRPr="00F51F43">
        <w:rPr>
          <w:noProof/>
        </w:rPr>
        <w:t>eđivanje uvjeta za rad</w:t>
      </w:r>
      <w:r w:rsidR="00027528" w:rsidRPr="00F51F43">
        <w:rPr>
          <w:noProof/>
        </w:rPr>
        <w:t xml:space="preserve"> (</w:t>
      </w:r>
      <w:r w:rsidRPr="00F51F43">
        <w:rPr>
          <w:noProof/>
        </w:rPr>
        <w:t>glumačko-lutkarske skupine,</w:t>
      </w:r>
      <w:r w:rsidR="00027528" w:rsidRPr="00F51F43">
        <w:rPr>
          <w:noProof/>
        </w:rPr>
        <w:t xml:space="preserve"> </w:t>
      </w:r>
      <w:r w:rsidRPr="00F51F43">
        <w:rPr>
          <w:noProof/>
        </w:rPr>
        <w:t xml:space="preserve">mađioničar, </w:t>
      </w:r>
      <w:r w:rsidR="00027528" w:rsidRPr="00F51F43">
        <w:rPr>
          <w:noProof/>
        </w:rPr>
        <w:t xml:space="preserve">fotograf, liječnik </w:t>
      </w:r>
      <w:r w:rsidRPr="00F51F43">
        <w:rPr>
          <w:noProof/>
        </w:rPr>
        <w:t>i sl.</w:t>
      </w:r>
      <w:r w:rsidR="00027528" w:rsidRPr="00F51F43">
        <w:rPr>
          <w:noProof/>
        </w:rPr>
        <w:t>)</w:t>
      </w:r>
    </w:p>
    <w:p w14:paraId="22458CBF" w14:textId="77777777" w:rsidR="003D7468" w:rsidRPr="00F51F43" w:rsidRDefault="003D7468" w:rsidP="000A7D02">
      <w:pPr>
        <w:tabs>
          <w:tab w:val="left" w:pos="3544"/>
        </w:tabs>
        <w:rPr>
          <w:noProof/>
        </w:rPr>
      </w:pPr>
    </w:p>
    <w:p w14:paraId="61354F28" w14:textId="77777777" w:rsidR="003D7468" w:rsidRPr="00F51F43" w:rsidRDefault="00027528" w:rsidP="000A7D02">
      <w:pPr>
        <w:tabs>
          <w:tab w:val="left" w:pos="3544"/>
        </w:tabs>
        <w:rPr>
          <w:i/>
          <w:noProof/>
        </w:rPr>
      </w:pPr>
      <w:r w:rsidRPr="00F51F43">
        <w:rPr>
          <w:i/>
          <w:noProof/>
        </w:rPr>
        <w:t>1</w:t>
      </w:r>
      <w:r w:rsidR="005D3E04" w:rsidRPr="00F51F43">
        <w:rPr>
          <w:i/>
          <w:noProof/>
        </w:rPr>
        <w:t>4</w:t>
      </w:r>
      <w:r w:rsidR="003D7468" w:rsidRPr="00F51F43">
        <w:rPr>
          <w:i/>
          <w:noProof/>
        </w:rPr>
        <w:t>.</w:t>
      </w:r>
      <w:r w:rsidRPr="00F51F43">
        <w:rPr>
          <w:i/>
          <w:noProof/>
        </w:rPr>
        <w:t xml:space="preserve">  </w:t>
      </w:r>
      <w:r w:rsidR="003D7468" w:rsidRPr="00F51F43">
        <w:rPr>
          <w:i/>
          <w:noProof/>
        </w:rPr>
        <w:t>TUR</w:t>
      </w:r>
      <w:r w:rsidR="007A188A" w:rsidRPr="00F51F43">
        <w:rPr>
          <w:i/>
          <w:noProof/>
        </w:rPr>
        <w:t>ISTIČKA ZAJEDNICA GR</w:t>
      </w:r>
      <w:r w:rsidRPr="00F51F43">
        <w:rPr>
          <w:i/>
          <w:noProof/>
        </w:rPr>
        <w:t>A</w:t>
      </w:r>
      <w:r w:rsidR="007A188A" w:rsidRPr="00F51F43">
        <w:rPr>
          <w:i/>
          <w:noProof/>
        </w:rPr>
        <w:t>DA KOPRIVNICE</w:t>
      </w:r>
    </w:p>
    <w:p w14:paraId="552A8E37" w14:textId="77777777" w:rsidR="003D7468" w:rsidRPr="00F51F43" w:rsidRDefault="003D7468" w:rsidP="00027528">
      <w:pPr>
        <w:numPr>
          <w:ilvl w:val="0"/>
          <w:numId w:val="1"/>
        </w:numPr>
        <w:tabs>
          <w:tab w:val="left" w:pos="3544"/>
        </w:tabs>
        <w:spacing w:after="0"/>
        <w:rPr>
          <w:noProof/>
        </w:rPr>
      </w:pPr>
      <w:r w:rsidRPr="00F51F43">
        <w:rPr>
          <w:noProof/>
        </w:rPr>
        <w:t xml:space="preserve">sudjelovanje na svim manifestacijama na kojima se prezentira </w:t>
      </w:r>
      <w:r w:rsidR="00F00F9A" w:rsidRPr="00F51F43">
        <w:rPr>
          <w:noProof/>
        </w:rPr>
        <w:t xml:space="preserve">rani i </w:t>
      </w:r>
      <w:r w:rsidRPr="00F51F43">
        <w:rPr>
          <w:noProof/>
        </w:rPr>
        <w:t>pr</w:t>
      </w:r>
      <w:r w:rsidR="00027528" w:rsidRPr="00F51F43">
        <w:rPr>
          <w:noProof/>
        </w:rPr>
        <w:t>e</w:t>
      </w:r>
      <w:r w:rsidRPr="00F51F43">
        <w:rPr>
          <w:noProof/>
        </w:rPr>
        <w:t>dško</w:t>
      </w:r>
      <w:r w:rsidR="00027528" w:rsidRPr="00F51F43">
        <w:rPr>
          <w:noProof/>
        </w:rPr>
        <w:t>lski odgoj i djelatnost V</w:t>
      </w:r>
      <w:r w:rsidRPr="00F51F43">
        <w:rPr>
          <w:noProof/>
        </w:rPr>
        <w:t xml:space="preserve">rtića  </w:t>
      </w:r>
    </w:p>
    <w:p w14:paraId="5C9EC845" w14:textId="77777777" w:rsidR="00227FE5" w:rsidRPr="00F51F43" w:rsidRDefault="00227FE5" w:rsidP="00227FE5">
      <w:pPr>
        <w:tabs>
          <w:tab w:val="left" w:pos="3544"/>
        </w:tabs>
        <w:rPr>
          <w:noProof/>
        </w:rPr>
      </w:pPr>
    </w:p>
    <w:p w14:paraId="5275D54F" w14:textId="77777777" w:rsidR="00227FE5" w:rsidRPr="00F51F43" w:rsidRDefault="005D3E04" w:rsidP="00227FE5">
      <w:pPr>
        <w:tabs>
          <w:tab w:val="left" w:pos="3544"/>
        </w:tabs>
        <w:rPr>
          <w:i/>
          <w:noProof/>
        </w:rPr>
      </w:pPr>
      <w:r w:rsidRPr="00F51F43">
        <w:rPr>
          <w:i/>
          <w:noProof/>
        </w:rPr>
        <w:t>15</w:t>
      </w:r>
      <w:r w:rsidR="00227FE5" w:rsidRPr="00F51F43">
        <w:rPr>
          <w:i/>
          <w:noProof/>
        </w:rPr>
        <w:t>.  AGENCIJA ZA ODGOJ I OBRAZOVANJE</w:t>
      </w:r>
    </w:p>
    <w:p w14:paraId="0D85142A" w14:textId="77777777" w:rsidR="00227FE5" w:rsidRPr="00F51F43" w:rsidRDefault="00227FE5" w:rsidP="00227FE5">
      <w:pPr>
        <w:tabs>
          <w:tab w:val="left" w:pos="567"/>
        </w:tabs>
        <w:ind w:left="142"/>
        <w:rPr>
          <w:noProof/>
        </w:rPr>
      </w:pPr>
      <w:r w:rsidRPr="00F51F43">
        <w:rPr>
          <w:noProof/>
        </w:rPr>
        <w:t>-</w:t>
      </w:r>
      <w:r w:rsidRPr="00F51F43">
        <w:rPr>
          <w:noProof/>
        </w:rPr>
        <w:tab/>
        <w:t>sudjelovanje na stručnim skupovima</w:t>
      </w:r>
    </w:p>
    <w:p w14:paraId="45634847" w14:textId="77777777" w:rsidR="00227FE5" w:rsidRPr="00F51F43" w:rsidRDefault="00227FE5" w:rsidP="00227FE5">
      <w:pPr>
        <w:tabs>
          <w:tab w:val="left" w:pos="3544"/>
        </w:tabs>
        <w:rPr>
          <w:noProof/>
        </w:rPr>
      </w:pPr>
      <w:r w:rsidRPr="00F51F43">
        <w:rPr>
          <w:noProof/>
        </w:rPr>
        <w:t xml:space="preserve">  -     domaćinstvo i organizacija stručnog skupa</w:t>
      </w:r>
    </w:p>
    <w:p w14:paraId="0CD8AE67" w14:textId="77777777" w:rsidR="00227FE5" w:rsidRPr="00F51F43" w:rsidRDefault="00227FE5" w:rsidP="00227FE5">
      <w:pPr>
        <w:tabs>
          <w:tab w:val="left" w:pos="3544"/>
        </w:tabs>
        <w:rPr>
          <w:noProof/>
        </w:rPr>
      </w:pPr>
      <w:r w:rsidRPr="00F51F43">
        <w:rPr>
          <w:noProof/>
        </w:rPr>
        <w:t xml:space="preserve">  -     prijava pripravnika za stažiranje</w:t>
      </w:r>
    </w:p>
    <w:p w14:paraId="6FA75A64" w14:textId="77777777" w:rsidR="00227FE5" w:rsidRPr="00F51F43" w:rsidRDefault="00227FE5" w:rsidP="00227FE5">
      <w:pPr>
        <w:tabs>
          <w:tab w:val="left" w:pos="3544"/>
        </w:tabs>
        <w:rPr>
          <w:noProof/>
        </w:rPr>
      </w:pPr>
      <w:r w:rsidRPr="00F51F43">
        <w:rPr>
          <w:noProof/>
        </w:rPr>
        <w:t xml:space="preserve">  -     uvid u ostvarivanje programa stažiranja - izvješće</w:t>
      </w:r>
    </w:p>
    <w:p w14:paraId="02439848" w14:textId="77777777" w:rsidR="00227FE5" w:rsidRPr="00F51F43" w:rsidRDefault="00227FE5" w:rsidP="00227FE5">
      <w:pPr>
        <w:tabs>
          <w:tab w:val="left" w:pos="3544"/>
        </w:tabs>
        <w:rPr>
          <w:noProof/>
        </w:rPr>
      </w:pPr>
      <w:r w:rsidRPr="00F51F43">
        <w:rPr>
          <w:noProof/>
        </w:rPr>
        <w:t xml:space="preserve">  -     stručno-pedagoški uvid</w:t>
      </w:r>
    </w:p>
    <w:p w14:paraId="7635AFA2" w14:textId="77777777" w:rsidR="009F4417" w:rsidRPr="00F51F43" w:rsidRDefault="00227FE5" w:rsidP="00227FE5">
      <w:pPr>
        <w:tabs>
          <w:tab w:val="left" w:pos="3544"/>
        </w:tabs>
        <w:rPr>
          <w:noProof/>
        </w:rPr>
      </w:pPr>
      <w:r w:rsidRPr="00F51F43">
        <w:rPr>
          <w:noProof/>
        </w:rPr>
        <w:t xml:space="preserve">  -     prijava za polaganje stručnog ispita</w:t>
      </w:r>
    </w:p>
    <w:p w14:paraId="049FE3E0" w14:textId="77777777" w:rsidR="000820CB" w:rsidRPr="00F51F43" w:rsidRDefault="005D3E04" w:rsidP="000820CB">
      <w:pPr>
        <w:tabs>
          <w:tab w:val="left" w:pos="3544"/>
        </w:tabs>
        <w:rPr>
          <w:i/>
          <w:noProof/>
        </w:rPr>
      </w:pPr>
      <w:r w:rsidRPr="00F51F43">
        <w:rPr>
          <w:i/>
          <w:noProof/>
        </w:rPr>
        <w:t>16</w:t>
      </w:r>
      <w:r w:rsidR="000820CB" w:rsidRPr="00F51F43">
        <w:rPr>
          <w:i/>
          <w:noProof/>
        </w:rPr>
        <w:t>.  ZAVOD ZA JAVNO ZDRAVSTVO, EPIDEMIOLOŠKA SLUŽBA</w:t>
      </w:r>
    </w:p>
    <w:p w14:paraId="04F5C2E6" w14:textId="77777777" w:rsidR="000820CB" w:rsidRPr="00F51F43" w:rsidRDefault="000820CB" w:rsidP="000820CB">
      <w:pPr>
        <w:tabs>
          <w:tab w:val="left" w:pos="567"/>
        </w:tabs>
        <w:rPr>
          <w:noProof/>
        </w:rPr>
      </w:pPr>
      <w:r w:rsidRPr="00F51F43">
        <w:rPr>
          <w:noProof/>
        </w:rPr>
        <w:t xml:space="preserve">- </w:t>
      </w:r>
      <w:r w:rsidRPr="00F51F43">
        <w:rPr>
          <w:noProof/>
        </w:rPr>
        <w:tab/>
        <w:t>praćenje provedbe HACCP sustav</w:t>
      </w:r>
    </w:p>
    <w:p w14:paraId="63429FB5" w14:textId="77777777" w:rsidR="000820CB" w:rsidRPr="00F51F43" w:rsidRDefault="000820CB" w:rsidP="000820CB">
      <w:pPr>
        <w:tabs>
          <w:tab w:val="left" w:pos="567"/>
        </w:tabs>
        <w:rPr>
          <w:noProof/>
        </w:rPr>
      </w:pPr>
      <w:r w:rsidRPr="00F51F43">
        <w:rPr>
          <w:noProof/>
        </w:rPr>
        <w:t xml:space="preserve">- </w:t>
      </w:r>
      <w:r w:rsidRPr="00F51F43">
        <w:rPr>
          <w:noProof/>
        </w:rPr>
        <w:tab/>
        <w:t>kontrola hrane</w:t>
      </w:r>
    </w:p>
    <w:p w14:paraId="0DF5DEC3" w14:textId="77777777" w:rsidR="000820CB" w:rsidRPr="00F51F43" w:rsidRDefault="000820CB" w:rsidP="000820CB">
      <w:pPr>
        <w:tabs>
          <w:tab w:val="left" w:pos="567"/>
        </w:tabs>
        <w:rPr>
          <w:noProof/>
        </w:rPr>
      </w:pPr>
      <w:r w:rsidRPr="00F51F43">
        <w:rPr>
          <w:noProof/>
        </w:rPr>
        <w:t xml:space="preserve">- </w:t>
      </w:r>
      <w:r w:rsidRPr="00F51F43">
        <w:rPr>
          <w:noProof/>
        </w:rPr>
        <w:tab/>
        <w:t>kontrola prostora i opreme</w:t>
      </w:r>
    </w:p>
    <w:p w14:paraId="2C6FA9EB" w14:textId="77777777" w:rsidR="00551A88" w:rsidRPr="00F51F43" w:rsidRDefault="000820CB" w:rsidP="000820CB">
      <w:pPr>
        <w:tabs>
          <w:tab w:val="left" w:pos="567"/>
        </w:tabs>
        <w:rPr>
          <w:noProof/>
        </w:rPr>
      </w:pPr>
      <w:r w:rsidRPr="00F51F43">
        <w:rPr>
          <w:noProof/>
        </w:rPr>
        <w:t xml:space="preserve">- </w:t>
      </w:r>
      <w:r w:rsidRPr="00F51F43">
        <w:rPr>
          <w:noProof/>
        </w:rPr>
        <w:tab/>
        <w:t>sanitarni godišnji i polugodišnji pregledi</w:t>
      </w:r>
    </w:p>
    <w:p w14:paraId="52D6765C" w14:textId="77777777" w:rsidR="009F4417" w:rsidRPr="00F51F43" w:rsidRDefault="009F4417" w:rsidP="000820CB">
      <w:pPr>
        <w:tabs>
          <w:tab w:val="left" w:pos="567"/>
        </w:tabs>
        <w:rPr>
          <w:noProof/>
        </w:rPr>
      </w:pPr>
    </w:p>
    <w:p w14:paraId="08878709" w14:textId="77777777" w:rsidR="009F4417" w:rsidRPr="00F51F43" w:rsidRDefault="005D3E04" w:rsidP="009F4417">
      <w:pPr>
        <w:tabs>
          <w:tab w:val="left" w:pos="3544"/>
        </w:tabs>
        <w:rPr>
          <w:i/>
          <w:noProof/>
        </w:rPr>
      </w:pPr>
      <w:r w:rsidRPr="00F51F43">
        <w:rPr>
          <w:i/>
          <w:noProof/>
        </w:rPr>
        <w:t>17</w:t>
      </w:r>
      <w:r w:rsidR="009F4417" w:rsidRPr="00F51F43">
        <w:rPr>
          <w:i/>
          <w:noProof/>
        </w:rPr>
        <w:t>.  ODGOJNO-OBRAZOVNE USTANOVE NA PODRUČJU KOPRIVNIČKO-KRIŽEVAČK</w:t>
      </w:r>
      <w:r w:rsidR="00F00F9A" w:rsidRPr="00F51F43">
        <w:rPr>
          <w:i/>
          <w:noProof/>
        </w:rPr>
        <w:t>E ŽUPANIJE (</w:t>
      </w:r>
      <w:r w:rsidR="009F4417" w:rsidRPr="00F51F43">
        <w:rPr>
          <w:i/>
          <w:noProof/>
        </w:rPr>
        <w:t>COOR Podravsko sunce)</w:t>
      </w:r>
    </w:p>
    <w:p w14:paraId="52540F0E" w14:textId="77777777" w:rsidR="009F4417" w:rsidRPr="00F51F43" w:rsidRDefault="009F4417" w:rsidP="009F4417">
      <w:pPr>
        <w:tabs>
          <w:tab w:val="left" w:pos="567"/>
        </w:tabs>
        <w:rPr>
          <w:noProof/>
        </w:rPr>
      </w:pPr>
      <w:r w:rsidRPr="00F51F43">
        <w:rPr>
          <w:noProof/>
        </w:rPr>
        <w:t xml:space="preserve">- </w:t>
      </w:r>
      <w:r w:rsidRPr="00F51F43">
        <w:rPr>
          <w:noProof/>
        </w:rPr>
        <w:tab/>
        <w:t>međusobni posjeti djece</w:t>
      </w:r>
    </w:p>
    <w:p w14:paraId="7DD25B0F" w14:textId="77777777" w:rsidR="009F4417" w:rsidRPr="00F51F43" w:rsidRDefault="009F4417" w:rsidP="009F4417">
      <w:pPr>
        <w:tabs>
          <w:tab w:val="left" w:pos="567"/>
        </w:tabs>
        <w:rPr>
          <w:noProof/>
        </w:rPr>
      </w:pPr>
      <w:r w:rsidRPr="00F51F43">
        <w:rPr>
          <w:noProof/>
        </w:rPr>
        <w:t xml:space="preserve">- </w:t>
      </w:r>
      <w:r w:rsidRPr="00F51F43">
        <w:rPr>
          <w:noProof/>
        </w:rPr>
        <w:tab/>
        <w:t>razmjena iskustava</w:t>
      </w:r>
      <w:r w:rsidR="00885488" w:rsidRPr="00F51F43">
        <w:rPr>
          <w:noProof/>
        </w:rPr>
        <w:t xml:space="preserve"> i prijenos informacija</w:t>
      </w:r>
    </w:p>
    <w:p w14:paraId="09FC3986" w14:textId="77777777" w:rsidR="009F4417" w:rsidRPr="00F51F43" w:rsidRDefault="009F4417" w:rsidP="009F4417">
      <w:pPr>
        <w:tabs>
          <w:tab w:val="left" w:pos="567"/>
        </w:tabs>
        <w:rPr>
          <w:noProof/>
        </w:rPr>
      </w:pPr>
      <w:r w:rsidRPr="00F51F43">
        <w:rPr>
          <w:noProof/>
        </w:rPr>
        <w:t xml:space="preserve">- </w:t>
      </w:r>
      <w:r w:rsidRPr="00F51F43">
        <w:rPr>
          <w:noProof/>
        </w:rPr>
        <w:tab/>
      </w:r>
      <w:r w:rsidR="00885488" w:rsidRPr="00F51F43">
        <w:rPr>
          <w:noProof/>
        </w:rPr>
        <w:t>suradnja pri ostvarivanju dječjih prava</w:t>
      </w:r>
    </w:p>
    <w:p w14:paraId="2C3792E3" w14:textId="77777777" w:rsidR="009F4417" w:rsidRPr="00F51F43" w:rsidRDefault="009F4417" w:rsidP="009F4417">
      <w:pPr>
        <w:tabs>
          <w:tab w:val="left" w:pos="567"/>
        </w:tabs>
        <w:rPr>
          <w:noProof/>
        </w:rPr>
      </w:pPr>
    </w:p>
    <w:p w14:paraId="6B0AD3B2" w14:textId="77777777" w:rsidR="00885488" w:rsidRPr="00F51F43" w:rsidRDefault="005D3E04" w:rsidP="00275EEE">
      <w:pPr>
        <w:tabs>
          <w:tab w:val="left" w:pos="3544"/>
        </w:tabs>
        <w:rPr>
          <w:i/>
          <w:noProof/>
        </w:rPr>
      </w:pPr>
      <w:r w:rsidRPr="00F51F43">
        <w:rPr>
          <w:i/>
          <w:noProof/>
        </w:rPr>
        <w:t>18</w:t>
      </w:r>
      <w:r w:rsidR="00885488" w:rsidRPr="00F51F43">
        <w:rPr>
          <w:i/>
          <w:noProof/>
        </w:rPr>
        <w:t>.  RAZLIČITE UDRUGE I DRUŠTVA NA PODRUČJU KOPRIVNIČKO-KRIŽEVAČKE ŽUPANIJE (Udruga Bolje sutra, Udruga za osobe s invaliditetom, Udruga slijepih</w:t>
      </w:r>
      <w:r w:rsidR="00275EEE" w:rsidRPr="00F51F43">
        <w:rPr>
          <w:i/>
          <w:noProof/>
        </w:rPr>
        <w:t xml:space="preserve"> Koprivničko-križevačke županije</w:t>
      </w:r>
      <w:r w:rsidR="00885488" w:rsidRPr="00F51F43">
        <w:rPr>
          <w:i/>
          <w:noProof/>
        </w:rPr>
        <w:t>, HPD Bilo</w:t>
      </w:r>
      <w:r w:rsidRPr="00F51F43">
        <w:rPr>
          <w:i/>
          <w:noProof/>
        </w:rPr>
        <w:t xml:space="preserve">, Udruga invalida rada </w:t>
      </w:r>
      <w:r w:rsidR="00237A6E" w:rsidRPr="00F51F43">
        <w:rPr>
          <w:i/>
          <w:noProof/>
        </w:rPr>
        <w:t xml:space="preserve">grada </w:t>
      </w:r>
      <w:r w:rsidRPr="00F51F43">
        <w:rPr>
          <w:i/>
          <w:noProof/>
        </w:rPr>
        <w:t>Koprivnice</w:t>
      </w:r>
      <w:r w:rsidR="00275EEE" w:rsidRPr="00F51F43">
        <w:rPr>
          <w:i/>
          <w:noProof/>
        </w:rPr>
        <w:t>, Udruga Korak po korak (regionalna i državna razina)</w:t>
      </w:r>
      <w:r w:rsidR="00885488" w:rsidRPr="00F51F43">
        <w:rPr>
          <w:i/>
          <w:noProof/>
        </w:rPr>
        <w:t>)</w:t>
      </w:r>
    </w:p>
    <w:p w14:paraId="19684D93" w14:textId="77777777" w:rsidR="00885488" w:rsidRPr="00F51F43" w:rsidRDefault="00885488" w:rsidP="00885488">
      <w:pPr>
        <w:tabs>
          <w:tab w:val="left" w:pos="567"/>
        </w:tabs>
        <w:rPr>
          <w:noProof/>
        </w:rPr>
      </w:pPr>
      <w:r w:rsidRPr="00F51F43">
        <w:rPr>
          <w:noProof/>
        </w:rPr>
        <w:t xml:space="preserve">- </w:t>
      </w:r>
      <w:r w:rsidRPr="00F51F43">
        <w:rPr>
          <w:noProof/>
        </w:rPr>
        <w:tab/>
        <w:t>edukacija djece i stjecanje novih iskustava</w:t>
      </w:r>
    </w:p>
    <w:p w14:paraId="5174C842" w14:textId="77777777" w:rsidR="00885488" w:rsidRPr="00F51F43" w:rsidRDefault="00885488" w:rsidP="00885488">
      <w:pPr>
        <w:tabs>
          <w:tab w:val="left" w:pos="567"/>
        </w:tabs>
        <w:rPr>
          <w:noProof/>
        </w:rPr>
      </w:pPr>
      <w:r w:rsidRPr="00F51F43">
        <w:rPr>
          <w:noProof/>
        </w:rPr>
        <w:t xml:space="preserve">- </w:t>
      </w:r>
      <w:r w:rsidRPr="00F51F43">
        <w:rPr>
          <w:noProof/>
        </w:rPr>
        <w:tab/>
        <w:t>razmjena iskustava i prijenos informacija</w:t>
      </w:r>
    </w:p>
    <w:p w14:paraId="08336D3D" w14:textId="77777777" w:rsidR="00885488" w:rsidRPr="00F51F43" w:rsidRDefault="00885488" w:rsidP="00885488">
      <w:pPr>
        <w:tabs>
          <w:tab w:val="left" w:pos="567"/>
        </w:tabs>
        <w:rPr>
          <w:noProof/>
        </w:rPr>
      </w:pPr>
      <w:r w:rsidRPr="00F51F43">
        <w:rPr>
          <w:noProof/>
        </w:rPr>
        <w:t xml:space="preserve">- </w:t>
      </w:r>
      <w:r w:rsidRPr="00F51F43">
        <w:rPr>
          <w:noProof/>
        </w:rPr>
        <w:tab/>
        <w:t>suradnja pri ostvarivanju dječjih prava</w:t>
      </w:r>
    </w:p>
    <w:p w14:paraId="37F267CC" w14:textId="77777777" w:rsidR="00885488" w:rsidRPr="00F51F43" w:rsidRDefault="00885488" w:rsidP="00885488">
      <w:pPr>
        <w:tabs>
          <w:tab w:val="left" w:pos="567"/>
        </w:tabs>
        <w:rPr>
          <w:noProof/>
        </w:rPr>
      </w:pPr>
      <w:r w:rsidRPr="00F51F43">
        <w:rPr>
          <w:noProof/>
        </w:rPr>
        <w:t>-        suradnja pri organizaciji posjeta, druženja, izleta</w:t>
      </w:r>
    </w:p>
    <w:p w14:paraId="6984BE25" w14:textId="77777777" w:rsidR="00885488" w:rsidRPr="00F51F43" w:rsidRDefault="00885488" w:rsidP="00885488">
      <w:pPr>
        <w:tabs>
          <w:tab w:val="left" w:pos="3544"/>
        </w:tabs>
        <w:rPr>
          <w:noProof/>
        </w:rPr>
      </w:pPr>
    </w:p>
    <w:p w14:paraId="247F84C2" w14:textId="77777777" w:rsidR="00885488" w:rsidRPr="00F51F43" w:rsidRDefault="005D3E04" w:rsidP="00885488">
      <w:pPr>
        <w:tabs>
          <w:tab w:val="left" w:pos="3544"/>
        </w:tabs>
        <w:rPr>
          <w:i/>
          <w:noProof/>
        </w:rPr>
      </w:pPr>
      <w:r w:rsidRPr="00F51F43">
        <w:rPr>
          <w:noProof/>
        </w:rPr>
        <w:t>19</w:t>
      </w:r>
      <w:r w:rsidR="00885488" w:rsidRPr="00F51F43">
        <w:rPr>
          <w:i/>
          <w:noProof/>
        </w:rPr>
        <w:t>.  KAZALIŠTA I KAZALIŠNE DRUŽINE</w:t>
      </w:r>
    </w:p>
    <w:p w14:paraId="4B14CEDB" w14:textId="77777777" w:rsidR="00885488" w:rsidRPr="00F51F43" w:rsidRDefault="00885488" w:rsidP="00885488">
      <w:pPr>
        <w:tabs>
          <w:tab w:val="left" w:pos="567"/>
        </w:tabs>
        <w:rPr>
          <w:noProof/>
        </w:rPr>
      </w:pPr>
      <w:r w:rsidRPr="00F51F43">
        <w:rPr>
          <w:noProof/>
        </w:rPr>
        <w:t xml:space="preserve">- </w:t>
      </w:r>
      <w:r w:rsidRPr="00F51F43">
        <w:rPr>
          <w:noProof/>
        </w:rPr>
        <w:tab/>
        <w:t>organiziranje izvođenja kazališnih predstava u Vrtiću</w:t>
      </w:r>
    </w:p>
    <w:p w14:paraId="7850933A" w14:textId="77777777" w:rsidR="00885488" w:rsidRPr="00F51F43" w:rsidRDefault="00885488" w:rsidP="00885488">
      <w:pPr>
        <w:tabs>
          <w:tab w:val="left" w:pos="567"/>
        </w:tabs>
        <w:rPr>
          <w:noProof/>
        </w:rPr>
      </w:pPr>
      <w:r w:rsidRPr="00F51F43">
        <w:rPr>
          <w:noProof/>
        </w:rPr>
        <w:t>-         organiziranje izleta u kazalište</w:t>
      </w:r>
    </w:p>
    <w:p w14:paraId="462D18F2" w14:textId="77777777" w:rsidR="00885488" w:rsidRPr="00F51F43" w:rsidRDefault="00885488" w:rsidP="00885488">
      <w:pPr>
        <w:tabs>
          <w:tab w:val="left" w:pos="567"/>
        </w:tabs>
        <w:rPr>
          <w:noProof/>
        </w:rPr>
      </w:pPr>
    </w:p>
    <w:p w14:paraId="4B22E5F0" w14:textId="77777777" w:rsidR="00885488" w:rsidRPr="00F51F43" w:rsidRDefault="005D3E04" w:rsidP="00885488">
      <w:pPr>
        <w:tabs>
          <w:tab w:val="left" w:pos="3544"/>
        </w:tabs>
        <w:rPr>
          <w:i/>
          <w:noProof/>
        </w:rPr>
      </w:pPr>
      <w:r w:rsidRPr="00F51F43">
        <w:rPr>
          <w:i/>
          <w:noProof/>
        </w:rPr>
        <w:t>20</w:t>
      </w:r>
      <w:r w:rsidR="00885488" w:rsidRPr="00F51F43">
        <w:rPr>
          <w:i/>
          <w:noProof/>
        </w:rPr>
        <w:t>.  KULTURNO-UMJETNIČKE USTANOVE NA PODRUČJU KOPRIVNIČKO-KRIŽEVAČKE ŽUPANIJE (Dom mladih, Domoljub, Muzej Grada Koprivnice, Kino Velebit)</w:t>
      </w:r>
    </w:p>
    <w:p w14:paraId="14DC02DB" w14:textId="77777777" w:rsidR="00885488" w:rsidRPr="00F51F43" w:rsidRDefault="00885488" w:rsidP="00885488">
      <w:pPr>
        <w:tabs>
          <w:tab w:val="left" w:pos="567"/>
        </w:tabs>
        <w:rPr>
          <w:noProof/>
        </w:rPr>
      </w:pPr>
      <w:r w:rsidRPr="00F51F43">
        <w:rPr>
          <w:noProof/>
        </w:rPr>
        <w:t xml:space="preserve">- </w:t>
      </w:r>
      <w:r w:rsidRPr="00F51F43">
        <w:rPr>
          <w:noProof/>
        </w:rPr>
        <w:tab/>
        <w:t>najam prostora za razna događanja (predavanja, priredbe, predstave…)</w:t>
      </w:r>
    </w:p>
    <w:p w14:paraId="576636CB" w14:textId="77777777" w:rsidR="00885488" w:rsidRPr="00F51F43" w:rsidRDefault="00885488" w:rsidP="00885488">
      <w:pPr>
        <w:tabs>
          <w:tab w:val="left" w:pos="567"/>
        </w:tabs>
        <w:rPr>
          <w:noProof/>
        </w:rPr>
      </w:pPr>
      <w:r w:rsidRPr="00F51F43">
        <w:rPr>
          <w:noProof/>
        </w:rPr>
        <w:t xml:space="preserve">- </w:t>
      </w:r>
      <w:r w:rsidRPr="00F51F43">
        <w:rPr>
          <w:noProof/>
        </w:rPr>
        <w:tab/>
      </w:r>
      <w:r w:rsidR="00A636C9" w:rsidRPr="00F51F43">
        <w:rPr>
          <w:noProof/>
        </w:rPr>
        <w:t>posjećivanje kazališnih i kino predstava</w:t>
      </w:r>
    </w:p>
    <w:p w14:paraId="0750DC2C" w14:textId="77777777" w:rsidR="004D5536" w:rsidRPr="00F51F43" w:rsidRDefault="004D5536" w:rsidP="00885488">
      <w:pPr>
        <w:tabs>
          <w:tab w:val="left" w:pos="567"/>
        </w:tabs>
        <w:rPr>
          <w:noProof/>
        </w:rPr>
      </w:pPr>
    </w:p>
    <w:p w14:paraId="441B2FF8" w14:textId="77777777" w:rsidR="000B6CC7" w:rsidRPr="00F51F43" w:rsidRDefault="00275EEE" w:rsidP="00885488">
      <w:pPr>
        <w:tabs>
          <w:tab w:val="left" w:pos="567"/>
        </w:tabs>
        <w:rPr>
          <w:i/>
          <w:noProof/>
        </w:rPr>
      </w:pPr>
      <w:r w:rsidRPr="00F51F43">
        <w:rPr>
          <w:i/>
          <w:noProof/>
        </w:rPr>
        <w:t>21. BISKUPIJA VARAŽDINSKA, KATEHETSKI URED, VIŠE SAVJETNICE ZA VJERSKI ODGOJ U ZAGREBU</w:t>
      </w:r>
    </w:p>
    <w:p w14:paraId="620C0878" w14:textId="77777777" w:rsidR="009622AC" w:rsidRPr="00F51F43" w:rsidRDefault="009622AC" w:rsidP="00885488">
      <w:pPr>
        <w:tabs>
          <w:tab w:val="left" w:pos="567"/>
        </w:tabs>
        <w:rPr>
          <w:i/>
          <w:noProof/>
        </w:rPr>
      </w:pPr>
    </w:p>
    <w:p w14:paraId="02ADD976" w14:textId="77777777" w:rsidR="00BB6759" w:rsidRPr="00F51F43" w:rsidRDefault="00584060" w:rsidP="00885488">
      <w:pPr>
        <w:keepNext/>
        <w:tabs>
          <w:tab w:val="left" w:pos="567"/>
        </w:tabs>
        <w:spacing w:before="120"/>
        <w:jc w:val="left"/>
        <w:rPr>
          <w:b/>
          <w:bCs/>
          <w:noProof/>
        </w:rPr>
      </w:pPr>
      <w:r w:rsidRPr="00F51F43">
        <w:rPr>
          <w:b/>
          <w:bCs/>
          <w:noProof/>
        </w:rPr>
        <w:t>Tablica 28</w:t>
      </w:r>
      <w:r w:rsidR="00BB6759" w:rsidRPr="00F51F43">
        <w:rPr>
          <w:b/>
          <w:bCs/>
          <w:noProof/>
        </w:rPr>
        <w:t>: Društveni čimbenici s kojima surađuju područni objekti</w:t>
      </w:r>
    </w:p>
    <w:tbl>
      <w:tblPr>
        <w:tblStyle w:val="Reetkatablice"/>
        <w:tblW w:w="0" w:type="auto"/>
        <w:jc w:val="center"/>
        <w:tblLook w:val="04A0" w:firstRow="1" w:lastRow="0" w:firstColumn="1" w:lastColumn="0" w:noHBand="0" w:noVBand="1"/>
      </w:tblPr>
      <w:tblGrid>
        <w:gridCol w:w="1788"/>
        <w:gridCol w:w="7274"/>
      </w:tblGrid>
      <w:tr w:rsidR="000B67B3" w:rsidRPr="00F51F43" w14:paraId="478AE99B" w14:textId="77777777" w:rsidTr="000B67B3">
        <w:trPr>
          <w:cantSplit/>
          <w:tblHeader/>
          <w:jc w:val="center"/>
        </w:trPr>
        <w:tc>
          <w:tcPr>
            <w:tcW w:w="1788" w:type="dxa"/>
            <w:shd w:val="clear" w:color="auto" w:fill="D9EAD3"/>
            <w:tcMar>
              <w:top w:w="80" w:type="dxa"/>
              <w:left w:w="80" w:type="dxa"/>
              <w:bottom w:w="80" w:type="dxa"/>
              <w:right w:w="80" w:type="dxa"/>
            </w:tcMar>
            <w:vAlign w:val="center"/>
          </w:tcPr>
          <w:p w14:paraId="627C2CA0" w14:textId="77777777" w:rsidR="00275EEE" w:rsidRPr="00F51F43" w:rsidRDefault="004E24E0" w:rsidP="000B67B3">
            <w:pPr>
              <w:tabs>
                <w:tab w:val="left" w:pos="567"/>
              </w:tabs>
              <w:spacing w:after="0" w:line="240" w:lineRule="auto"/>
              <w:jc w:val="center"/>
              <w:rPr>
                <w:b/>
                <w:noProof/>
                <w:sz w:val="20"/>
                <w:szCs w:val="20"/>
              </w:rPr>
            </w:pPr>
            <w:r w:rsidRPr="00F51F43">
              <w:rPr>
                <w:b/>
                <w:noProof/>
                <w:sz w:val="20"/>
                <w:szCs w:val="20"/>
              </w:rPr>
              <w:t>SKUPINA</w:t>
            </w:r>
          </w:p>
        </w:tc>
        <w:tc>
          <w:tcPr>
            <w:tcW w:w="7274" w:type="dxa"/>
            <w:shd w:val="clear" w:color="auto" w:fill="D9EAD3"/>
            <w:tcMar>
              <w:top w:w="80" w:type="dxa"/>
              <w:left w:w="80" w:type="dxa"/>
              <w:bottom w:w="80" w:type="dxa"/>
              <w:right w:w="80" w:type="dxa"/>
            </w:tcMar>
            <w:vAlign w:val="center"/>
          </w:tcPr>
          <w:p w14:paraId="50C8EF23" w14:textId="77777777" w:rsidR="00275EEE" w:rsidRPr="00F51F43" w:rsidRDefault="004E24E0" w:rsidP="000B67B3">
            <w:pPr>
              <w:tabs>
                <w:tab w:val="left" w:pos="567"/>
              </w:tabs>
              <w:spacing w:after="0" w:line="240" w:lineRule="auto"/>
              <w:jc w:val="center"/>
              <w:rPr>
                <w:b/>
                <w:noProof/>
                <w:sz w:val="20"/>
                <w:szCs w:val="20"/>
              </w:rPr>
            </w:pPr>
            <w:r w:rsidRPr="00F51F43">
              <w:rPr>
                <w:b/>
                <w:noProof/>
                <w:sz w:val="20"/>
                <w:szCs w:val="20"/>
              </w:rPr>
              <w:t>DRUŠTVENI ČIMBENICI</w:t>
            </w:r>
          </w:p>
        </w:tc>
      </w:tr>
      <w:tr w:rsidR="000B67B3" w:rsidRPr="00F51F43" w14:paraId="3C34A01A" w14:textId="77777777" w:rsidTr="000B67B3">
        <w:trPr>
          <w:cantSplit/>
          <w:jc w:val="center"/>
        </w:trPr>
        <w:tc>
          <w:tcPr>
            <w:tcW w:w="1788" w:type="dxa"/>
            <w:tcMar>
              <w:top w:w="80" w:type="dxa"/>
              <w:left w:w="80" w:type="dxa"/>
              <w:bottom w:w="80" w:type="dxa"/>
              <w:right w:w="80" w:type="dxa"/>
            </w:tcMar>
            <w:vAlign w:val="center"/>
          </w:tcPr>
          <w:p w14:paraId="3730BB9F" w14:textId="77777777" w:rsidR="004E24E0" w:rsidRPr="00F51F43" w:rsidRDefault="004E24E0" w:rsidP="000B67B3">
            <w:pPr>
              <w:tabs>
                <w:tab w:val="left" w:pos="567"/>
              </w:tabs>
              <w:spacing w:after="0" w:line="240" w:lineRule="auto"/>
              <w:jc w:val="center"/>
              <w:rPr>
                <w:noProof/>
                <w:sz w:val="20"/>
                <w:szCs w:val="20"/>
              </w:rPr>
            </w:pPr>
            <w:r w:rsidRPr="00F51F43">
              <w:rPr>
                <w:noProof/>
                <w:sz w:val="20"/>
                <w:szCs w:val="20"/>
              </w:rPr>
              <w:t>„Bambi“ Ždala</w:t>
            </w:r>
          </w:p>
        </w:tc>
        <w:tc>
          <w:tcPr>
            <w:tcW w:w="7274" w:type="dxa"/>
            <w:tcMar>
              <w:top w:w="80" w:type="dxa"/>
              <w:left w:w="80" w:type="dxa"/>
              <w:bottom w:w="80" w:type="dxa"/>
              <w:right w:w="80" w:type="dxa"/>
            </w:tcMar>
            <w:vAlign w:val="center"/>
          </w:tcPr>
          <w:p w14:paraId="639A9435" w14:textId="77777777" w:rsidR="00B5321A" w:rsidRPr="00F51F43" w:rsidRDefault="004E24E0" w:rsidP="000B67B3">
            <w:pPr>
              <w:spacing w:after="0" w:line="240" w:lineRule="auto"/>
              <w:jc w:val="center"/>
              <w:rPr>
                <w:noProof/>
                <w:sz w:val="20"/>
                <w:szCs w:val="20"/>
                <w:lang w:eastAsia="en-US" w:bidi="en-US"/>
              </w:rPr>
            </w:pPr>
            <w:r w:rsidRPr="00F51F43">
              <w:rPr>
                <w:noProof/>
                <w:sz w:val="20"/>
                <w:szCs w:val="20"/>
                <w:lang w:eastAsia="en-US" w:bidi="en-US"/>
              </w:rPr>
              <w:t>Udruga žena, KUD Ždala, DVD Ždala, PŠ Ždala</w:t>
            </w:r>
            <w:r w:rsidR="00B5321A" w:rsidRPr="00F51F43">
              <w:rPr>
                <w:noProof/>
                <w:sz w:val="20"/>
                <w:szCs w:val="20"/>
                <w:lang w:eastAsia="en-US" w:bidi="en-US"/>
              </w:rPr>
              <w:t xml:space="preserve">, Bibliobus, Poštanski ured Ždala, Kino Velebit, Šumarija Repaš, POU Koprivnica, Muzej grada Koprivnice, </w:t>
            </w:r>
            <w:r w:rsidR="00946AFD" w:rsidRPr="00F51F43">
              <w:rPr>
                <w:noProof/>
                <w:sz w:val="20"/>
                <w:szCs w:val="20"/>
                <w:lang w:eastAsia="en-US" w:bidi="en-US"/>
              </w:rPr>
              <w:t>Art centar J</w:t>
            </w:r>
            <w:r w:rsidR="003321C8" w:rsidRPr="00F51F43">
              <w:rPr>
                <w:noProof/>
                <w:sz w:val="20"/>
                <w:szCs w:val="20"/>
                <w:lang w:eastAsia="en-US" w:bidi="en-US"/>
              </w:rPr>
              <w:t>eškovo</w:t>
            </w:r>
          </w:p>
        </w:tc>
      </w:tr>
      <w:tr w:rsidR="000B67B3" w:rsidRPr="00F51F43" w14:paraId="1071E51A" w14:textId="77777777" w:rsidTr="000B67B3">
        <w:trPr>
          <w:cantSplit/>
          <w:jc w:val="center"/>
        </w:trPr>
        <w:tc>
          <w:tcPr>
            <w:tcW w:w="1788" w:type="dxa"/>
            <w:tcMar>
              <w:top w:w="80" w:type="dxa"/>
              <w:left w:w="80" w:type="dxa"/>
              <w:bottom w:w="80" w:type="dxa"/>
              <w:right w:w="80" w:type="dxa"/>
            </w:tcMar>
            <w:vAlign w:val="center"/>
          </w:tcPr>
          <w:p w14:paraId="49EEE009" w14:textId="77777777" w:rsidR="00BB6759" w:rsidRPr="00F51F43" w:rsidRDefault="00BB6759" w:rsidP="000B67B3">
            <w:pPr>
              <w:tabs>
                <w:tab w:val="left" w:pos="567"/>
              </w:tabs>
              <w:spacing w:after="0" w:line="240" w:lineRule="auto"/>
              <w:jc w:val="center"/>
              <w:rPr>
                <w:noProof/>
                <w:sz w:val="20"/>
                <w:szCs w:val="20"/>
              </w:rPr>
            </w:pPr>
            <w:r w:rsidRPr="00F51F43">
              <w:rPr>
                <w:noProof/>
                <w:sz w:val="20"/>
                <w:szCs w:val="20"/>
              </w:rPr>
              <w:lastRenderedPageBreak/>
              <w:t>„Iskrica“ Đelekovec</w:t>
            </w:r>
          </w:p>
        </w:tc>
        <w:tc>
          <w:tcPr>
            <w:tcW w:w="7274" w:type="dxa"/>
            <w:tcMar>
              <w:top w:w="80" w:type="dxa"/>
              <w:left w:w="80" w:type="dxa"/>
              <w:bottom w:w="80" w:type="dxa"/>
              <w:right w:w="80" w:type="dxa"/>
            </w:tcMar>
            <w:vAlign w:val="center"/>
          </w:tcPr>
          <w:p w14:paraId="6C1583E5" w14:textId="77777777" w:rsidR="00BB6759" w:rsidRPr="00F51F43" w:rsidRDefault="003321C8" w:rsidP="000B67B3">
            <w:pPr>
              <w:spacing w:after="0" w:line="240" w:lineRule="auto"/>
              <w:jc w:val="center"/>
              <w:rPr>
                <w:noProof/>
                <w:sz w:val="20"/>
                <w:szCs w:val="20"/>
                <w:lang w:eastAsia="en-US" w:bidi="en-US"/>
              </w:rPr>
            </w:pPr>
            <w:r w:rsidRPr="00F51F43">
              <w:rPr>
                <w:noProof/>
                <w:kern w:val="2"/>
                <w:sz w:val="20"/>
                <w:szCs w:val="20"/>
                <w:lang w:bidi="en-US"/>
                <w14:ligatures w14:val="standardContextual"/>
              </w:rPr>
              <w:t xml:space="preserve">Osnovna škola Mihovil Pavlek Miškina Đelekovec, Dobrovoljno vatrogasno društvo Đelekovec, Nogometni klub Osvit, Policijska uprava Koprivnica, Udruga slijepih, Udruga Bolje sutra, Crveni križ, Obrtnička škola Koprivnica, Bibliobus, Podravska banka, Radio Koprivnica, Društvo žena Đelekovec, Ribičko društvo Đelekovec, </w:t>
            </w:r>
            <w:r w:rsidR="00DF2D96" w:rsidRPr="00F51F43">
              <w:rPr>
                <w:noProof/>
                <w:kern w:val="2"/>
                <w:sz w:val="20"/>
                <w:szCs w:val="20"/>
                <w:lang w:bidi="en-US"/>
                <w14:ligatures w14:val="standardContextual"/>
              </w:rPr>
              <w:t>Turistička zajednica KC-KŽ županije</w:t>
            </w:r>
            <w:r w:rsidR="00713118" w:rsidRPr="00F51F43">
              <w:rPr>
                <w:noProof/>
                <w:sz w:val="20"/>
                <w:szCs w:val="20"/>
                <w:lang w:eastAsia="en-US" w:bidi="en-US"/>
              </w:rPr>
              <w:t>, Silvija turist</w:t>
            </w:r>
          </w:p>
        </w:tc>
      </w:tr>
      <w:tr w:rsidR="000B67B3" w:rsidRPr="00F51F43" w14:paraId="4A5D4EB1" w14:textId="77777777" w:rsidTr="000B67B3">
        <w:trPr>
          <w:cantSplit/>
          <w:jc w:val="center"/>
        </w:trPr>
        <w:tc>
          <w:tcPr>
            <w:tcW w:w="1788" w:type="dxa"/>
            <w:tcMar>
              <w:top w:w="80" w:type="dxa"/>
              <w:left w:w="80" w:type="dxa"/>
              <w:bottom w:w="80" w:type="dxa"/>
              <w:right w:w="80" w:type="dxa"/>
            </w:tcMar>
            <w:vAlign w:val="center"/>
          </w:tcPr>
          <w:p w14:paraId="7C6EC220" w14:textId="77777777" w:rsidR="00A1765B" w:rsidRPr="00F51F43" w:rsidRDefault="00A1765B" w:rsidP="000B67B3">
            <w:pPr>
              <w:tabs>
                <w:tab w:val="left" w:pos="567"/>
              </w:tabs>
              <w:spacing w:after="0" w:line="240" w:lineRule="auto"/>
              <w:jc w:val="center"/>
              <w:rPr>
                <w:noProof/>
                <w:sz w:val="20"/>
                <w:szCs w:val="20"/>
              </w:rPr>
            </w:pPr>
            <w:r w:rsidRPr="00F51F43">
              <w:rPr>
                <w:noProof/>
                <w:sz w:val="20"/>
                <w:szCs w:val="20"/>
              </w:rPr>
              <w:t>„Ivančica“ Koprivnički Ivanec</w:t>
            </w:r>
          </w:p>
        </w:tc>
        <w:tc>
          <w:tcPr>
            <w:tcW w:w="7274" w:type="dxa"/>
            <w:tcMar>
              <w:top w:w="80" w:type="dxa"/>
              <w:left w:w="80" w:type="dxa"/>
              <w:bottom w:w="80" w:type="dxa"/>
              <w:right w:w="80" w:type="dxa"/>
            </w:tcMar>
            <w:vAlign w:val="center"/>
          </w:tcPr>
          <w:p w14:paraId="401A41DB" w14:textId="77777777" w:rsidR="00A1765B" w:rsidRPr="00F51F43" w:rsidRDefault="00A1765B" w:rsidP="000B67B3">
            <w:pPr>
              <w:spacing w:after="0" w:line="240" w:lineRule="auto"/>
              <w:jc w:val="center"/>
              <w:rPr>
                <w:noProof/>
                <w:sz w:val="20"/>
                <w:szCs w:val="20"/>
                <w:lang w:eastAsia="en-US" w:bidi="en-US"/>
              </w:rPr>
            </w:pPr>
            <w:r w:rsidRPr="00F51F43">
              <w:rPr>
                <w:noProof/>
                <w:sz w:val="20"/>
                <w:szCs w:val="20"/>
                <w:lang w:eastAsia="en-US" w:bidi="en-US"/>
              </w:rPr>
              <w:t>Općina Koprivnički Ivanec, Župni ured i župnik župe Koprivnički Ivanec, MUP</w:t>
            </w:r>
            <w:r w:rsidR="002C25A6" w:rsidRPr="00F51F43">
              <w:rPr>
                <w:noProof/>
                <w:sz w:val="20"/>
                <w:szCs w:val="20"/>
                <w:lang w:eastAsia="en-US" w:bidi="en-US"/>
              </w:rPr>
              <w:t xml:space="preserve"> Koprivnica</w:t>
            </w:r>
            <w:r w:rsidRPr="00F51F43">
              <w:rPr>
                <w:noProof/>
                <w:sz w:val="20"/>
                <w:szCs w:val="20"/>
                <w:lang w:eastAsia="en-US" w:bidi="en-US"/>
              </w:rPr>
              <w:t xml:space="preserve">, Šareni svijet, Knjižnica i čitaonica </w:t>
            </w:r>
            <w:r w:rsidR="002C25A6" w:rsidRPr="00F51F43">
              <w:rPr>
                <w:noProof/>
                <w:sz w:val="20"/>
                <w:szCs w:val="20"/>
                <w:lang w:eastAsia="en-US" w:bidi="en-US"/>
              </w:rPr>
              <w:t>„</w:t>
            </w:r>
            <w:r w:rsidRPr="00F51F43">
              <w:rPr>
                <w:noProof/>
                <w:sz w:val="20"/>
                <w:szCs w:val="20"/>
                <w:lang w:eastAsia="en-US" w:bidi="en-US"/>
              </w:rPr>
              <w:t>Fran Galović</w:t>
            </w:r>
            <w:r w:rsidR="002C25A6" w:rsidRPr="00F51F43">
              <w:rPr>
                <w:noProof/>
                <w:sz w:val="20"/>
                <w:szCs w:val="20"/>
                <w:lang w:eastAsia="en-US" w:bidi="en-US"/>
              </w:rPr>
              <w:t>“</w:t>
            </w:r>
            <w:r w:rsidRPr="00F51F43">
              <w:rPr>
                <w:noProof/>
                <w:sz w:val="20"/>
                <w:szCs w:val="20"/>
                <w:lang w:eastAsia="en-US" w:bidi="en-US"/>
              </w:rPr>
              <w:t xml:space="preserve"> Koprivnica (Bibliob</w:t>
            </w:r>
            <w:r w:rsidR="0021008C" w:rsidRPr="00F51F43">
              <w:rPr>
                <w:noProof/>
                <w:sz w:val="20"/>
                <w:szCs w:val="20"/>
                <w:lang w:eastAsia="en-US" w:bidi="en-US"/>
              </w:rPr>
              <w:t>us), Foto Prioriti Koprivnica, Putnička a</w:t>
            </w:r>
            <w:r w:rsidRPr="00F51F43">
              <w:rPr>
                <w:noProof/>
                <w:sz w:val="20"/>
                <w:szCs w:val="20"/>
                <w:lang w:eastAsia="en-US" w:bidi="en-US"/>
              </w:rPr>
              <w:t>gencija Podravina express</w:t>
            </w:r>
            <w:r w:rsidR="0021008C" w:rsidRPr="00F51F43">
              <w:rPr>
                <w:noProof/>
                <w:sz w:val="20"/>
                <w:szCs w:val="20"/>
                <w:lang w:eastAsia="en-US" w:bidi="en-US"/>
              </w:rPr>
              <w:t xml:space="preserve"> tours</w:t>
            </w:r>
            <w:r w:rsidRPr="00F51F43">
              <w:rPr>
                <w:noProof/>
                <w:sz w:val="20"/>
                <w:szCs w:val="20"/>
                <w:lang w:eastAsia="en-US" w:bidi="en-US"/>
              </w:rPr>
              <w:t>, Hrvatske šume</w:t>
            </w:r>
            <w:r w:rsidR="00713118" w:rsidRPr="00F51F43">
              <w:rPr>
                <w:noProof/>
                <w:sz w:val="20"/>
                <w:szCs w:val="20"/>
                <w:lang w:eastAsia="en-US" w:bidi="en-US"/>
              </w:rPr>
              <w:t>, Klaun Čupko</w:t>
            </w:r>
            <w:r w:rsidR="0021008C" w:rsidRPr="00F51F43">
              <w:rPr>
                <w:noProof/>
                <w:sz w:val="20"/>
                <w:szCs w:val="20"/>
                <w:lang w:eastAsia="en-US" w:bidi="en-US"/>
              </w:rPr>
              <w:t>, Kino Velebit</w:t>
            </w:r>
            <w:r w:rsidR="004077D5" w:rsidRPr="00F51F43">
              <w:rPr>
                <w:noProof/>
                <w:sz w:val="20"/>
                <w:szCs w:val="20"/>
                <w:lang w:eastAsia="en-US" w:bidi="en-US"/>
              </w:rPr>
              <w:t>, Udruga za održivi razvoj Kop</w:t>
            </w:r>
            <w:r w:rsidR="00713118" w:rsidRPr="00F51F43">
              <w:rPr>
                <w:noProof/>
                <w:sz w:val="20"/>
                <w:szCs w:val="20"/>
                <w:lang w:eastAsia="en-US" w:bidi="en-US"/>
              </w:rPr>
              <w:t xml:space="preserve">rivničko-križevačke županije, </w:t>
            </w:r>
            <w:r w:rsidR="004077D5" w:rsidRPr="00F51F43">
              <w:rPr>
                <w:noProof/>
                <w:sz w:val="20"/>
                <w:szCs w:val="20"/>
                <w:lang w:eastAsia="en-US" w:bidi="en-US"/>
              </w:rPr>
              <w:t>DVD Kunovec, DVD Koprivnički Ivanec, OŠ Koprivnički Ivanec, Domoljub, Koprivničko-križevačka županija</w:t>
            </w:r>
            <w:r w:rsidR="00713118" w:rsidRPr="00F51F43">
              <w:rPr>
                <w:noProof/>
                <w:sz w:val="20"/>
                <w:szCs w:val="20"/>
                <w:lang w:eastAsia="en-US" w:bidi="en-US"/>
              </w:rPr>
              <w:t>, Veseli napuhanci</w:t>
            </w:r>
          </w:p>
        </w:tc>
      </w:tr>
      <w:tr w:rsidR="000B67B3" w:rsidRPr="00F51F43" w14:paraId="33ABA6B3" w14:textId="77777777" w:rsidTr="000B67B3">
        <w:trPr>
          <w:cantSplit/>
          <w:jc w:val="center"/>
        </w:trPr>
        <w:tc>
          <w:tcPr>
            <w:tcW w:w="1788" w:type="dxa"/>
            <w:tcMar>
              <w:top w:w="80" w:type="dxa"/>
              <w:left w:w="80" w:type="dxa"/>
              <w:bottom w:w="80" w:type="dxa"/>
              <w:right w:w="80" w:type="dxa"/>
            </w:tcMar>
            <w:vAlign w:val="center"/>
          </w:tcPr>
          <w:p w14:paraId="78A0B7DC" w14:textId="77777777" w:rsidR="001A4609" w:rsidRPr="00F51F43" w:rsidRDefault="001A4609" w:rsidP="000B67B3">
            <w:pPr>
              <w:tabs>
                <w:tab w:val="left" w:pos="567"/>
              </w:tabs>
              <w:spacing w:after="0" w:line="240" w:lineRule="auto"/>
              <w:jc w:val="center"/>
              <w:rPr>
                <w:noProof/>
                <w:sz w:val="20"/>
                <w:szCs w:val="20"/>
              </w:rPr>
            </w:pPr>
            <w:r w:rsidRPr="00F51F43">
              <w:rPr>
                <w:noProof/>
                <w:sz w:val="20"/>
                <w:szCs w:val="20"/>
              </w:rPr>
              <w:t>„Potočić“ Koprivnički Bregi</w:t>
            </w:r>
          </w:p>
        </w:tc>
        <w:tc>
          <w:tcPr>
            <w:tcW w:w="7274" w:type="dxa"/>
            <w:tcMar>
              <w:top w:w="80" w:type="dxa"/>
              <w:left w:w="80" w:type="dxa"/>
              <w:bottom w:w="80" w:type="dxa"/>
              <w:right w:w="80" w:type="dxa"/>
            </w:tcMar>
            <w:vAlign w:val="center"/>
          </w:tcPr>
          <w:p w14:paraId="48BA71C6" w14:textId="77777777" w:rsidR="001A4609" w:rsidRPr="00F51F43" w:rsidRDefault="001A4609" w:rsidP="000B67B3">
            <w:pPr>
              <w:spacing w:after="0" w:line="240" w:lineRule="auto"/>
              <w:jc w:val="center"/>
              <w:rPr>
                <w:noProof/>
                <w:sz w:val="20"/>
                <w:szCs w:val="20"/>
              </w:rPr>
            </w:pPr>
            <w:r w:rsidRPr="00F51F43">
              <w:rPr>
                <w:noProof/>
                <w:sz w:val="20"/>
                <w:szCs w:val="20"/>
                <w:lang w:eastAsia="en-US" w:bidi="en-US"/>
              </w:rPr>
              <w:t xml:space="preserve">Općina Koprivnički Bregi, </w:t>
            </w:r>
            <w:r w:rsidR="006A7152" w:rsidRPr="00F51F43">
              <w:rPr>
                <w:noProof/>
                <w:sz w:val="20"/>
                <w:szCs w:val="20"/>
                <w:lang w:eastAsia="en-US" w:bidi="en-US"/>
              </w:rPr>
              <w:t>župnik mjesne župe,</w:t>
            </w:r>
            <w:r w:rsidRPr="00F51F43">
              <w:rPr>
                <w:noProof/>
                <w:sz w:val="20"/>
                <w:szCs w:val="20"/>
                <w:lang w:eastAsia="en-US" w:bidi="en-US"/>
              </w:rPr>
              <w:t xml:space="preserve"> Osnovna škola Koprivnički Bregi, Udruga žena Koprivnički Bregi, DVD Koprivnički Bregi</w:t>
            </w:r>
            <w:r w:rsidR="00713118" w:rsidRPr="00F51F43">
              <w:rPr>
                <w:noProof/>
                <w:sz w:val="20"/>
                <w:szCs w:val="20"/>
                <w:lang w:eastAsia="en-US" w:bidi="en-US"/>
              </w:rPr>
              <w:t>, NK Mladost, Knjižnica i čitaonica „</w:t>
            </w:r>
            <w:r w:rsidR="004077D5" w:rsidRPr="00F51F43">
              <w:rPr>
                <w:noProof/>
                <w:sz w:val="20"/>
                <w:szCs w:val="20"/>
                <w:lang w:eastAsia="en-US" w:bidi="en-US"/>
              </w:rPr>
              <w:t>Fran Galović“ Koprivnica, Bazeni Cerine Koprivnica</w:t>
            </w:r>
            <w:r w:rsidR="00713118" w:rsidRPr="00F51F43">
              <w:rPr>
                <w:noProof/>
                <w:sz w:val="20"/>
                <w:szCs w:val="20"/>
                <w:lang w:eastAsia="en-US" w:bidi="en-US"/>
              </w:rPr>
              <w:t>, Lovačko društvo Zec,</w:t>
            </w:r>
          </w:p>
        </w:tc>
      </w:tr>
      <w:tr w:rsidR="000B67B3" w:rsidRPr="00F51F43" w14:paraId="04DB5763" w14:textId="77777777" w:rsidTr="000B67B3">
        <w:trPr>
          <w:cantSplit/>
          <w:jc w:val="center"/>
        </w:trPr>
        <w:tc>
          <w:tcPr>
            <w:tcW w:w="1788" w:type="dxa"/>
            <w:tcMar>
              <w:top w:w="80" w:type="dxa"/>
              <w:left w:w="80" w:type="dxa"/>
              <w:bottom w:w="80" w:type="dxa"/>
              <w:right w:w="80" w:type="dxa"/>
            </w:tcMar>
            <w:vAlign w:val="center"/>
          </w:tcPr>
          <w:p w14:paraId="5B26FED6" w14:textId="77777777" w:rsidR="007C530B" w:rsidRPr="00F51F43" w:rsidRDefault="007C530B" w:rsidP="000B67B3">
            <w:pPr>
              <w:tabs>
                <w:tab w:val="left" w:pos="567"/>
              </w:tabs>
              <w:spacing w:after="0" w:line="240" w:lineRule="auto"/>
              <w:jc w:val="center"/>
              <w:rPr>
                <w:noProof/>
                <w:sz w:val="20"/>
                <w:szCs w:val="20"/>
              </w:rPr>
            </w:pPr>
            <w:r w:rsidRPr="00F51F43">
              <w:rPr>
                <w:noProof/>
                <w:sz w:val="20"/>
                <w:szCs w:val="20"/>
              </w:rPr>
              <w:t>„Zvončić“ Gola</w:t>
            </w:r>
          </w:p>
        </w:tc>
        <w:tc>
          <w:tcPr>
            <w:tcW w:w="7274" w:type="dxa"/>
            <w:tcMar>
              <w:top w:w="80" w:type="dxa"/>
              <w:left w:w="80" w:type="dxa"/>
              <w:bottom w:w="80" w:type="dxa"/>
              <w:right w:w="80" w:type="dxa"/>
            </w:tcMar>
            <w:vAlign w:val="center"/>
          </w:tcPr>
          <w:p w14:paraId="020B4178" w14:textId="77777777" w:rsidR="007C530B" w:rsidRPr="00F51F43" w:rsidRDefault="0075472E" w:rsidP="000B67B3">
            <w:pPr>
              <w:spacing w:after="0" w:line="240" w:lineRule="auto"/>
              <w:jc w:val="center"/>
              <w:rPr>
                <w:noProof/>
                <w:sz w:val="20"/>
                <w:szCs w:val="20"/>
                <w:lang w:eastAsia="en-US" w:bidi="en-US"/>
              </w:rPr>
            </w:pPr>
            <w:r w:rsidRPr="00F51F43">
              <w:rPr>
                <w:noProof/>
                <w:sz w:val="20"/>
                <w:szCs w:val="20"/>
                <w:lang w:eastAsia="en-US" w:bidi="en-US"/>
              </w:rPr>
              <w:t xml:space="preserve">Općina Gola, </w:t>
            </w:r>
            <w:r w:rsidR="007C530B" w:rsidRPr="00F51F43">
              <w:rPr>
                <w:noProof/>
                <w:sz w:val="20"/>
                <w:szCs w:val="20"/>
                <w:lang w:eastAsia="en-US" w:bidi="en-US"/>
              </w:rPr>
              <w:t>Podravska banka,</w:t>
            </w:r>
            <w:r w:rsidRPr="00F51F43">
              <w:rPr>
                <w:noProof/>
                <w:sz w:val="20"/>
                <w:szCs w:val="20"/>
                <w:lang w:eastAsia="en-US" w:bidi="en-US"/>
              </w:rPr>
              <w:t xml:space="preserve"> Udruga Prekodravski zvon, Galerija</w:t>
            </w:r>
            <w:r w:rsidR="007C530B" w:rsidRPr="00F51F43">
              <w:rPr>
                <w:noProof/>
                <w:sz w:val="20"/>
                <w:szCs w:val="20"/>
                <w:lang w:eastAsia="en-US" w:bidi="en-US"/>
              </w:rPr>
              <w:t xml:space="preserve"> Ivan Večenaj Tišlarov, DVD Gola, Kino Velebi</w:t>
            </w:r>
            <w:r w:rsidR="00713118" w:rsidRPr="00F51F43">
              <w:rPr>
                <w:noProof/>
                <w:sz w:val="20"/>
                <w:szCs w:val="20"/>
                <w:lang w:eastAsia="en-US" w:bidi="en-US"/>
              </w:rPr>
              <w:t>t, Muzej grada Koprivnice</w:t>
            </w:r>
            <w:r w:rsidR="007C530B" w:rsidRPr="00F51F43">
              <w:rPr>
                <w:noProof/>
                <w:sz w:val="20"/>
                <w:szCs w:val="20"/>
                <w:lang w:eastAsia="en-US" w:bidi="en-US"/>
              </w:rPr>
              <w:t xml:space="preserve">, Osnovna škola Gola, Gimnazija „Fran Galović“, </w:t>
            </w:r>
            <w:r w:rsidR="006A7152" w:rsidRPr="00F51F43">
              <w:rPr>
                <w:noProof/>
                <w:sz w:val="20"/>
                <w:szCs w:val="20"/>
                <w:lang w:eastAsia="en-US" w:bidi="en-US"/>
              </w:rPr>
              <w:t>župnik</w:t>
            </w:r>
            <w:r w:rsidR="004077D5" w:rsidRPr="00F51F43">
              <w:rPr>
                <w:noProof/>
                <w:sz w:val="20"/>
                <w:szCs w:val="20"/>
                <w:lang w:eastAsia="en-US" w:bidi="en-US"/>
              </w:rPr>
              <w:t>, Šumarija Repaš</w:t>
            </w:r>
            <w:r w:rsidRPr="00F51F43">
              <w:rPr>
                <w:noProof/>
                <w:sz w:val="20"/>
                <w:szCs w:val="20"/>
                <w:lang w:eastAsia="en-US" w:bidi="en-US"/>
              </w:rPr>
              <w:t>, Cinestar i igraonica, Art centar Ješkovo</w:t>
            </w:r>
            <w:r w:rsidR="001446CE" w:rsidRPr="00F51F43">
              <w:rPr>
                <w:noProof/>
                <w:sz w:val="20"/>
                <w:szCs w:val="20"/>
                <w:lang w:eastAsia="en-US" w:bidi="en-US"/>
              </w:rPr>
              <w:t>, OPG Zlatar</w:t>
            </w:r>
          </w:p>
        </w:tc>
      </w:tr>
      <w:tr w:rsidR="000B67B3" w:rsidRPr="00F51F43" w14:paraId="422F32EE" w14:textId="77777777" w:rsidTr="000B67B3">
        <w:trPr>
          <w:cantSplit/>
          <w:jc w:val="center"/>
        </w:trPr>
        <w:tc>
          <w:tcPr>
            <w:tcW w:w="1788" w:type="dxa"/>
            <w:tcMar>
              <w:top w:w="80" w:type="dxa"/>
              <w:left w:w="80" w:type="dxa"/>
              <w:bottom w:w="80" w:type="dxa"/>
              <w:right w:w="80" w:type="dxa"/>
            </w:tcMar>
            <w:vAlign w:val="center"/>
          </w:tcPr>
          <w:p w14:paraId="6DB42CAF" w14:textId="77777777" w:rsidR="007C530B" w:rsidRPr="00F51F43" w:rsidRDefault="004077D5" w:rsidP="000B67B3">
            <w:pPr>
              <w:tabs>
                <w:tab w:val="left" w:pos="567"/>
              </w:tabs>
              <w:spacing w:after="0" w:line="240" w:lineRule="auto"/>
              <w:jc w:val="center"/>
              <w:rPr>
                <w:noProof/>
                <w:sz w:val="20"/>
                <w:szCs w:val="20"/>
              </w:rPr>
            </w:pPr>
            <w:r w:rsidRPr="00F51F43">
              <w:rPr>
                <w:noProof/>
                <w:sz w:val="20"/>
                <w:szCs w:val="20"/>
              </w:rPr>
              <w:t>„Dabrić“ Legrad</w:t>
            </w:r>
          </w:p>
        </w:tc>
        <w:tc>
          <w:tcPr>
            <w:tcW w:w="7274" w:type="dxa"/>
            <w:tcMar>
              <w:top w:w="80" w:type="dxa"/>
              <w:left w:w="80" w:type="dxa"/>
              <w:bottom w:w="80" w:type="dxa"/>
              <w:right w:w="80" w:type="dxa"/>
            </w:tcMar>
            <w:vAlign w:val="center"/>
          </w:tcPr>
          <w:p w14:paraId="34231D7E" w14:textId="77777777" w:rsidR="007C530B" w:rsidRPr="00F51F43" w:rsidRDefault="007C530B" w:rsidP="000B67B3">
            <w:pPr>
              <w:spacing w:after="0" w:line="240" w:lineRule="auto"/>
              <w:jc w:val="center"/>
              <w:rPr>
                <w:noProof/>
                <w:sz w:val="20"/>
                <w:szCs w:val="20"/>
              </w:rPr>
            </w:pPr>
            <w:r w:rsidRPr="00F51F43">
              <w:rPr>
                <w:noProof/>
                <w:sz w:val="20"/>
                <w:szCs w:val="20"/>
              </w:rPr>
              <w:t>Podravska banka</w:t>
            </w:r>
            <w:r w:rsidR="003321C8" w:rsidRPr="00F51F43">
              <w:rPr>
                <w:noProof/>
                <w:sz w:val="20"/>
                <w:szCs w:val="20"/>
              </w:rPr>
              <w:t xml:space="preserve"> Legrad</w:t>
            </w:r>
            <w:r w:rsidR="004077D5" w:rsidRPr="00F51F43">
              <w:rPr>
                <w:noProof/>
                <w:sz w:val="20"/>
                <w:szCs w:val="20"/>
              </w:rPr>
              <w:t>,</w:t>
            </w:r>
            <w:r w:rsidR="003321C8" w:rsidRPr="00F51F43">
              <w:rPr>
                <w:noProof/>
                <w:sz w:val="20"/>
                <w:szCs w:val="20"/>
              </w:rPr>
              <w:t xml:space="preserve"> župnik Župe Presveto Trojstvo Legrad, poštanski ured, DVD Legrad, NK Graničar Legrad, Stomatološka ordinacija, Doktor opće medicine, Podravska banka, Kino Velebit, Božićna bajka, Lovački dom „Kuna“ Legrad, Muzej grada Koprivnice, </w:t>
            </w:r>
            <w:r w:rsidR="001446CE" w:rsidRPr="00F51F43">
              <w:rPr>
                <w:noProof/>
                <w:sz w:val="20"/>
                <w:szCs w:val="20"/>
              </w:rPr>
              <w:t>Evangelistička crkva Legrad</w:t>
            </w:r>
          </w:p>
        </w:tc>
      </w:tr>
    </w:tbl>
    <w:p w14:paraId="27C1AB3B" w14:textId="77777777" w:rsidR="00275EEE" w:rsidRPr="00F51F43" w:rsidRDefault="00275EEE" w:rsidP="00885488">
      <w:pPr>
        <w:tabs>
          <w:tab w:val="left" w:pos="567"/>
        </w:tabs>
        <w:rPr>
          <w:noProof/>
        </w:rPr>
      </w:pPr>
    </w:p>
    <w:p w14:paraId="4BD2B6F2" w14:textId="77777777" w:rsidR="00A809E0" w:rsidRPr="00F51F43" w:rsidRDefault="00A809E0" w:rsidP="00885488">
      <w:pPr>
        <w:tabs>
          <w:tab w:val="left" w:pos="567"/>
        </w:tabs>
        <w:rPr>
          <w:noProof/>
        </w:rPr>
        <w:sectPr w:rsidR="00A809E0" w:rsidRPr="00F51F43" w:rsidSect="00F9150B">
          <w:pgSz w:w="11907" w:h="16840" w:code="9"/>
          <w:pgMar w:top="1440" w:right="1417" w:bottom="1440" w:left="1418" w:header="720" w:footer="720" w:gutter="0"/>
          <w:cols w:space="720"/>
          <w:docGrid w:linePitch="326"/>
        </w:sectPr>
      </w:pPr>
    </w:p>
    <w:p w14:paraId="6DC14AD0" w14:textId="77777777" w:rsidR="00FD770A" w:rsidRPr="00F51F43" w:rsidRDefault="00027528" w:rsidP="00373169">
      <w:pPr>
        <w:pStyle w:val="Naslov2"/>
        <w:rPr>
          <w:noProof/>
        </w:rPr>
      </w:pPr>
      <w:bookmarkStart w:id="48" w:name="_Toc241563364"/>
      <w:r w:rsidRPr="00F51F43">
        <w:rPr>
          <w:noProof/>
        </w:rPr>
        <w:lastRenderedPageBreak/>
        <w:t xml:space="preserve">8.2. </w:t>
      </w:r>
      <w:r w:rsidR="00FD770A" w:rsidRPr="00F51F43">
        <w:rPr>
          <w:noProof/>
        </w:rPr>
        <w:t xml:space="preserve">PLAN I PROGRAM REALIZACIJE JAVNIH, </w:t>
      </w:r>
      <w:r w:rsidR="004B1459" w:rsidRPr="00F51F43">
        <w:rPr>
          <w:noProof/>
        </w:rPr>
        <w:t>KULTURNO-UMJETNIČKIH</w:t>
      </w:r>
      <w:r w:rsidR="00FD770A" w:rsidRPr="00F51F43">
        <w:rPr>
          <w:noProof/>
        </w:rPr>
        <w:t xml:space="preserve"> I </w:t>
      </w:r>
      <w:r w:rsidR="004B1459" w:rsidRPr="00F51F43">
        <w:rPr>
          <w:noProof/>
        </w:rPr>
        <w:t>SLIČNIH</w:t>
      </w:r>
      <w:r w:rsidR="00FD770A" w:rsidRPr="00F51F43">
        <w:rPr>
          <w:noProof/>
        </w:rPr>
        <w:t xml:space="preserve"> DOGAĐAJA ZA DJECU</w:t>
      </w:r>
      <w:bookmarkEnd w:id="48"/>
    </w:p>
    <w:p w14:paraId="2B5FF2CB" w14:textId="77777777" w:rsidR="00FD770A" w:rsidRPr="00F51F43" w:rsidRDefault="00FD770A" w:rsidP="00FD770A">
      <w:pPr>
        <w:pStyle w:val="Tijeloteksta3"/>
        <w:tabs>
          <w:tab w:val="left" w:pos="3544"/>
        </w:tabs>
        <w:rPr>
          <w:noProof/>
        </w:rPr>
      </w:pPr>
    </w:p>
    <w:p w14:paraId="1AF21883" w14:textId="77777777" w:rsidR="00FD770A" w:rsidRPr="00F51F43" w:rsidRDefault="00FD770A" w:rsidP="00FD770A">
      <w:pPr>
        <w:pStyle w:val="Tijeloteksta3"/>
        <w:keepNext/>
        <w:tabs>
          <w:tab w:val="left" w:pos="3544"/>
        </w:tabs>
        <w:spacing w:before="120"/>
        <w:jc w:val="left"/>
        <w:rPr>
          <w:bCs/>
          <w:noProof/>
        </w:rPr>
      </w:pPr>
      <w:r w:rsidRPr="00F51F43">
        <w:rPr>
          <w:bCs/>
          <w:noProof/>
        </w:rPr>
        <w:t xml:space="preserve">Tablica </w:t>
      </w:r>
      <w:r w:rsidR="00584060" w:rsidRPr="00F51F43">
        <w:rPr>
          <w:bCs/>
          <w:noProof/>
        </w:rPr>
        <w:t>29</w:t>
      </w:r>
      <w:r w:rsidR="00027528" w:rsidRPr="00F51F43">
        <w:rPr>
          <w:bCs/>
          <w:noProof/>
        </w:rPr>
        <w:t>:</w:t>
      </w:r>
      <w:r w:rsidRPr="00F51F43">
        <w:rPr>
          <w:bCs/>
          <w:noProof/>
        </w:rPr>
        <w:t xml:space="preserve"> Plan i program realizacije javnih,</w:t>
      </w:r>
      <w:r w:rsidR="00A809E0" w:rsidRPr="00F51F43">
        <w:rPr>
          <w:bCs/>
          <w:noProof/>
        </w:rPr>
        <w:t xml:space="preserve"> kulturno</w:t>
      </w:r>
      <w:r w:rsidR="000B67B3" w:rsidRPr="00F51F43">
        <w:rPr>
          <w:bCs/>
          <w:noProof/>
        </w:rPr>
        <w:t>-</w:t>
      </w:r>
      <w:r w:rsidR="00A809E0" w:rsidRPr="00F51F43">
        <w:rPr>
          <w:bCs/>
          <w:noProof/>
        </w:rPr>
        <w:t>umjetničkih</w:t>
      </w:r>
      <w:r w:rsidRPr="00F51F43">
        <w:rPr>
          <w:bCs/>
          <w:noProof/>
        </w:rPr>
        <w:t xml:space="preserve"> i </w:t>
      </w:r>
      <w:r w:rsidR="00A809E0" w:rsidRPr="00F51F43">
        <w:rPr>
          <w:bCs/>
          <w:noProof/>
        </w:rPr>
        <w:t>sličnih</w:t>
      </w:r>
      <w:r w:rsidRPr="00F51F43">
        <w:rPr>
          <w:bCs/>
          <w:noProof/>
        </w:rPr>
        <w:t xml:space="preserve"> </w:t>
      </w:r>
      <w:r w:rsidR="000B67B3" w:rsidRPr="00F51F43">
        <w:rPr>
          <w:bCs/>
          <w:noProof/>
        </w:rPr>
        <w:t>događaja za djecu</w:t>
      </w:r>
    </w:p>
    <w:tbl>
      <w:tblPr>
        <w:tblStyle w:val="Reetkatablice"/>
        <w:tblW w:w="0" w:type="auto"/>
        <w:jc w:val="center"/>
        <w:tblLayout w:type="fixed"/>
        <w:tblLook w:val="04A0" w:firstRow="1" w:lastRow="0" w:firstColumn="1" w:lastColumn="0" w:noHBand="0" w:noVBand="1"/>
      </w:tblPr>
      <w:tblGrid>
        <w:gridCol w:w="992"/>
        <w:gridCol w:w="1640"/>
        <w:gridCol w:w="1363"/>
        <w:gridCol w:w="992"/>
        <w:gridCol w:w="1134"/>
        <w:gridCol w:w="2126"/>
        <w:gridCol w:w="4454"/>
      </w:tblGrid>
      <w:tr w:rsidR="000B67B3" w:rsidRPr="00F51F43" w14:paraId="1DE5A7E7" w14:textId="77777777" w:rsidTr="000B67B3">
        <w:trPr>
          <w:cantSplit/>
          <w:tblHeader/>
          <w:jc w:val="center"/>
        </w:trPr>
        <w:tc>
          <w:tcPr>
            <w:tcW w:w="992" w:type="dxa"/>
            <w:shd w:val="clear" w:color="auto" w:fill="D9EAD3"/>
            <w:tcMar>
              <w:top w:w="80" w:type="dxa"/>
              <w:left w:w="80" w:type="dxa"/>
              <w:bottom w:w="80" w:type="dxa"/>
              <w:right w:w="80" w:type="dxa"/>
            </w:tcMar>
            <w:vAlign w:val="center"/>
          </w:tcPr>
          <w:p w14:paraId="54A306FF" w14:textId="77777777" w:rsidR="000B67B3" w:rsidRPr="00F51F43" w:rsidRDefault="000B67B3" w:rsidP="00251ABD">
            <w:pPr>
              <w:spacing w:after="0" w:line="240" w:lineRule="auto"/>
              <w:jc w:val="center"/>
              <w:rPr>
                <w:noProof/>
                <w:sz w:val="20"/>
                <w:szCs w:val="20"/>
              </w:rPr>
            </w:pPr>
            <w:r w:rsidRPr="00F51F43">
              <w:rPr>
                <w:b/>
                <w:noProof/>
                <w:sz w:val="20"/>
                <w:szCs w:val="20"/>
              </w:rPr>
              <w:t>R.BR.</w:t>
            </w:r>
          </w:p>
        </w:tc>
        <w:tc>
          <w:tcPr>
            <w:tcW w:w="1640" w:type="dxa"/>
            <w:shd w:val="clear" w:color="auto" w:fill="D9EAD3"/>
            <w:tcMar>
              <w:top w:w="80" w:type="dxa"/>
              <w:left w:w="80" w:type="dxa"/>
              <w:bottom w:w="80" w:type="dxa"/>
              <w:right w:w="80" w:type="dxa"/>
            </w:tcMar>
            <w:vAlign w:val="center"/>
          </w:tcPr>
          <w:p w14:paraId="0D504154" w14:textId="77777777" w:rsidR="000B67B3" w:rsidRPr="00F51F43" w:rsidRDefault="000B67B3" w:rsidP="00251ABD">
            <w:pPr>
              <w:spacing w:after="0" w:line="240" w:lineRule="auto"/>
              <w:jc w:val="center"/>
              <w:rPr>
                <w:noProof/>
                <w:sz w:val="20"/>
                <w:szCs w:val="20"/>
              </w:rPr>
            </w:pPr>
            <w:r w:rsidRPr="00F51F43">
              <w:rPr>
                <w:b/>
                <w:noProof/>
                <w:sz w:val="20"/>
                <w:szCs w:val="20"/>
              </w:rPr>
              <w:t xml:space="preserve">MJESTO IZVOĐENJA </w:t>
            </w:r>
          </w:p>
        </w:tc>
        <w:tc>
          <w:tcPr>
            <w:tcW w:w="1363" w:type="dxa"/>
            <w:shd w:val="clear" w:color="auto" w:fill="D9EAD3"/>
            <w:tcMar>
              <w:top w:w="80" w:type="dxa"/>
              <w:left w:w="80" w:type="dxa"/>
              <w:bottom w:w="80" w:type="dxa"/>
              <w:right w:w="80" w:type="dxa"/>
            </w:tcMar>
            <w:vAlign w:val="center"/>
          </w:tcPr>
          <w:p w14:paraId="5AE6DB14" w14:textId="77777777" w:rsidR="000B67B3" w:rsidRPr="00F51F43" w:rsidRDefault="000B67B3" w:rsidP="00251ABD">
            <w:pPr>
              <w:spacing w:after="0" w:line="240" w:lineRule="auto"/>
              <w:jc w:val="center"/>
              <w:rPr>
                <w:noProof/>
                <w:sz w:val="20"/>
                <w:szCs w:val="20"/>
              </w:rPr>
            </w:pPr>
            <w:r w:rsidRPr="00F51F43">
              <w:rPr>
                <w:b/>
                <w:noProof/>
                <w:sz w:val="20"/>
                <w:szCs w:val="20"/>
              </w:rPr>
              <w:t>VRIJEME</w:t>
            </w:r>
          </w:p>
        </w:tc>
        <w:tc>
          <w:tcPr>
            <w:tcW w:w="992" w:type="dxa"/>
            <w:shd w:val="clear" w:color="auto" w:fill="D9EAD3"/>
            <w:tcMar>
              <w:top w:w="80" w:type="dxa"/>
              <w:left w:w="80" w:type="dxa"/>
              <w:bottom w:w="80" w:type="dxa"/>
              <w:right w:w="80" w:type="dxa"/>
            </w:tcMar>
            <w:vAlign w:val="center"/>
          </w:tcPr>
          <w:p w14:paraId="656F6482" w14:textId="77777777" w:rsidR="000B67B3" w:rsidRPr="00F51F43" w:rsidRDefault="000B67B3" w:rsidP="00251ABD">
            <w:pPr>
              <w:spacing w:after="0" w:line="240" w:lineRule="auto"/>
              <w:jc w:val="center"/>
              <w:rPr>
                <w:noProof/>
                <w:sz w:val="20"/>
                <w:szCs w:val="20"/>
              </w:rPr>
            </w:pPr>
            <w:r w:rsidRPr="00F51F43">
              <w:rPr>
                <w:b/>
                <w:noProof/>
                <w:sz w:val="20"/>
                <w:szCs w:val="20"/>
              </w:rPr>
              <w:t>BROJ DJECE</w:t>
            </w:r>
          </w:p>
        </w:tc>
        <w:tc>
          <w:tcPr>
            <w:tcW w:w="1134" w:type="dxa"/>
            <w:shd w:val="clear" w:color="auto" w:fill="D9EAD3"/>
            <w:tcMar>
              <w:top w:w="80" w:type="dxa"/>
              <w:left w:w="80" w:type="dxa"/>
              <w:bottom w:w="80" w:type="dxa"/>
              <w:right w:w="80" w:type="dxa"/>
            </w:tcMar>
            <w:vAlign w:val="center"/>
          </w:tcPr>
          <w:p w14:paraId="7D6FABAF" w14:textId="77777777" w:rsidR="000B67B3" w:rsidRPr="00F51F43" w:rsidRDefault="000B67B3" w:rsidP="00251ABD">
            <w:pPr>
              <w:spacing w:after="0" w:line="240" w:lineRule="auto"/>
              <w:jc w:val="center"/>
              <w:rPr>
                <w:noProof/>
                <w:sz w:val="20"/>
                <w:szCs w:val="20"/>
              </w:rPr>
            </w:pPr>
            <w:r w:rsidRPr="00F51F43">
              <w:rPr>
                <w:b/>
                <w:noProof/>
                <w:sz w:val="20"/>
                <w:szCs w:val="20"/>
              </w:rPr>
              <w:t>SKUPINA</w:t>
            </w:r>
          </w:p>
        </w:tc>
        <w:tc>
          <w:tcPr>
            <w:tcW w:w="2126" w:type="dxa"/>
            <w:shd w:val="clear" w:color="auto" w:fill="D9EAD3"/>
            <w:tcMar>
              <w:top w:w="80" w:type="dxa"/>
              <w:left w:w="80" w:type="dxa"/>
              <w:bottom w:w="80" w:type="dxa"/>
              <w:right w:w="80" w:type="dxa"/>
            </w:tcMar>
            <w:vAlign w:val="center"/>
          </w:tcPr>
          <w:p w14:paraId="401A5E52" w14:textId="77777777" w:rsidR="000B67B3" w:rsidRPr="00F51F43" w:rsidRDefault="000B67B3" w:rsidP="00251ABD">
            <w:pPr>
              <w:spacing w:after="0" w:line="240" w:lineRule="auto"/>
              <w:jc w:val="center"/>
              <w:rPr>
                <w:noProof/>
                <w:sz w:val="20"/>
                <w:szCs w:val="20"/>
              </w:rPr>
            </w:pPr>
            <w:r w:rsidRPr="00F51F43">
              <w:rPr>
                <w:b/>
                <w:noProof/>
                <w:sz w:val="20"/>
                <w:szCs w:val="20"/>
              </w:rPr>
              <w:t xml:space="preserve">SURADNICI </w:t>
            </w:r>
          </w:p>
        </w:tc>
        <w:tc>
          <w:tcPr>
            <w:tcW w:w="4454" w:type="dxa"/>
            <w:shd w:val="clear" w:color="auto" w:fill="D9EAD3"/>
            <w:tcMar>
              <w:top w:w="80" w:type="dxa"/>
              <w:left w:w="80" w:type="dxa"/>
              <w:bottom w:w="80" w:type="dxa"/>
              <w:right w:w="80" w:type="dxa"/>
            </w:tcMar>
            <w:vAlign w:val="center"/>
          </w:tcPr>
          <w:p w14:paraId="4EA15278" w14:textId="77777777" w:rsidR="000B67B3" w:rsidRPr="00F51F43" w:rsidRDefault="000B67B3" w:rsidP="00251ABD">
            <w:pPr>
              <w:spacing w:after="0" w:line="240" w:lineRule="auto"/>
              <w:jc w:val="center"/>
              <w:rPr>
                <w:noProof/>
                <w:sz w:val="20"/>
                <w:szCs w:val="20"/>
              </w:rPr>
            </w:pPr>
            <w:r w:rsidRPr="00F51F43">
              <w:rPr>
                <w:b/>
                <w:noProof/>
                <w:sz w:val="20"/>
                <w:szCs w:val="20"/>
              </w:rPr>
              <w:t>NAČIN VREDNOVANJA</w:t>
            </w:r>
          </w:p>
        </w:tc>
      </w:tr>
      <w:tr w:rsidR="000B67B3" w:rsidRPr="00F51F43" w14:paraId="19922064" w14:textId="77777777" w:rsidTr="000B67B3">
        <w:trPr>
          <w:cantSplit/>
          <w:jc w:val="center"/>
        </w:trPr>
        <w:tc>
          <w:tcPr>
            <w:tcW w:w="992" w:type="dxa"/>
            <w:tcMar>
              <w:top w:w="80" w:type="dxa"/>
              <w:left w:w="80" w:type="dxa"/>
              <w:bottom w:w="80" w:type="dxa"/>
              <w:right w:w="80" w:type="dxa"/>
            </w:tcMar>
            <w:vAlign w:val="center"/>
          </w:tcPr>
          <w:p w14:paraId="0E670863" w14:textId="77777777" w:rsidR="000B67B3" w:rsidRPr="00F51F43" w:rsidRDefault="000B67B3" w:rsidP="000B67B3">
            <w:pPr>
              <w:spacing w:after="0" w:line="240" w:lineRule="auto"/>
              <w:rPr>
                <w:noProof/>
                <w:sz w:val="20"/>
                <w:szCs w:val="20"/>
              </w:rPr>
            </w:pPr>
            <w:r w:rsidRPr="00F51F43">
              <w:rPr>
                <w:noProof/>
                <w:sz w:val="20"/>
                <w:szCs w:val="20"/>
              </w:rPr>
              <w:t>1.</w:t>
            </w:r>
          </w:p>
        </w:tc>
        <w:tc>
          <w:tcPr>
            <w:tcW w:w="1640" w:type="dxa"/>
            <w:tcMar>
              <w:top w:w="80" w:type="dxa"/>
              <w:left w:w="80" w:type="dxa"/>
              <w:bottom w:w="80" w:type="dxa"/>
              <w:right w:w="80" w:type="dxa"/>
            </w:tcMar>
            <w:vAlign w:val="center"/>
          </w:tcPr>
          <w:p w14:paraId="21B96BAC"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616477AE" w14:textId="77777777" w:rsidR="000B67B3" w:rsidRPr="00F51F43" w:rsidRDefault="000B67B3" w:rsidP="000B67B3">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66503203" w14:textId="77777777" w:rsidR="000B67B3" w:rsidRPr="00F51F43" w:rsidRDefault="000B67B3" w:rsidP="000B67B3">
            <w:pPr>
              <w:spacing w:after="0" w:line="240" w:lineRule="auto"/>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2D9B9B32" w14:textId="77777777" w:rsidR="000B67B3" w:rsidRPr="00F51F43" w:rsidRDefault="000B67B3" w:rsidP="000B67B3">
            <w:pPr>
              <w:spacing w:after="0" w:line="240" w:lineRule="auto"/>
              <w:rPr>
                <w:noProof/>
                <w:sz w:val="20"/>
                <w:szCs w:val="20"/>
              </w:rPr>
            </w:pPr>
            <w:r w:rsidRPr="00F51F43">
              <w:rPr>
                <w:noProof/>
                <w:sz w:val="20"/>
                <w:szCs w:val="20"/>
              </w:rPr>
              <w:t>Iskrica</w:t>
            </w:r>
          </w:p>
        </w:tc>
        <w:tc>
          <w:tcPr>
            <w:tcW w:w="2126" w:type="dxa"/>
            <w:tcMar>
              <w:top w:w="80" w:type="dxa"/>
              <w:left w:w="80" w:type="dxa"/>
              <w:bottom w:w="80" w:type="dxa"/>
              <w:right w:w="80" w:type="dxa"/>
            </w:tcMar>
            <w:vAlign w:val="center"/>
          </w:tcPr>
          <w:p w14:paraId="459D9B8A"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4A64D6D2"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01BA8B50" w14:textId="77777777" w:rsidTr="000B67B3">
        <w:trPr>
          <w:cantSplit/>
          <w:jc w:val="center"/>
        </w:trPr>
        <w:tc>
          <w:tcPr>
            <w:tcW w:w="992" w:type="dxa"/>
            <w:tcMar>
              <w:top w:w="80" w:type="dxa"/>
              <w:left w:w="80" w:type="dxa"/>
              <w:bottom w:w="80" w:type="dxa"/>
              <w:right w:w="80" w:type="dxa"/>
            </w:tcMar>
            <w:vAlign w:val="center"/>
          </w:tcPr>
          <w:p w14:paraId="15F15799" w14:textId="77777777" w:rsidR="000B67B3" w:rsidRPr="00F51F43" w:rsidRDefault="000B67B3" w:rsidP="000B67B3">
            <w:pPr>
              <w:spacing w:after="0" w:line="240" w:lineRule="auto"/>
              <w:rPr>
                <w:noProof/>
                <w:sz w:val="20"/>
                <w:szCs w:val="20"/>
              </w:rPr>
            </w:pPr>
            <w:r w:rsidRPr="00F51F43">
              <w:rPr>
                <w:noProof/>
                <w:sz w:val="20"/>
                <w:szCs w:val="20"/>
              </w:rPr>
              <w:t>2.</w:t>
            </w:r>
          </w:p>
        </w:tc>
        <w:tc>
          <w:tcPr>
            <w:tcW w:w="1640" w:type="dxa"/>
            <w:tcMar>
              <w:top w:w="80" w:type="dxa"/>
              <w:left w:w="80" w:type="dxa"/>
              <w:bottom w:w="80" w:type="dxa"/>
              <w:right w:w="80" w:type="dxa"/>
            </w:tcMar>
            <w:vAlign w:val="center"/>
          </w:tcPr>
          <w:p w14:paraId="66BA560E"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1584503F" w14:textId="77777777" w:rsidR="000B67B3" w:rsidRPr="00F51F43" w:rsidRDefault="000B67B3" w:rsidP="000B67B3">
            <w:pPr>
              <w:spacing w:after="0" w:line="240" w:lineRule="auto"/>
              <w:rPr>
                <w:noProof/>
                <w:sz w:val="20"/>
                <w:szCs w:val="20"/>
              </w:rPr>
            </w:pPr>
            <w:r w:rsidRPr="00F51F43">
              <w:rPr>
                <w:noProof/>
                <w:sz w:val="20"/>
                <w:szCs w:val="20"/>
              </w:rPr>
              <w:t>ožujak</w:t>
            </w:r>
          </w:p>
        </w:tc>
        <w:tc>
          <w:tcPr>
            <w:tcW w:w="992" w:type="dxa"/>
            <w:tcMar>
              <w:top w:w="80" w:type="dxa"/>
              <w:left w:w="80" w:type="dxa"/>
              <w:bottom w:w="80" w:type="dxa"/>
              <w:right w:w="80" w:type="dxa"/>
            </w:tcMar>
            <w:vAlign w:val="center"/>
          </w:tcPr>
          <w:p w14:paraId="10074FB7" w14:textId="77777777" w:rsidR="000B67B3" w:rsidRPr="00F51F43" w:rsidRDefault="000B67B3" w:rsidP="000B67B3">
            <w:pPr>
              <w:spacing w:after="0" w:line="240" w:lineRule="auto"/>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0389D642" w14:textId="77777777" w:rsidR="000B67B3" w:rsidRPr="00F51F43" w:rsidRDefault="000B67B3" w:rsidP="000B67B3">
            <w:pPr>
              <w:spacing w:after="0" w:line="240" w:lineRule="auto"/>
              <w:rPr>
                <w:noProof/>
                <w:sz w:val="20"/>
                <w:szCs w:val="20"/>
              </w:rPr>
            </w:pPr>
            <w:r w:rsidRPr="00F51F43">
              <w:rPr>
                <w:noProof/>
                <w:sz w:val="20"/>
                <w:szCs w:val="20"/>
              </w:rPr>
              <w:t>Iskrica</w:t>
            </w:r>
          </w:p>
        </w:tc>
        <w:tc>
          <w:tcPr>
            <w:tcW w:w="2126" w:type="dxa"/>
            <w:tcMar>
              <w:top w:w="80" w:type="dxa"/>
              <w:left w:w="80" w:type="dxa"/>
              <w:bottom w:w="80" w:type="dxa"/>
              <w:right w:w="80" w:type="dxa"/>
            </w:tcMar>
            <w:vAlign w:val="center"/>
          </w:tcPr>
          <w:p w14:paraId="59ED4CFC" w14:textId="77777777" w:rsidR="000B67B3" w:rsidRPr="00F51F43" w:rsidRDefault="000B67B3" w:rsidP="000B67B3">
            <w:pPr>
              <w:spacing w:after="0" w:line="240" w:lineRule="auto"/>
              <w:rPr>
                <w:noProof/>
                <w:sz w:val="20"/>
                <w:szCs w:val="20"/>
              </w:rPr>
            </w:pPr>
            <w:r w:rsidRPr="00F51F43">
              <w:rPr>
                <w:noProof/>
                <w:sz w:val="20"/>
                <w:szCs w:val="20"/>
              </w:rPr>
              <w:t>Studio Suncokret</w:t>
            </w:r>
          </w:p>
        </w:tc>
        <w:tc>
          <w:tcPr>
            <w:tcW w:w="4454" w:type="dxa"/>
            <w:tcMar>
              <w:top w:w="80" w:type="dxa"/>
              <w:left w:w="80" w:type="dxa"/>
              <w:bottom w:w="80" w:type="dxa"/>
              <w:right w:w="80" w:type="dxa"/>
            </w:tcMar>
            <w:vAlign w:val="center"/>
          </w:tcPr>
          <w:p w14:paraId="7FAF436C"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7D56A8E7" w14:textId="77777777" w:rsidTr="000B67B3">
        <w:trPr>
          <w:cantSplit/>
          <w:jc w:val="center"/>
        </w:trPr>
        <w:tc>
          <w:tcPr>
            <w:tcW w:w="992" w:type="dxa"/>
            <w:tcMar>
              <w:top w:w="80" w:type="dxa"/>
              <w:left w:w="80" w:type="dxa"/>
              <w:bottom w:w="80" w:type="dxa"/>
              <w:right w:w="80" w:type="dxa"/>
            </w:tcMar>
            <w:vAlign w:val="center"/>
          </w:tcPr>
          <w:p w14:paraId="6C7F1FF3" w14:textId="77777777" w:rsidR="000B67B3" w:rsidRPr="00F51F43" w:rsidRDefault="000B67B3" w:rsidP="000B67B3">
            <w:pPr>
              <w:spacing w:after="0" w:line="240" w:lineRule="auto"/>
              <w:rPr>
                <w:noProof/>
                <w:sz w:val="20"/>
                <w:szCs w:val="20"/>
              </w:rPr>
            </w:pPr>
            <w:r w:rsidRPr="00F51F43">
              <w:rPr>
                <w:noProof/>
                <w:sz w:val="20"/>
                <w:szCs w:val="20"/>
              </w:rPr>
              <w:t>3.</w:t>
            </w:r>
          </w:p>
        </w:tc>
        <w:tc>
          <w:tcPr>
            <w:tcW w:w="1640" w:type="dxa"/>
            <w:tcMar>
              <w:top w:w="80" w:type="dxa"/>
              <w:left w:w="80" w:type="dxa"/>
              <w:bottom w:w="80" w:type="dxa"/>
              <w:right w:w="80" w:type="dxa"/>
            </w:tcMar>
            <w:vAlign w:val="center"/>
          </w:tcPr>
          <w:p w14:paraId="63F9ADB4" w14:textId="77777777" w:rsidR="000B67B3" w:rsidRPr="00F51F43" w:rsidRDefault="000B67B3" w:rsidP="000B67B3">
            <w:pPr>
              <w:spacing w:after="0" w:line="240" w:lineRule="auto"/>
              <w:rPr>
                <w:noProof/>
                <w:sz w:val="20"/>
                <w:szCs w:val="20"/>
              </w:rPr>
            </w:pPr>
            <w:r w:rsidRPr="00F51F43">
              <w:rPr>
                <w:noProof/>
                <w:sz w:val="20"/>
                <w:szCs w:val="20"/>
              </w:rPr>
              <w:t>Izvan vrtića</w:t>
            </w:r>
          </w:p>
        </w:tc>
        <w:tc>
          <w:tcPr>
            <w:tcW w:w="1363" w:type="dxa"/>
            <w:tcMar>
              <w:top w:w="80" w:type="dxa"/>
              <w:left w:w="80" w:type="dxa"/>
              <w:bottom w:w="80" w:type="dxa"/>
              <w:right w:w="80" w:type="dxa"/>
            </w:tcMar>
            <w:vAlign w:val="center"/>
          </w:tcPr>
          <w:p w14:paraId="7C89D00B" w14:textId="77777777" w:rsidR="000B67B3" w:rsidRPr="00F51F43" w:rsidRDefault="000B67B3" w:rsidP="000B67B3">
            <w:pPr>
              <w:spacing w:after="0" w:line="240" w:lineRule="auto"/>
              <w:rPr>
                <w:noProof/>
                <w:sz w:val="20"/>
                <w:szCs w:val="20"/>
              </w:rPr>
            </w:pPr>
            <w:r w:rsidRPr="00F51F43">
              <w:rPr>
                <w:noProof/>
                <w:sz w:val="20"/>
                <w:szCs w:val="20"/>
              </w:rPr>
              <w:t>prosinac</w:t>
            </w:r>
          </w:p>
        </w:tc>
        <w:tc>
          <w:tcPr>
            <w:tcW w:w="992" w:type="dxa"/>
            <w:tcMar>
              <w:top w:w="80" w:type="dxa"/>
              <w:left w:w="80" w:type="dxa"/>
              <w:bottom w:w="80" w:type="dxa"/>
              <w:right w:w="80" w:type="dxa"/>
            </w:tcMar>
            <w:vAlign w:val="center"/>
          </w:tcPr>
          <w:p w14:paraId="4DFF274A" w14:textId="77777777" w:rsidR="000B67B3" w:rsidRPr="00F51F43" w:rsidRDefault="000B67B3" w:rsidP="000B67B3">
            <w:pPr>
              <w:spacing w:after="0" w:line="240" w:lineRule="auto"/>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50930DEF" w14:textId="77777777" w:rsidR="000B67B3" w:rsidRPr="00F51F43" w:rsidRDefault="000B67B3" w:rsidP="000B67B3">
            <w:pPr>
              <w:spacing w:after="0" w:line="240" w:lineRule="auto"/>
              <w:rPr>
                <w:noProof/>
                <w:sz w:val="20"/>
                <w:szCs w:val="20"/>
              </w:rPr>
            </w:pPr>
            <w:r w:rsidRPr="00F51F43">
              <w:rPr>
                <w:noProof/>
                <w:sz w:val="20"/>
                <w:szCs w:val="20"/>
              </w:rPr>
              <w:t>Iskrica</w:t>
            </w:r>
          </w:p>
        </w:tc>
        <w:tc>
          <w:tcPr>
            <w:tcW w:w="2126" w:type="dxa"/>
            <w:tcMar>
              <w:top w:w="80" w:type="dxa"/>
              <w:left w:w="80" w:type="dxa"/>
              <w:bottom w:w="80" w:type="dxa"/>
              <w:right w:w="80" w:type="dxa"/>
            </w:tcMar>
            <w:vAlign w:val="center"/>
          </w:tcPr>
          <w:p w14:paraId="348A71AD" w14:textId="77777777" w:rsidR="000B67B3" w:rsidRPr="00F51F43" w:rsidRDefault="000B67B3" w:rsidP="000B67B3">
            <w:pPr>
              <w:spacing w:after="0" w:line="240" w:lineRule="auto"/>
              <w:rPr>
                <w:noProof/>
                <w:sz w:val="20"/>
                <w:szCs w:val="20"/>
              </w:rPr>
            </w:pPr>
            <w:r w:rsidRPr="00F51F43">
              <w:rPr>
                <w:noProof/>
                <w:sz w:val="20"/>
                <w:szCs w:val="20"/>
              </w:rPr>
              <w:t>Dvorana Domoljub</w:t>
            </w:r>
          </w:p>
        </w:tc>
        <w:tc>
          <w:tcPr>
            <w:tcW w:w="4454" w:type="dxa"/>
            <w:tcMar>
              <w:top w:w="80" w:type="dxa"/>
              <w:left w:w="80" w:type="dxa"/>
              <w:bottom w:w="80" w:type="dxa"/>
              <w:right w:w="80" w:type="dxa"/>
            </w:tcMar>
            <w:vAlign w:val="center"/>
          </w:tcPr>
          <w:p w14:paraId="3E37CA3F"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1340A5BB" w14:textId="77777777" w:rsidTr="000B67B3">
        <w:trPr>
          <w:cantSplit/>
          <w:jc w:val="center"/>
        </w:trPr>
        <w:tc>
          <w:tcPr>
            <w:tcW w:w="992" w:type="dxa"/>
            <w:tcMar>
              <w:top w:w="80" w:type="dxa"/>
              <w:left w:w="80" w:type="dxa"/>
              <w:bottom w:w="80" w:type="dxa"/>
              <w:right w:w="80" w:type="dxa"/>
            </w:tcMar>
            <w:vAlign w:val="center"/>
          </w:tcPr>
          <w:p w14:paraId="009A93D8" w14:textId="77777777" w:rsidR="000B67B3" w:rsidRPr="00F51F43" w:rsidRDefault="000B67B3" w:rsidP="000B67B3">
            <w:pPr>
              <w:spacing w:after="0" w:line="240" w:lineRule="auto"/>
              <w:rPr>
                <w:noProof/>
                <w:sz w:val="20"/>
                <w:szCs w:val="20"/>
              </w:rPr>
            </w:pPr>
            <w:r w:rsidRPr="00F51F43">
              <w:rPr>
                <w:noProof/>
                <w:sz w:val="20"/>
                <w:szCs w:val="20"/>
              </w:rPr>
              <w:t>4.</w:t>
            </w:r>
          </w:p>
        </w:tc>
        <w:tc>
          <w:tcPr>
            <w:tcW w:w="1640" w:type="dxa"/>
            <w:tcMar>
              <w:top w:w="80" w:type="dxa"/>
              <w:left w:w="80" w:type="dxa"/>
              <w:bottom w:w="80" w:type="dxa"/>
              <w:right w:w="80" w:type="dxa"/>
            </w:tcMar>
            <w:vAlign w:val="center"/>
          </w:tcPr>
          <w:p w14:paraId="45266490" w14:textId="77777777" w:rsidR="000B67B3" w:rsidRPr="00F51F43" w:rsidRDefault="000B67B3" w:rsidP="000B67B3">
            <w:pPr>
              <w:spacing w:after="0" w:line="240" w:lineRule="auto"/>
              <w:rPr>
                <w:noProof/>
                <w:sz w:val="20"/>
                <w:szCs w:val="20"/>
              </w:rPr>
            </w:pPr>
            <w:r w:rsidRPr="00F51F43">
              <w:rPr>
                <w:noProof/>
                <w:sz w:val="20"/>
                <w:szCs w:val="20"/>
              </w:rPr>
              <w:t>Izvan vrtića</w:t>
            </w:r>
          </w:p>
        </w:tc>
        <w:tc>
          <w:tcPr>
            <w:tcW w:w="1363" w:type="dxa"/>
            <w:tcMar>
              <w:top w:w="80" w:type="dxa"/>
              <w:left w:w="80" w:type="dxa"/>
              <w:bottom w:w="80" w:type="dxa"/>
              <w:right w:w="80" w:type="dxa"/>
            </w:tcMar>
            <w:vAlign w:val="center"/>
          </w:tcPr>
          <w:p w14:paraId="6CECD0C3" w14:textId="77777777" w:rsidR="000B67B3" w:rsidRPr="00F51F43" w:rsidRDefault="000B67B3" w:rsidP="000B67B3">
            <w:pPr>
              <w:spacing w:after="0" w:line="240" w:lineRule="auto"/>
              <w:rPr>
                <w:noProof/>
                <w:sz w:val="20"/>
                <w:szCs w:val="20"/>
              </w:rPr>
            </w:pPr>
            <w:r w:rsidRPr="00F51F43">
              <w:rPr>
                <w:noProof/>
                <w:sz w:val="20"/>
                <w:szCs w:val="20"/>
              </w:rPr>
              <w:t>svibanj</w:t>
            </w:r>
          </w:p>
        </w:tc>
        <w:tc>
          <w:tcPr>
            <w:tcW w:w="992" w:type="dxa"/>
            <w:tcMar>
              <w:top w:w="80" w:type="dxa"/>
              <w:left w:w="80" w:type="dxa"/>
              <w:bottom w:w="80" w:type="dxa"/>
              <w:right w:w="80" w:type="dxa"/>
            </w:tcMar>
            <w:vAlign w:val="center"/>
          </w:tcPr>
          <w:p w14:paraId="5411B616" w14:textId="77777777" w:rsidR="000B67B3" w:rsidRPr="00F51F43" w:rsidRDefault="000B67B3" w:rsidP="000B67B3">
            <w:pPr>
              <w:spacing w:after="0" w:line="240" w:lineRule="auto"/>
              <w:rPr>
                <w:noProof/>
                <w:sz w:val="20"/>
                <w:szCs w:val="20"/>
              </w:rPr>
            </w:pPr>
            <w:r w:rsidRPr="00F51F43">
              <w:rPr>
                <w:noProof/>
                <w:sz w:val="20"/>
                <w:szCs w:val="20"/>
              </w:rPr>
              <w:t>16</w:t>
            </w:r>
          </w:p>
        </w:tc>
        <w:tc>
          <w:tcPr>
            <w:tcW w:w="1134" w:type="dxa"/>
            <w:tcMar>
              <w:top w:w="80" w:type="dxa"/>
              <w:left w:w="80" w:type="dxa"/>
              <w:bottom w:w="80" w:type="dxa"/>
              <w:right w:w="80" w:type="dxa"/>
            </w:tcMar>
            <w:vAlign w:val="center"/>
          </w:tcPr>
          <w:p w14:paraId="46833D8A" w14:textId="77777777" w:rsidR="000B67B3" w:rsidRPr="00F51F43" w:rsidRDefault="000B67B3" w:rsidP="000B67B3">
            <w:pPr>
              <w:spacing w:after="0" w:line="240" w:lineRule="auto"/>
              <w:rPr>
                <w:noProof/>
                <w:sz w:val="20"/>
                <w:szCs w:val="20"/>
              </w:rPr>
            </w:pPr>
            <w:r w:rsidRPr="00F51F43">
              <w:rPr>
                <w:noProof/>
                <w:sz w:val="20"/>
                <w:szCs w:val="20"/>
              </w:rPr>
              <w:t>Iskrica</w:t>
            </w:r>
          </w:p>
        </w:tc>
        <w:tc>
          <w:tcPr>
            <w:tcW w:w="2126" w:type="dxa"/>
            <w:tcMar>
              <w:top w:w="80" w:type="dxa"/>
              <w:left w:w="80" w:type="dxa"/>
              <w:bottom w:w="80" w:type="dxa"/>
              <w:right w:w="80" w:type="dxa"/>
            </w:tcMar>
            <w:vAlign w:val="center"/>
          </w:tcPr>
          <w:p w14:paraId="33DC9EEA" w14:textId="77777777" w:rsidR="000B67B3" w:rsidRPr="00F51F43" w:rsidRDefault="000B67B3" w:rsidP="000B67B3">
            <w:pPr>
              <w:spacing w:after="0" w:line="240" w:lineRule="auto"/>
              <w:rPr>
                <w:noProof/>
                <w:sz w:val="20"/>
                <w:szCs w:val="20"/>
              </w:rPr>
            </w:pPr>
            <w:r w:rsidRPr="00F51F43">
              <w:rPr>
                <w:noProof/>
                <w:sz w:val="20"/>
                <w:szCs w:val="20"/>
              </w:rPr>
              <w:t>Kazalište</w:t>
            </w:r>
          </w:p>
        </w:tc>
        <w:tc>
          <w:tcPr>
            <w:tcW w:w="4454" w:type="dxa"/>
            <w:tcMar>
              <w:top w:w="80" w:type="dxa"/>
              <w:left w:w="80" w:type="dxa"/>
              <w:bottom w:w="80" w:type="dxa"/>
              <w:right w:w="80" w:type="dxa"/>
            </w:tcMar>
            <w:vAlign w:val="center"/>
          </w:tcPr>
          <w:p w14:paraId="31C9514C"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50464901" w14:textId="77777777" w:rsidTr="000B67B3">
        <w:trPr>
          <w:cantSplit/>
          <w:jc w:val="center"/>
        </w:trPr>
        <w:tc>
          <w:tcPr>
            <w:tcW w:w="992" w:type="dxa"/>
            <w:tcMar>
              <w:top w:w="80" w:type="dxa"/>
              <w:left w:w="80" w:type="dxa"/>
              <w:bottom w:w="80" w:type="dxa"/>
              <w:right w:w="80" w:type="dxa"/>
            </w:tcMar>
            <w:vAlign w:val="center"/>
          </w:tcPr>
          <w:p w14:paraId="3222B799" w14:textId="77777777" w:rsidR="000B67B3" w:rsidRPr="00F51F43" w:rsidRDefault="000B67B3" w:rsidP="00251ABD">
            <w:pPr>
              <w:spacing w:after="0" w:line="240" w:lineRule="auto"/>
              <w:rPr>
                <w:noProof/>
                <w:sz w:val="20"/>
                <w:szCs w:val="20"/>
              </w:rPr>
            </w:pPr>
            <w:r w:rsidRPr="00F51F43">
              <w:rPr>
                <w:noProof/>
                <w:sz w:val="20"/>
                <w:szCs w:val="20"/>
              </w:rPr>
              <w:t>5.</w:t>
            </w:r>
          </w:p>
        </w:tc>
        <w:tc>
          <w:tcPr>
            <w:tcW w:w="1640" w:type="dxa"/>
            <w:tcMar>
              <w:top w:w="80" w:type="dxa"/>
              <w:left w:w="80" w:type="dxa"/>
              <w:bottom w:w="80" w:type="dxa"/>
              <w:right w:w="80" w:type="dxa"/>
            </w:tcMar>
            <w:vAlign w:val="center"/>
          </w:tcPr>
          <w:p w14:paraId="78EA390D" w14:textId="77777777" w:rsidR="000B67B3" w:rsidRPr="00F51F43" w:rsidRDefault="000B67B3" w:rsidP="00251ABD">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4C9BAB12" w14:textId="77777777" w:rsidR="000B67B3" w:rsidRPr="00F51F43" w:rsidRDefault="000B67B3" w:rsidP="00251ABD">
            <w:pPr>
              <w:spacing w:after="0" w:line="240" w:lineRule="auto"/>
              <w:rPr>
                <w:noProof/>
                <w:sz w:val="20"/>
                <w:szCs w:val="20"/>
              </w:rPr>
            </w:pPr>
            <w:r w:rsidRPr="00F51F43">
              <w:rPr>
                <w:noProof/>
                <w:sz w:val="20"/>
                <w:szCs w:val="20"/>
              </w:rPr>
              <w:t>rujan</w:t>
            </w:r>
          </w:p>
        </w:tc>
        <w:tc>
          <w:tcPr>
            <w:tcW w:w="992" w:type="dxa"/>
            <w:tcMar>
              <w:top w:w="80" w:type="dxa"/>
              <w:left w:w="80" w:type="dxa"/>
              <w:bottom w:w="80" w:type="dxa"/>
              <w:right w:w="80" w:type="dxa"/>
            </w:tcMar>
            <w:vAlign w:val="center"/>
          </w:tcPr>
          <w:p w14:paraId="0AFEBB6B" w14:textId="77777777" w:rsidR="000B67B3" w:rsidRPr="00F51F43" w:rsidRDefault="000B67B3" w:rsidP="00251ABD">
            <w:pPr>
              <w:spacing w:after="0" w:line="240" w:lineRule="auto"/>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69689E3B" w14:textId="77777777" w:rsidR="000B67B3" w:rsidRPr="00F51F43" w:rsidRDefault="000B67B3" w:rsidP="00251ABD">
            <w:pPr>
              <w:spacing w:after="0" w:line="240" w:lineRule="auto"/>
              <w:rPr>
                <w:noProof/>
                <w:sz w:val="20"/>
                <w:szCs w:val="20"/>
              </w:rPr>
            </w:pPr>
            <w:r w:rsidRPr="00F51F43">
              <w:rPr>
                <w:noProof/>
                <w:sz w:val="20"/>
                <w:szCs w:val="20"/>
              </w:rPr>
              <w:t>Mali zeko</w:t>
            </w:r>
          </w:p>
        </w:tc>
        <w:tc>
          <w:tcPr>
            <w:tcW w:w="2126" w:type="dxa"/>
            <w:tcMar>
              <w:top w:w="80" w:type="dxa"/>
              <w:left w:w="80" w:type="dxa"/>
              <w:bottom w:w="80" w:type="dxa"/>
              <w:right w:w="80" w:type="dxa"/>
            </w:tcMar>
            <w:vAlign w:val="center"/>
          </w:tcPr>
          <w:p w14:paraId="6D8B3DA2" w14:textId="77777777" w:rsidR="000B67B3" w:rsidRPr="00F51F43" w:rsidRDefault="000B67B3" w:rsidP="00251ABD">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11C867E4"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214FEB39" w14:textId="77777777" w:rsidTr="000B67B3">
        <w:trPr>
          <w:cantSplit/>
          <w:jc w:val="center"/>
        </w:trPr>
        <w:tc>
          <w:tcPr>
            <w:tcW w:w="992" w:type="dxa"/>
            <w:tcMar>
              <w:top w:w="80" w:type="dxa"/>
              <w:left w:w="80" w:type="dxa"/>
              <w:bottom w:w="80" w:type="dxa"/>
              <w:right w:w="80" w:type="dxa"/>
            </w:tcMar>
            <w:vAlign w:val="center"/>
          </w:tcPr>
          <w:p w14:paraId="336B8787" w14:textId="77777777" w:rsidR="000B67B3" w:rsidRPr="00F51F43" w:rsidRDefault="000B67B3" w:rsidP="00251ABD">
            <w:pPr>
              <w:spacing w:after="0" w:line="240" w:lineRule="auto"/>
              <w:rPr>
                <w:noProof/>
                <w:sz w:val="20"/>
                <w:szCs w:val="20"/>
              </w:rPr>
            </w:pPr>
            <w:r w:rsidRPr="00F51F43">
              <w:rPr>
                <w:noProof/>
                <w:sz w:val="20"/>
                <w:szCs w:val="20"/>
              </w:rPr>
              <w:t>6.</w:t>
            </w:r>
          </w:p>
        </w:tc>
        <w:tc>
          <w:tcPr>
            <w:tcW w:w="1640" w:type="dxa"/>
            <w:tcMar>
              <w:top w:w="80" w:type="dxa"/>
              <w:left w:w="80" w:type="dxa"/>
              <w:bottom w:w="80" w:type="dxa"/>
              <w:right w:w="80" w:type="dxa"/>
            </w:tcMar>
            <w:vAlign w:val="center"/>
          </w:tcPr>
          <w:p w14:paraId="3F3B098E" w14:textId="77777777" w:rsidR="000B67B3" w:rsidRPr="00F51F43" w:rsidRDefault="000B67B3" w:rsidP="00251ABD">
            <w:pPr>
              <w:spacing w:after="0" w:line="240" w:lineRule="auto"/>
              <w:rPr>
                <w:noProof/>
                <w:sz w:val="20"/>
                <w:szCs w:val="20"/>
              </w:rPr>
            </w:pPr>
            <w:r w:rsidRPr="00F51F43">
              <w:rPr>
                <w:noProof/>
                <w:sz w:val="20"/>
                <w:szCs w:val="20"/>
              </w:rPr>
              <w:t>Domoljub</w:t>
            </w:r>
          </w:p>
        </w:tc>
        <w:tc>
          <w:tcPr>
            <w:tcW w:w="1363" w:type="dxa"/>
            <w:tcMar>
              <w:top w:w="80" w:type="dxa"/>
              <w:left w:w="80" w:type="dxa"/>
              <w:bottom w:w="80" w:type="dxa"/>
              <w:right w:w="80" w:type="dxa"/>
            </w:tcMar>
            <w:vAlign w:val="center"/>
          </w:tcPr>
          <w:p w14:paraId="56EA5950" w14:textId="77777777" w:rsidR="000B67B3" w:rsidRPr="00F51F43" w:rsidRDefault="000B67B3" w:rsidP="00251ABD">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77712BE6" w14:textId="77777777" w:rsidR="000B67B3" w:rsidRPr="00F51F43" w:rsidRDefault="000B67B3" w:rsidP="00251ABD">
            <w:pPr>
              <w:spacing w:after="0" w:line="240" w:lineRule="auto"/>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4BAE0E97" w14:textId="77777777" w:rsidR="000B67B3" w:rsidRPr="00F51F43" w:rsidRDefault="000B67B3" w:rsidP="00251ABD">
            <w:pPr>
              <w:spacing w:after="0" w:line="240" w:lineRule="auto"/>
              <w:rPr>
                <w:noProof/>
                <w:sz w:val="20"/>
                <w:szCs w:val="20"/>
              </w:rPr>
            </w:pPr>
            <w:r w:rsidRPr="00F51F43">
              <w:rPr>
                <w:noProof/>
                <w:sz w:val="20"/>
                <w:szCs w:val="20"/>
              </w:rPr>
              <w:t>Mali zeko</w:t>
            </w:r>
          </w:p>
        </w:tc>
        <w:tc>
          <w:tcPr>
            <w:tcW w:w="2126" w:type="dxa"/>
            <w:tcMar>
              <w:top w:w="80" w:type="dxa"/>
              <w:left w:w="80" w:type="dxa"/>
              <w:bottom w:w="80" w:type="dxa"/>
              <w:right w:w="80" w:type="dxa"/>
            </w:tcMar>
            <w:vAlign w:val="center"/>
          </w:tcPr>
          <w:p w14:paraId="6F729064" w14:textId="77777777" w:rsidR="000B67B3" w:rsidRPr="00F51F43" w:rsidRDefault="000B67B3" w:rsidP="00251ABD">
            <w:pPr>
              <w:spacing w:after="0" w:line="240" w:lineRule="auto"/>
              <w:rPr>
                <w:noProof/>
                <w:sz w:val="20"/>
                <w:szCs w:val="20"/>
              </w:rPr>
            </w:pPr>
            <w:r w:rsidRPr="00F51F43">
              <w:rPr>
                <w:noProof/>
                <w:sz w:val="20"/>
                <w:szCs w:val="20"/>
              </w:rPr>
              <w:t>Domoljub, kazališna skupina</w:t>
            </w:r>
          </w:p>
        </w:tc>
        <w:tc>
          <w:tcPr>
            <w:tcW w:w="4454" w:type="dxa"/>
            <w:tcMar>
              <w:top w:w="80" w:type="dxa"/>
              <w:left w:w="80" w:type="dxa"/>
              <w:bottom w:w="80" w:type="dxa"/>
              <w:right w:w="80" w:type="dxa"/>
            </w:tcMar>
            <w:vAlign w:val="center"/>
          </w:tcPr>
          <w:p w14:paraId="191A4EDB"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0D96016B" w14:textId="77777777" w:rsidTr="000B67B3">
        <w:trPr>
          <w:cantSplit/>
          <w:jc w:val="center"/>
        </w:trPr>
        <w:tc>
          <w:tcPr>
            <w:tcW w:w="992" w:type="dxa"/>
            <w:tcMar>
              <w:top w:w="80" w:type="dxa"/>
              <w:left w:w="80" w:type="dxa"/>
              <w:bottom w:w="80" w:type="dxa"/>
              <w:right w:w="80" w:type="dxa"/>
            </w:tcMar>
            <w:vAlign w:val="center"/>
          </w:tcPr>
          <w:p w14:paraId="11FF9E03" w14:textId="77777777" w:rsidR="000B67B3" w:rsidRPr="00F51F43" w:rsidRDefault="000B67B3" w:rsidP="00251ABD">
            <w:pPr>
              <w:spacing w:after="0" w:line="240" w:lineRule="auto"/>
              <w:rPr>
                <w:noProof/>
                <w:sz w:val="20"/>
                <w:szCs w:val="20"/>
              </w:rPr>
            </w:pPr>
            <w:r w:rsidRPr="00F51F43">
              <w:rPr>
                <w:noProof/>
                <w:sz w:val="20"/>
                <w:szCs w:val="20"/>
              </w:rPr>
              <w:t>7.</w:t>
            </w:r>
          </w:p>
        </w:tc>
        <w:tc>
          <w:tcPr>
            <w:tcW w:w="1640" w:type="dxa"/>
            <w:tcMar>
              <w:top w:w="80" w:type="dxa"/>
              <w:left w:w="80" w:type="dxa"/>
              <w:bottom w:w="80" w:type="dxa"/>
              <w:right w:w="80" w:type="dxa"/>
            </w:tcMar>
            <w:vAlign w:val="center"/>
          </w:tcPr>
          <w:p w14:paraId="165D8454" w14:textId="77777777" w:rsidR="000B67B3" w:rsidRPr="00F51F43" w:rsidRDefault="000B67B3" w:rsidP="00251ABD">
            <w:pPr>
              <w:spacing w:after="0" w:line="240" w:lineRule="auto"/>
              <w:rPr>
                <w:noProof/>
                <w:sz w:val="20"/>
                <w:szCs w:val="20"/>
              </w:rPr>
            </w:pPr>
            <w:r w:rsidRPr="00F51F43">
              <w:rPr>
                <w:noProof/>
                <w:sz w:val="20"/>
                <w:szCs w:val="20"/>
              </w:rPr>
              <w:t>Kino Velebit</w:t>
            </w:r>
          </w:p>
        </w:tc>
        <w:tc>
          <w:tcPr>
            <w:tcW w:w="1363" w:type="dxa"/>
            <w:tcMar>
              <w:top w:w="80" w:type="dxa"/>
              <w:left w:w="80" w:type="dxa"/>
              <w:bottom w:w="80" w:type="dxa"/>
              <w:right w:w="80" w:type="dxa"/>
            </w:tcMar>
            <w:vAlign w:val="center"/>
          </w:tcPr>
          <w:p w14:paraId="1CAA3693" w14:textId="77777777" w:rsidR="000B67B3" w:rsidRPr="00F51F43" w:rsidRDefault="000B67B3" w:rsidP="00251ABD">
            <w:pPr>
              <w:spacing w:after="0" w:line="240" w:lineRule="auto"/>
              <w:rPr>
                <w:noProof/>
                <w:sz w:val="20"/>
                <w:szCs w:val="20"/>
              </w:rPr>
            </w:pPr>
            <w:r w:rsidRPr="00F51F43">
              <w:rPr>
                <w:noProof/>
                <w:sz w:val="20"/>
                <w:szCs w:val="20"/>
              </w:rPr>
              <w:t>studeni</w:t>
            </w:r>
          </w:p>
        </w:tc>
        <w:tc>
          <w:tcPr>
            <w:tcW w:w="992" w:type="dxa"/>
            <w:tcMar>
              <w:top w:w="80" w:type="dxa"/>
              <w:left w:w="80" w:type="dxa"/>
              <w:bottom w:w="80" w:type="dxa"/>
              <w:right w:w="80" w:type="dxa"/>
            </w:tcMar>
            <w:vAlign w:val="center"/>
          </w:tcPr>
          <w:p w14:paraId="48FC77C0" w14:textId="77777777" w:rsidR="000B67B3" w:rsidRPr="00F51F43" w:rsidRDefault="000B67B3" w:rsidP="00251ABD">
            <w:pPr>
              <w:spacing w:after="0" w:line="240" w:lineRule="auto"/>
              <w:rPr>
                <w:noProof/>
                <w:sz w:val="20"/>
                <w:szCs w:val="20"/>
              </w:rPr>
            </w:pPr>
            <w:r w:rsidRPr="00F51F43">
              <w:rPr>
                <w:noProof/>
                <w:sz w:val="20"/>
                <w:szCs w:val="20"/>
              </w:rPr>
              <w:t>17</w:t>
            </w:r>
          </w:p>
        </w:tc>
        <w:tc>
          <w:tcPr>
            <w:tcW w:w="1134" w:type="dxa"/>
            <w:tcMar>
              <w:top w:w="80" w:type="dxa"/>
              <w:left w:w="80" w:type="dxa"/>
              <w:bottom w:w="80" w:type="dxa"/>
              <w:right w:w="80" w:type="dxa"/>
            </w:tcMar>
            <w:vAlign w:val="center"/>
          </w:tcPr>
          <w:p w14:paraId="188ACC21" w14:textId="77777777" w:rsidR="000B67B3" w:rsidRPr="00F51F43" w:rsidRDefault="000B67B3" w:rsidP="00251ABD">
            <w:pPr>
              <w:spacing w:after="0" w:line="240" w:lineRule="auto"/>
              <w:rPr>
                <w:noProof/>
                <w:sz w:val="20"/>
                <w:szCs w:val="20"/>
              </w:rPr>
            </w:pPr>
            <w:r w:rsidRPr="00F51F43">
              <w:rPr>
                <w:noProof/>
                <w:sz w:val="20"/>
                <w:szCs w:val="20"/>
              </w:rPr>
              <w:t>Mali zeko</w:t>
            </w:r>
          </w:p>
        </w:tc>
        <w:tc>
          <w:tcPr>
            <w:tcW w:w="2126" w:type="dxa"/>
            <w:tcMar>
              <w:top w:w="80" w:type="dxa"/>
              <w:left w:w="80" w:type="dxa"/>
              <w:bottom w:w="80" w:type="dxa"/>
              <w:right w:w="80" w:type="dxa"/>
            </w:tcMar>
            <w:vAlign w:val="center"/>
          </w:tcPr>
          <w:p w14:paraId="1FC5DD7D" w14:textId="77777777" w:rsidR="000B67B3" w:rsidRPr="00F51F43" w:rsidRDefault="000B67B3" w:rsidP="00251ABD">
            <w:pPr>
              <w:spacing w:after="0" w:line="240" w:lineRule="auto"/>
              <w:rPr>
                <w:noProof/>
                <w:sz w:val="20"/>
                <w:szCs w:val="20"/>
              </w:rPr>
            </w:pPr>
            <w:r w:rsidRPr="00F51F43">
              <w:rPr>
                <w:noProof/>
                <w:sz w:val="20"/>
                <w:szCs w:val="20"/>
              </w:rPr>
              <w:t>Kino velebit</w:t>
            </w:r>
          </w:p>
        </w:tc>
        <w:tc>
          <w:tcPr>
            <w:tcW w:w="4454" w:type="dxa"/>
            <w:tcMar>
              <w:top w:w="80" w:type="dxa"/>
              <w:left w:w="80" w:type="dxa"/>
              <w:bottom w:w="80" w:type="dxa"/>
              <w:right w:w="80" w:type="dxa"/>
            </w:tcMar>
            <w:vAlign w:val="center"/>
          </w:tcPr>
          <w:p w14:paraId="04CED38A"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5361B1E3" w14:textId="77777777" w:rsidTr="000B67B3">
        <w:trPr>
          <w:cantSplit/>
          <w:jc w:val="center"/>
        </w:trPr>
        <w:tc>
          <w:tcPr>
            <w:tcW w:w="992" w:type="dxa"/>
            <w:tcMar>
              <w:top w:w="80" w:type="dxa"/>
              <w:left w:w="80" w:type="dxa"/>
              <w:bottom w:w="80" w:type="dxa"/>
              <w:right w:w="80" w:type="dxa"/>
            </w:tcMar>
            <w:vAlign w:val="center"/>
          </w:tcPr>
          <w:p w14:paraId="4EC126C2" w14:textId="77777777" w:rsidR="000B67B3" w:rsidRPr="00F51F43" w:rsidRDefault="000B67B3" w:rsidP="00251ABD">
            <w:pPr>
              <w:spacing w:after="0" w:line="240" w:lineRule="auto"/>
              <w:rPr>
                <w:noProof/>
                <w:sz w:val="20"/>
                <w:szCs w:val="20"/>
              </w:rPr>
            </w:pPr>
            <w:r w:rsidRPr="00F51F43">
              <w:rPr>
                <w:noProof/>
                <w:sz w:val="20"/>
                <w:szCs w:val="20"/>
              </w:rPr>
              <w:t>8.</w:t>
            </w:r>
          </w:p>
        </w:tc>
        <w:tc>
          <w:tcPr>
            <w:tcW w:w="1640" w:type="dxa"/>
            <w:tcMar>
              <w:top w:w="80" w:type="dxa"/>
              <w:left w:w="80" w:type="dxa"/>
              <w:bottom w:w="80" w:type="dxa"/>
              <w:right w:w="80" w:type="dxa"/>
            </w:tcMar>
            <w:vAlign w:val="center"/>
          </w:tcPr>
          <w:p w14:paraId="62F8C5DA" w14:textId="77777777" w:rsidR="000B67B3" w:rsidRPr="00F51F43" w:rsidRDefault="000B67B3" w:rsidP="00251ABD">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7CCB332E" w14:textId="77777777" w:rsidR="000B67B3" w:rsidRPr="00F51F43" w:rsidRDefault="000B67B3" w:rsidP="00251ABD">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1A7756A3" w14:textId="77777777" w:rsidR="000B67B3" w:rsidRPr="00F51F43" w:rsidRDefault="000B67B3" w:rsidP="00251ABD">
            <w:pPr>
              <w:spacing w:after="0" w:line="240" w:lineRule="auto"/>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6F43667B" w14:textId="77777777" w:rsidR="000B67B3" w:rsidRPr="00F51F43" w:rsidRDefault="000B67B3" w:rsidP="00251ABD">
            <w:pPr>
              <w:spacing w:after="0" w:line="240" w:lineRule="auto"/>
              <w:rPr>
                <w:noProof/>
                <w:sz w:val="20"/>
                <w:szCs w:val="20"/>
              </w:rPr>
            </w:pPr>
            <w:r w:rsidRPr="00F51F43">
              <w:rPr>
                <w:noProof/>
                <w:sz w:val="20"/>
                <w:szCs w:val="20"/>
              </w:rPr>
              <w:t>Sovice</w:t>
            </w:r>
          </w:p>
        </w:tc>
        <w:tc>
          <w:tcPr>
            <w:tcW w:w="2126" w:type="dxa"/>
            <w:tcMar>
              <w:top w:w="80" w:type="dxa"/>
              <w:left w:w="80" w:type="dxa"/>
              <w:bottom w:w="80" w:type="dxa"/>
              <w:right w:w="80" w:type="dxa"/>
            </w:tcMar>
            <w:vAlign w:val="center"/>
          </w:tcPr>
          <w:p w14:paraId="07BF7087" w14:textId="77777777" w:rsidR="000B67B3" w:rsidRPr="00F51F43" w:rsidRDefault="000B67B3" w:rsidP="00251ABD">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564C97A0"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3D2037E1" w14:textId="77777777" w:rsidTr="000B67B3">
        <w:trPr>
          <w:cantSplit/>
          <w:jc w:val="center"/>
        </w:trPr>
        <w:tc>
          <w:tcPr>
            <w:tcW w:w="992" w:type="dxa"/>
            <w:tcMar>
              <w:top w:w="80" w:type="dxa"/>
              <w:left w:w="80" w:type="dxa"/>
              <w:bottom w:w="80" w:type="dxa"/>
              <w:right w:w="80" w:type="dxa"/>
            </w:tcMar>
            <w:vAlign w:val="center"/>
          </w:tcPr>
          <w:p w14:paraId="65F2265B" w14:textId="77777777" w:rsidR="000B67B3" w:rsidRPr="00F51F43" w:rsidRDefault="000B67B3" w:rsidP="00251ABD">
            <w:pPr>
              <w:spacing w:after="0" w:line="240" w:lineRule="auto"/>
              <w:rPr>
                <w:noProof/>
                <w:sz w:val="20"/>
                <w:szCs w:val="20"/>
              </w:rPr>
            </w:pPr>
            <w:r w:rsidRPr="00F51F43">
              <w:rPr>
                <w:noProof/>
                <w:sz w:val="20"/>
                <w:szCs w:val="20"/>
              </w:rPr>
              <w:t>9.</w:t>
            </w:r>
          </w:p>
        </w:tc>
        <w:tc>
          <w:tcPr>
            <w:tcW w:w="1640" w:type="dxa"/>
            <w:tcMar>
              <w:top w:w="80" w:type="dxa"/>
              <w:left w:w="80" w:type="dxa"/>
              <w:bottom w:w="80" w:type="dxa"/>
              <w:right w:w="80" w:type="dxa"/>
            </w:tcMar>
            <w:vAlign w:val="center"/>
          </w:tcPr>
          <w:p w14:paraId="15B6698C" w14:textId="77777777" w:rsidR="000B67B3" w:rsidRPr="00F51F43" w:rsidRDefault="000B67B3" w:rsidP="00251ABD">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11FBD656" w14:textId="77777777" w:rsidR="000B67B3" w:rsidRPr="00F51F43" w:rsidRDefault="000B67B3" w:rsidP="00251ABD">
            <w:pPr>
              <w:spacing w:after="0" w:line="240" w:lineRule="auto"/>
              <w:rPr>
                <w:noProof/>
                <w:sz w:val="20"/>
                <w:szCs w:val="20"/>
              </w:rPr>
            </w:pPr>
            <w:r w:rsidRPr="00F51F43">
              <w:rPr>
                <w:noProof/>
                <w:sz w:val="20"/>
                <w:szCs w:val="20"/>
              </w:rPr>
              <w:t>siječanj</w:t>
            </w:r>
          </w:p>
        </w:tc>
        <w:tc>
          <w:tcPr>
            <w:tcW w:w="992" w:type="dxa"/>
            <w:tcMar>
              <w:top w:w="80" w:type="dxa"/>
              <w:left w:w="80" w:type="dxa"/>
              <w:bottom w:w="80" w:type="dxa"/>
              <w:right w:w="80" w:type="dxa"/>
            </w:tcMar>
            <w:vAlign w:val="center"/>
          </w:tcPr>
          <w:p w14:paraId="055A56BF" w14:textId="77777777" w:rsidR="000B67B3" w:rsidRPr="00F51F43" w:rsidRDefault="000B67B3" w:rsidP="00251ABD">
            <w:pPr>
              <w:spacing w:after="0" w:line="240" w:lineRule="auto"/>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75BE8505" w14:textId="77777777" w:rsidR="000B67B3" w:rsidRPr="00F51F43" w:rsidRDefault="000B67B3" w:rsidP="00251ABD">
            <w:pPr>
              <w:spacing w:after="0" w:line="240" w:lineRule="auto"/>
              <w:rPr>
                <w:noProof/>
                <w:sz w:val="20"/>
                <w:szCs w:val="20"/>
              </w:rPr>
            </w:pPr>
            <w:r w:rsidRPr="00F51F43">
              <w:rPr>
                <w:noProof/>
                <w:sz w:val="20"/>
                <w:szCs w:val="20"/>
              </w:rPr>
              <w:t>Sovice</w:t>
            </w:r>
          </w:p>
        </w:tc>
        <w:tc>
          <w:tcPr>
            <w:tcW w:w="2126" w:type="dxa"/>
            <w:tcMar>
              <w:top w:w="80" w:type="dxa"/>
              <w:left w:w="80" w:type="dxa"/>
              <w:bottom w:w="80" w:type="dxa"/>
              <w:right w:w="80" w:type="dxa"/>
            </w:tcMar>
            <w:vAlign w:val="center"/>
          </w:tcPr>
          <w:p w14:paraId="29021464" w14:textId="77777777" w:rsidR="000B67B3" w:rsidRPr="00F51F43" w:rsidRDefault="000B67B3" w:rsidP="00251ABD">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4FD518AB"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36A2AA2A" w14:textId="77777777" w:rsidTr="000B67B3">
        <w:trPr>
          <w:cantSplit/>
          <w:jc w:val="center"/>
        </w:trPr>
        <w:tc>
          <w:tcPr>
            <w:tcW w:w="992" w:type="dxa"/>
            <w:tcMar>
              <w:top w:w="80" w:type="dxa"/>
              <w:left w:w="80" w:type="dxa"/>
              <w:bottom w:w="80" w:type="dxa"/>
              <w:right w:w="80" w:type="dxa"/>
            </w:tcMar>
            <w:vAlign w:val="center"/>
          </w:tcPr>
          <w:p w14:paraId="180C91D3" w14:textId="77777777" w:rsidR="000B67B3" w:rsidRPr="00F51F43" w:rsidRDefault="000B67B3" w:rsidP="00251ABD">
            <w:pPr>
              <w:spacing w:after="0" w:line="240" w:lineRule="auto"/>
              <w:rPr>
                <w:noProof/>
                <w:sz w:val="20"/>
                <w:szCs w:val="20"/>
              </w:rPr>
            </w:pPr>
            <w:r w:rsidRPr="00F51F43">
              <w:rPr>
                <w:noProof/>
                <w:sz w:val="20"/>
                <w:szCs w:val="20"/>
              </w:rPr>
              <w:t>10.</w:t>
            </w:r>
          </w:p>
        </w:tc>
        <w:tc>
          <w:tcPr>
            <w:tcW w:w="1640" w:type="dxa"/>
            <w:tcMar>
              <w:top w:w="80" w:type="dxa"/>
              <w:left w:w="80" w:type="dxa"/>
              <w:bottom w:w="80" w:type="dxa"/>
              <w:right w:w="80" w:type="dxa"/>
            </w:tcMar>
            <w:vAlign w:val="center"/>
          </w:tcPr>
          <w:p w14:paraId="35431263" w14:textId="77777777" w:rsidR="000B67B3" w:rsidRPr="00F51F43" w:rsidRDefault="000B67B3" w:rsidP="00251ABD">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6925256C" w14:textId="77777777" w:rsidR="000B67B3" w:rsidRPr="00F51F43" w:rsidRDefault="000B67B3" w:rsidP="00251ABD">
            <w:pPr>
              <w:spacing w:after="0" w:line="240" w:lineRule="auto"/>
              <w:rPr>
                <w:noProof/>
                <w:sz w:val="20"/>
                <w:szCs w:val="20"/>
              </w:rPr>
            </w:pPr>
            <w:r w:rsidRPr="00F51F43">
              <w:rPr>
                <w:noProof/>
                <w:sz w:val="20"/>
                <w:szCs w:val="20"/>
              </w:rPr>
              <w:t>travanj</w:t>
            </w:r>
          </w:p>
        </w:tc>
        <w:tc>
          <w:tcPr>
            <w:tcW w:w="992" w:type="dxa"/>
            <w:tcMar>
              <w:top w:w="80" w:type="dxa"/>
              <w:left w:w="80" w:type="dxa"/>
              <w:bottom w:w="80" w:type="dxa"/>
              <w:right w:w="80" w:type="dxa"/>
            </w:tcMar>
            <w:vAlign w:val="center"/>
          </w:tcPr>
          <w:p w14:paraId="511988AF" w14:textId="77777777" w:rsidR="000B67B3" w:rsidRPr="00F51F43" w:rsidRDefault="000B67B3" w:rsidP="00251ABD">
            <w:pPr>
              <w:spacing w:after="0" w:line="240" w:lineRule="auto"/>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5B9D835B" w14:textId="77777777" w:rsidR="000B67B3" w:rsidRPr="00F51F43" w:rsidRDefault="000B67B3" w:rsidP="00251ABD">
            <w:pPr>
              <w:spacing w:after="0" w:line="240" w:lineRule="auto"/>
              <w:rPr>
                <w:noProof/>
                <w:sz w:val="20"/>
                <w:szCs w:val="20"/>
              </w:rPr>
            </w:pPr>
            <w:r w:rsidRPr="00F51F43">
              <w:rPr>
                <w:noProof/>
                <w:sz w:val="20"/>
                <w:szCs w:val="20"/>
              </w:rPr>
              <w:t>Sovice</w:t>
            </w:r>
          </w:p>
        </w:tc>
        <w:tc>
          <w:tcPr>
            <w:tcW w:w="2126" w:type="dxa"/>
            <w:tcMar>
              <w:top w:w="80" w:type="dxa"/>
              <w:left w:w="80" w:type="dxa"/>
              <w:bottom w:w="80" w:type="dxa"/>
              <w:right w:w="80" w:type="dxa"/>
            </w:tcMar>
            <w:vAlign w:val="center"/>
          </w:tcPr>
          <w:p w14:paraId="44C51579" w14:textId="77777777" w:rsidR="000B67B3" w:rsidRPr="00F51F43" w:rsidRDefault="000B67B3" w:rsidP="000B67B3">
            <w:pPr>
              <w:spacing w:after="0" w:line="240" w:lineRule="auto"/>
              <w:rPr>
                <w:noProof/>
                <w:sz w:val="20"/>
                <w:szCs w:val="20"/>
              </w:rPr>
            </w:pPr>
            <w:r w:rsidRPr="00F51F43">
              <w:rPr>
                <w:noProof/>
                <w:sz w:val="20"/>
                <w:szCs w:val="20"/>
              </w:rPr>
              <w:t xml:space="preserve">Animirani film u vrtiću </w:t>
            </w:r>
          </w:p>
        </w:tc>
        <w:tc>
          <w:tcPr>
            <w:tcW w:w="4454" w:type="dxa"/>
            <w:tcMar>
              <w:top w:w="80" w:type="dxa"/>
              <w:left w:w="80" w:type="dxa"/>
              <w:bottom w:w="80" w:type="dxa"/>
              <w:right w:w="80" w:type="dxa"/>
            </w:tcMar>
            <w:vAlign w:val="center"/>
          </w:tcPr>
          <w:p w14:paraId="57D58D82"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1522134E" w14:textId="77777777" w:rsidTr="000B67B3">
        <w:trPr>
          <w:cantSplit/>
          <w:jc w:val="center"/>
        </w:trPr>
        <w:tc>
          <w:tcPr>
            <w:tcW w:w="992" w:type="dxa"/>
            <w:tcMar>
              <w:top w:w="80" w:type="dxa"/>
              <w:left w:w="80" w:type="dxa"/>
              <w:bottom w:w="80" w:type="dxa"/>
              <w:right w:w="80" w:type="dxa"/>
            </w:tcMar>
            <w:vAlign w:val="center"/>
          </w:tcPr>
          <w:p w14:paraId="1966E35A" w14:textId="77777777" w:rsidR="000B67B3" w:rsidRPr="00F51F43" w:rsidRDefault="000B67B3" w:rsidP="00251ABD">
            <w:pPr>
              <w:spacing w:after="0" w:line="240" w:lineRule="auto"/>
              <w:rPr>
                <w:noProof/>
                <w:sz w:val="20"/>
                <w:szCs w:val="20"/>
              </w:rPr>
            </w:pPr>
            <w:r w:rsidRPr="00F51F43">
              <w:rPr>
                <w:noProof/>
                <w:sz w:val="20"/>
                <w:szCs w:val="20"/>
              </w:rPr>
              <w:t>11.</w:t>
            </w:r>
          </w:p>
        </w:tc>
        <w:tc>
          <w:tcPr>
            <w:tcW w:w="1640" w:type="dxa"/>
            <w:tcMar>
              <w:top w:w="80" w:type="dxa"/>
              <w:left w:w="80" w:type="dxa"/>
              <w:bottom w:w="80" w:type="dxa"/>
              <w:right w:w="80" w:type="dxa"/>
            </w:tcMar>
            <w:vAlign w:val="center"/>
          </w:tcPr>
          <w:p w14:paraId="1B2CC239" w14:textId="77777777" w:rsidR="000B67B3" w:rsidRPr="00F51F43" w:rsidRDefault="000B67B3" w:rsidP="00251ABD">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1F23C5F9" w14:textId="77777777" w:rsidR="000B67B3" w:rsidRPr="00F51F43" w:rsidRDefault="000B67B3" w:rsidP="00251ABD">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3A6E9CF3" w14:textId="77777777" w:rsidR="000B67B3" w:rsidRPr="00F51F43" w:rsidRDefault="000B67B3" w:rsidP="00251ABD">
            <w:pPr>
              <w:spacing w:after="0" w:line="240" w:lineRule="auto"/>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4087F8A9" w14:textId="77777777" w:rsidR="000B67B3" w:rsidRPr="00F51F43" w:rsidRDefault="000B67B3" w:rsidP="00251ABD">
            <w:pPr>
              <w:spacing w:after="0" w:line="240" w:lineRule="auto"/>
              <w:rPr>
                <w:noProof/>
                <w:sz w:val="20"/>
                <w:szCs w:val="20"/>
              </w:rPr>
            </w:pPr>
            <w:r w:rsidRPr="00F51F43">
              <w:rPr>
                <w:noProof/>
                <w:sz w:val="20"/>
                <w:szCs w:val="20"/>
              </w:rPr>
              <w:t>Vesele rode</w:t>
            </w:r>
          </w:p>
        </w:tc>
        <w:tc>
          <w:tcPr>
            <w:tcW w:w="2126" w:type="dxa"/>
            <w:tcMar>
              <w:top w:w="80" w:type="dxa"/>
              <w:left w:w="80" w:type="dxa"/>
              <w:bottom w:w="80" w:type="dxa"/>
              <w:right w:w="80" w:type="dxa"/>
            </w:tcMar>
            <w:vAlign w:val="center"/>
          </w:tcPr>
          <w:p w14:paraId="3B5B31D4" w14:textId="77777777" w:rsidR="000B67B3" w:rsidRPr="00F51F43" w:rsidRDefault="000B67B3" w:rsidP="00251ABD">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349361F7"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35186F3A" w14:textId="77777777" w:rsidTr="000B67B3">
        <w:trPr>
          <w:cantSplit/>
          <w:jc w:val="center"/>
        </w:trPr>
        <w:tc>
          <w:tcPr>
            <w:tcW w:w="992" w:type="dxa"/>
            <w:tcMar>
              <w:top w:w="80" w:type="dxa"/>
              <w:left w:w="80" w:type="dxa"/>
              <w:bottom w:w="80" w:type="dxa"/>
              <w:right w:w="80" w:type="dxa"/>
            </w:tcMar>
            <w:vAlign w:val="center"/>
          </w:tcPr>
          <w:p w14:paraId="574B5141" w14:textId="77777777" w:rsidR="000B67B3" w:rsidRPr="00F51F43" w:rsidRDefault="000B67B3" w:rsidP="00251ABD">
            <w:pPr>
              <w:spacing w:after="0" w:line="240" w:lineRule="auto"/>
              <w:rPr>
                <w:noProof/>
                <w:sz w:val="20"/>
                <w:szCs w:val="20"/>
              </w:rPr>
            </w:pPr>
            <w:r w:rsidRPr="00F51F43">
              <w:rPr>
                <w:noProof/>
                <w:sz w:val="20"/>
                <w:szCs w:val="20"/>
              </w:rPr>
              <w:t>12.</w:t>
            </w:r>
          </w:p>
        </w:tc>
        <w:tc>
          <w:tcPr>
            <w:tcW w:w="1640" w:type="dxa"/>
            <w:tcMar>
              <w:top w:w="80" w:type="dxa"/>
              <w:left w:w="80" w:type="dxa"/>
              <w:bottom w:w="80" w:type="dxa"/>
              <w:right w:w="80" w:type="dxa"/>
            </w:tcMar>
            <w:vAlign w:val="center"/>
          </w:tcPr>
          <w:p w14:paraId="7F79141C" w14:textId="77777777" w:rsidR="000B67B3" w:rsidRPr="00F51F43" w:rsidRDefault="000B67B3" w:rsidP="00251ABD">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63056CC8" w14:textId="77777777" w:rsidR="000B67B3" w:rsidRPr="00F51F43" w:rsidRDefault="000B67B3" w:rsidP="00251ABD">
            <w:pPr>
              <w:spacing w:after="0" w:line="240" w:lineRule="auto"/>
              <w:rPr>
                <w:noProof/>
                <w:sz w:val="20"/>
                <w:szCs w:val="20"/>
              </w:rPr>
            </w:pPr>
            <w:r w:rsidRPr="00F51F43">
              <w:rPr>
                <w:noProof/>
                <w:sz w:val="20"/>
                <w:szCs w:val="20"/>
              </w:rPr>
              <w:t>siječanj</w:t>
            </w:r>
          </w:p>
        </w:tc>
        <w:tc>
          <w:tcPr>
            <w:tcW w:w="992" w:type="dxa"/>
            <w:tcMar>
              <w:top w:w="80" w:type="dxa"/>
              <w:left w:w="80" w:type="dxa"/>
              <w:bottom w:w="80" w:type="dxa"/>
              <w:right w:w="80" w:type="dxa"/>
            </w:tcMar>
            <w:vAlign w:val="center"/>
          </w:tcPr>
          <w:p w14:paraId="622B232C" w14:textId="77777777" w:rsidR="000B67B3" w:rsidRPr="00F51F43" w:rsidRDefault="000B67B3" w:rsidP="00251ABD">
            <w:pPr>
              <w:spacing w:after="0" w:line="240" w:lineRule="auto"/>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2BF14C1E" w14:textId="77777777" w:rsidR="000B67B3" w:rsidRPr="00F51F43" w:rsidRDefault="000B67B3" w:rsidP="00251ABD">
            <w:pPr>
              <w:spacing w:after="0" w:line="240" w:lineRule="auto"/>
              <w:rPr>
                <w:noProof/>
                <w:sz w:val="20"/>
                <w:szCs w:val="20"/>
              </w:rPr>
            </w:pPr>
            <w:r w:rsidRPr="00F51F43">
              <w:rPr>
                <w:noProof/>
                <w:sz w:val="20"/>
                <w:szCs w:val="20"/>
              </w:rPr>
              <w:t>Vesele rode</w:t>
            </w:r>
          </w:p>
        </w:tc>
        <w:tc>
          <w:tcPr>
            <w:tcW w:w="2126" w:type="dxa"/>
            <w:tcMar>
              <w:top w:w="80" w:type="dxa"/>
              <w:left w:w="80" w:type="dxa"/>
              <w:bottom w:w="80" w:type="dxa"/>
              <w:right w:w="80" w:type="dxa"/>
            </w:tcMar>
            <w:vAlign w:val="center"/>
          </w:tcPr>
          <w:p w14:paraId="6301DB69" w14:textId="77777777" w:rsidR="000B67B3" w:rsidRPr="00F51F43" w:rsidRDefault="000B67B3" w:rsidP="00251ABD">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594B340B"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7D2C8F47" w14:textId="77777777" w:rsidTr="000B67B3">
        <w:trPr>
          <w:cantSplit/>
          <w:jc w:val="center"/>
        </w:trPr>
        <w:tc>
          <w:tcPr>
            <w:tcW w:w="992" w:type="dxa"/>
            <w:tcMar>
              <w:top w:w="80" w:type="dxa"/>
              <w:left w:w="80" w:type="dxa"/>
              <w:bottom w:w="80" w:type="dxa"/>
              <w:right w:w="80" w:type="dxa"/>
            </w:tcMar>
            <w:vAlign w:val="center"/>
          </w:tcPr>
          <w:p w14:paraId="056FC6C3" w14:textId="77777777" w:rsidR="000B67B3" w:rsidRPr="00F51F43" w:rsidRDefault="000B67B3" w:rsidP="00251ABD">
            <w:pPr>
              <w:spacing w:after="0" w:line="240" w:lineRule="auto"/>
              <w:rPr>
                <w:noProof/>
                <w:sz w:val="20"/>
                <w:szCs w:val="20"/>
              </w:rPr>
            </w:pPr>
            <w:r w:rsidRPr="00F51F43">
              <w:rPr>
                <w:noProof/>
                <w:sz w:val="20"/>
                <w:szCs w:val="20"/>
              </w:rPr>
              <w:t>13.</w:t>
            </w:r>
          </w:p>
        </w:tc>
        <w:tc>
          <w:tcPr>
            <w:tcW w:w="1640" w:type="dxa"/>
            <w:tcMar>
              <w:top w:w="80" w:type="dxa"/>
              <w:left w:w="80" w:type="dxa"/>
              <w:bottom w:w="80" w:type="dxa"/>
              <w:right w:w="80" w:type="dxa"/>
            </w:tcMar>
            <w:vAlign w:val="center"/>
          </w:tcPr>
          <w:p w14:paraId="2C28CD48" w14:textId="77777777" w:rsidR="000B67B3" w:rsidRPr="00F51F43" w:rsidRDefault="000B67B3" w:rsidP="00251ABD">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3457FD9A" w14:textId="77777777" w:rsidR="000B67B3" w:rsidRPr="00F51F43" w:rsidRDefault="000B67B3" w:rsidP="00251ABD">
            <w:pPr>
              <w:spacing w:after="0" w:line="240" w:lineRule="auto"/>
              <w:rPr>
                <w:noProof/>
                <w:sz w:val="20"/>
                <w:szCs w:val="20"/>
              </w:rPr>
            </w:pPr>
            <w:r w:rsidRPr="00F51F43">
              <w:rPr>
                <w:noProof/>
                <w:sz w:val="20"/>
                <w:szCs w:val="20"/>
              </w:rPr>
              <w:t>ožujak</w:t>
            </w:r>
          </w:p>
        </w:tc>
        <w:tc>
          <w:tcPr>
            <w:tcW w:w="992" w:type="dxa"/>
            <w:tcMar>
              <w:top w:w="80" w:type="dxa"/>
              <w:left w:w="80" w:type="dxa"/>
              <w:bottom w:w="80" w:type="dxa"/>
              <w:right w:w="80" w:type="dxa"/>
            </w:tcMar>
            <w:vAlign w:val="center"/>
          </w:tcPr>
          <w:p w14:paraId="2EA8CA7F" w14:textId="77777777" w:rsidR="000B67B3" w:rsidRPr="00F51F43" w:rsidRDefault="000B67B3" w:rsidP="00251ABD">
            <w:pPr>
              <w:spacing w:after="0" w:line="240" w:lineRule="auto"/>
              <w:rPr>
                <w:noProof/>
                <w:sz w:val="20"/>
                <w:szCs w:val="20"/>
              </w:rPr>
            </w:pPr>
            <w:r w:rsidRPr="00F51F43">
              <w:rPr>
                <w:noProof/>
                <w:sz w:val="20"/>
                <w:szCs w:val="20"/>
              </w:rPr>
              <w:t>13</w:t>
            </w:r>
          </w:p>
        </w:tc>
        <w:tc>
          <w:tcPr>
            <w:tcW w:w="1134" w:type="dxa"/>
            <w:tcMar>
              <w:top w:w="80" w:type="dxa"/>
              <w:left w:w="80" w:type="dxa"/>
              <w:bottom w:w="80" w:type="dxa"/>
              <w:right w:w="80" w:type="dxa"/>
            </w:tcMar>
            <w:vAlign w:val="center"/>
          </w:tcPr>
          <w:p w14:paraId="1C6D43E7" w14:textId="77777777" w:rsidR="000B67B3" w:rsidRPr="00F51F43" w:rsidRDefault="000B67B3" w:rsidP="00251ABD">
            <w:pPr>
              <w:spacing w:after="0" w:line="240" w:lineRule="auto"/>
              <w:rPr>
                <w:noProof/>
                <w:sz w:val="20"/>
                <w:szCs w:val="20"/>
              </w:rPr>
            </w:pPr>
            <w:r w:rsidRPr="00F51F43">
              <w:rPr>
                <w:noProof/>
                <w:sz w:val="20"/>
                <w:szCs w:val="20"/>
              </w:rPr>
              <w:t>Vesele rode</w:t>
            </w:r>
          </w:p>
        </w:tc>
        <w:tc>
          <w:tcPr>
            <w:tcW w:w="2126" w:type="dxa"/>
            <w:tcMar>
              <w:top w:w="80" w:type="dxa"/>
              <w:left w:w="80" w:type="dxa"/>
              <w:bottom w:w="80" w:type="dxa"/>
              <w:right w:w="80" w:type="dxa"/>
            </w:tcMar>
            <w:vAlign w:val="center"/>
          </w:tcPr>
          <w:p w14:paraId="26D2BFA0" w14:textId="77777777" w:rsidR="000B67B3" w:rsidRPr="00F51F43" w:rsidRDefault="000B67B3" w:rsidP="00251ABD">
            <w:pPr>
              <w:spacing w:after="0" w:line="240" w:lineRule="auto"/>
              <w:rPr>
                <w:noProof/>
                <w:sz w:val="20"/>
                <w:szCs w:val="20"/>
              </w:rPr>
            </w:pPr>
            <w:r w:rsidRPr="00F51F43">
              <w:rPr>
                <w:noProof/>
                <w:sz w:val="20"/>
                <w:szCs w:val="20"/>
              </w:rPr>
              <w:t>Produkcija Z</w:t>
            </w:r>
          </w:p>
        </w:tc>
        <w:tc>
          <w:tcPr>
            <w:tcW w:w="4454" w:type="dxa"/>
            <w:tcMar>
              <w:top w:w="80" w:type="dxa"/>
              <w:left w:w="80" w:type="dxa"/>
              <w:bottom w:w="80" w:type="dxa"/>
              <w:right w:w="80" w:type="dxa"/>
            </w:tcMar>
            <w:vAlign w:val="center"/>
          </w:tcPr>
          <w:p w14:paraId="7E0E1445" w14:textId="77777777" w:rsidR="000B67B3" w:rsidRPr="00F51F43" w:rsidRDefault="000B67B3" w:rsidP="00251ABD">
            <w:pPr>
              <w:spacing w:after="0" w:line="240" w:lineRule="auto"/>
              <w:rPr>
                <w:noProof/>
                <w:sz w:val="20"/>
                <w:szCs w:val="20"/>
              </w:rPr>
            </w:pPr>
            <w:r w:rsidRPr="00F51F43">
              <w:rPr>
                <w:noProof/>
                <w:sz w:val="20"/>
                <w:szCs w:val="20"/>
              </w:rPr>
              <w:t>reakcije djece, izjave djece, fotodokumentacija</w:t>
            </w:r>
          </w:p>
        </w:tc>
      </w:tr>
      <w:tr w:rsidR="000B67B3" w:rsidRPr="00F51F43" w14:paraId="2C2C703F" w14:textId="77777777" w:rsidTr="000B67B3">
        <w:trPr>
          <w:cantSplit/>
          <w:jc w:val="center"/>
        </w:trPr>
        <w:tc>
          <w:tcPr>
            <w:tcW w:w="992" w:type="dxa"/>
            <w:tcMar>
              <w:top w:w="80" w:type="dxa"/>
              <w:left w:w="80" w:type="dxa"/>
              <w:bottom w:w="80" w:type="dxa"/>
              <w:right w:w="80" w:type="dxa"/>
            </w:tcMar>
            <w:vAlign w:val="center"/>
          </w:tcPr>
          <w:p w14:paraId="31818C82" w14:textId="77777777" w:rsidR="000B67B3" w:rsidRPr="00F51F43" w:rsidRDefault="000B67B3" w:rsidP="00251ABD">
            <w:pPr>
              <w:spacing w:after="0" w:line="240" w:lineRule="auto"/>
              <w:rPr>
                <w:noProof/>
                <w:sz w:val="20"/>
                <w:szCs w:val="20"/>
              </w:rPr>
            </w:pPr>
            <w:r w:rsidRPr="00F51F43">
              <w:rPr>
                <w:noProof/>
                <w:sz w:val="20"/>
                <w:szCs w:val="20"/>
              </w:rPr>
              <w:lastRenderedPageBreak/>
              <w:t>14.</w:t>
            </w:r>
          </w:p>
        </w:tc>
        <w:tc>
          <w:tcPr>
            <w:tcW w:w="1640" w:type="dxa"/>
            <w:tcMar>
              <w:top w:w="80" w:type="dxa"/>
              <w:left w:w="80" w:type="dxa"/>
              <w:bottom w:w="80" w:type="dxa"/>
              <w:right w:w="80" w:type="dxa"/>
            </w:tcMar>
            <w:vAlign w:val="center"/>
          </w:tcPr>
          <w:p w14:paraId="51F8187D" w14:textId="77777777" w:rsidR="000B67B3" w:rsidRPr="00F51F43" w:rsidRDefault="000B67B3" w:rsidP="00251ABD">
            <w:pPr>
              <w:spacing w:after="0" w:line="240" w:lineRule="auto"/>
              <w:rPr>
                <w:noProof/>
                <w:sz w:val="20"/>
                <w:szCs w:val="20"/>
              </w:rPr>
            </w:pPr>
            <w:r w:rsidRPr="00F51F43">
              <w:rPr>
                <w:noProof/>
                <w:sz w:val="20"/>
                <w:szCs w:val="20"/>
              </w:rPr>
              <w:t>park ili društveni dom</w:t>
            </w:r>
          </w:p>
        </w:tc>
        <w:tc>
          <w:tcPr>
            <w:tcW w:w="1363" w:type="dxa"/>
            <w:tcMar>
              <w:top w:w="80" w:type="dxa"/>
              <w:left w:w="80" w:type="dxa"/>
              <w:bottom w:w="80" w:type="dxa"/>
              <w:right w:w="80" w:type="dxa"/>
            </w:tcMar>
            <w:vAlign w:val="center"/>
          </w:tcPr>
          <w:p w14:paraId="35D05544" w14:textId="77777777" w:rsidR="000B67B3" w:rsidRPr="00F51F43" w:rsidRDefault="000B67B3" w:rsidP="00251ABD">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1463F416" w14:textId="77777777" w:rsidR="000B67B3" w:rsidRPr="00F51F43" w:rsidRDefault="000B67B3" w:rsidP="00251ABD">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5997B66C" w14:textId="77777777" w:rsidR="000B67B3" w:rsidRPr="00F51F43" w:rsidRDefault="000B67B3" w:rsidP="00251ABD">
            <w:pPr>
              <w:spacing w:after="0" w:line="240" w:lineRule="auto"/>
              <w:rPr>
                <w:noProof/>
                <w:sz w:val="20"/>
                <w:szCs w:val="20"/>
              </w:rPr>
            </w:pPr>
            <w:r w:rsidRPr="00F51F43">
              <w:rPr>
                <w:noProof/>
                <w:sz w:val="20"/>
                <w:szCs w:val="20"/>
              </w:rPr>
              <w:t>Zvjezdice</w:t>
            </w:r>
          </w:p>
        </w:tc>
        <w:tc>
          <w:tcPr>
            <w:tcW w:w="2126" w:type="dxa"/>
            <w:tcMar>
              <w:top w:w="80" w:type="dxa"/>
              <w:left w:w="80" w:type="dxa"/>
              <w:bottom w:w="80" w:type="dxa"/>
              <w:right w:w="80" w:type="dxa"/>
            </w:tcMar>
            <w:vAlign w:val="center"/>
          </w:tcPr>
          <w:p w14:paraId="2C3E438C" w14:textId="77777777" w:rsidR="000B67B3" w:rsidRPr="00F51F43" w:rsidRDefault="000B67B3" w:rsidP="00251ABD">
            <w:pPr>
              <w:spacing w:after="0" w:line="240" w:lineRule="auto"/>
              <w:rPr>
                <w:noProof/>
                <w:sz w:val="20"/>
                <w:szCs w:val="20"/>
              </w:rPr>
            </w:pPr>
            <w:r w:rsidRPr="00F51F43">
              <w:rPr>
                <w:noProof/>
                <w:sz w:val="20"/>
                <w:szCs w:val="20"/>
              </w:rPr>
              <w:t>Mađioničar</w:t>
            </w:r>
          </w:p>
        </w:tc>
        <w:tc>
          <w:tcPr>
            <w:tcW w:w="4454" w:type="dxa"/>
            <w:tcMar>
              <w:top w:w="80" w:type="dxa"/>
              <w:left w:w="80" w:type="dxa"/>
              <w:bottom w:w="80" w:type="dxa"/>
              <w:right w:w="80" w:type="dxa"/>
            </w:tcMar>
            <w:vAlign w:val="center"/>
          </w:tcPr>
          <w:p w14:paraId="6BB2246E" w14:textId="77777777" w:rsidR="000B67B3" w:rsidRPr="00F51F43" w:rsidRDefault="000B67B3" w:rsidP="00251ABD">
            <w:pPr>
              <w:spacing w:after="0" w:line="240" w:lineRule="auto"/>
              <w:rPr>
                <w:noProof/>
                <w:sz w:val="20"/>
                <w:szCs w:val="20"/>
              </w:rPr>
            </w:pPr>
            <w:r w:rsidRPr="00F51F43">
              <w:rPr>
                <w:noProof/>
                <w:sz w:val="20"/>
                <w:szCs w:val="20"/>
              </w:rPr>
              <w:t>reakcije djece, izjave djece, reakcije roditelja</w:t>
            </w:r>
          </w:p>
        </w:tc>
      </w:tr>
      <w:tr w:rsidR="000B67B3" w:rsidRPr="00F51F43" w14:paraId="44C825E3" w14:textId="77777777" w:rsidTr="000B67B3">
        <w:trPr>
          <w:cantSplit/>
          <w:jc w:val="center"/>
        </w:trPr>
        <w:tc>
          <w:tcPr>
            <w:tcW w:w="992" w:type="dxa"/>
            <w:tcMar>
              <w:top w:w="80" w:type="dxa"/>
              <w:left w:w="80" w:type="dxa"/>
              <w:bottom w:w="80" w:type="dxa"/>
              <w:right w:w="80" w:type="dxa"/>
            </w:tcMar>
            <w:vAlign w:val="center"/>
          </w:tcPr>
          <w:p w14:paraId="3FDAE419" w14:textId="77777777" w:rsidR="000B67B3" w:rsidRPr="00F51F43" w:rsidRDefault="000B67B3" w:rsidP="000B67B3">
            <w:pPr>
              <w:spacing w:after="0" w:line="240" w:lineRule="auto"/>
              <w:rPr>
                <w:noProof/>
                <w:sz w:val="20"/>
                <w:szCs w:val="20"/>
              </w:rPr>
            </w:pPr>
            <w:r w:rsidRPr="00F51F43">
              <w:rPr>
                <w:noProof/>
                <w:sz w:val="20"/>
                <w:szCs w:val="20"/>
              </w:rPr>
              <w:t>15.</w:t>
            </w:r>
          </w:p>
        </w:tc>
        <w:tc>
          <w:tcPr>
            <w:tcW w:w="1640" w:type="dxa"/>
            <w:tcMar>
              <w:top w:w="80" w:type="dxa"/>
              <w:left w:w="80" w:type="dxa"/>
              <w:bottom w:w="80" w:type="dxa"/>
              <w:right w:w="80" w:type="dxa"/>
            </w:tcMar>
            <w:vAlign w:val="center"/>
          </w:tcPr>
          <w:p w14:paraId="4B6D6A4C"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3F93CFEF" w14:textId="77777777" w:rsidR="000B67B3" w:rsidRPr="00F51F43" w:rsidRDefault="000B67B3" w:rsidP="000B67B3">
            <w:pPr>
              <w:spacing w:after="0" w:line="240" w:lineRule="auto"/>
              <w:rPr>
                <w:noProof/>
                <w:sz w:val="20"/>
                <w:szCs w:val="20"/>
              </w:rPr>
            </w:pPr>
            <w:r w:rsidRPr="00F51F43">
              <w:rPr>
                <w:noProof/>
                <w:sz w:val="20"/>
                <w:szCs w:val="20"/>
              </w:rPr>
              <w:t>prosinac</w:t>
            </w:r>
          </w:p>
        </w:tc>
        <w:tc>
          <w:tcPr>
            <w:tcW w:w="992" w:type="dxa"/>
            <w:tcMar>
              <w:top w:w="80" w:type="dxa"/>
              <w:left w:w="80" w:type="dxa"/>
              <w:bottom w:w="80" w:type="dxa"/>
              <w:right w:w="80" w:type="dxa"/>
            </w:tcMar>
            <w:vAlign w:val="center"/>
          </w:tcPr>
          <w:p w14:paraId="249CD400"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2F7DC51D" w14:textId="77777777" w:rsidR="000B67B3" w:rsidRPr="00F51F43" w:rsidRDefault="000B67B3" w:rsidP="000B67B3">
            <w:pPr>
              <w:spacing w:after="0" w:line="240" w:lineRule="auto"/>
              <w:rPr>
                <w:noProof/>
                <w:sz w:val="20"/>
                <w:szCs w:val="20"/>
              </w:rPr>
            </w:pPr>
            <w:r w:rsidRPr="00F51F43">
              <w:rPr>
                <w:noProof/>
                <w:sz w:val="20"/>
                <w:szCs w:val="20"/>
              </w:rPr>
              <w:t>Zvjezdice</w:t>
            </w:r>
          </w:p>
        </w:tc>
        <w:tc>
          <w:tcPr>
            <w:tcW w:w="2126" w:type="dxa"/>
            <w:tcMar>
              <w:top w:w="80" w:type="dxa"/>
              <w:left w:w="80" w:type="dxa"/>
              <w:bottom w:w="80" w:type="dxa"/>
              <w:right w:w="80" w:type="dxa"/>
            </w:tcMar>
            <w:vAlign w:val="center"/>
          </w:tcPr>
          <w:p w14:paraId="06FFBD75" w14:textId="77777777" w:rsidR="000B67B3" w:rsidRPr="00F51F43" w:rsidRDefault="000B67B3" w:rsidP="000B67B3">
            <w:pPr>
              <w:spacing w:after="0" w:line="240" w:lineRule="auto"/>
              <w:rPr>
                <w:noProof/>
                <w:sz w:val="20"/>
                <w:szCs w:val="20"/>
              </w:rPr>
            </w:pPr>
            <w:r w:rsidRPr="00F51F43">
              <w:rPr>
                <w:noProof/>
                <w:sz w:val="20"/>
                <w:szCs w:val="20"/>
              </w:rPr>
              <w:t>odgojiteljice vrtića</w:t>
            </w:r>
          </w:p>
        </w:tc>
        <w:tc>
          <w:tcPr>
            <w:tcW w:w="4454" w:type="dxa"/>
            <w:tcMar>
              <w:top w:w="80" w:type="dxa"/>
              <w:left w:w="80" w:type="dxa"/>
              <w:bottom w:w="80" w:type="dxa"/>
              <w:right w:w="80" w:type="dxa"/>
            </w:tcMar>
            <w:vAlign w:val="center"/>
          </w:tcPr>
          <w:p w14:paraId="1C13F5C4" w14:textId="77777777" w:rsidR="000B67B3" w:rsidRPr="00F51F43" w:rsidRDefault="000B67B3" w:rsidP="000B67B3">
            <w:pPr>
              <w:spacing w:after="0" w:line="240" w:lineRule="auto"/>
              <w:rPr>
                <w:noProof/>
                <w:sz w:val="20"/>
                <w:szCs w:val="20"/>
              </w:rPr>
            </w:pPr>
            <w:r w:rsidRPr="00F51F43">
              <w:rPr>
                <w:noProof/>
                <w:sz w:val="20"/>
                <w:szCs w:val="20"/>
              </w:rPr>
              <w:t>reakcije djece, izjave djece, reakcije roditelja</w:t>
            </w:r>
          </w:p>
        </w:tc>
      </w:tr>
      <w:tr w:rsidR="000B67B3" w:rsidRPr="00F51F43" w14:paraId="10BEB623" w14:textId="77777777" w:rsidTr="000B67B3">
        <w:trPr>
          <w:cantSplit/>
          <w:jc w:val="center"/>
        </w:trPr>
        <w:tc>
          <w:tcPr>
            <w:tcW w:w="992" w:type="dxa"/>
            <w:tcMar>
              <w:top w:w="80" w:type="dxa"/>
              <w:left w:w="80" w:type="dxa"/>
              <w:bottom w:w="80" w:type="dxa"/>
              <w:right w:w="80" w:type="dxa"/>
            </w:tcMar>
            <w:vAlign w:val="center"/>
          </w:tcPr>
          <w:p w14:paraId="4D624C75" w14:textId="77777777" w:rsidR="000B67B3" w:rsidRPr="00F51F43" w:rsidRDefault="000B67B3" w:rsidP="000B67B3">
            <w:pPr>
              <w:spacing w:after="0" w:line="240" w:lineRule="auto"/>
              <w:rPr>
                <w:noProof/>
                <w:sz w:val="20"/>
                <w:szCs w:val="20"/>
              </w:rPr>
            </w:pPr>
            <w:r w:rsidRPr="00F51F43">
              <w:rPr>
                <w:noProof/>
                <w:sz w:val="20"/>
                <w:szCs w:val="20"/>
              </w:rPr>
              <w:t>16.</w:t>
            </w:r>
          </w:p>
        </w:tc>
        <w:tc>
          <w:tcPr>
            <w:tcW w:w="1640" w:type="dxa"/>
            <w:tcMar>
              <w:top w:w="80" w:type="dxa"/>
              <w:left w:w="80" w:type="dxa"/>
              <w:bottom w:w="80" w:type="dxa"/>
              <w:right w:w="80" w:type="dxa"/>
            </w:tcMar>
            <w:vAlign w:val="center"/>
          </w:tcPr>
          <w:p w14:paraId="4F1BF9EC"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7F4FAF44" w14:textId="77777777" w:rsidR="000B67B3" w:rsidRPr="00F51F43" w:rsidRDefault="000B67B3" w:rsidP="000B67B3">
            <w:pPr>
              <w:spacing w:after="0" w:line="240" w:lineRule="auto"/>
              <w:rPr>
                <w:noProof/>
                <w:sz w:val="20"/>
                <w:szCs w:val="20"/>
              </w:rPr>
            </w:pPr>
            <w:r w:rsidRPr="00F51F43">
              <w:rPr>
                <w:noProof/>
                <w:sz w:val="20"/>
                <w:szCs w:val="20"/>
              </w:rPr>
              <w:t>veljača</w:t>
            </w:r>
          </w:p>
        </w:tc>
        <w:tc>
          <w:tcPr>
            <w:tcW w:w="992" w:type="dxa"/>
            <w:tcMar>
              <w:top w:w="80" w:type="dxa"/>
              <w:left w:w="80" w:type="dxa"/>
              <w:bottom w:w="80" w:type="dxa"/>
              <w:right w:w="80" w:type="dxa"/>
            </w:tcMar>
            <w:vAlign w:val="center"/>
          </w:tcPr>
          <w:p w14:paraId="2F03D06B"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405F7781" w14:textId="77777777" w:rsidR="000B67B3" w:rsidRPr="00F51F43" w:rsidRDefault="000B67B3" w:rsidP="000B67B3">
            <w:pPr>
              <w:spacing w:after="0" w:line="240" w:lineRule="auto"/>
              <w:rPr>
                <w:noProof/>
                <w:sz w:val="20"/>
                <w:szCs w:val="20"/>
              </w:rPr>
            </w:pPr>
            <w:r w:rsidRPr="00F51F43">
              <w:rPr>
                <w:noProof/>
                <w:sz w:val="20"/>
                <w:szCs w:val="20"/>
              </w:rPr>
              <w:t>Zvjezdice</w:t>
            </w:r>
          </w:p>
        </w:tc>
        <w:tc>
          <w:tcPr>
            <w:tcW w:w="2126" w:type="dxa"/>
            <w:tcMar>
              <w:top w:w="80" w:type="dxa"/>
              <w:left w:w="80" w:type="dxa"/>
              <w:bottom w:w="80" w:type="dxa"/>
              <w:right w:w="80" w:type="dxa"/>
            </w:tcMar>
            <w:vAlign w:val="center"/>
          </w:tcPr>
          <w:p w14:paraId="29787984"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0DDA74C7" w14:textId="77777777" w:rsidR="000B67B3" w:rsidRPr="00F51F43" w:rsidRDefault="000B67B3" w:rsidP="000B67B3">
            <w:pPr>
              <w:spacing w:after="0" w:line="240" w:lineRule="auto"/>
              <w:rPr>
                <w:noProof/>
                <w:sz w:val="20"/>
                <w:szCs w:val="20"/>
              </w:rPr>
            </w:pPr>
            <w:r w:rsidRPr="00F51F43">
              <w:rPr>
                <w:noProof/>
                <w:sz w:val="20"/>
                <w:szCs w:val="20"/>
              </w:rPr>
              <w:t>reakcije djece, izjave djece, reakcije roditelja</w:t>
            </w:r>
          </w:p>
        </w:tc>
      </w:tr>
      <w:tr w:rsidR="000B67B3" w:rsidRPr="00F51F43" w14:paraId="7A5B63C5" w14:textId="77777777" w:rsidTr="000B67B3">
        <w:trPr>
          <w:cantSplit/>
          <w:jc w:val="center"/>
        </w:trPr>
        <w:tc>
          <w:tcPr>
            <w:tcW w:w="992" w:type="dxa"/>
            <w:tcMar>
              <w:top w:w="80" w:type="dxa"/>
              <w:left w:w="80" w:type="dxa"/>
              <w:bottom w:w="80" w:type="dxa"/>
              <w:right w:w="80" w:type="dxa"/>
            </w:tcMar>
            <w:vAlign w:val="center"/>
          </w:tcPr>
          <w:p w14:paraId="7F5E06E5" w14:textId="77777777" w:rsidR="000B67B3" w:rsidRPr="00F51F43" w:rsidRDefault="000B67B3" w:rsidP="000B67B3">
            <w:pPr>
              <w:spacing w:after="0" w:line="240" w:lineRule="auto"/>
              <w:rPr>
                <w:noProof/>
                <w:sz w:val="20"/>
                <w:szCs w:val="20"/>
              </w:rPr>
            </w:pPr>
            <w:r w:rsidRPr="00F51F43">
              <w:rPr>
                <w:noProof/>
                <w:sz w:val="20"/>
                <w:szCs w:val="20"/>
              </w:rPr>
              <w:t>17.</w:t>
            </w:r>
          </w:p>
        </w:tc>
        <w:tc>
          <w:tcPr>
            <w:tcW w:w="1640" w:type="dxa"/>
            <w:tcMar>
              <w:top w:w="80" w:type="dxa"/>
              <w:left w:w="80" w:type="dxa"/>
              <w:bottom w:w="80" w:type="dxa"/>
              <w:right w:w="80" w:type="dxa"/>
            </w:tcMar>
            <w:vAlign w:val="center"/>
          </w:tcPr>
          <w:p w14:paraId="553B8982"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6817260D" w14:textId="77777777" w:rsidR="000B67B3" w:rsidRPr="00F51F43" w:rsidRDefault="000B67B3" w:rsidP="000B67B3">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5B1BBB27" w14:textId="77777777" w:rsidR="000B67B3" w:rsidRPr="00F51F43" w:rsidRDefault="000B67B3" w:rsidP="000B67B3">
            <w:pPr>
              <w:spacing w:after="0" w:line="240" w:lineRule="auto"/>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51E7BFBA" w14:textId="77777777" w:rsidR="000B67B3" w:rsidRPr="00F51F43" w:rsidRDefault="000B67B3" w:rsidP="000B67B3">
            <w:pPr>
              <w:spacing w:after="0" w:line="240" w:lineRule="auto"/>
              <w:rPr>
                <w:noProof/>
                <w:sz w:val="20"/>
                <w:szCs w:val="20"/>
              </w:rPr>
            </w:pPr>
            <w:r w:rsidRPr="00F51F43">
              <w:rPr>
                <w:noProof/>
                <w:sz w:val="20"/>
                <w:szCs w:val="20"/>
              </w:rPr>
              <w:t>Zvončić</w:t>
            </w:r>
          </w:p>
        </w:tc>
        <w:tc>
          <w:tcPr>
            <w:tcW w:w="2126" w:type="dxa"/>
            <w:tcMar>
              <w:top w:w="80" w:type="dxa"/>
              <w:left w:w="80" w:type="dxa"/>
              <w:bottom w:w="80" w:type="dxa"/>
              <w:right w:w="80" w:type="dxa"/>
            </w:tcMar>
            <w:vAlign w:val="center"/>
          </w:tcPr>
          <w:p w14:paraId="42B32660" w14:textId="77777777" w:rsidR="000B67B3" w:rsidRPr="00F51F43" w:rsidRDefault="000B67B3" w:rsidP="000B67B3">
            <w:pPr>
              <w:spacing w:after="0" w:line="240" w:lineRule="auto"/>
              <w:rPr>
                <w:noProof/>
                <w:sz w:val="20"/>
                <w:szCs w:val="20"/>
              </w:rPr>
            </w:pPr>
            <w:r w:rsidRPr="00F51F43">
              <w:rPr>
                <w:noProof/>
                <w:sz w:val="20"/>
                <w:szCs w:val="20"/>
              </w:rPr>
              <w:t>Mađioničar</w:t>
            </w:r>
          </w:p>
        </w:tc>
        <w:tc>
          <w:tcPr>
            <w:tcW w:w="4454" w:type="dxa"/>
            <w:tcMar>
              <w:top w:w="80" w:type="dxa"/>
              <w:left w:w="80" w:type="dxa"/>
              <w:bottom w:w="80" w:type="dxa"/>
              <w:right w:w="80" w:type="dxa"/>
            </w:tcMar>
            <w:vAlign w:val="center"/>
          </w:tcPr>
          <w:p w14:paraId="6DD4089D" w14:textId="77777777" w:rsidR="000B67B3" w:rsidRPr="00F51F43" w:rsidRDefault="000B67B3" w:rsidP="000B67B3">
            <w:pPr>
              <w:spacing w:after="0" w:line="240" w:lineRule="auto"/>
              <w:rPr>
                <w:noProof/>
                <w:sz w:val="20"/>
                <w:szCs w:val="20"/>
              </w:rPr>
            </w:pPr>
            <w:r w:rsidRPr="00F51F43">
              <w:rPr>
                <w:noProof/>
                <w:sz w:val="20"/>
                <w:szCs w:val="20"/>
              </w:rPr>
              <w:t>reakcije djece, izjave djece, reakcije roditelja, reakcije suradnika</w:t>
            </w:r>
          </w:p>
        </w:tc>
      </w:tr>
      <w:tr w:rsidR="000B67B3" w:rsidRPr="00F51F43" w14:paraId="184AF4B9" w14:textId="77777777" w:rsidTr="000B67B3">
        <w:trPr>
          <w:cantSplit/>
          <w:jc w:val="center"/>
        </w:trPr>
        <w:tc>
          <w:tcPr>
            <w:tcW w:w="992" w:type="dxa"/>
            <w:tcMar>
              <w:top w:w="80" w:type="dxa"/>
              <w:left w:w="80" w:type="dxa"/>
              <w:bottom w:w="80" w:type="dxa"/>
              <w:right w:w="80" w:type="dxa"/>
            </w:tcMar>
            <w:vAlign w:val="center"/>
          </w:tcPr>
          <w:p w14:paraId="1F0F7CC5" w14:textId="77777777" w:rsidR="000B67B3" w:rsidRPr="00F51F43" w:rsidRDefault="000B67B3" w:rsidP="00251ABD">
            <w:pPr>
              <w:spacing w:after="0" w:line="240" w:lineRule="auto"/>
              <w:rPr>
                <w:noProof/>
                <w:sz w:val="20"/>
                <w:szCs w:val="20"/>
              </w:rPr>
            </w:pPr>
            <w:r w:rsidRPr="00F51F43">
              <w:rPr>
                <w:noProof/>
                <w:sz w:val="20"/>
                <w:szCs w:val="20"/>
              </w:rPr>
              <w:t>18.</w:t>
            </w:r>
          </w:p>
        </w:tc>
        <w:tc>
          <w:tcPr>
            <w:tcW w:w="1640" w:type="dxa"/>
            <w:tcMar>
              <w:top w:w="80" w:type="dxa"/>
              <w:left w:w="80" w:type="dxa"/>
              <w:bottom w:w="80" w:type="dxa"/>
              <w:right w:w="80" w:type="dxa"/>
            </w:tcMar>
            <w:vAlign w:val="center"/>
          </w:tcPr>
          <w:p w14:paraId="30326351" w14:textId="77777777" w:rsidR="000B67B3" w:rsidRPr="00F51F43" w:rsidRDefault="000B67B3" w:rsidP="00251ABD">
            <w:pPr>
              <w:spacing w:after="0" w:line="240" w:lineRule="auto"/>
              <w:rPr>
                <w:noProof/>
                <w:sz w:val="20"/>
                <w:szCs w:val="20"/>
              </w:rPr>
            </w:pPr>
            <w:r w:rsidRPr="00F51F43">
              <w:rPr>
                <w:noProof/>
                <w:sz w:val="20"/>
                <w:szCs w:val="20"/>
              </w:rPr>
              <w:t>Kino Velebit</w:t>
            </w:r>
          </w:p>
        </w:tc>
        <w:tc>
          <w:tcPr>
            <w:tcW w:w="1363" w:type="dxa"/>
            <w:tcMar>
              <w:top w:w="80" w:type="dxa"/>
              <w:left w:w="80" w:type="dxa"/>
              <w:bottom w:w="80" w:type="dxa"/>
              <w:right w:w="80" w:type="dxa"/>
            </w:tcMar>
            <w:vAlign w:val="center"/>
          </w:tcPr>
          <w:p w14:paraId="1818D46C" w14:textId="77777777" w:rsidR="000B67B3" w:rsidRPr="00F51F43" w:rsidRDefault="000B67B3" w:rsidP="00251ABD">
            <w:pPr>
              <w:spacing w:after="0" w:line="240" w:lineRule="auto"/>
              <w:rPr>
                <w:noProof/>
                <w:sz w:val="20"/>
                <w:szCs w:val="20"/>
              </w:rPr>
            </w:pPr>
            <w:r w:rsidRPr="00F51F43">
              <w:rPr>
                <w:noProof/>
                <w:sz w:val="20"/>
                <w:szCs w:val="20"/>
              </w:rPr>
              <w:t>listopad, travanj</w:t>
            </w:r>
          </w:p>
        </w:tc>
        <w:tc>
          <w:tcPr>
            <w:tcW w:w="992" w:type="dxa"/>
            <w:tcMar>
              <w:top w:w="80" w:type="dxa"/>
              <w:left w:w="80" w:type="dxa"/>
              <w:bottom w:w="80" w:type="dxa"/>
              <w:right w:w="80" w:type="dxa"/>
            </w:tcMar>
            <w:vAlign w:val="center"/>
          </w:tcPr>
          <w:p w14:paraId="0B99FD58" w14:textId="77777777" w:rsidR="000B67B3" w:rsidRPr="00F51F43" w:rsidRDefault="000B67B3" w:rsidP="00251ABD">
            <w:pPr>
              <w:spacing w:after="0" w:line="240" w:lineRule="auto"/>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2D98BEBC" w14:textId="77777777" w:rsidR="000B67B3" w:rsidRPr="00F51F43" w:rsidRDefault="000B67B3" w:rsidP="00251ABD">
            <w:pPr>
              <w:spacing w:after="0" w:line="240" w:lineRule="auto"/>
              <w:rPr>
                <w:noProof/>
                <w:sz w:val="20"/>
                <w:szCs w:val="20"/>
              </w:rPr>
            </w:pPr>
            <w:r w:rsidRPr="00F51F43">
              <w:rPr>
                <w:noProof/>
                <w:sz w:val="20"/>
                <w:szCs w:val="20"/>
              </w:rPr>
              <w:t>Zvončić</w:t>
            </w:r>
          </w:p>
        </w:tc>
        <w:tc>
          <w:tcPr>
            <w:tcW w:w="2126" w:type="dxa"/>
            <w:tcMar>
              <w:top w:w="80" w:type="dxa"/>
              <w:left w:w="80" w:type="dxa"/>
              <w:bottom w:w="80" w:type="dxa"/>
              <w:right w:w="80" w:type="dxa"/>
            </w:tcMar>
            <w:vAlign w:val="center"/>
          </w:tcPr>
          <w:p w14:paraId="57D9FAC0" w14:textId="77777777" w:rsidR="000B67B3" w:rsidRPr="00F51F43" w:rsidRDefault="000B67B3" w:rsidP="00251ABD">
            <w:pPr>
              <w:spacing w:after="0" w:line="240" w:lineRule="auto"/>
              <w:rPr>
                <w:noProof/>
                <w:sz w:val="20"/>
                <w:szCs w:val="20"/>
              </w:rPr>
            </w:pPr>
            <w:r w:rsidRPr="00F51F43">
              <w:rPr>
                <w:noProof/>
                <w:sz w:val="20"/>
                <w:szCs w:val="20"/>
              </w:rPr>
              <w:t>Kino Velebit</w:t>
            </w:r>
          </w:p>
        </w:tc>
        <w:tc>
          <w:tcPr>
            <w:tcW w:w="4454" w:type="dxa"/>
            <w:tcMar>
              <w:top w:w="80" w:type="dxa"/>
              <w:left w:w="80" w:type="dxa"/>
              <w:bottom w:w="80" w:type="dxa"/>
              <w:right w:w="80" w:type="dxa"/>
            </w:tcMar>
            <w:vAlign w:val="center"/>
          </w:tcPr>
          <w:p w14:paraId="60758A63" w14:textId="77777777" w:rsidR="000B67B3" w:rsidRPr="00F51F43" w:rsidRDefault="000B67B3" w:rsidP="00251ABD">
            <w:pPr>
              <w:spacing w:after="0" w:line="240" w:lineRule="auto"/>
              <w:rPr>
                <w:noProof/>
                <w:sz w:val="20"/>
                <w:szCs w:val="20"/>
              </w:rPr>
            </w:pPr>
            <w:r w:rsidRPr="00F51F43">
              <w:rPr>
                <w:noProof/>
                <w:sz w:val="20"/>
                <w:szCs w:val="20"/>
              </w:rPr>
              <w:t>reakcije djece, izjave djece, reakcije roditelja</w:t>
            </w:r>
          </w:p>
        </w:tc>
      </w:tr>
      <w:tr w:rsidR="000B67B3" w:rsidRPr="00F51F43" w14:paraId="1F1B6361" w14:textId="77777777" w:rsidTr="000B67B3">
        <w:trPr>
          <w:cantSplit/>
          <w:jc w:val="center"/>
        </w:trPr>
        <w:tc>
          <w:tcPr>
            <w:tcW w:w="992" w:type="dxa"/>
            <w:tcMar>
              <w:top w:w="80" w:type="dxa"/>
              <w:left w:w="80" w:type="dxa"/>
              <w:bottom w:w="80" w:type="dxa"/>
              <w:right w:w="80" w:type="dxa"/>
            </w:tcMar>
            <w:vAlign w:val="center"/>
          </w:tcPr>
          <w:p w14:paraId="0E9B213F" w14:textId="77777777" w:rsidR="000B67B3" w:rsidRPr="00F51F43" w:rsidRDefault="000B67B3" w:rsidP="00251ABD">
            <w:pPr>
              <w:spacing w:after="0" w:line="240" w:lineRule="auto"/>
              <w:rPr>
                <w:noProof/>
                <w:sz w:val="20"/>
                <w:szCs w:val="20"/>
              </w:rPr>
            </w:pPr>
            <w:r w:rsidRPr="00F51F43">
              <w:rPr>
                <w:noProof/>
                <w:sz w:val="20"/>
                <w:szCs w:val="20"/>
              </w:rPr>
              <w:t>19.</w:t>
            </w:r>
          </w:p>
        </w:tc>
        <w:tc>
          <w:tcPr>
            <w:tcW w:w="1640" w:type="dxa"/>
            <w:tcMar>
              <w:top w:w="80" w:type="dxa"/>
              <w:left w:w="80" w:type="dxa"/>
              <w:bottom w:w="80" w:type="dxa"/>
              <w:right w:w="80" w:type="dxa"/>
            </w:tcMar>
            <w:vAlign w:val="center"/>
          </w:tcPr>
          <w:p w14:paraId="70571EAA" w14:textId="77777777" w:rsidR="000B67B3" w:rsidRPr="00F51F43" w:rsidRDefault="000B67B3" w:rsidP="00251ABD">
            <w:pPr>
              <w:spacing w:after="0" w:line="240" w:lineRule="auto"/>
              <w:rPr>
                <w:noProof/>
                <w:sz w:val="20"/>
                <w:szCs w:val="20"/>
              </w:rPr>
            </w:pPr>
            <w:r w:rsidRPr="00F51F43">
              <w:rPr>
                <w:noProof/>
                <w:sz w:val="20"/>
                <w:szCs w:val="20"/>
              </w:rPr>
              <w:t>Domoljub</w:t>
            </w:r>
          </w:p>
        </w:tc>
        <w:tc>
          <w:tcPr>
            <w:tcW w:w="1363" w:type="dxa"/>
            <w:tcMar>
              <w:top w:w="80" w:type="dxa"/>
              <w:left w:w="80" w:type="dxa"/>
              <w:bottom w:w="80" w:type="dxa"/>
              <w:right w:w="80" w:type="dxa"/>
            </w:tcMar>
            <w:vAlign w:val="center"/>
          </w:tcPr>
          <w:p w14:paraId="5940431D" w14:textId="77777777" w:rsidR="000B67B3" w:rsidRPr="00F51F43" w:rsidRDefault="000B67B3" w:rsidP="00251ABD">
            <w:pPr>
              <w:spacing w:after="0" w:line="240" w:lineRule="auto"/>
              <w:rPr>
                <w:noProof/>
                <w:sz w:val="20"/>
                <w:szCs w:val="20"/>
              </w:rPr>
            </w:pPr>
            <w:r w:rsidRPr="00F51F43">
              <w:rPr>
                <w:noProof/>
                <w:sz w:val="20"/>
                <w:szCs w:val="20"/>
              </w:rPr>
              <w:t>prosinac</w:t>
            </w:r>
          </w:p>
        </w:tc>
        <w:tc>
          <w:tcPr>
            <w:tcW w:w="992" w:type="dxa"/>
            <w:tcMar>
              <w:top w:w="80" w:type="dxa"/>
              <w:left w:w="80" w:type="dxa"/>
              <w:bottom w:w="80" w:type="dxa"/>
              <w:right w:w="80" w:type="dxa"/>
            </w:tcMar>
            <w:vAlign w:val="center"/>
          </w:tcPr>
          <w:p w14:paraId="115B83FC" w14:textId="77777777" w:rsidR="000B67B3" w:rsidRPr="00F51F43" w:rsidRDefault="000B67B3" w:rsidP="00251ABD">
            <w:pPr>
              <w:spacing w:after="0" w:line="240" w:lineRule="auto"/>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7EE302DB" w14:textId="77777777" w:rsidR="000B67B3" w:rsidRPr="00F51F43" w:rsidRDefault="000B67B3" w:rsidP="00251ABD">
            <w:pPr>
              <w:spacing w:after="0" w:line="240" w:lineRule="auto"/>
              <w:rPr>
                <w:noProof/>
                <w:sz w:val="20"/>
                <w:szCs w:val="20"/>
              </w:rPr>
            </w:pPr>
            <w:r w:rsidRPr="00F51F43">
              <w:rPr>
                <w:noProof/>
                <w:sz w:val="20"/>
                <w:szCs w:val="20"/>
              </w:rPr>
              <w:t>Zvončić</w:t>
            </w:r>
          </w:p>
        </w:tc>
        <w:tc>
          <w:tcPr>
            <w:tcW w:w="2126" w:type="dxa"/>
            <w:tcMar>
              <w:top w:w="80" w:type="dxa"/>
              <w:left w:w="80" w:type="dxa"/>
              <w:bottom w:w="80" w:type="dxa"/>
              <w:right w:w="80" w:type="dxa"/>
            </w:tcMar>
            <w:vAlign w:val="center"/>
          </w:tcPr>
          <w:p w14:paraId="65F1811E" w14:textId="77777777" w:rsidR="000B67B3" w:rsidRPr="00F51F43" w:rsidRDefault="000B67B3" w:rsidP="00251ABD">
            <w:pPr>
              <w:spacing w:after="0" w:line="240" w:lineRule="auto"/>
              <w:rPr>
                <w:noProof/>
                <w:sz w:val="20"/>
                <w:szCs w:val="20"/>
              </w:rPr>
            </w:pPr>
            <w:r w:rsidRPr="00F51F43">
              <w:rPr>
                <w:noProof/>
                <w:sz w:val="20"/>
                <w:szCs w:val="20"/>
              </w:rPr>
              <w:t>Domoljub</w:t>
            </w:r>
          </w:p>
        </w:tc>
        <w:tc>
          <w:tcPr>
            <w:tcW w:w="4454" w:type="dxa"/>
            <w:tcMar>
              <w:top w:w="80" w:type="dxa"/>
              <w:left w:w="80" w:type="dxa"/>
              <w:bottom w:w="80" w:type="dxa"/>
              <w:right w:w="80" w:type="dxa"/>
            </w:tcMar>
            <w:vAlign w:val="center"/>
          </w:tcPr>
          <w:p w14:paraId="7CF35BF3" w14:textId="77777777" w:rsidR="000B67B3" w:rsidRPr="00F51F43" w:rsidRDefault="000B67B3" w:rsidP="00251ABD">
            <w:pPr>
              <w:spacing w:after="0" w:line="240" w:lineRule="auto"/>
              <w:rPr>
                <w:noProof/>
                <w:sz w:val="20"/>
                <w:szCs w:val="20"/>
              </w:rPr>
            </w:pPr>
            <w:r w:rsidRPr="00F51F43">
              <w:rPr>
                <w:noProof/>
                <w:sz w:val="20"/>
                <w:szCs w:val="20"/>
              </w:rPr>
              <w:t>reakcije djece, izjave djece, reakcije roditelja</w:t>
            </w:r>
          </w:p>
        </w:tc>
      </w:tr>
      <w:tr w:rsidR="000B67B3" w:rsidRPr="00F51F43" w14:paraId="58DB952C" w14:textId="77777777" w:rsidTr="000B67B3">
        <w:trPr>
          <w:cantSplit/>
          <w:jc w:val="center"/>
        </w:trPr>
        <w:tc>
          <w:tcPr>
            <w:tcW w:w="992" w:type="dxa"/>
            <w:tcMar>
              <w:top w:w="80" w:type="dxa"/>
              <w:left w:w="80" w:type="dxa"/>
              <w:bottom w:w="80" w:type="dxa"/>
              <w:right w:w="80" w:type="dxa"/>
            </w:tcMar>
            <w:vAlign w:val="center"/>
          </w:tcPr>
          <w:p w14:paraId="78C03B81" w14:textId="77777777" w:rsidR="000B67B3" w:rsidRPr="00F51F43" w:rsidRDefault="000B67B3" w:rsidP="00251ABD">
            <w:pPr>
              <w:spacing w:after="0" w:line="240" w:lineRule="auto"/>
              <w:rPr>
                <w:noProof/>
                <w:sz w:val="20"/>
                <w:szCs w:val="20"/>
              </w:rPr>
            </w:pPr>
            <w:r w:rsidRPr="00F51F43">
              <w:rPr>
                <w:noProof/>
                <w:sz w:val="20"/>
                <w:szCs w:val="20"/>
              </w:rPr>
              <w:t>20.</w:t>
            </w:r>
          </w:p>
        </w:tc>
        <w:tc>
          <w:tcPr>
            <w:tcW w:w="1640" w:type="dxa"/>
            <w:tcMar>
              <w:top w:w="80" w:type="dxa"/>
              <w:left w:w="80" w:type="dxa"/>
              <w:bottom w:w="80" w:type="dxa"/>
              <w:right w:w="80" w:type="dxa"/>
            </w:tcMar>
            <w:vAlign w:val="center"/>
          </w:tcPr>
          <w:p w14:paraId="01B7B7B5" w14:textId="77777777" w:rsidR="000B67B3" w:rsidRPr="00F51F43" w:rsidRDefault="000B67B3" w:rsidP="00251ABD">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000F4757" w14:textId="77777777" w:rsidR="000B67B3" w:rsidRPr="00F51F43" w:rsidRDefault="000B67B3" w:rsidP="00251ABD">
            <w:pPr>
              <w:spacing w:after="0" w:line="240" w:lineRule="auto"/>
              <w:rPr>
                <w:noProof/>
                <w:sz w:val="20"/>
                <w:szCs w:val="20"/>
              </w:rPr>
            </w:pPr>
            <w:r w:rsidRPr="00F51F43">
              <w:rPr>
                <w:noProof/>
                <w:sz w:val="20"/>
                <w:szCs w:val="20"/>
              </w:rPr>
              <w:t>siječanj</w:t>
            </w:r>
          </w:p>
        </w:tc>
        <w:tc>
          <w:tcPr>
            <w:tcW w:w="992" w:type="dxa"/>
            <w:tcMar>
              <w:top w:w="80" w:type="dxa"/>
              <w:left w:w="80" w:type="dxa"/>
              <w:bottom w:w="80" w:type="dxa"/>
              <w:right w:w="80" w:type="dxa"/>
            </w:tcMar>
            <w:vAlign w:val="center"/>
          </w:tcPr>
          <w:p w14:paraId="65308B01" w14:textId="77777777" w:rsidR="000B67B3" w:rsidRPr="00F51F43" w:rsidRDefault="000B67B3" w:rsidP="00251ABD">
            <w:pPr>
              <w:spacing w:after="0" w:line="240" w:lineRule="auto"/>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12519142" w14:textId="77777777" w:rsidR="000B67B3" w:rsidRPr="00F51F43" w:rsidRDefault="000B67B3" w:rsidP="00251ABD">
            <w:pPr>
              <w:spacing w:after="0" w:line="240" w:lineRule="auto"/>
              <w:rPr>
                <w:noProof/>
                <w:sz w:val="20"/>
                <w:szCs w:val="20"/>
              </w:rPr>
            </w:pPr>
            <w:r w:rsidRPr="00F51F43">
              <w:rPr>
                <w:noProof/>
                <w:sz w:val="20"/>
                <w:szCs w:val="20"/>
              </w:rPr>
              <w:t>Zvončić</w:t>
            </w:r>
          </w:p>
        </w:tc>
        <w:tc>
          <w:tcPr>
            <w:tcW w:w="2126" w:type="dxa"/>
            <w:tcMar>
              <w:top w:w="80" w:type="dxa"/>
              <w:left w:w="80" w:type="dxa"/>
              <w:bottom w:w="80" w:type="dxa"/>
              <w:right w:w="80" w:type="dxa"/>
            </w:tcMar>
            <w:vAlign w:val="center"/>
          </w:tcPr>
          <w:p w14:paraId="5E3E4919" w14:textId="77777777" w:rsidR="000B67B3" w:rsidRPr="00F51F43" w:rsidRDefault="000B67B3" w:rsidP="00251ABD">
            <w:pPr>
              <w:spacing w:after="0" w:line="240" w:lineRule="auto"/>
              <w:rPr>
                <w:noProof/>
                <w:sz w:val="20"/>
                <w:szCs w:val="20"/>
              </w:rPr>
            </w:pPr>
            <w:r w:rsidRPr="00F51F43">
              <w:rPr>
                <w:noProof/>
                <w:sz w:val="20"/>
                <w:szCs w:val="20"/>
              </w:rPr>
              <w:t>Kazalište Goranga</w:t>
            </w:r>
          </w:p>
        </w:tc>
        <w:tc>
          <w:tcPr>
            <w:tcW w:w="4454" w:type="dxa"/>
            <w:tcMar>
              <w:top w:w="80" w:type="dxa"/>
              <w:left w:w="80" w:type="dxa"/>
              <w:bottom w:w="80" w:type="dxa"/>
              <w:right w:w="80" w:type="dxa"/>
            </w:tcMar>
            <w:vAlign w:val="center"/>
          </w:tcPr>
          <w:p w14:paraId="16871FCC" w14:textId="77777777" w:rsidR="000B67B3" w:rsidRPr="00F51F43" w:rsidRDefault="000B67B3" w:rsidP="00251ABD">
            <w:pPr>
              <w:spacing w:after="0" w:line="240" w:lineRule="auto"/>
              <w:rPr>
                <w:noProof/>
                <w:sz w:val="20"/>
                <w:szCs w:val="20"/>
              </w:rPr>
            </w:pPr>
            <w:r w:rsidRPr="00F51F43">
              <w:rPr>
                <w:noProof/>
                <w:sz w:val="20"/>
                <w:szCs w:val="20"/>
              </w:rPr>
              <w:t>reakcije djece, izjave djece, reakcije roditelja</w:t>
            </w:r>
          </w:p>
        </w:tc>
      </w:tr>
      <w:tr w:rsidR="000B67B3" w:rsidRPr="00F51F43" w14:paraId="76DD4BC6" w14:textId="77777777" w:rsidTr="000B67B3">
        <w:trPr>
          <w:cantSplit/>
          <w:jc w:val="center"/>
        </w:trPr>
        <w:tc>
          <w:tcPr>
            <w:tcW w:w="992" w:type="dxa"/>
            <w:tcMar>
              <w:top w:w="80" w:type="dxa"/>
              <w:left w:w="80" w:type="dxa"/>
              <w:bottom w:w="80" w:type="dxa"/>
              <w:right w:w="80" w:type="dxa"/>
            </w:tcMar>
            <w:vAlign w:val="center"/>
          </w:tcPr>
          <w:p w14:paraId="7AF69E6F" w14:textId="77777777" w:rsidR="000B67B3" w:rsidRPr="00F51F43" w:rsidRDefault="000B67B3" w:rsidP="000B67B3">
            <w:pPr>
              <w:spacing w:after="0" w:line="240" w:lineRule="auto"/>
              <w:rPr>
                <w:noProof/>
                <w:sz w:val="20"/>
                <w:szCs w:val="20"/>
              </w:rPr>
            </w:pPr>
            <w:r w:rsidRPr="00F51F43">
              <w:rPr>
                <w:noProof/>
                <w:sz w:val="20"/>
                <w:szCs w:val="20"/>
              </w:rPr>
              <w:t>21.</w:t>
            </w:r>
          </w:p>
        </w:tc>
        <w:tc>
          <w:tcPr>
            <w:tcW w:w="1640" w:type="dxa"/>
            <w:tcMar>
              <w:top w:w="80" w:type="dxa"/>
              <w:left w:w="80" w:type="dxa"/>
              <w:bottom w:w="80" w:type="dxa"/>
              <w:right w:w="80" w:type="dxa"/>
            </w:tcMar>
            <w:vAlign w:val="center"/>
          </w:tcPr>
          <w:p w14:paraId="62290647" w14:textId="77777777" w:rsidR="000B67B3" w:rsidRPr="00F51F43" w:rsidRDefault="000B67B3" w:rsidP="000B67B3">
            <w:pPr>
              <w:spacing w:after="0" w:line="240" w:lineRule="auto"/>
              <w:rPr>
                <w:noProof/>
                <w:sz w:val="20"/>
                <w:szCs w:val="20"/>
              </w:rPr>
            </w:pPr>
            <w:r w:rsidRPr="00F51F43">
              <w:rPr>
                <w:noProof/>
                <w:sz w:val="20"/>
                <w:szCs w:val="20"/>
              </w:rPr>
              <w:t>Cinestar Varaždin, igraonica</w:t>
            </w:r>
          </w:p>
        </w:tc>
        <w:tc>
          <w:tcPr>
            <w:tcW w:w="1363" w:type="dxa"/>
            <w:tcMar>
              <w:top w:w="80" w:type="dxa"/>
              <w:left w:w="80" w:type="dxa"/>
              <w:bottom w:w="80" w:type="dxa"/>
              <w:right w:w="80" w:type="dxa"/>
            </w:tcMar>
            <w:vAlign w:val="center"/>
          </w:tcPr>
          <w:p w14:paraId="5AE2B8AB" w14:textId="77777777" w:rsidR="000B67B3" w:rsidRPr="00F51F43" w:rsidRDefault="000B67B3" w:rsidP="000B67B3">
            <w:pPr>
              <w:spacing w:after="0" w:line="240" w:lineRule="auto"/>
              <w:rPr>
                <w:noProof/>
                <w:sz w:val="20"/>
                <w:szCs w:val="20"/>
              </w:rPr>
            </w:pPr>
            <w:r w:rsidRPr="00F51F43">
              <w:rPr>
                <w:noProof/>
                <w:sz w:val="20"/>
                <w:szCs w:val="20"/>
              </w:rPr>
              <w:t>veljača</w:t>
            </w:r>
          </w:p>
        </w:tc>
        <w:tc>
          <w:tcPr>
            <w:tcW w:w="992" w:type="dxa"/>
            <w:tcMar>
              <w:top w:w="80" w:type="dxa"/>
              <w:left w:w="80" w:type="dxa"/>
              <w:bottom w:w="80" w:type="dxa"/>
              <w:right w:w="80" w:type="dxa"/>
            </w:tcMar>
            <w:vAlign w:val="center"/>
          </w:tcPr>
          <w:p w14:paraId="46D36105" w14:textId="77777777" w:rsidR="000B67B3" w:rsidRPr="00F51F43" w:rsidRDefault="000B67B3" w:rsidP="000B67B3">
            <w:pPr>
              <w:spacing w:after="0" w:line="240" w:lineRule="auto"/>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363DE20C" w14:textId="77777777" w:rsidR="000B67B3" w:rsidRPr="00F51F43" w:rsidRDefault="000B67B3" w:rsidP="000B67B3">
            <w:pPr>
              <w:spacing w:after="0" w:line="240" w:lineRule="auto"/>
              <w:rPr>
                <w:noProof/>
                <w:sz w:val="20"/>
                <w:szCs w:val="20"/>
              </w:rPr>
            </w:pPr>
            <w:r w:rsidRPr="00F51F43">
              <w:rPr>
                <w:noProof/>
                <w:sz w:val="20"/>
                <w:szCs w:val="20"/>
              </w:rPr>
              <w:t>Zvončić</w:t>
            </w:r>
          </w:p>
        </w:tc>
        <w:tc>
          <w:tcPr>
            <w:tcW w:w="2126" w:type="dxa"/>
            <w:tcMar>
              <w:top w:w="80" w:type="dxa"/>
              <w:left w:w="80" w:type="dxa"/>
              <w:bottom w:w="80" w:type="dxa"/>
              <w:right w:w="80" w:type="dxa"/>
            </w:tcMar>
            <w:vAlign w:val="center"/>
          </w:tcPr>
          <w:p w14:paraId="7F15A90B" w14:textId="77777777" w:rsidR="000B67B3" w:rsidRPr="00F51F43" w:rsidRDefault="000B67B3" w:rsidP="000B67B3">
            <w:pPr>
              <w:spacing w:after="0" w:line="240" w:lineRule="auto"/>
              <w:rPr>
                <w:noProof/>
                <w:sz w:val="20"/>
                <w:szCs w:val="20"/>
              </w:rPr>
            </w:pPr>
            <w:r w:rsidRPr="00F51F43">
              <w:rPr>
                <w:noProof/>
                <w:sz w:val="20"/>
                <w:szCs w:val="20"/>
              </w:rPr>
              <w:t>Cinestar Varaždin</w:t>
            </w:r>
          </w:p>
        </w:tc>
        <w:tc>
          <w:tcPr>
            <w:tcW w:w="4454" w:type="dxa"/>
            <w:tcMar>
              <w:top w:w="80" w:type="dxa"/>
              <w:left w:w="80" w:type="dxa"/>
              <w:bottom w:w="80" w:type="dxa"/>
              <w:right w:w="80" w:type="dxa"/>
            </w:tcMar>
            <w:vAlign w:val="center"/>
          </w:tcPr>
          <w:p w14:paraId="7D02FE28"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42D14C9A" w14:textId="77777777" w:rsidTr="000B67B3">
        <w:trPr>
          <w:cantSplit/>
          <w:jc w:val="center"/>
        </w:trPr>
        <w:tc>
          <w:tcPr>
            <w:tcW w:w="992" w:type="dxa"/>
            <w:tcMar>
              <w:top w:w="80" w:type="dxa"/>
              <w:left w:w="80" w:type="dxa"/>
              <w:bottom w:w="80" w:type="dxa"/>
              <w:right w:w="80" w:type="dxa"/>
            </w:tcMar>
            <w:vAlign w:val="center"/>
          </w:tcPr>
          <w:p w14:paraId="22B0E5E4" w14:textId="77777777" w:rsidR="000B67B3" w:rsidRPr="00F51F43" w:rsidRDefault="000B67B3" w:rsidP="000B67B3">
            <w:pPr>
              <w:spacing w:after="0" w:line="240" w:lineRule="auto"/>
              <w:rPr>
                <w:noProof/>
                <w:sz w:val="20"/>
                <w:szCs w:val="20"/>
              </w:rPr>
            </w:pPr>
            <w:r w:rsidRPr="00F51F43">
              <w:rPr>
                <w:noProof/>
                <w:sz w:val="20"/>
                <w:szCs w:val="20"/>
              </w:rPr>
              <w:t>22.</w:t>
            </w:r>
          </w:p>
        </w:tc>
        <w:tc>
          <w:tcPr>
            <w:tcW w:w="1640" w:type="dxa"/>
            <w:tcMar>
              <w:top w:w="80" w:type="dxa"/>
              <w:left w:w="80" w:type="dxa"/>
              <w:bottom w:w="80" w:type="dxa"/>
              <w:right w:w="80" w:type="dxa"/>
            </w:tcMar>
            <w:vAlign w:val="center"/>
          </w:tcPr>
          <w:p w14:paraId="77701226" w14:textId="77777777" w:rsidR="000B67B3" w:rsidRPr="00F51F43" w:rsidRDefault="000B67B3" w:rsidP="000B67B3">
            <w:pPr>
              <w:spacing w:after="0" w:line="240" w:lineRule="auto"/>
              <w:rPr>
                <w:noProof/>
                <w:sz w:val="20"/>
                <w:szCs w:val="20"/>
              </w:rPr>
            </w:pPr>
            <w:r w:rsidRPr="00F51F43">
              <w:rPr>
                <w:noProof/>
                <w:sz w:val="20"/>
                <w:szCs w:val="20"/>
              </w:rPr>
              <w:t>Domoljub</w:t>
            </w:r>
          </w:p>
        </w:tc>
        <w:tc>
          <w:tcPr>
            <w:tcW w:w="1363" w:type="dxa"/>
            <w:tcMar>
              <w:top w:w="80" w:type="dxa"/>
              <w:left w:w="80" w:type="dxa"/>
              <w:bottom w:w="80" w:type="dxa"/>
              <w:right w:w="80" w:type="dxa"/>
            </w:tcMar>
            <w:vAlign w:val="center"/>
          </w:tcPr>
          <w:p w14:paraId="21753018" w14:textId="77777777" w:rsidR="000B67B3" w:rsidRPr="00F51F43" w:rsidRDefault="000B67B3" w:rsidP="000B67B3">
            <w:pPr>
              <w:spacing w:after="0" w:line="240" w:lineRule="auto"/>
              <w:rPr>
                <w:noProof/>
                <w:sz w:val="20"/>
                <w:szCs w:val="20"/>
              </w:rPr>
            </w:pPr>
            <w:r w:rsidRPr="00F51F43">
              <w:rPr>
                <w:noProof/>
                <w:sz w:val="20"/>
                <w:szCs w:val="20"/>
              </w:rPr>
              <w:t>ožujak</w:t>
            </w:r>
          </w:p>
        </w:tc>
        <w:tc>
          <w:tcPr>
            <w:tcW w:w="992" w:type="dxa"/>
            <w:tcMar>
              <w:top w:w="80" w:type="dxa"/>
              <w:left w:w="80" w:type="dxa"/>
              <w:bottom w:w="80" w:type="dxa"/>
              <w:right w:w="80" w:type="dxa"/>
            </w:tcMar>
            <w:vAlign w:val="center"/>
          </w:tcPr>
          <w:p w14:paraId="27C2DEF7" w14:textId="77777777" w:rsidR="000B67B3" w:rsidRPr="00F51F43" w:rsidRDefault="000B67B3" w:rsidP="000B67B3">
            <w:pPr>
              <w:spacing w:after="0" w:line="240" w:lineRule="auto"/>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79F05FD3" w14:textId="77777777" w:rsidR="000B67B3" w:rsidRPr="00F51F43" w:rsidRDefault="000B67B3" w:rsidP="000B67B3">
            <w:pPr>
              <w:spacing w:after="0" w:line="240" w:lineRule="auto"/>
              <w:rPr>
                <w:noProof/>
                <w:sz w:val="20"/>
                <w:szCs w:val="20"/>
              </w:rPr>
            </w:pPr>
            <w:r w:rsidRPr="00F51F43">
              <w:rPr>
                <w:noProof/>
                <w:sz w:val="20"/>
                <w:szCs w:val="20"/>
              </w:rPr>
              <w:t>Zvončić</w:t>
            </w:r>
          </w:p>
        </w:tc>
        <w:tc>
          <w:tcPr>
            <w:tcW w:w="2126" w:type="dxa"/>
            <w:tcMar>
              <w:top w:w="80" w:type="dxa"/>
              <w:left w:w="80" w:type="dxa"/>
              <w:bottom w:w="80" w:type="dxa"/>
              <w:right w:w="80" w:type="dxa"/>
            </w:tcMar>
            <w:vAlign w:val="center"/>
          </w:tcPr>
          <w:p w14:paraId="15992767" w14:textId="77777777" w:rsidR="000B67B3" w:rsidRPr="00F51F43" w:rsidRDefault="000B67B3" w:rsidP="000B67B3">
            <w:pPr>
              <w:spacing w:after="0" w:line="240" w:lineRule="auto"/>
              <w:rPr>
                <w:noProof/>
                <w:sz w:val="20"/>
                <w:szCs w:val="20"/>
              </w:rPr>
            </w:pPr>
            <w:r w:rsidRPr="00F51F43">
              <w:rPr>
                <w:noProof/>
                <w:sz w:val="20"/>
                <w:szCs w:val="20"/>
              </w:rPr>
              <w:t>Domoljub</w:t>
            </w:r>
          </w:p>
        </w:tc>
        <w:tc>
          <w:tcPr>
            <w:tcW w:w="4454" w:type="dxa"/>
            <w:tcMar>
              <w:top w:w="80" w:type="dxa"/>
              <w:left w:w="80" w:type="dxa"/>
              <w:bottom w:w="80" w:type="dxa"/>
              <w:right w:w="80" w:type="dxa"/>
            </w:tcMar>
            <w:vAlign w:val="center"/>
          </w:tcPr>
          <w:p w14:paraId="2F8956BD"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4AC0D2A5" w14:textId="77777777" w:rsidTr="000B67B3">
        <w:trPr>
          <w:cantSplit/>
          <w:jc w:val="center"/>
        </w:trPr>
        <w:tc>
          <w:tcPr>
            <w:tcW w:w="992" w:type="dxa"/>
            <w:tcMar>
              <w:top w:w="80" w:type="dxa"/>
              <w:left w:w="80" w:type="dxa"/>
              <w:bottom w:w="80" w:type="dxa"/>
              <w:right w:w="80" w:type="dxa"/>
            </w:tcMar>
            <w:vAlign w:val="center"/>
          </w:tcPr>
          <w:p w14:paraId="727495C5" w14:textId="77777777" w:rsidR="000B67B3" w:rsidRPr="00F51F43" w:rsidRDefault="000B67B3" w:rsidP="000B67B3">
            <w:pPr>
              <w:spacing w:after="0" w:line="240" w:lineRule="auto"/>
              <w:rPr>
                <w:noProof/>
                <w:sz w:val="20"/>
                <w:szCs w:val="20"/>
              </w:rPr>
            </w:pPr>
            <w:r w:rsidRPr="00F51F43">
              <w:rPr>
                <w:noProof/>
                <w:sz w:val="20"/>
                <w:szCs w:val="20"/>
              </w:rPr>
              <w:t>23.</w:t>
            </w:r>
          </w:p>
        </w:tc>
        <w:tc>
          <w:tcPr>
            <w:tcW w:w="1640" w:type="dxa"/>
            <w:tcMar>
              <w:top w:w="80" w:type="dxa"/>
              <w:left w:w="80" w:type="dxa"/>
              <w:bottom w:w="80" w:type="dxa"/>
              <w:right w:w="80" w:type="dxa"/>
            </w:tcMar>
            <w:vAlign w:val="center"/>
          </w:tcPr>
          <w:p w14:paraId="7DA2A0FF"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1363" w:type="dxa"/>
            <w:tcMar>
              <w:top w:w="80" w:type="dxa"/>
              <w:left w:w="80" w:type="dxa"/>
              <w:bottom w:w="80" w:type="dxa"/>
              <w:right w:w="80" w:type="dxa"/>
            </w:tcMar>
            <w:vAlign w:val="center"/>
          </w:tcPr>
          <w:p w14:paraId="63074F58" w14:textId="77777777" w:rsidR="000B67B3" w:rsidRPr="00F51F43" w:rsidRDefault="000B67B3" w:rsidP="000B67B3">
            <w:pPr>
              <w:spacing w:after="0" w:line="240" w:lineRule="auto"/>
              <w:rPr>
                <w:noProof/>
                <w:sz w:val="20"/>
                <w:szCs w:val="20"/>
              </w:rPr>
            </w:pPr>
            <w:r w:rsidRPr="00F51F43">
              <w:rPr>
                <w:noProof/>
                <w:sz w:val="20"/>
                <w:szCs w:val="20"/>
              </w:rPr>
              <w:t>travanj</w:t>
            </w:r>
          </w:p>
        </w:tc>
        <w:tc>
          <w:tcPr>
            <w:tcW w:w="992" w:type="dxa"/>
            <w:tcMar>
              <w:top w:w="80" w:type="dxa"/>
              <w:left w:w="80" w:type="dxa"/>
              <w:bottom w:w="80" w:type="dxa"/>
              <w:right w:w="80" w:type="dxa"/>
            </w:tcMar>
            <w:vAlign w:val="center"/>
          </w:tcPr>
          <w:p w14:paraId="2A7BD4C9" w14:textId="77777777" w:rsidR="000B67B3" w:rsidRPr="00F51F43" w:rsidRDefault="000B67B3" w:rsidP="000B67B3">
            <w:pPr>
              <w:spacing w:after="0" w:line="240" w:lineRule="auto"/>
              <w:rPr>
                <w:noProof/>
                <w:sz w:val="20"/>
                <w:szCs w:val="20"/>
              </w:rPr>
            </w:pPr>
            <w:r w:rsidRPr="00F51F43">
              <w:rPr>
                <w:noProof/>
                <w:sz w:val="20"/>
                <w:szCs w:val="20"/>
              </w:rPr>
              <w:t>24</w:t>
            </w:r>
          </w:p>
        </w:tc>
        <w:tc>
          <w:tcPr>
            <w:tcW w:w="1134" w:type="dxa"/>
            <w:tcMar>
              <w:top w:w="80" w:type="dxa"/>
              <w:left w:w="80" w:type="dxa"/>
              <w:bottom w:w="80" w:type="dxa"/>
              <w:right w:w="80" w:type="dxa"/>
            </w:tcMar>
            <w:vAlign w:val="center"/>
          </w:tcPr>
          <w:p w14:paraId="6B9EF97C" w14:textId="77777777" w:rsidR="000B67B3" w:rsidRPr="00F51F43" w:rsidRDefault="000B67B3" w:rsidP="000B67B3">
            <w:pPr>
              <w:spacing w:after="0" w:line="240" w:lineRule="auto"/>
              <w:rPr>
                <w:noProof/>
                <w:sz w:val="20"/>
                <w:szCs w:val="20"/>
              </w:rPr>
            </w:pPr>
            <w:r w:rsidRPr="00F51F43">
              <w:rPr>
                <w:noProof/>
                <w:sz w:val="20"/>
                <w:szCs w:val="20"/>
              </w:rPr>
              <w:t>Zvončić</w:t>
            </w:r>
          </w:p>
        </w:tc>
        <w:tc>
          <w:tcPr>
            <w:tcW w:w="2126" w:type="dxa"/>
            <w:tcMar>
              <w:top w:w="80" w:type="dxa"/>
              <w:left w:w="80" w:type="dxa"/>
              <w:bottom w:w="80" w:type="dxa"/>
              <w:right w:w="80" w:type="dxa"/>
            </w:tcMar>
            <w:vAlign w:val="center"/>
          </w:tcPr>
          <w:p w14:paraId="4CD5FB6A"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4454" w:type="dxa"/>
            <w:tcMar>
              <w:top w:w="80" w:type="dxa"/>
              <w:left w:w="80" w:type="dxa"/>
              <w:bottom w:w="80" w:type="dxa"/>
              <w:right w:w="80" w:type="dxa"/>
            </w:tcMar>
            <w:vAlign w:val="center"/>
          </w:tcPr>
          <w:p w14:paraId="481AE49A"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2293A9BD" w14:textId="77777777" w:rsidTr="000B67B3">
        <w:trPr>
          <w:cantSplit/>
          <w:jc w:val="center"/>
        </w:trPr>
        <w:tc>
          <w:tcPr>
            <w:tcW w:w="992" w:type="dxa"/>
            <w:tcMar>
              <w:top w:w="80" w:type="dxa"/>
              <w:left w:w="80" w:type="dxa"/>
              <w:bottom w:w="80" w:type="dxa"/>
              <w:right w:w="80" w:type="dxa"/>
            </w:tcMar>
            <w:vAlign w:val="center"/>
          </w:tcPr>
          <w:p w14:paraId="625DD097" w14:textId="77777777" w:rsidR="000B67B3" w:rsidRPr="00F51F43" w:rsidRDefault="000B67B3" w:rsidP="000B67B3">
            <w:pPr>
              <w:spacing w:after="0" w:line="240" w:lineRule="auto"/>
              <w:rPr>
                <w:noProof/>
                <w:sz w:val="20"/>
                <w:szCs w:val="20"/>
              </w:rPr>
            </w:pPr>
            <w:r w:rsidRPr="00F51F43">
              <w:rPr>
                <w:noProof/>
                <w:sz w:val="20"/>
                <w:szCs w:val="20"/>
              </w:rPr>
              <w:t>24.</w:t>
            </w:r>
          </w:p>
        </w:tc>
        <w:tc>
          <w:tcPr>
            <w:tcW w:w="1640" w:type="dxa"/>
            <w:tcMar>
              <w:top w:w="80" w:type="dxa"/>
              <w:left w:w="80" w:type="dxa"/>
              <w:bottom w:w="80" w:type="dxa"/>
              <w:right w:w="80" w:type="dxa"/>
            </w:tcMar>
            <w:vAlign w:val="center"/>
          </w:tcPr>
          <w:p w14:paraId="44182A17"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6E138A25" w14:textId="77777777" w:rsidR="000B67B3" w:rsidRPr="00F51F43" w:rsidRDefault="000B67B3" w:rsidP="000B67B3">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7EA7ACD1"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019DC60A" w14:textId="77777777" w:rsidR="000B67B3" w:rsidRPr="00F51F43" w:rsidRDefault="000B67B3" w:rsidP="000B67B3">
            <w:pPr>
              <w:spacing w:after="0" w:line="240" w:lineRule="auto"/>
              <w:rPr>
                <w:noProof/>
                <w:sz w:val="20"/>
                <w:szCs w:val="20"/>
              </w:rPr>
            </w:pPr>
            <w:r w:rsidRPr="00F51F43">
              <w:rPr>
                <w:noProof/>
                <w:sz w:val="20"/>
                <w:szCs w:val="20"/>
              </w:rPr>
              <w:t>Bambi</w:t>
            </w:r>
          </w:p>
        </w:tc>
        <w:tc>
          <w:tcPr>
            <w:tcW w:w="2126" w:type="dxa"/>
            <w:tcMar>
              <w:top w:w="80" w:type="dxa"/>
              <w:left w:w="80" w:type="dxa"/>
              <w:bottom w:w="80" w:type="dxa"/>
              <w:right w:w="80" w:type="dxa"/>
            </w:tcMar>
            <w:vAlign w:val="center"/>
          </w:tcPr>
          <w:p w14:paraId="1CC327B4"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05D6F578"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1FC36A25" w14:textId="77777777" w:rsidTr="000B67B3">
        <w:trPr>
          <w:cantSplit/>
          <w:jc w:val="center"/>
        </w:trPr>
        <w:tc>
          <w:tcPr>
            <w:tcW w:w="992" w:type="dxa"/>
            <w:tcMar>
              <w:top w:w="80" w:type="dxa"/>
              <w:left w:w="80" w:type="dxa"/>
              <w:bottom w:w="80" w:type="dxa"/>
              <w:right w:w="80" w:type="dxa"/>
            </w:tcMar>
            <w:vAlign w:val="center"/>
          </w:tcPr>
          <w:p w14:paraId="15E38F24" w14:textId="77777777" w:rsidR="000B67B3" w:rsidRPr="00F51F43" w:rsidRDefault="000B67B3" w:rsidP="000B67B3">
            <w:pPr>
              <w:spacing w:after="0" w:line="240" w:lineRule="auto"/>
              <w:rPr>
                <w:noProof/>
                <w:sz w:val="20"/>
                <w:szCs w:val="20"/>
              </w:rPr>
            </w:pPr>
            <w:r w:rsidRPr="00F51F43">
              <w:rPr>
                <w:noProof/>
                <w:sz w:val="20"/>
                <w:szCs w:val="20"/>
              </w:rPr>
              <w:t>25.</w:t>
            </w:r>
          </w:p>
        </w:tc>
        <w:tc>
          <w:tcPr>
            <w:tcW w:w="1640" w:type="dxa"/>
            <w:tcMar>
              <w:top w:w="80" w:type="dxa"/>
              <w:left w:w="80" w:type="dxa"/>
              <w:bottom w:w="80" w:type="dxa"/>
              <w:right w:w="80" w:type="dxa"/>
            </w:tcMar>
            <w:vAlign w:val="center"/>
          </w:tcPr>
          <w:p w14:paraId="55F7213F" w14:textId="77777777" w:rsidR="000B67B3" w:rsidRPr="00F51F43" w:rsidRDefault="000B67B3" w:rsidP="000B67B3">
            <w:pPr>
              <w:spacing w:after="0" w:line="240" w:lineRule="auto"/>
              <w:rPr>
                <w:noProof/>
                <w:sz w:val="20"/>
                <w:szCs w:val="20"/>
              </w:rPr>
            </w:pPr>
            <w:r w:rsidRPr="00F51F43">
              <w:rPr>
                <w:noProof/>
                <w:sz w:val="20"/>
                <w:szCs w:val="20"/>
              </w:rPr>
              <w:t>Kino Velebit Koprivnica</w:t>
            </w:r>
          </w:p>
        </w:tc>
        <w:tc>
          <w:tcPr>
            <w:tcW w:w="1363" w:type="dxa"/>
            <w:tcMar>
              <w:top w:w="80" w:type="dxa"/>
              <w:left w:w="80" w:type="dxa"/>
              <w:bottom w:w="80" w:type="dxa"/>
              <w:right w:w="80" w:type="dxa"/>
            </w:tcMar>
            <w:vAlign w:val="center"/>
          </w:tcPr>
          <w:p w14:paraId="04C342D2" w14:textId="77777777" w:rsidR="000B67B3" w:rsidRPr="00F51F43" w:rsidRDefault="000B67B3" w:rsidP="000B67B3">
            <w:pPr>
              <w:spacing w:after="0" w:line="240" w:lineRule="auto"/>
              <w:rPr>
                <w:noProof/>
                <w:sz w:val="20"/>
                <w:szCs w:val="20"/>
              </w:rPr>
            </w:pPr>
            <w:r w:rsidRPr="00F51F43">
              <w:rPr>
                <w:noProof/>
                <w:sz w:val="20"/>
                <w:szCs w:val="20"/>
              </w:rPr>
              <w:t>studeni</w:t>
            </w:r>
          </w:p>
        </w:tc>
        <w:tc>
          <w:tcPr>
            <w:tcW w:w="992" w:type="dxa"/>
            <w:tcMar>
              <w:top w:w="80" w:type="dxa"/>
              <w:left w:w="80" w:type="dxa"/>
              <w:bottom w:w="80" w:type="dxa"/>
              <w:right w:w="80" w:type="dxa"/>
            </w:tcMar>
            <w:vAlign w:val="center"/>
          </w:tcPr>
          <w:p w14:paraId="51E734AD"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2DDCA824" w14:textId="77777777" w:rsidR="000B67B3" w:rsidRPr="00F51F43" w:rsidRDefault="000B67B3" w:rsidP="000B67B3">
            <w:pPr>
              <w:spacing w:after="0" w:line="240" w:lineRule="auto"/>
              <w:rPr>
                <w:noProof/>
                <w:sz w:val="20"/>
                <w:szCs w:val="20"/>
              </w:rPr>
            </w:pPr>
            <w:r w:rsidRPr="00F51F43">
              <w:rPr>
                <w:noProof/>
                <w:sz w:val="20"/>
                <w:szCs w:val="20"/>
              </w:rPr>
              <w:t>Bambi</w:t>
            </w:r>
          </w:p>
        </w:tc>
        <w:tc>
          <w:tcPr>
            <w:tcW w:w="2126" w:type="dxa"/>
            <w:tcMar>
              <w:top w:w="80" w:type="dxa"/>
              <w:left w:w="80" w:type="dxa"/>
              <w:bottom w:w="80" w:type="dxa"/>
              <w:right w:w="80" w:type="dxa"/>
            </w:tcMar>
            <w:vAlign w:val="center"/>
          </w:tcPr>
          <w:p w14:paraId="052B3803"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4454" w:type="dxa"/>
            <w:tcMar>
              <w:top w:w="80" w:type="dxa"/>
              <w:left w:w="80" w:type="dxa"/>
              <w:bottom w:w="80" w:type="dxa"/>
              <w:right w:w="80" w:type="dxa"/>
            </w:tcMar>
            <w:vAlign w:val="center"/>
          </w:tcPr>
          <w:p w14:paraId="661070C7"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35F3195F" w14:textId="77777777" w:rsidTr="000B67B3">
        <w:trPr>
          <w:cantSplit/>
          <w:jc w:val="center"/>
        </w:trPr>
        <w:tc>
          <w:tcPr>
            <w:tcW w:w="992" w:type="dxa"/>
            <w:tcMar>
              <w:top w:w="80" w:type="dxa"/>
              <w:left w:w="80" w:type="dxa"/>
              <w:bottom w:w="80" w:type="dxa"/>
              <w:right w:w="80" w:type="dxa"/>
            </w:tcMar>
            <w:vAlign w:val="center"/>
          </w:tcPr>
          <w:p w14:paraId="26CBDDD7" w14:textId="77777777" w:rsidR="000B67B3" w:rsidRPr="00F51F43" w:rsidRDefault="000B67B3" w:rsidP="000B67B3">
            <w:pPr>
              <w:spacing w:after="0" w:line="240" w:lineRule="auto"/>
              <w:rPr>
                <w:noProof/>
                <w:sz w:val="20"/>
                <w:szCs w:val="20"/>
              </w:rPr>
            </w:pPr>
            <w:r w:rsidRPr="00F51F43">
              <w:rPr>
                <w:noProof/>
                <w:sz w:val="20"/>
                <w:szCs w:val="20"/>
              </w:rPr>
              <w:t>26.</w:t>
            </w:r>
          </w:p>
        </w:tc>
        <w:tc>
          <w:tcPr>
            <w:tcW w:w="1640" w:type="dxa"/>
            <w:tcMar>
              <w:top w:w="80" w:type="dxa"/>
              <w:left w:w="80" w:type="dxa"/>
              <w:bottom w:w="80" w:type="dxa"/>
              <w:right w:w="80" w:type="dxa"/>
            </w:tcMar>
            <w:vAlign w:val="center"/>
          </w:tcPr>
          <w:p w14:paraId="760A571F"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05BD2E2F" w14:textId="77777777" w:rsidR="000B67B3" w:rsidRPr="00F51F43" w:rsidRDefault="000B67B3" w:rsidP="000B67B3">
            <w:pPr>
              <w:spacing w:after="0" w:line="240" w:lineRule="auto"/>
              <w:rPr>
                <w:noProof/>
                <w:sz w:val="20"/>
                <w:szCs w:val="20"/>
              </w:rPr>
            </w:pPr>
            <w:r w:rsidRPr="00F51F43">
              <w:rPr>
                <w:noProof/>
                <w:sz w:val="20"/>
                <w:szCs w:val="20"/>
              </w:rPr>
              <w:t>veljača</w:t>
            </w:r>
          </w:p>
        </w:tc>
        <w:tc>
          <w:tcPr>
            <w:tcW w:w="992" w:type="dxa"/>
            <w:tcMar>
              <w:top w:w="80" w:type="dxa"/>
              <w:left w:w="80" w:type="dxa"/>
              <w:bottom w:w="80" w:type="dxa"/>
              <w:right w:w="80" w:type="dxa"/>
            </w:tcMar>
            <w:vAlign w:val="center"/>
          </w:tcPr>
          <w:p w14:paraId="45A18688"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60B2F7DB" w14:textId="77777777" w:rsidR="000B67B3" w:rsidRPr="00F51F43" w:rsidRDefault="000B67B3" w:rsidP="000B67B3">
            <w:pPr>
              <w:spacing w:after="0" w:line="240" w:lineRule="auto"/>
              <w:rPr>
                <w:noProof/>
                <w:sz w:val="20"/>
                <w:szCs w:val="20"/>
              </w:rPr>
            </w:pPr>
            <w:r w:rsidRPr="00F51F43">
              <w:rPr>
                <w:noProof/>
                <w:sz w:val="20"/>
                <w:szCs w:val="20"/>
              </w:rPr>
              <w:t>Bambi</w:t>
            </w:r>
          </w:p>
        </w:tc>
        <w:tc>
          <w:tcPr>
            <w:tcW w:w="2126" w:type="dxa"/>
            <w:tcMar>
              <w:top w:w="80" w:type="dxa"/>
              <w:left w:w="80" w:type="dxa"/>
              <w:bottom w:w="80" w:type="dxa"/>
              <w:right w:w="80" w:type="dxa"/>
            </w:tcMar>
            <w:vAlign w:val="center"/>
          </w:tcPr>
          <w:p w14:paraId="4CDB6E57"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1924DB05"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16A8D746" w14:textId="77777777" w:rsidTr="000B67B3">
        <w:trPr>
          <w:cantSplit/>
          <w:jc w:val="center"/>
        </w:trPr>
        <w:tc>
          <w:tcPr>
            <w:tcW w:w="992" w:type="dxa"/>
            <w:tcMar>
              <w:top w:w="80" w:type="dxa"/>
              <w:left w:w="80" w:type="dxa"/>
              <w:bottom w:w="80" w:type="dxa"/>
              <w:right w:w="80" w:type="dxa"/>
            </w:tcMar>
            <w:vAlign w:val="center"/>
          </w:tcPr>
          <w:p w14:paraId="4A212116" w14:textId="77777777" w:rsidR="000B67B3" w:rsidRPr="00F51F43" w:rsidRDefault="000B67B3" w:rsidP="000B67B3">
            <w:pPr>
              <w:spacing w:after="0" w:line="240" w:lineRule="auto"/>
              <w:rPr>
                <w:noProof/>
                <w:sz w:val="20"/>
                <w:szCs w:val="20"/>
              </w:rPr>
            </w:pPr>
            <w:r w:rsidRPr="00F51F43">
              <w:rPr>
                <w:noProof/>
                <w:sz w:val="20"/>
                <w:szCs w:val="20"/>
              </w:rPr>
              <w:t>27.</w:t>
            </w:r>
          </w:p>
        </w:tc>
        <w:tc>
          <w:tcPr>
            <w:tcW w:w="1640" w:type="dxa"/>
            <w:tcMar>
              <w:top w:w="80" w:type="dxa"/>
              <w:left w:w="80" w:type="dxa"/>
              <w:bottom w:w="80" w:type="dxa"/>
              <w:right w:w="80" w:type="dxa"/>
            </w:tcMar>
            <w:vAlign w:val="center"/>
          </w:tcPr>
          <w:p w14:paraId="73FF1F15"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1D585D85" w14:textId="77777777" w:rsidR="000B67B3" w:rsidRPr="00F51F43" w:rsidRDefault="000B67B3" w:rsidP="000B67B3">
            <w:pPr>
              <w:spacing w:after="0" w:line="240" w:lineRule="auto"/>
              <w:rPr>
                <w:noProof/>
                <w:sz w:val="20"/>
                <w:szCs w:val="20"/>
              </w:rPr>
            </w:pPr>
            <w:r w:rsidRPr="00F51F43">
              <w:rPr>
                <w:noProof/>
                <w:sz w:val="20"/>
                <w:szCs w:val="20"/>
              </w:rPr>
              <w:t>svibanj</w:t>
            </w:r>
          </w:p>
        </w:tc>
        <w:tc>
          <w:tcPr>
            <w:tcW w:w="992" w:type="dxa"/>
            <w:tcMar>
              <w:top w:w="80" w:type="dxa"/>
              <w:left w:w="80" w:type="dxa"/>
              <w:bottom w:w="80" w:type="dxa"/>
              <w:right w:w="80" w:type="dxa"/>
            </w:tcMar>
            <w:vAlign w:val="center"/>
          </w:tcPr>
          <w:p w14:paraId="62087894"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A06A79E" w14:textId="77777777" w:rsidR="000B67B3" w:rsidRPr="00F51F43" w:rsidRDefault="000B67B3" w:rsidP="000B67B3">
            <w:pPr>
              <w:spacing w:after="0" w:line="240" w:lineRule="auto"/>
              <w:rPr>
                <w:noProof/>
                <w:sz w:val="20"/>
                <w:szCs w:val="20"/>
              </w:rPr>
            </w:pPr>
            <w:r w:rsidRPr="00F51F43">
              <w:rPr>
                <w:noProof/>
                <w:sz w:val="20"/>
                <w:szCs w:val="20"/>
              </w:rPr>
              <w:t>Bambi</w:t>
            </w:r>
          </w:p>
        </w:tc>
        <w:tc>
          <w:tcPr>
            <w:tcW w:w="2126" w:type="dxa"/>
            <w:tcMar>
              <w:top w:w="80" w:type="dxa"/>
              <w:left w:w="80" w:type="dxa"/>
              <w:bottom w:w="80" w:type="dxa"/>
              <w:right w:w="80" w:type="dxa"/>
            </w:tcMar>
            <w:vAlign w:val="center"/>
          </w:tcPr>
          <w:p w14:paraId="6C596124"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3BF08EF3"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7EEC04D7" w14:textId="77777777" w:rsidTr="000B67B3">
        <w:trPr>
          <w:cantSplit/>
          <w:jc w:val="center"/>
        </w:trPr>
        <w:tc>
          <w:tcPr>
            <w:tcW w:w="992" w:type="dxa"/>
            <w:tcMar>
              <w:top w:w="80" w:type="dxa"/>
              <w:left w:w="80" w:type="dxa"/>
              <w:bottom w:w="80" w:type="dxa"/>
              <w:right w:w="80" w:type="dxa"/>
            </w:tcMar>
            <w:vAlign w:val="center"/>
          </w:tcPr>
          <w:p w14:paraId="6657477C" w14:textId="77777777" w:rsidR="000B67B3" w:rsidRPr="00F51F43" w:rsidRDefault="000B67B3" w:rsidP="000B67B3">
            <w:pPr>
              <w:spacing w:after="0" w:line="240" w:lineRule="auto"/>
              <w:rPr>
                <w:noProof/>
                <w:sz w:val="20"/>
                <w:szCs w:val="20"/>
              </w:rPr>
            </w:pPr>
            <w:r w:rsidRPr="00F51F43">
              <w:rPr>
                <w:noProof/>
                <w:sz w:val="20"/>
                <w:szCs w:val="20"/>
              </w:rPr>
              <w:t>28.</w:t>
            </w:r>
          </w:p>
        </w:tc>
        <w:tc>
          <w:tcPr>
            <w:tcW w:w="1640" w:type="dxa"/>
            <w:tcMar>
              <w:top w:w="80" w:type="dxa"/>
              <w:left w:w="80" w:type="dxa"/>
              <w:bottom w:w="80" w:type="dxa"/>
              <w:right w:w="80" w:type="dxa"/>
            </w:tcMar>
            <w:vAlign w:val="center"/>
          </w:tcPr>
          <w:p w14:paraId="3D5E3C95"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6347067B" w14:textId="77777777" w:rsidR="000B67B3" w:rsidRPr="00F51F43" w:rsidRDefault="000B67B3" w:rsidP="000B67B3">
            <w:pPr>
              <w:spacing w:after="0" w:line="240" w:lineRule="auto"/>
              <w:rPr>
                <w:noProof/>
                <w:sz w:val="20"/>
                <w:szCs w:val="20"/>
              </w:rPr>
            </w:pPr>
            <w:r w:rsidRPr="00F51F43">
              <w:rPr>
                <w:noProof/>
                <w:sz w:val="20"/>
                <w:szCs w:val="20"/>
              </w:rPr>
              <w:t>listopad / studeni</w:t>
            </w:r>
          </w:p>
        </w:tc>
        <w:tc>
          <w:tcPr>
            <w:tcW w:w="992" w:type="dxa"/>
            <w:tcMar>
              <w:top w:w="80" w:type="dxa"/>
              <w:left w:w="80" w:type="dxa"/>
              <w:bottom w:w="80" w:type="dxa"/>
              <w:right w:w="80" w:type="dxa"/>
            </w:tcMar>
            <w:vAlign w:val="center"/>
          </w:tcPr>
          <w:p w14:paraId="36D07B2B" w14:textId="77777777" w:rsidR="000B67B3" w:rsidRPr="00F51F43" w:rsidRDefault="000B67B3" w:rsidP="000B67B3">
            <w:pPr>
              <w:spacing w:after="0" w:line="240" w:lineRule="auto"/>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7711FC55" w14:textId="77777777" w:rsidR="000B67B3" w:rsidRPr="00F51F43" w:rsidRDefault="000B67B3" w:rsidP="000B67B3">
            <w:pPr>
              <w:spacing w:after="0" w:line="240" w:lineRule="auto"/>
              <w:rPr>
                <w:noProof/>
                <w:sz w:val="20"/>
                <w:szCs w:val="20"/>
              </w:rPr>
            </w:pPr>
            <w:r w:rsidRPr="00F51F43">
              <w:rPr>
                <w:noProof/>
                <w:sz w:val="20"/>
                <w:szCs w:val="20"/>
              </w:rPr>
              <w:t>Lavići</w:t>
            </w:r>
          </w:p>
        </w:tc>
        <w:tc>
          <w:tcPr>
            <w:tcW w:w="2126" w:type="dxa"/>
            <w:tcMar>
              <w:top w:w="80" w:type="dxa"/>
              <w:left w:w="80" w:type="dxa"/>
              <w:bottom w:w="80" w:type="dxa"/>
              <w:right w:w="80" w:type="dxa"/>
            </w:tcMar>
            <w:vAlign w:val="center"/>
          </w:tcPr>
          <w:p w14:paraId="080A2F4F"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09C5A8DE"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45A325F8" w14:textId="77777777" w:rsidTr="000B67B3">
        <w:trPr>
          <w:cantSplit/>
          <w:jc w:val="center"/>
        </w:trPr>
        <w:tc>
          <w:tcPr>
            <w:tcW w:w="992" w:type="dxa"/>
            <w:tcMar>
              <w:top w:w="80" w:type="dxa"/>
              <w:left w:w="80" w:type="dxa"/>
              <w:bottom w:w="80" w:type="dxa"/>
              <w:right w:w="80" w:type="dxa"/>
            </w:tcMar>
            <w:vAlign w:val="center"/>
          </w:tcPr>
          <w:p w14:paraId="3F82B526" w14:textId="77777777" w:rsidR="000B67B3" w:rsidRPr="00F51F43" w:rsidRDefault="000B67B3" w:rsidP="000B67B3">
            <w:pPr>
              <w:spacing w:after="0" w:line="240" w:lineRule="auto"/>
              <w:rPr>
                <w:noProof/>
                <w:sz w:val="20"/>
                <w:szCs w:val="20"/>
              </w:rPr>
            </w:pPr>
            <w:r w:rsidRPr="00F51F43">
              <w:rPr>
                <w:noProof/>
                <w:sz w:val="20"/>
                <w:szCs w:val="20"/>
              </w:rPr>
              <w:t>29.</w:t>
            </w:r>
          </w:p>
        </w:tc>
        <w:tc>
          <w:tcPr>
            <w:tcW w:w="1640" w:type="dxa"/>
            <w:tcMar>
              <w:top w:w="80" w:type="dxa"/>
              <w:left w:w="80" w:type="dxa"/>
              <w:bottom w:w="80" w:type="dxa"/>
              <w:right w:w="80" w:type="dxa"/>
            </w:tcMar>
            <w:vAlign w:val="center"/>
          </w:tcPr>
          <w:p w14:paraId="146C5530"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1B0CD8DF" w14:textId="77777777" w:rsidR="000B67B3" w:rsidRPr="00F51F43" w:rsidRDefault="000B67B3" w:rsidP="000B67B3">
            <w:pPr>
              <w:spacing w:after="0" w:line="240" w:lineRule="auto"/>
              <w:rPr>
                <w:noProof/>
                <w:sz w:val="20"/>
                <w:szCs w:val="20"/>
              </w:rPr>
            </w:pPr>
            <w:r w:rsidRPr="00F51F43">
              <w:rPr>
                <w:noProof/>
                <w:sz w:val="20"/>
                <w:szCs w:val="20"/>
              </w:rPr>
              <w:t>veljača / ožujak</w:t>
            </w:r>
          </w:p>
        </w:tc>
        <w:tc>
          <w:tcPr>
            <w:tcW w:w="992" w:type="dxa"/>
            <w:tcMar>
              <w:top w:w="80" w:type="dxa"/>
              <w:left w:w="80" w:type="dxa"/>
              <w:bottom w:w="80" w:type="dxa"/>
              <w:right w:w="80" w:type="dxa"/>
            </w:tcMar>
            <w:vAlign w:val="center"/>
          </w:tcPr>
          <w:p w14:paraId="56E8B2F6" w14:textId="77777777" w:rsidR="000B67B3" w:rsidRPr="00F51F43" w:rsidRDefault="000B67B3" w:rsidP="000B67B3">
            <w:pPr>
              <w:spacing w:after="0" w:line="240" w:lineRule="auto"/>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382659F0" w14:textId="77777777" w:rsidR="000B67B3" w:rsidRPr="00F51F43" w:rsidRDefault="000B67B3" w:rsidP="000B67B3">
            <w:pPr>
              <w:spacing w:after="0" w:line="240" w:lineRule="auto"/>
              <w:rPr>
                <w:noProof/>
                <w:sz w:val="20"/>
                <w:szCs w:val="20"/>
              </w:rPr>
            </w:pPr>
            <w:r w:rsidRPr="00F51F43">
              <w:rPr>
                <w:noProof/>
                <w:sz w:val="20"/>
                <w:szCs w:val="20"/>
              </w:rPr>
              <w:t>Lavići</w:t>
            </w:r>
          </w:p>
        </w:tc>
        <w:tc>
          <w:tcPr>
            <w:tcW w:w="2126" w:type="dxa"/>
            <w:tcMar>
              <w:top w:w="80" w:type="dxa"/>
              <w:left w:w="80" w:type="dxa"/>
              <w:bottom w:w="80" w:type="dxa"/>
              <w:right w:w="80" w:type="dxa"/>
            </w:tcMar>
            <w:vAlign w:val="center"/>
          </w:tcPr>
          <w:p w14:paraId="32552C79" w14:textId="77777777" w:rsidR="000B67B3" w:rsidRPr="00F51F43" w:rsidRDefault="000B67B3" w:rsidP="000B67B3">
            <w:pPr>
              <w:spacing w:after="0" w:line="240" w:lineRule="auto"/>
              <w:rPr>
                <w:noProof/>
                <w:sz w:val="20"/>
                <w:szCs w:val="20"/>
              </w:rPr>
            </w:pPr>
            <w:r w:rsidRPr="00F51F43">
              <w:rPr>
                <w:noProof/>
                <w:sz w:val="20"/>
                <w:szCs w:val="20"/>
              </w:rPr>
              <w:t>Klaun Čupko/Mak teatar</w:t>
            </w:r>
          </w:p>
        </w:tc>
        <w:tc>
          <w:tcPr>
            <w:tcW w:w="4454" w:type="dxa"/>
            <w:tcMar>
              <w:top w:w="80" w:type="dxa"/>
              <w:left w:w="80" w:type="dxa"/>
              <w:bottom w:w="80" w:type="dxa"/>
              <w:right w:w="80" w:type="dxa"/>
            </w:tcMar>
            <w:vAlign w:val="center"/>
          </w:tcPr>
          <w:p w14:paraId="0897E119"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06A32955" w14:textId="77777777" w:rsidTr="000B67B3">
        <w:trPr>
          <w:cantSplit/>
          <w:jc w:val="center"/>
        </w:trPr>
        <w:tc>
          <w:tcPr>
            <w:tcW w:w="992" w:type="dxa"/>
            <w:tcMar>
              <w:top w:w="80" w:type="dxa"/>
              <w:left w:w="80" w:type="dxa"/>
              <w:bottom w:w="80" w:type="dxa"/>
              <w:right w:w="80" w:type="dxa"/>
            </w:tcMar>
            <w:vAlign w:val="center"/>
          </w:tcPr>
          <w:p w14:paraId="1EF4632D" w14:textId="77777777" w:rsidR="000B67B3" w:rsidRPr="00F51F43" w:rsidRDefault="000B67B3" w:rsidP="000B67B3">
            <w:pPr>
              <w:spacing w:after="0" w:line="240" w:lineRule="auto"/>
              <w:rPr>
                <w:noProof/>
                <w:sz w:val="20"/>
                <w:szCs w:val="20"/>
              </w:rPr>
            </w:pPr>
            <w:r w:rsidRPr="00F51F43">
              <w:rPr>
                <w:noProof/>
                <w:sz w:val="20"/>
                <w:szCs w:val="20"/>
              </w:rPr>
              <w:lastRenderedPageBreak/>
              <w:t>31.</w:t>
            </w:r>
          </w:p>
        </w:tc>
        <w:tc>
          <w:tcPr>
            <w:tcW w:w="1640" w:type="dxa"/>
            <w:tcMar>
              <w:top w:w="80" w:type="dxa"/>
              <w:left w:w="80" w:type="dxa"/>
              <w:bottom w:w="80" w:type="dxa"/>
              <w:right w:w="80" w:type="dxa"/>
            </w:tcMar>
            <w:vAlign w:val="center"/>
          </w:tcPr>
          <w:p w14:paraId="208D8526"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7039C770" w14:textId="77777777" w:rsidR="000B67B3" w:rsidRPr="00F51F43" w:rsidRDefault="000B67B3" w:rsidP="000B67B3">
            <w:pPr>
              <w:spacing w:after="0" w:line="240" w:lineRule="auto"/>
              <w:rPr>
                <w:noProof/>
                <w:sz w:val="20"/>
                <w:szCs w:val="20"/>
              </w:rPr>
            </w:pPr>
            <w:r w:rsidRPr="00F51F43">
              <w:rPr>
                <w:noProof/>
                <w:sz w:val="20"/>
                <w:szCs w:val="20"/>
              </w:rPr>
              <w:t>rujan – svibanj</w:t>
            </w:r>
          </w:p>
        </w:tc>
        <w:tc>
          <w:tcPr>
            <w:tcW w:w="992" w:type="dxa"/>
            <w:tcMar>
              <w:top w:w="80" w:type="dxa"/>
              <w:left w:w="80" w:type="dxa"/>
              <w:bottom w:w="80" w:type="dxa"/>
              <w:right w:w="80" w:type="dxa"/>
            </w:tcMar>
            <w:vAlign w:val="center"/>
          </w:tcPr>
          <w:p w14:paraId="73A4FC36" w14:textId="77777777" w:rsidR="000B67B3" w:rsidRPr="00F51F43" w:rsidRDefault="000B67B3" w:rsidP="000B67B3">
            <w:pPr>
              <w:spacing w:after="0" w:line="240" w:lineRule="auto"/>
              <w:rPr>
                <w:noProof/>
                <w:sz w:val="20"/>
                <w:szCs w:val="20"/>
              </w:rPr>
            </w:pPr>
            <w:r w:rsidRPr="00F51F43">
              <w:rPr>
                <w:noProof/>
                <w:sz w:val="20"/>
                <w:szCs w:val="20"/>
              </w:rPr>
              <w:t>32</w:t>
            </w:r>
          </w:p>
        </w:tc>
        <w:tc>
          <w:tcPr>
            <w:tcW w:w="1134" w:type="dxa"/>
            <w:tcMar>
              <w:top w:w="80" w:type="dxa"/>
              <w:left w:w="80" w:type="dxa"/>
              <w:bottom w:w="80" w:type="dxa"/>
              <w:right w:w="80" w:type="dxa"/>
            </w:tcMar>
            <w:vAlign w:val="center"/>
          </w:tcPr>
          <w:p w14:paraId="1B6C8C72" w14:textId="77777777" w:rsidR="000B67B3" w:rsidRPr="00F51F43" w:rsidRDefault="000B67B3" w:rsidP="000B67B3">
            <w:pPr>
              <w:spacing w:after="0" w:line="240" w:lineRule="auto"/>
              <w:rPr>
                <w:noProof/>
                <w:sz w:val="20"/>
                <w:szCs w:val="20"/>
              </w:rPr>
            </w:pPr>
            <w:r w:rsidRPr="00F51F43">
              <w:rPr>
                <w:noProof/>
                <w:sz w:val="20"/>
                <w:szCs w:val="20"/>
              </w:rPr>
              <w:t>Lavići, Leptirići</w:t>
            </w:r>
          </w:p>
        </w:tc>
        <w:tc>
          <w:tcPr>
            <w:tcW w:w="2126" w:type="dxa"/>
            <w:tcMar>
              <w:top w:w="80" w:type="dxa"/>
              <w:left w:w="80" w:type="dxa"/>
              <w:bottom w:w="80" w:type="dxa"/>
              <w:right w:w="80" w:type="dxa"/>
            </w:tcMar>
            <w:vAlign w:val="center"/>
          </w:tcPr>
          <w:p w14:paraId="2E54A963" w14:textId="77777777" w:rsidR="000B67B3" w:rsidRPr="00F51F43" w:rsidRDefault="000B67B3" w:rsidP="000B67B3">
            <w:pPr>
              <w:spacing w:after="0" w:line="240" w:lineRule="auto"/>
              <w:rPr>
                <w:noProof/>
                <w:sz w:val="20"/>
                <w:szCs w:val="20"/>
              </w:rPr>
            </w:pPr>
            <w:r w:rsidRPr="00F51F43">
              <w:rPr>
                <w:noProof/>
                <w:sz w:val="20"/>
                <w:szCs w:val="20"/>
              </w:rPr>
              <w:t>Klaun Čupko</w:t>
            </w:r>
          </w:p>
        </w:tc>
        <w:tc>
          <w:tcPr>
            <w:tcW w:w="4454" w:type="dxa"/>
            <w:tcMar>
              <w:top w:w="80" w:type="dxa"/>
              <w:left w:w="80" w:type="dxa"/>
              <w:bottom w:w="80" w:type="dxa"/>
              <w:right w:w="80" w:type="dxa"/>
            </w:tcMar>
            <w:vAlign w:val="center"/>
          </w:tcPr>
          <w:p w14:paraId="00F308BF"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15281555" w14:textId="77777777" w:rsidTr="000B67B3">
        <w:trPr>
          <w:cantSplit/>
          <w:jc w:val="center"/>
        </w:trPr>
        <w:tc>
          <w:tcPr>
            <w:tcW w:w="992" w:type="dxa"/>
            <w:tcMar>
              <w:top w:w="80" w:type="dxa"/>
              <w:left w:w="80" w:type="dxa"/>
              <w:bottom w:w="80" w:type="dxa"/>
              <w:right w:w="80" w:type="dxa"/>
            </w:tcMar>
            <w:vAlign w:val="center"/>
          </w:tcPr>
          <w:p w14:paraId="3C756039" w14:textId="77777777" w:rsidR="000B67B3" w:rsidRPr="00F51F43" w:rsidRDefault="000B67B3" w:rsidP="000B67B3">
            <w:pPr>
              <w:spacing w:after="0" w:line="240" w:lineRule="auto"/>
              <w:rPr>
                <w:noProof/>
                <w:sz w:val="20"/>
                <w:szCs w:val="20"/>
              </w:rPr>
            </w:pPr>
            <w:r w:rsidRPr="00F51F43">
              <w:rPr>
                <w:noProof/>
                <w:sz w:val="20"/>
                <w:szCs w:val="20"/>
              </w:rPr>
              <w:t>32.</w:t>
            </w:r>
          </w:p>
        </w:tc>
        <w:tc>
          <w:tcPr>
            <w:tcW w:w="1640" w:type="dxa"/>
            <w:tcMar>
              <w:top w:w="80" w:type="dxa"/>
              <w:left w:w="80" w:type="dxa"/>
              <w:bottom w:w="80" w:type="dxa"/>
              <w:right w:w="80" w:type="dxa"/>
            </w:tcMar>
            <w:vAlign w:val="center"/>
          </w:tcPr>
          <w:p w14:paraId="7DF92E79"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5B78C8A6" w14:textId="77777777" w:rsidR="000B67B3" w:rsidRPr="00F51F43" w:rsidRDefault="000B67B3" w:rsidP="000B67B3">
            <w:pPr>
              <w:spacing w:after="0" w:line="240" w:lineRule="auto"/>
              <w:rPr>
                <w:noProof/>
                <w:sz w:val="20"/>
                <w:szCs w:val="20"/>
              </w:rPr>
            </w:pPr>
            <w:r w:rsidRPr="00F51F43">
              <w:rPr>
                <w:noProof/>
                <w:sz w:val="20"/>
                <w:szCs w:val="20"/>
              </w:rPr>
              <w:t>rujan – svibanj</w:t>
            </w:r>
          </w:p>
        </w:tc>
        <w:tc>
          <w:tcPr>
            <w:tcW w:w="992" w:type="dxa"/>
            <w:tcMar>
              <w:top w:w="80" w:type="dxa"/>
              <w:left w:w="80" w:type="dxa"/>
              <w:bottom w:w="80" w:type="dxa"/>
              <w:right w:w="80" w:type="dxa"/>
            </w:tcMar>
            <w:vAlign w:val="center"/>
          </w:tcPr>
          <w:p w14:paraId="43B66956" w14:textId="77777777" w:rsidR="000B67B3" w:rsidRPr="00F51F43" w:rsidRDefault="000B67B3" w:rsidP="000B67B3">
            <w:pPr>
              <w:spacing w:after="0" w:line="240" w:lineRule="auto"/>
              <w:rPr>
                <w:noProof/>
                <w:sz w:val="20"/>
                <w:szCs w:val="20"/>
              </w:rPr>
            </w:pPr>
            <w:r w:rsidRPr="00F51F43">
              <w:rPr>
                <w:noProof/>
                <w:sz w:val="20"/>
                <w:szCs w:val="20"/>
              </w:rPr>
              <w:t>32</w:t>
            </w:r>
          </w:p>
        </w:tc>
        <w:tc>
          <w:tcPr>
            <w:tcW w:w="1134" w:type="dxa"/>
            <w:tcMar>
              <w:top w:w="80" w:type="dxa"/>
              <w:left w:w="80" w:type="dxa"/>
              <w:bottom w:w="80" w:type="dxa"/>
              <w:right w:w="80" w:type="dxa"/>
            </w:tcMar>
            <w:vAlign w:val="center"/>
          </w:tcPr>
          <w:p w14:paraId="47F3EAB3" w14:textId="77777777" w:rsidR="000B67B3" w:rsidRPr="00F51F43" w:rsidRDefault="000B67B3" w:rsidP="000B67B3">
            <w:pPr>
              <w:spacing w:after="0" w:line="240" w:lineRule="auto"/>
              <w:rPr>
                <w:noProof/>
                <w:sz w:val="20"/>
                <w:szCs w:val="20"/>
              </w:rPr>
            </w:pPr>
            <w:r w:rsidRPr="00F51F43">
              <w:rPr>
                <w:noProof/>
                <w:sz w:val="20"/>
                <w:szCs w:val="20"/>
              </w:rPr>
              <w:t>Lavići, Leptirići</w:t>
            </w:r>
          </w:p>
        </w:tc>
        <w:tc>
          <w:tcPr>
            <w:tcW w:w="2126" w:type="dxa"/>
            <w:tcMar>
              <w:top w:w="80" w:type="dxa"/>
              <w:left w:w="80" w:type="dxa"/>
              <w:bottom w:w="80" w:type="dxa"/>
              <w:right w:w="80" w:type="dxa"/>
            </w:tcMar>
            <w:vAlign w:val="center"/>
          </w:tcPr>
          <w:p w14:paraId="737FA26D" w14:textId="77777777" w:rsidR="000B67B3" w:rsidRPr="00F51F43" w:rsidRDefault="000B67B3" w:rsidP="000B67B3">
            <w:pPr>
              <w:spacing w:after="0" w:line="240" w:lineRule="auto"/>
              <w:rPr>
                <w:noProof/>
                <w:sz w:val="20"/>
                <w:szCs w:val="20"/>
              </w:rPr>
            </w:pPr>
            <w:r w:rsidRPr="00F51F43">
              <w:rPr>
                <w:noProof/>
                <w:sz w:val="20"/>
                <w:szCs w:val="20"/>
              </w:rPr>
              <w:t>Kazalište lutaka Sunce</w:t>
            </w:r>
          </w:p>
        </w:tc>
        <w:tc>
          <w:tcPr>
            <w:tcW w:w="4454" w:type="dxa"/>
            <w:tcMar>
              <w:top w:w="80" w:type="dxa"/>
              <w:left w:w="80" w:type="dxa"/>
              <w:bottom w:w="80" w:type="dxa"/>
              <w:right w:w="80" w:type="dxa"/>
            </w:tcMar>
            <w:vAlign w:val="center"/>
          </w:tcPr>
          <w:p w14:paraId="028721CB"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2365764B" w14:textId="77777777" w:rsidTr="000B67B3">
        <w:trPr>
          <w:cantSplit/>
          <w:jc w:val="center"/>
        </w:trPr>
        <w:tc>
          <w:tcPr>
            <w:tcW w:w="992" w:type="dxa"/>
            <w:tcMar>
              <w:top w:w="80" w:type="dxa"/>
              <w:left w:w="80" w:type="dxa"/>
              <w:bottom w:w="80" w:type="dxa"/>
              <w:right w:w="80" w:type="dxa"/>
            </w:tcMar>
            <w:vAlign w:val="center"/>
          </w:tcPr>
          <w:p w14:paraId="3DC71448" w14:textId="77777777" w:rsidR="000B67B3" w:rsidRPr="00F51F43" w:rsidRDefault="000B67B3" w:rsidP="000B67B3">
            <w:pPr>
              <w:spacing w:after="0" w:line="240" w:lineRule="auto"/>
              <w:rPr>
                <w:noProof/>
                <w:sz w:val="20"/>
                <w:szCs w:val="20"/>
              </w:rPr>
            </w:pPr>
            <w:r w:rsidRPr="00F51F43">
              <w:rPr>
                <w:noProof/>
                <w:sz w:val="20"/>
                <w:szCs w:val="20"/>
              </w:rPr>
              <w:t>33.</w:t>
            </w:r>
          </w:p>
        </w:tc>
        <w:tc>
          <w:tcPr>
            <w:tcW w:w="1640" w:type="dxa"/>
            <w:tcMar>
              <w:top w:w="80" w:type="dxa"/>
              <w:left w:w="80" w:type="dxa"/>
              <w:bottom w:w="80" w:type="dxa"/>
              <w:right w:w="80" w:type="dxa"/>
            </w:tcMar>
            <w:vAlign w:val="center"/>
          </w:tcPr>
          <w:p w14:paraId="1961D3B1"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1363" w:type="dxa"/>
            <w:tcMar>
              <w:top w:w="80" w:type="dxa"/>
              <w:left w:w="80" w:type="dxa"/>
              <w:bottom w:w="80" w:type="dxa"/>
              <w:right w:w="80" w:type="dxa"/>
            </w:tcMar>
            <w:vAlign w:val="center"/>
          </w:tcPr>
          <w:p w14:paraId="5902F65B" w14:textId="77777777" w:rsidR="000B67B3" w:rsidRPr="00F51F43" w:rsidRDefault="000B67B3" w:rsidP="000B67B3">
            <w:pPr>
              <w:spacing w:after="0" w:line="240" w:lineRule="auto"/>
              <w:rPr>
                <w:noProof/>
                <w:sz w:val="20"/>
                <w:szCs w:val="20"/>
              </w:rPr>
            </w:pPr>
            <w:r w:rsidRPr="00F51F43">
              <w:rPr>
                <w:noProof/>
                <w:sz w:val="20"/>
                <w:szCs w:val="20"/>
              </w:rPr>
              <w:t>rujan – svibanj</w:t>
            </w:r>
          </w:p>
        </w:tc>
        <w:tc>
          <w:tcPr>
            <w:tcW w:w="992" w:type="dxa"/>
            <w:tcMar>
              <w:top w:w="80" w:type="dxa"/>
              <w:left w:w="80" w:type="dxa"/>
              <w:bottom w:w="80" w:type="dxa"/>
              <w:right w:w="80" w:type="dxa"/>
            </w:tcMar>
            <w:vAlign w:val="center"/>
          </w:tcPr>
          <w:p w14:paraId="61B1DEB8"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FBA14A1" w14:textId="77777777" w:rsidR="000B67B3" w:rsidRPr="00F51F43" w:rsidRDefault="000B67B3" w:rsidP="000B67B3">
            <w:pPr>
              <w:spacing w:after="0" w:line="240" w:lineRule="auto"/>
              <w:rPr>
                <w:noProof/>
                <w:sz w:val="20"/>
                <w:szCs w:val="20"/>
              </w:rPr>
            </w:pPr>
            <w:r w:rsidRPr="00F51F43">
              <w:rPr>
                <w:noProof/>
                <w:sz w:val="20"/>
                <w:szCs w:val="20"/>
              </w:rPr>
              <w:t>Leptirići</w:t>
            </w:r>
          </w:p>
        </w:tc>
        <w:tc>
          <w:tcPr>
            <w:tcW w:w="2126" w:type="dxa"/>
            <w:tcMar>
              <w:top w:w="80" w:type="dxa"/>
              <w:left w:w="80" w:type="dxa"/>
              <w:bottom w:w="80" w:type="dxa"/>
              <w:right w:w="80" w:type="dxa"/>
            </w:tcMar>
            <w:vAlign w:val="center"/>
          </w:tcPr>
          <w:p w14:paraId="20B651E3"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4454" w:type="dxa"/>
            <w:tcMar>
              <w:top w:w="80" w:type="dxa"/>
              <w:left w:w="80" w:type="dxa"/>
              <w:bottom w:w="80" w:type="dxa"/>
              <w:right w:w="80" w:type="dxa"/>
            </w:tcMar>
            <w:vAlign w:val="center"/>
          </w:tcPr>
          <w:p w14:paraId="0D702C70"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5064B61D" w14:textId="77777777" w:rsidTr="000B67B3">
        <w:trPr>
          <w:cantSplit/>
          <w:jc w:val="center"/>
        </w:trPr>
        <w:tc>
          <w:tcPr>
            <w:tcW w:w="992" w:type="dxa"/>
            <w:tcMar>
              <w:top w:w="80" w:type="dxa"/>
              <w:left w:w="80" w:type="dxa"/>
              <w:bottom w:w="80" w:type="dxa"/>
              <w:right w:w="80" w:type="dxa"/>
            </w:tcMar>
            <w:vAlign w:val="center"/>
          </w:tcPr>
          <w:p w14:paraId="0677D82B" w14:textId="77777777" w:rsidR="000B67B3" w:rsidRPr="00F51F43" w:rsidRDefault="000B67B3" w:rsidP="000B67B3">
            <w:pPr>
              <w:spacing w:after="0" w:line="240" w:lineRule="auto"/>
              <w:rPr>
                <w:noProof/>
                <w:sz w:val="20"/>
                <w:szCs w:val="20"/>
              </w:rPr>
            </w:pPr>
            <w:r w:rsidRPr="00F51F43">
              <w:rPr>
                <w:noProof/>
                <w:sz w:val="20"/>
                <w:szCs w:val="20"/>
              </w:rPr>
              <w:t>34.</w:t>
            </w:r>
          </w:p>
        </w:tc>
        <w:tc>
          <w:tcPr>
            <w:tcW w:w="1640" w:type="dxa"/>
            <w:tcMar>
              <w:top w:w="80" w:type="dxa"/>
              <w:left w:w="80" w:type="dxa"/>
              <w:bottom w:w="80" w:type="dxa"/>
              <w:right w:w="80" w:type="dxa"/>
            </w:tcMar>
            <w:vAlign w:val="center"/>
          </w:tcPr>
          <w:p w14:paraId="3EAC9096" w14:textId="77777777" w:rsidR="000B67B3" w:rsidRPr="00F51F43" w:rsidRDefault="000B67B3" w:rsidP="000B67B3">
            <w:pPr>
              <w:spacing w:after="0" w:line="240" w:lineRule="auto"/>
              <w:rPr>
                <w:noProof/>
                <w:sz w:val="20"/>
                <w:szCs w:val="20"/>
              </w:rPr>
            </w:pPr>
            <w:r w:rsidRPr="00F51F43">
              <w:rPr>
                <w:noProof/>
                <w:sz w:val="20"/>
                <w:szCs w:val="20"/>
              </w:rPr>
              <w:t>Kino Cinestar</w:t>
            </w:r>
          </w:p>
        </w:tc>
        <w:tc>
          <w:tcPr>
            <w:tcW w:w="1363" w:type="dxa"/>
            <w:tcMar>
              <w:top w:w="80" w:type="dxa"/>
              <w:left w:w="80" w:type="dxa"/>
              <w:bottom w:w="80" w:type="dxa"/>
              <w:right w:w="80" w:type="dxa"/>
            </w:tcMar>
            <w:vAlign w:val="center"/>
          </w:tcPr>
          <w:p w14:paraId="7D338F59" w14:textId="77777777" w:rsidR="000B67B3" w:rsidRPr="00F51F43" w:rsidRDefault="000B67B3" w:rsidP="000B67B3">
            <w:pPr>
              <w:spacing w:after="0" w:line="240" w:lineRule="auto"/>
              <w:rPr>
                <w:noProof/>
                <w:sz w:val="20"/>
                <w:szCs w:val="20"/>
              </w:rPr>
            </w:pPr>
            <w:r w:rsidRPr="00F51F43">
              <w:rPr>
                <w:noProof/>
                <w:sz w:val="20"/>
                <w:szCs w:val="20"/>
              </w:rPr>
              <w:t>rujan – svibanj</w:t>
            </w:r>
          </w:p>
        </w:tc>
        <w:tc>
          <w:tcPr>
            <w:tcW w:w="992" w:type="dxa"/>
            <w:tcMar>
              <w:top w:w="80" w:type="dxa"/>
              <w:left w:w="80" w:type="dxa"/>
              <w:bottom w:w="80" w:type="dxa"/>
              <w:right w:w="80" w:type="dxa"/>
            </w:tcMar>
            <w:vAlign w:val="center"/>
          </w:tcPr>
          <w:p w14:paraId="3E0F46C3"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6B1A8360" w14:textId="77777777" w:rsidR="000B67B3" w:rsidRPr="00F51F43" w:rsidRDefault="000B67B3" w:rsidP="000B67B3">
            <w:pPr>
              <w:spacing w:after="0" w:line="240" w:lineRule="auto"/>
              <w:rPr>
                <w:noProof/>
                <w:sz w:val="20"/>
                <w:szCs w:val="20"/>
              </w:rPr>
            </w:pPr>
            <w:r w:rsidRPr="00F51F43">
              <w:rPr>
                <w:noProof/>
                <w:sz w:val="20"/>
                <w:szCs w:val="20"/>
              </w:rPr>
              <w:t>Leptirići</w:t>
            </w:r>
          </w:p>
        </w:tc>
        <w:tc>
          <w:tcPr>
            <w:tcW w:w="2126" w:type="dxa"/>
            <w:tcMar>
              <w:top w:w="80" w:type="dxa"/>
              <w:left w:w="80" w:type="dxa"/>
              <w:bottom w:w="80" w:type="dxa"/>
              <w:right w:w="80" w:type="dxa"/>
            </w:tcMar>
            <w:vAlign w:val="center"/>
          </w:tcPr>
          <w:p w14:paraId="732EE039" w14:textId="77777777" w:rsidR="000B67B3" w:rsidRPr="00F51F43" w:rsidRDefault="000B67B3" w:rsidP="000B67B3">
            <w:pPr>
              <w:spacing w:after="0" w:line="240" w:lineRule="auto"/>
              <w:rPr>
                <w:noProof/>
                <w:sz w:val="20"/>
                <w:szCs w:val="20"/>
              </w:rPr>
            </w:pPr>
            <w:r w:rsidRPr="00F51F43">
              <w:rPr>
                <w:noProof/>
                <w:sz w:val="20"/>
                <w:szCs w:val="20"/>
              </w:rPr>
              <w:t>Kino Cinestar</w:t>
            </w:r>
          </w:p>
        </w:tc>
        <w:tc>
          <w:tcPr>
            <w:tcW w:w="4454" w:type="dxa"/>
            <w:tcMar>
              <w:top w:w="80" w:type="dxa"/>
              <w:left w:w="80" w:type="dxa"/>
              <w:bottom w:w="80" w:type="dxa"/>
              <w:right w:w="80" w:type="dxa"/>
            </w:tcMar>
            <w:vAlign w:val="center"/>
          </w:tcPr>
          <w:p w14:paraId="685CEFB4"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060A64AC" w14:textId="77777777" w:rsidTr="000B67B3">
        <w:trPr>
          <w:cantSplit/>
          <w:jc w:val="center"/>
        </w:trPr>
        <w:tc>
          <w:tcPr>
            <w:tcW w:w="992" w:type="dxa"/>
            <w:tcMar>
              <w:top w:w="80" w:type="dxa"/>
              <w:left w:w="80" w:type="dxa"/>
              <w:bottom w:w="80" w:type="dxa"/>
              <w:right w:w="80" w:type="dxa"/>
            </w:tcMar>
            <w:vAlign w:val="center"/>
          </w:tcPr>
          <w:p w14:paraId="42AB5BB0" w14:textId="77777777" w:rsidR="000B67B3" w:rsidRPr="00F51F43" w:rsidRDefault="000B67B3" w:rsidP="000B67B3">
            <w:pPr>
              <w:spacing w:after="0" w:line="240" w:lineRule="auto"/>
              <w:rPr>
                <w:noProof/>
                <w:sz w:val="20"/>
                <w:szCs w:val="20"/>
              </w:rPr>
            </w:pPr>
            <w:r w:rsidRPr="00F51F43">
              <w:rPr>
                <w:noProof/>
                <w:sz w:val="20"/>
                <w:szCs w:val="20"/>
              </w:rPr>
              <w:t>35.</w:t>
            </w:r>
          </w:p>
        </w:tc>
        <w:tc>
          <w:tcPr>
            <w:tcW w:w="1640" w:type="dxa"/>
            <w:tcMar>
              <w:top w:w="80" w:type="dxa"/>
              <w:left w:w="80" w:type="dxa"/>
              <w:bottom w:w="80" w:type="dxa"/>
              <w:right w:w="80" w:type="dxa"/>
            </w:tcMar>
            <w:vAlign w:val="center"/>
          </w:tcPr>
          <w:p w14:paraId="42E95105"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0BD5FDBE" w14:textId="77777777" w:rsidR="000B67B3" w:rsidRPr="00F51F43" w:rsidRDefault="000B67B3" w:rsidP="000B67B3">
            <w:pPr>
              <w:spacing w:after="0" w:line="240" w:lineRule="auto"/>
              <w:rPr>
                <w:noProof/>
                <w:sz w:val="20"/>
                <w:szCs w:val="20"/>
              </w:rPr>
            </w:pPr>
          </w:p>
        </w:tc>
        <w:tc>
          <w:tcPr>
            <w:tcW w:w="992" w:type="dxa"/>
            <w:tcMar>
              <w:top w:w="80" w:type="dxa"/>
              <w:left w:w="80" w:type="dxa"/>
              <w:bottom w:w="80" w:type="dxa"/>
              <w:right w:w="80" w:type="dxa"/>
            </w:tcMar>
            <w:vAlign w:val="center"/>
          </w:tcPr>
          <w:p w14:paraId="2B741C18" w14:textId="77777777" w:rsidR="000B67B3" w:rsidRPr="00F51F43" w:rsidRDefault="000B67B3" w:rsidP="000B67B3">
            <w:pPr>
              <w:spacing w:after="0" w:line="240" w:lineRule="auto"/>
              <w:rPr>
                <w:noProof/>
                <w:sz w:val="20"/>
                <w:szCs w:val="20"/>
              </w:rPr>
            </w:pPr>
            <w:r w:rsidRPr="00F51F43">
              <w:rPr>
                <w:noProof/>
                <w:sz w:val="20"/>
                <w:szCs w:val="20"/>
              </w:rPr>
              <w:t>12</w:t>
            </w:r>
          </w:p>
        </w:tc>
        <w:tc>
          <w:tcPr>
            <w:tcW w:w="1134" w:type="dxa"/>
            <w:tcMar>
              <w:top w:w="80" w:type="dxa"/>
              <w:left w:w="80" w:type="dxa"/>
              <w:bottom w:w="80" w:type="dxa"/>
              <w:right w:w="80" w:type="dxa"/>
            </w:tcMar>
            <w:vAlign w:val="center"/>
          </w:tcPr>
          <w:p w14:paraId="206695CB" w14:textId="77777777" w:rsidR="000B67B3" w:rsidRPr="00F51F43" w:rsidRDefault="000B67B3" w:rsidP="000B67B3">
            <w:pPr>
              <w:spacing w:after="0" w:line="240" w:lineRule="auto"/>
              <w:rPr>
                <w:noProof/>
                <w:sz w:val="20"/>
                <w:szCs w:val="20"/>
              </w:rPr>
            </w:pPr>
            <w:r w:rsidRPr="00F51F43">
              <w:rPr>
                <w:noProof/>
                <w:sz w:val="20"/>
                <w:szCs w:val="20"/>
              </w:rPr>
              <w:t>Bubamare</w:t>
            </w:r>
          </w:p>
        </w:tc>
        <w:tc>
          <w:tcPr>
            <w:tcW w:w="2126" w:type="dxa"/>
            <w:tcMar>
              <w:top w:w="80" w:type="dxa"/>
              <w:left w:w="80" w:type="dxa"/>
              <w:bottom w:w="80" w:type="dxa"/>
              <w:right w:w="80" w:type="dxa"/>
            </w:tcMar>
            <w:vAlign w:val="center"/>
          </w:tcPr>
          <w:p w14:paraId="1A8D54C1" w14:textId="77777777" w:rsidR="000B67B3" w:rsidRPr="00F51F43" w:rsidRDefault="000B67B3" w:rsidP="000B67B3">
            <w:pPr>
              <w:spacing w:after="0" w:line="240" w:lineRule="auto"/>
              <w:rPr>
                <w:noProof/>
                <w:sz w:val="20"/>
                <w:szCs w:val="20"/>
              </w:rPr>
            </w:pPr>
            <w:r w:rsidRPr="00F51F43">
              <w:rPr>
                <w:noProof/>
                <w:sz w:val="20"/>
                <w:szCs w:val="20"/>
              </w:rPr>
              <w:t>Prema dogovoru</w:t>
            </w:r>
          </w:p>
        </w:tc>
        <w:tc>
          <w:tcPr>
            <w:tcW w:w="4454" w:type="dxa"/>
            <w:tcMar>
              <w:top w:w="80" w:type="dxa"/>
              <w:left w:w="80" w:type="dxa"/>
              <w:bottom w:w="80" w:type="dxa"/>
              <w:right w:w="80" w:type="dxa"/>
            </w:tcMar>
            <w:vAlign w:val="center"/>
          </w:tcPr>
          <w:p w14:paraId="3AF938F2"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2A5600E6" w14:textId="77777777" w:rsidTr="000B67B3">
        <w:trPr>
          <w:cantSplit/>
          <w:jc w:val="center"/>
        </w:trPr>
        <w:tc>
          <w:tcPr>
            <w:tcW w:w="992" w:type="dxa"/>
            <w:tcMar>
              <w:top w:w="80" w:type="dxa"/>
              <w:left w:w="80" w:type="dxa"/>
              <w:bottom w:w="80" w:type="dxa"/>
              <w:right w:w="80" w:type="dxa"/>
            </w:tcMar>
            <w:vAlign w:val="center"/>
          </w:tcPr>
          <w:p w14:paraId="57C4DC45" w14:textId="77777777" w:rsidR="000B67B3" w:rsidRPr="00F51F43" w:rsidRDefault="000B67B3" w:rsidP="000B67B3">
            <w:pPr>
              <w:spacing w:after="0" w:line="240" w:lineRule="auto"/>
              <w:rPr>
                <w:noProof/>
                <w:sz w:val="20"/>
                <w:szCs w:val="20"/>
              </w:rPr>
            </w:pPr>
            <w:r w:rsidRPr="00F51F43">
              <w:rPr>
                <w:noProof/>
                <w:sz w:val="20"/>
                <w:szCs w:val="20"/>
              </w:rPr>
              <w:t>36.</w:t>
            </w:r>
          </w:p>
        </w:tc>
        <w:tc>
          <w:tcPr>
            <w:tcW w:w="1640" w:type="dxa"/>
            <w:tcMar>
              <w:top w:w="80" w:type="dxa"/>
              <w:left w:w="80" w:type="dxa"/>
              <w:bottom w:w="80" w:type="dxa"/>
              <w:right w:w="80" w:type="dxa"/>
            </w:tcMar>
            <w:vAlign w:val="center"/>
          </w:tcPr>
          <w:p w14:paraId="36432F57"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4A7BE223" w14:textId="77777777" w:rsidR="000B67B3" w:rsidRPr="00F51F43" w:rsidRDefault="000B67B3" w:rsidP="000B67B3">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0D9F4823" w14:textId="77777777" w:rsidR="000B67B3" w:rsidRPr="00F51F43" w:rsidRDefault="000B67B3" w:rsidP="000B67B3">
            <w:pPr>
              <w:spacing w:after="0" w:line="240" w:lineRule="auto"/>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329F1E03" w14:textId="77777777" w:rsidR="000B67B3" w:rsidRPr="00F51F43" w:rsidRDefault="000B67B3" w:rsidP="000B67B3">
            <w:pPr>
              <w:spacing w:after="0" w:line="240" w:lineRule="auto"/>
              <w:rPr>
                <w:noProof/>
                <w:sz w:val="20"/>
                <w:szCs w:val="20"/>
              </w:rPr>
            </w:pPr>
            <w:r w:rsidRPr="00F51F43">
              <w:rPr>
                <w:noProof/>
                <w:sz w:val="20"/>
                <w:szCs w:val="20"/>
              </w:rPr>
              <w:t>Cvjetići</w:t>
            </w:r>
          </w:p>
        </w:tc>
        <w:tc>
          <w:tcPr>
            <w:tcW w:w="2126" w:type="dxa"/>
            <w:tcMar>
              <w:top w:w="80" w:type="dxa"/>
              <w:left w:w="80" w:type="dxa"/>
              <w:bottom w:w="80" w:type="dxa"/>
              <w:right w:w="80" w:type="dxa"/>
            </w:tcMar>
            <w:vAlign w:val="center"/>
          </w:tcPr>
          <w:p w14:paraId="1D4F34E1"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02AC62C6"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03E09209" w14:textId="77777777" w:rsidTr="000B67B3">
        <w:trPr>
          <w:cantSplit/>
          <w:jc w:val="center"/>
        </w:trPr>
        <w:tc>
          <w:tcPr>
            <w:tcW w:w="992" w:type="dxa"/>
            <w:tcMar>
              <w:top w:w="80" w:type="dxa"/>
              <w:left w:w="80" w:type="dxa"/>
              <w:bottom w:w="80" w:type="dxa"/>
              <w:right w:w="80" w:type="dxa"/>
            </w:tcMar>
            <w:vAlign w:val="center"/>
          </w:tcPr>
          <w:p w14:paraId="406D4F86" w14:textId="77777777" w:rsidR="000B67B3" w:rsidRPr="00F51F43" w:rsidRDefault="000B67B3" w:rsidP="000B67B3">
            <w:pPr>
              <w:spacing w:after="0" w:line="240" w:lineRule="auto"/>
              <w:rPr>
                <w:noProof/>
                <w:sz w:val="20"/>
                <w:szCs w:val="20"/>
              </w:rPr>
            </w:pPr>
            <w:r w:rsidRPr="00F51F43">
              <w:rPr>
                <w:noProof/>
                <w:sz w:val="20"/>
                <w:szCs w:val="20"/>
              </w:rPr>
              <w:t>37.</w:t>
            </w:r>
          </w:p>
        </w:tc>
        <w:tc>
          <w:tcPr>
            <w:tcW w:w="1640" w:type="dxa"/>
            <w:tcMar>
              <w:top w:w="80" w:type="dxa"/>
              <w:left w:w="80" w:type="dxa"/>
              <w:bottom w:w="80" w:type="dxa"/>
              <w:right w:w="80" w:type="dxa"/>
            </w:tcMar>
            <w:vAlign w:val="center"/>
          </w:tcPr>
          <w:p w14:paraId="3C909B9A"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12AE2735" w14:textId="77777777" w:rsidR="000B67B3" w:rsidRPr="00F51F43" w:rsidRDefault="000B67B3" w:rsidP="000B67B3">
            <w:pPr>
              <w:spacing w:after="0" w:line="240" w:lineRule="auto"/>
              <w:rPr>
                <w:noProof/>
                <w:sz w:val="20"/>
                <w:szCs w:val="20"/>
              </w:rPr>
            </w:pPr>
            <w:r w:rsidRPr="00F51F43">
              <w:rPr>
                <w:noProof/>
                <w:sz w:val="20"/>
                <w:szCs w:val="20"/>
              </w:rPr>
              <w:t>veljača</w:t>
            </w:r>
          </w:p>
        </w:tc>
        <w:tc>
          <w:tcPr>
            <w:tcW w:w="992" w:type="dxa"/>
            <w:tcMar>
              <w:top w:w="80" w:type="dxa"/>
              <w:left w:w="80" w:type="dxa"/>
              <w:bottom w:w="80" w:type="dxa"/>
              <w:right w:w="80" w:type="dxa"/>
            </w:tcMar>
            <w:vAlign w:val="center"/>
          </w:tcPr>
          <w:p w14:paraId="3E22E1F0" w14:textId="77777777" w:rsidR="000B67B3" w:rsidRPr="00F51F43" w:rsidRDefault="000B67B3" w:rsidP="000B67B3">
            <w:pPr>
              <w:spacing w:after="0" w:line="240" w:lineRule="auto"/>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5B428B2E" w14:textId="77777777" w:rsidR="000B67B3" w:rsidRPr="00F51F43" w:rsidRDefault="000B67B3" w:rsidP="000B67B3">
            <w:pPr>
              <w:spacing w:after="0" w:line="240" w:lineRule="auto"/>
              <w:rPr>
                <w:noProof/>
                <w:sz w:val="20"/>
                <w:szCs w:val="20"/>
              </w:rPr>
            </w:pPr>
            <w:r w:rsidRPr="00F51F43">
              <w:rPr>
                <w:noProof/>
                <w:sz w:val="20"/>
                <w:szCs w:val="20"/>
              </w:rPr>
              <w:t>Cvjetići</w:t>
            </w:r>
          </w:p>
        </w:tc>
        <w:tc>
          <w:tcPr>
            <w:tcW w:w="2126" w:type="dxa"/>
            <w:tcMar>
              <w:top w:w="80" w:type="dxa"/>
              <w:left w:w="80" w:type="dxa"/>
              <w:bottom w:w="80" w:type="dxa"/>
              <w:right w:w="80" w:type="dxa"/>
            </w:tcMar>
            <w:vAlign w:val="center"/>
          </w:tcPr>
          <w:p w14:paraId="22E23922"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5BB68386"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39BDDD4F" w14:textId="77777777" w:rsidTr="000B67B3">
        <w:trPr>
          <w:cantSplit/>
          <w:jc w:val="center"/>
        </w:trPr>
        <w:tc>
          <w:tcPr>
            <w:tcW w:w="992" w:type="dxa"/>
            <w:tcMar>
              <w:top w:w="80" w:type="dxa"/>
              <w:left w:w="80" w:type="dxa"/>
              <w:bottom w:w="80" w:type="dxa"/>
              <w:right w:w="80" w:type="dxa"/>
            </w:tcMar>
            <w:vAlign w:val="center"/>
          </w:tcPr>
          <w:p w14:paraId="594F1B64" w14:textId="77777777" w:rsidR="000B67B3" w:rsidRPr="00F51F43" w:rsidRDefault="000B67B3" w:rsidP="000B67B3">
            <w:pPr>
              <w:spacing w:after="0" w:line="240" w:lineRule="auto"/>
              <w:rPr>
                <w:noProof/>
                <w:sz w:val="20"/>
                <w:szCs w:val="20"/>
              </w:rPr>
            </w:pPr>
            <w:r w:rsidRPr="00F51F43">
              <w:rPr>
                <w:noProof/>
                <w:sz w:val="20"/>
                <w:szCs w:val="20"/>
              </w:rPr>
              <w:t>38.</w:t>
            </w:r>
          </w:p>
        </w:tc>
        <w:tc>
          <w:tcPr>
            <w:tcW w:w="1640" w:type="dxa"/>
            <w:tcMar>
              <w:top w:w="80" w:type="dxa"/>
              <w:left w:w="80" w:type="dxa"/>
              <w:bottom w:w="80" w:type="dxa"/>
              <w:right w:w="80" w:type="dxa"/>
            </w:tcMar>
            <w:vAlign w:val="center"/>
          </w:tcPr>
          <w:p w14:paraId="4ADAA70A"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4147110F" w14:textId="77777777" w:rsidR="000B67B3" w:rsidRPr="00F51F43" w:rsidRDefault="000B67B3" w:rsidP="000B67B3">
            <w:pPr>
              <w:spacing w:after="0" w:line="240" w:lineRule="auto"/>
              <w:rPr>
                <w:noProof/>
                <w:sz w:val="20"/>
                <w:szCs w:val="20"/>
              </w:rPr>
            </w:pPr>
            <w:r w:rsidRPr="00F51F43">
              <w:rPr>
                <w:noProof/>
                <w:sz w:val="20"/>
                <w:szCs w:val="20"/>
              </w:rPr>
              <w:t>prema dogovoru</w:t>
            </w:r>
          </w:p>
        </w:tc>
        <w:tc>
          <w:tcPr>
            <w:tcW w:w="992" w:type="dxa"/>
            <w:tcMar>
              <w:top w:w="80" w:type="dxa"/>
              <w:left w:w="80" w:type="dxa"/>
              <w:bottom w:w="80" w:type="dxa"/>
              <w:right w:w="80" w:type="dxa"/>
            </w:tcMar>
            <w:vAlign w:val="center"/>
          </w:tcPr>
          <w:p w14:paraId="5E6651E7" w14:textId="77777777" w:rsidR="000B67B3" w:rsidRPr="00F51F43" w:rsidRDefault="000B67B3" w:rsidP="000B67B3">
            <w:pPr>
              <w:spacing w:after="0" w:line="240" w:lineRule="auto"/>
              <w:rPr>
                <w:noProof/>
                <w:sz w:val="20"/>
                <w:szCs w:val="20"/>
              </w:rPr>
            </w:pPr>
            <w:r w:rsidRPr="00F51F43">
              <w:rPr>
                <w:noProof/>
                <w:sz w:val="20"/>
                <w:szCs w:val="20"/>
              </w:rPr>
              <w:t>14</w:t>
            </w:r>
          </w:p>
        </w:tc>
        <w:tc>
          <w:tcPr>
            <w:tcW w:w="1134" w:type="dxa"/>
            <w:tcMar>
              <w:top w:w="80" w:type="dxa"/>
              <w:left w:w="80" w:type="dxa"/>
              <w:bottom w:w="80" w:type="dxa"/>
              <w:right w:w="80" w:type="dxa"/>
            </w:tcMar>
            <w:vAlign w:val="center"/>
          </w:tcPr>
          <w:p w14:paraId="1660E283" w14:textId="77777777" w:rsidR="000B67B3" w:rsidRPr="00F51F43" w:rsidRDefault="000B67B3" w:rsidP="000B67B3">
            <w:pPr>
              <w:spacing w:after="0" w:line="240" w:lineRule="auto"/>
              <w:rPr>
                <w:noProof/>
                <w:sz w:val="20"/>
                <w:szCs w:val="20"/>
              </w:rPr>
            </w:pPr>
            <w:r w:rsidRPr="00F51F43">
              <w:rPr>
                <w:noProof/>
                <w:sz w:val="20"/>
                <w:szCs w:val="20"/>
              </w:rPr>
              <w:t>Cvjetići</w:t>
            </w:r>
          </w:p>
        </w:tc>
        <w:tc>
          <w:tcPr>
            <w:tcW w:w="2126" w:type="dxa"/>
            <w:tcMar>
              <w:top w:w="80" w:type="dxa"/>
              <w:left w:w="80" w:type="dxa"/>
              <w:bottom w:w="80" w:type="dxa"/>
              <w:right w:w="80" w:type="dxa"/>
            </w:tcMar>
            <w:vAlign w:val="center"/>
          </w:tcPr>
          <w:p w14:paraId="1DDE7C08" w14:textId="77777777" w:rsidR="000B67B3" w:rsidRPr="00F51F43" w:rsidRDefault="000B67B3" w:rsidP="000B67B3">
            <w:pPr>
              <w:spacing w:after="0" w:line="240" w:lineRule="auto"/>
              <w:rPr>
                <w:noProof/>
                <w:sz w:val="20"/>
                <w:szCs w:val="20"/>
              </w:rPr>
            </w:pPr>
            <w:r w:rsidRPr="00F51F43">
              <w:rPr>
                <w:noProof/>
                <w:sz w:val="20"/>
                <w:szCs w:val="20"/>
              </w:rPr>
              <w:t>Klaun Čupko</w:t>
            </w:r>
          </w:p>
        </w:tc>
        <w:tc>
          <w:tcPr>
            <w:tcW w:w="4454" w:type="dxa"/>
            <w:tcMar>
              <w:top w:w="80" w:type="dxa"/>
              <w:left w:w="80" w:type="dxa"/>
              <w:bottom w:w="80" w:type="dxa"/>
              <w:right w:w="80" w:type="dxa"/>
            </w:tcMar>
            <w:vAlign w:val="center"/>
          </w:tcPr>
          <w:p w14:paraId="7B48FA79"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7723A349" w14:textId="77777777" w:rsidTr="000B67B3">
        <w:trPr>
          <w:cantSplit/>
          <w:jc w:val="center"/>
        </w:trPr>
        <w:tc>
          <w:tcPr>
            <w:tcW w:w="992" w:type="dxa"/>
            <w:tcMar>
              <w:top w:w="80" w:type="dxa"/>
              <w:left w:w="80" w:type="dxa"/>
              <w:bottom w:w="80" w:type="dxa"/>
              <w:right w:w="80" w:type="dxa"/>
            </w:tcMar>
            <w:vAlign w:val="center"/>
          </w:tcPr>
          <w:p w14:paraId="43DFE229" w14:textId="77777777" w:rsidR="000B67B3" w:rsidRPr="00F51F43" w:rsidRDefault="000B67B3" w:rsidP="000B67B3">
            <w:pPr>
              <w:spacing w:after="0" w:line="240" w:lineRule="auto"/>
              <w:rPr>
                <w:noProof/>
                <w:sz w:val="20"/>
                <w:szCs w:val="20"/>
              </w:rPr>
            </w:pPr>
            <w:r w:rsidRPr="00F51F43">
              <w:rPr>
                <w:noProof/>
                <w:sz w:val="20"/>
                <w:szCs w:val="20"/>
              </w:rPr>
              <w:t>42.</w:t>
            </w:r>
          </w:p>
        </w:tc>
        <w:tc>
          <w:tcPr>
            <w:tcW w:w="1640" w:type="dxa"/>
            <w:tcMar>
              <w:top w:w="80" w:type="dxa"/>
              <w:left w:w="80" w:type="dxa"/>
              <w:bottom w:w="80" w:type="dxa"/>
              <w:right w:w="80" w:type="dxa"/>
            </w:tcMar>
            <w:vAlign w:val="center"/>
          </w:tcPr>
          <w:p w14:paraId="7EF41D27"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760F4E56" w14:textId="77777777" w:rsidR="000B67B3" w:rsidRPr="00F51F43" w:rsidRDefault="000B67B3" w:rsidP="000B67B3">
            <w:pPr>
              <w:spacing w:after="0" w:line="240" w:lineRule="auto"/>
              <w:rPr>
                <w:noProof/>
                <w:sz w:val="20"/>
                <w:szCs w:val="20"/>
              </w:rPr>
            </w:pPr>
            <w:r w:rsidRPr="00F51F43">
              <w:rPr>
                <w:noProof/>
                <w:sz w:val="20"/>
                <w:szCs w:val="20"/>
              </w:rPr>
              <w:t>studeni, travanj</w:t>
            </w:r>
          </w:p>
        </w:tc>
        <w:tc>
          <w:tcPr>
            <w:tcW w:w="992" w:type="dxa"/>
            <w:tcMar>
              <w:top w:w="80" w:type="dxa"/>
              <w:left w:w="80" w:type="dxa"/>
              <w:bottom w:w="80" w:type="dxa"/>
              <w:right w:w="80" w:type="dxa"/>
            </w:tcMar>
            <w:vAlign w:val="center"/>
          </w:tcPr>
          <w:p w14:paraId="443D2C1B"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9D1F32D" w14:textId="77777777" w:rsidR="000B67B3" w:rsidRPr="00F51F43" w:rsidRDefault="000B67B3" w:rsidP="000B67B3">
            <w:pPr>
              <w:spacing w:after="0" w:line="240" w:lineRule="auto"/>
              <w:rPr>
                <w:noProof/>
                <w:sz w:val="20"/>
                <w:szCs w:val="20"/>
              </w:rPr>
            </w:pPr>
            <w:r w:rsidRPr="00F51F43">
              <w:rPr>
                <w:noProof/>
                <w:sz w:val="20"/>
                <w:szCs w:val="20"/>
              </w:rPr>
              <w:t>Makići</w:t>
            </w:r>
          </w:p>
        </w:tc>
        <w:tc>
          <w:tcPr>
            <w:tcW w:w="2126" w:type="dxa"/>
            <w:tcMar>
              <w:top w:w="80" w:type="dxa"/>
              <w:left w:w="80" w:type="dxa"/>
              <w:bottom w:w="80" w:type="dxa"/>
              <w:right w:w="80" w:type="dxa"/>
            </w:tcMar>
            <w:vAlign w:val="center"/>
          </w:tcPr>
          <w:p w14:paraId="066B10B8"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546D10A0"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777FD6AE" w14:textId="77777777" w:rsidTr="000B67B3">
        <w:trPr>
          <w:cantSplit/>
          <w:jc w:val="center"/>
        </w:trPr>
        <w:tc>
          <w:tcPr>
            <w:tcW w:w="992" w:type="dxa"/>
            <w:tcMar>
              <w:top w:w="80" w:type="dxa"/>
              <w:left w:w="80" w:type="dxa"/>
              <w:bottom w:w="80" w:type="dxa"/>
              <w:right w:w="80" w:type="dxa"/>
            </w:tcMar>
            <w:vAlign w:val="center"/>
          </w:tcPr>
          <w:p w14:paraId="2D3C2D91" w14:textId="77777777" w:rsidR="000B67B3" w:rsidRPr="00F51F43" w:rsidRDefault="000B67B3" w:rsidP="000B67B3">
            <w:pPr>
              <w:spacing w:after="0" w:line="240" w:lineRule="auto"/>
              <w:rPr>
                <w:noProof/>
                <w:sz w:val="20"/>
                <w:szCs w:val="20"/>
              </w:rPr>
            </w:pPr>
            <w:r w:rsidRPr="00F51F43">
              <w:rPr>
                <w:noProof/>
                <w:sz w:val="20"/>
                <w:szCs w:val="20"/>
              </w:rPr>
              <w:t>43.</w:t>
            </w:r>
          </w:p>
        </w:tc>
        <w:tc>
          <w:tcPr>
            <w:tcW w:w="1640" w:type="dxa"/>
            <w:tcMar>
              <w:top w:w="80" w:type="dxa"/>
              <w:left w:w="80" w:type="dxa"/>
              <w:bottom w:w="80" w:type="dxa"/>
              <w:right w:w="80" w:type="dxa"/>
            </w:tcMar>
            <w:vAlign w:val="center"/>
          </w:tcPr>
          <w:p w14:paraId="78ACEBDD"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1CE17579" w14:textId="77777777" w:rsidR="000B67B3" w:rsidRPr="00F51F43" w:rsidRDefault="000B67B3" w:rsidP="000B67B3">
            <w:pPr>
              <w:spacing w:after="0" w:line="240" w:lineRule="auto"/>
              <w:rPr>
                <w:noProof/>
                <w:sz w:val="20"/>
                <w:szCs w:val="20"/>
              </w:rPr>
            </w:pPr>
            <w:r w:rsidRPr="00F51F43">
              <w:rPr>
                <w:noProof/>
                <w:sz w:val="20"/>
                <w:szCs w:val="20"/>
              </w:rPr>
              <w:t>veljača</w:t>
            </w:r>
          </w:p>
        </w:tc>
        <w:tc>
          <w:tcPr>
            <w:tcW w:w="992" w:type="dxa"/>
            <w:tcMar>
              <w:top w:w="80" w:type="dxa"/>
              <w:left w:w="80" w:type="dxa"/>
              <w:bottom w:w="80" w:type="dxa"/>
              <w:right w:w="80" w:type="dxa"/>
            </w:tcMar>
            <w:vAlign w:val="center"/>
          </w:tcPr>
          <w:p w14:paraId="106463EC"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65A1AB7" w14:textId="77777777" w:rsidR="000B67B3" w:rsidRPr="00F51F43" w:rsidRDefault="000B67B3" w:rsidP="000B67B3">
            <w:pPr>
              <w:spacing w:after="0" w:line="240" w:lineRule="auto"/>
              <w:rPr>
                <w:noProof/>
                <w:sz w:val="20"/>
                <w:szCs w:val="20"/>
              </w:rPr>
            </w:pPr>
            <w:r w:rsidRPr="00F51F43">
              <w:rPr>
                <w:noProof/>
                <w:sz w:val="20"/>
                <w:szCs w:val="20"/>
              </w:rPr>
              <w:t>Makići</w:t>
            </w:r>
          </w:p>
        </w:tc>
        <w:tc>
          <w:tcPr>
            <w:tcW w:w="2126" w:type="dxa"/>
            <w:tcMar>
              <w:top w:w="80" w:type="dxa"/>
              <w:left w:w="80" w:type="dxa"/>
              <w:bottom w:w="80" w:type="dxa"/>
              <w:right w:w="80" w:type="dxa"/>
            </w:tcMar>
            <w:vAlign w:val="center"/>
          </w:tcPr>
          <w:p w14:paraId="79BFD158" w14:textId="77777777" w:rsidR="000B67B3" w:rsidRPr="00F51F43" w:rsidRDefault="000B67B3" w:rsidP="000B67B3">
            <w:pPr>
              <w:spacing w:after="0" w:line="240" w:lineRule="auto"/>
              <w:rPr>
                <w:noProof/>
                <w:sz w:val="20"/>
                <w:szCs w:val="20"/>
              </w:rPr>
            </w:pPr>
            <w:r w:rsidRPr="00F51F43">
              <w:rPr>
                <w:noProof/>
                <w:sz w:val="20"/>
                <w:szCs w:val="20"/>
              </w:rPr>
              <w:t>Klaun Čupko</w:t>
            </w:r>
          </w:p>
        </w:tc>
        <w:tc>
          <w:tcPr>
            <w:tcW w:w="4454" w:type="dxa"/>
            <w:tcMar>
              <w:top w:w="80" w:type="dxa"/>
              <w:left w:w="80" w:type="dxa"/>
              <w:bottom w:w="80" w:type="dxa"/>
              <w:right w:w="80" w:type="dxa"/>
            </w:tcMar>
            <w:vAlign w:val="center"/>
          </w:tcPr>
          <w:p w14:paraId="4ECF0857"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07272FDA" w14:textId="77777777" w:rsidTr="000B67B3">
        <w:trPr>
          <w:cantSplit/>
          <w:jc w:val="center"/>
        </w:trPr>
        <w:tc>
          <w:tcPr>
            <w:tcW w:w="992" w:type="dxa"/>
            <w:tcMar>
              <w:top w:w="80" w:type="dxa"/>
              <w:left w:w="80" w:type="dxa"/>
              <w:bottom w:w="80" w:type="dxa"/>
              <w:right w:w="80" w:type="dxa"/>
            </w:tcMar>
            <w:vAlign w:val="center"/>
          </w:tcPr>
          <w:p w14:paraId="7E5BD2AF" w14:textId="77777777" w:rsidR="000B67B3" w:rsidRPr="00F51F43" w:rsidRDefault="000B67B3" w:rsidP="000B67B3">
            <w:pPr>
              <w:spacing w:after="0" w:line="240" w:lineRule="auto"/>
              <w:rPr>
                <w:noProof/>
                <w:sz w:val="20"/>
                <w:szCs w:val="20"/>
              </w:rPr>
            </w:pPr>
            <w:r w:rsidRPr="00F51F43">
              <w:rPr>
                <w:noProof/>
                <w:sz w:val="20"/>
                <w:szCs w:val="20"/>
              </w:rPr>
              <w:t>44.</w:t>
            </w:r>
          </w:p>
        </w:tc>
        <w:tc>
          <w:tcPr>
            <w:tcW w:w="1640" w:type="dxa"/>
            <w:tcMar>
              <w:top w:w="80" w:type="dxa"/>
              <w:left w:w="80" w:type="dxa"/>
              <w:bottom w:w="80" w:type="dxa"/>
              <w:right w:w="80" w:type="dxa"/>
            </w:tcMar>
            <w:vAlign w:val="center"/>
          </w:tcPr>
          <w:p w14:paraId="23AE7EFC"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784A4350" w14:textId="77777777" w:rsidR="000B67B3" w:rsidRPr="00F51F43" w:rsidRDefault="000B67B3" w:rsidP="000B67B3">
            <w:pPr>
              <w:spacing w:after="0" w:line="240" w:lineRule="auto"/>
              <w:rPr>
                <w:noProof/>
                <w:sz w:val="20"/>
                <w:szCs w:val="20"/>
              </w:rPr>
            </w:pPr>
            <w:r w:rsidRPr="00F51F43">
              <w:rPr>
                <w:noProof/>
                <w:sz w:val="20"/>
                <w:szCs w:val="20"/>
              </w:rPr>
              <w:t>prema dogovoru</w:t>
            </w:r>
          </w:p>
        </w:tc>
        <w:tc>
          <w:tcPr>
            <w:tcW w:w="992" w:type="dxa"/>
            <w:tcMar>
              <w:top w:w="80" w:type="dxa"/>
              <w:left w:w="80" w:type="dxa"/>
              <w:bottom w:w="80" w:type="dxa"/>
              <w:right w:w="80" w:type="dxa"/>
            </w:tcMar>
            <w:vAlign w:val="center"/>
          </w:tcPr>
          <w:p w14:paraId="540555FD"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6BC0A38C" w14:textId="77777777" w:rsidR="000B67B3" w:rsidRPr="00F51F43" w:rsidRDefault="000B67B3" w:rsidP="000B67B3">
            <w:pPr>
              <w:spacing w:after="0" w:line="240" w:lineRule="auto"/>
              <w:rPr>
                <w:noProof/>
                <w:sz w:val="20"/>
                <w:szCs w:val="20"/>
              </w:rPr>
            </w:pPr>
            <w:r w:rsidRPr="00F51F43">
              <w:rPr>
                <w:noProof/>
                <w:sz w:val="20"/>
                <w:szCs w:val="20"/>
              </w:rPr>
              <w:t>Makići</w:t>
            </w:r>
          </w:p>
        </w:tc>
        <w:tc>
          <w:tcPr>
            <w:tcW w:w="2126" w:type="dxa"/>
            <w:tcMar>
              <w:top w:w="80" w:type="dxa"/>
              <w:left w:w="80" w:type="dxa"/>
              <w:bottom w:w="80" w:type="dxa"/>
              <w:right w:w="80" w:type="dxa"/>
            </w:tcMar>
            <w:vAlign w:val="center"/>
          </w:tcPr>
          <w:p w14:paraId="584F2D7D" w14:textId="77777777" w:rsidR="000B67B3" w:rsidRPr="00F51F43" w:rsidRDefault="000B67B3" w:rsidP="000B67B3">
            <w:pPr>
              <w:spacing w:after="0" w:line="240" w:lineRule="auto"/>
              <w:rPr>
                <w:noProof/>
                <w:sz w:val="20"/>
                <w:szCs w:val="20"/>
              </w:rPr>
            </w:pPr>
            <w:r w:rsidRPr="00F51F43">
              <w:rPr>
                <w:noProof/>
                <w:sz w:val="20"/>
                <w:szCs w:val="20"/>
              </w:rPr>
              <w:t xml:space="preserve">Društvo naša djeca Koprivnica </w:t>
            </w:r>
          </w:p>
        </w:tc>
        <w:tc>
          <w:tcPr>
            <w:tcW w:w="4454" w:type="dxa"/>
            <w:tcMar>
              <w:top w:w="80" w:type="dxa"/>
              <w:left w:w="80" w:type="dxa"/>
              <w:bottom w:w="80" w:type="dxa"/>
              <w:right w:w="80" w:type="dxa"/>
            </w:tcMar>
            <w:vAlign w:val="center"/>
          </w:tcPr>
          <w:p w14:paraId="70910985"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71BEC0E5" w14:textId="77777777" w:rsidTr="000B67B3">
        <w:trPr>
          <w:cantSplit/>
          <w:jc w:val="center"/>
        </w:trPr>
        <w:tc>
          <w:tcPr>
            <w:tcW w:w="992" w:type="dxa"/>
            <w:tcMar>
              <w:top w:w="80" w:type="dxa"/>
              <w:left w:w="80" w:type="dxa"/>
              <w:bottom w:w="80" w:type="dxa"/>
              <w:right w:w="80" w:type="dxa"/>
            </w:tcMar>
            <w:vAlign w:val="center"/>
          </w:tcPr>
          <w:p w14:paraId="05636D7B" w14:textId="77777777" w:rsidR="000B67B3" w:rsidRPr="00F51F43" w:rsidRDefault="000B67B3" w:rsidP="000B67B3">
            <w:pPr>
              <w:spacing w:after="0" w:line="240" w:lineRule="auto"/>
              <w:rPr>
                <w:noProof/>
                <w:sz w:val="20"/>
                <w:szCs w:val="20"/>
              </w:rPr>
            </w:pPr>
            <w:r w:rsidRPr="00F51F43">
              <w:rPr>
                <w:noProof/>
                <w:sz w:val="20"/>
                <w:szCs w:val="20"/>
              </w:rPr>
              <w:t>45.</w:t>
            </w:r>
          </w:p>
        </w:tc>
        <w:tc>
          <w:tcPr>
            <w:tcW w:w="1640" w:type="dxa"/>
            <w:tcMar>
              <w:top w:w="80" w:type="dxa"/>
              <w:left w:w="80" w:type="dxa"/>
              <w:bottom w:w="80" w:type="dxa"/>
              <w:right w:w="80" w:type="dxa"/>
            </w:tcMar>
            <w:vAlign w:val="center"/>
          </w:tcPr>
          <w:p w14:paraId="526BAC66"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07C19F0C" w14:textId="77777777" w:rsidR="000B67B3" w:rsidRPr="00F51F43" w:rsidRDefault="000B67B3" w:rsidP="000B67B3">
            <w:pPr>
              <w:spacing w:after="0" w:line="240" w:lineRule="auto"/>
              <w:rPr>
                <w:noProof/>
                <w:sz w:val="20"/>
                <w:szCs w:val="20"/>
              </w:rPr>
            </w:pPr>
            <w:r w:rsidRPr="00F51F43">
              <w:rPr>
                <w:noProof/>
                <w:sz w:val="20"/>
                <w:szCs w:val="20"/>
              </w:rPr>
              <w:t>prema dogovoru</w:t>
            </w:r>
          </w:p>
        </w:tc>
        <w:tc>
          <w:tcPr>
            <w:tcW w:w="992" w:type="dxa"/>
            <w:tcMar>
              <w:top w:w="80" w:type="dxa"/>
              <w:left w:w="80" w:type="dxa"/>
              <w:bottom w:w="80" w:type="dxa"/>
              <w:right w:w="80" w:type="dxa"/>
            </w:tcMar>
            <w:vAlign w:val="center"/>
          </w:tcPr>
          <w:p w14:paraId="29FF489B"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41913375" w14:textId="77777777" w:rsidR="000B67B3" w:rsidRPr="00F51F43" w:rsidRDefault="000B67B3" w:rsidP="000B67B3">
            <w:pPr>
              <w:spacing w:after="0" w:line="240" w:lineRule="auto"/>
              <w:rPr>
                <w:noProof/>
                <w:sz w:val="20"/>
                <w:szCs w:val="20"/>
              </w:rPr>
            </w:pPr>
            <w:r w:rsidRPr="00F51F43">
              <w:rPr>
                <w:noProof/>
                <w:sz w:val="20"/>
                <w:szCs w:val="20"/>
              </w:rPr>
              <w:t>Makići</w:t>
            </w:r>
          </w:p>
        </w:tc>
        <w:tc>
          <w:tcPr>
            <w:tcW w:w="2126" w:type="dxa"/>
            <w:tcMar>
              <w:top w:w="80" w:type="dxa"/>
              <w:left w:w="80" w:type="dxa"/>
              <w:bottom w:w="80" w:type="dxa"/>
              <w:right w:w="80" w:type="dxa"/>
            </w:tcMar>
            <w:vAlign w:val="center"/>
          </w:tcPr>
          <w:p w14:paraId="7A6FDE7A" w14:textId="77777777" w:rsidR="000B67B3" w:rsidRPr="00F51F43" w:rsidRDefault="000B67B3" w:rsidP="000B67B3">
            <w:pPr>
              <w:spacing w:after="0" w:line="240" w:lineRule="auto"/>
              <w:rPr>
                <w:noProof/>
                <w:sz w:val="20"/>
                <w:szCs w:val="20"/>
              </w:rPr>
            </w:pPr>
            <w:r w:rsidRPr="00F51F43">
              <w:rPr>
                <w:noProof/>
                <w:sz w:val="20"/>
                <w:szCs w:val="20"/>
              </w:rPr>
              <w:t>Kazalište Mala Scena</w:t>
            </w:r>
          </w:p>
        </w:tc>
        <w:tc>
          <w:tcPr>
            <w:tcW w:w="4454" w:type="dxa"/>
            <w:tcMar>
              <w:top w:w="80" w:type="dxa"/>
              <w:left w:w="80" w:type="dxa"/>
              <w:bottom w:w="80" w:type="dxa"/>
              <w:right w:w="80" w:type="dxa"/>
            </w:tcMar>
            <w:vAlign w:val="center"/>
          </w:tcPr>
          <w:p w14:paraId="30B6D965"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2792E3B6" w14:textId="77777777" w:rsidTr="000B67B3">
        <w:trPr>
          <w:cantSplit/>
          <w:jc w:val="center"/>
        </w:trPr>
        <w:tc>
          <w:tcPr>
            <w:tcW w:w="992" w:type="dxa"/>
            <w:tcMar>
              <w:top w:w="80" w:type="dxa"/>
              <w:left w:w="80" w:type="dxa"/>
              <w:bottom w:w="80" w:type="dxa"/>
              <w:right w:w="80" w:type="dxa"/>
            </w:tcMar>
            <w:vAlign w:val="center"/>
          </w:tcPr>
          <w:p w14:paraId="3DFAFCCA" w14:textId="77777777" w:rsidR="000B67B3" w:rsidRPr="00F51F43" w:rsidRDefault="000B67B3" w:rsidP="000B67B3">
            <w:pPr>
              <w:spacing w:after="0" w:line="240" w:lineRule="auto"/>
              <w:rPr>
                <w:noProof/>
                <w:sz w:val="20"/>
                <w:szCs w:val="20"/>
              </w:rPr>
            </w:pPr>
            <w:r w:rsidRPr="00F51F43">
              <w:rPr>
                <w:noProof/>
                <w:sz w:val="20"/>
                <w:szCs w:val="20"/>
              </w:rPr>
              <w:t>46.</w:t>
            </w:r>
          </w:p>
        </w:tc>
        <w:tc>
          <w:tcPr>
            <w:tcW w:w="1640" w:type="dxa"/>
            <w:tcMar>
              <w:top w:w="80" w:type="dxa"/>
              <w:left w:w="80" w:type="dxa"/>
              <w:bottom w:w="80" w:type="dxa"/>
              <w:right w:w="80" w:type="dxa"/>
            </w:tcMar>
            <w:vAlign w:val="center"/>
          </w:tcPr>
          <w:p w14:paraId="60C0A4ED"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1363" w:type="dxa"/>
            <w:tcMar>
              <w:top w:w="80" w:type="dxa"/>
              <w:left w:w="80" w:type="dxa"/>
              <w:bottom w:w="80" w:type="dxa"/>
              <w:right w:w="80" w:type="dxa"/>
            </w:tcMar>
            <w:vAlign w:val="center"/>
          </w:tcPr>
          <w:p w14:paraId="5984063E" w14:textId="77777777" w:rsidR="000B67B3" w:rsidRPr="00F51F43" w:rsidRDefault="000B67B3" w:rsidP="000B67B3">
            <w:pPr>
              <w:spacing w:after="0" w:line="240" w:lineRule="auto"/>
              <w:rPr>
                <w:noProof/>
                <w:sz w:val="20"/>
                <w:szCs w:val="20"/>
              </w:rPr>
            </w:pPr>
            <w:r w:rsidRPr="00F51F43">
              <w:rPr>
                <w:noProof/>
                <w:sz w:val="20"/>
                <w:szCs w:val="20"/>
              </w:rPr>
              <w:t>prema dogovoru</w:t>
            </w:r>
          </w:p>
        </w:tc>
        <w:tc>
          <w:tcPr>
            <w:tcW w:w="992" w:type="dxa"/>
            <w:tcMar>
              <w:top w:w="80" w:type="dxa"/>
              <w:left w:w="80" w:type="dxa"/>
              <w:bottom w:w="80" w:type="dxa"/>
              <w:right w:w="80" w:type="dxa"/>
            </w:tcMar>
            <w:vAlign w:val="center"/>
          </w:tcPr>
          <w:p w14:paraId="38F052D0"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76A5CAAE" w14:textId="77777777" w:rsidR="000B67B3" w:rsidRPr="00F51F43" w:rsidRDefault="000B67B3" w:rsidP="000B67B3">
            <w:pPr>
              <w:spacing w:after="0" w:line="240" w:lineRule="auto"/>
              <w:rPr>
                <w:noProof/>
                <w:sz w:val="20"/>
                <w:szCs w:val="20"/>
              </w:rPr>
            </w:pPr>
            <w:r w:rsidRPr="00F51F43">
              <w:rPr>
                <w:noProof/>
                <w:sz w:val="20"/>
                <w:szCs w:val="20"/>
              </w:rPr>
              <w:t>Makići</w:t>
            </w:r>
          </w:p>
        </w:tc>
        <w:tc>
          <w:tcPr>
            <w:tcW w:w="2126" w:type="dxa"/>
            <w:tcMar>
              <w:top w:w="80" w:type="dxa"/>
              <w:left w:w="80" w:type="dxa"/>
              <w:bottom w:w="80" w:type="dxa"/>
              <w:right w:w="80" w:type="dxa"/>
            </w:tcMar>
            <w:vAlign w:val="center"/>
          </w:tcPr>
          <w:p w14:paraId="515D5C3D"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4454" w:type="dxa"/>
            <w:tcMar>
              <w:top w:w="80" w:type="dxa"/>
              <w:left w:w="80" w:type="dxa"/>
              <w:bottom w:w="80" w:type="dxa"/>
              <w:right w:w="80" w:type="dxa"/>
            </w:tcMar>
            <w:vAlign w:val="center"/>
          </w:tcPr>
          <w:p w14:paraId="05A860B6"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1FD30BCD" w14:textId="77777777" w:rsidTr="000B67B3">
        <w:trPr>
          <w:cantSplit/>
          <w:jc w:val="center"/>
        </w:trPr>
        <w:tc>
          <w:tcPr>
            <w:tcW w:w="992" w:type="dxa"/>
            <w:tcMar>
              <w:top w:w="80" w:type="dxa"/>
              <w:left w:w="80" w:type="dxa"/>
              <w:bottom w:w="80" w:type="dxa"/>
              <w:right w:w="80" w:type="dxa"/>
            </w:tcMar>
            <w:vAlign w:val="center"/>
          </w:tcPr>
          <w:p w14:paraId="49367C6E" w14:textId="77777777" w:rsidR="000B67B3" w:rsidRPr="00F51F43" w:rsidRDefault="000B67B3" w:rsidP="000B67B3">
            <w:pPr>
              <w:spacing w:after="0" w:line="240" w:lineRule="auto"/>
              <w:rPr>
                <w:noProof/>
                <w:sz w:val="20"/>
                <w:szCs w:val="20"/>
              </w:rPr>
            </w:pPr>
            <w:r w:rsidRPr="00F51F43">
              <w:rPr>
                <w:noProof/>
                <w:sz w:val="20"/>
                <w:szCs w:val="20"/>
              </w:rPr>
              <w:t>47.</w:t>
            </w:r>
          </w:p>
        </w:tc>
        <w:tc>
          <w:tcPr>
            <w:tcW w:w="1640" w:type="dxa"/>
            <w:tcMar>
              <w:top w:w="80" w:type="dxa"/>
              <w:left w:w="80" w:type="dxa"/>
              <w:bottom w:w="80" w:type="dxa"/>
              <w:right w:w="80" w:type="dxa"/>
            </w:tcMar>
            <w:vAlign w:val="center"/>
          </w:tcPr>
          <w:p w14:paraId="4A507475"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1363" w:type="dxa"/>
            <w:tcMar>
              <w:top w:w="80" w:type="dxa"/>
              <w:left w:w="80" w:type="dxa"/>
              <w:bottom w:w="80" w:type="dxa"/>
              <w:right w:w="80" w:type="dxa"/>
            </w:tcMar>
            <w:vAlign w:val="center"/>
          </w:tcPr>
          <w:p w14:paraId="0B9086F2" w14:textId="77777777" w:rsidR="000B67B3" w:rsidRPr="00F51F43" w:rsidRDefault="000B67B3" w:rsidP="000B67B3">
            <w:pPr>
              <w:spacing w:after="0" w:line="240" w:lineRule="auto"/>
              <w:rPr>
                <w:noProof/>
                <w:sz w:val="20"/>
                <w:szCs w:val="20"/>
              </w:rPr>
            </w:pPr>
            <w:r w:rsidRPr="00F51F43">
              <w:rPr>
                <w:noProof/>
                <w:sz w:val="20"/>
                <w:szCs w:val="20"/>
              </w:rPr>
              <w:t>prema dogovoru</w:t>
            </w:r>
          </w:p>
        </w:tc>
        <w:tc>
          <w:tcPr>
            <w:tcW w:w="992" w:type="dxa"/>
            <w:tcMar>
              <w:top w:w="80" w:type="dxa"/>
              <w:left w:w="80" w:type="dxa"/>
              <w:bottom w:w="80" w:type="dxa"/>
              <w:right w:w="80" w:type="dxa"/>
            </w:tcMar>
            <w:vAlign w:val="center"/>
          </w:tcPr>
          <w:p w14:paraId="4295AE9B"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03584F19" w14:textId="77777777" w:rsidR="000B67B3" w:rsidRPr="00F51F43" w:rsidRDefault="000B67B3" w:rsidP="000B67B3">
            <w:pPr>
              <w:spacing w:after="0" w:line="240" w:lineRule="auto"/>
              <w:rPr>
                <w:noProof/>
                <w:sz w:val="20"/>
                <w:szCs w:val="20"/>
              </w:rPr>
            </w:pPr>
            <w:r w:rsidRPr="00F51F43">
              <w:rPr>
                <w:noProof/>
                <w:sz w:val="20"/>
                <w:szCs w:val="20"/>
              </w:rPr>
              <w:t>Makići</w:t>
            </w:r>
          </w:p>
        </w:tc>
        <w:tc>
          <w:tcPr>
            <w:tcW w:w="2126" w:type="dxa"/>
            <w:tcMar>
              <w:top w:w="80" w:type="dxa"/>
              <w:left w:w="80" w:type="dxa"/>
              <w:bottom w:w="80" w:type="dxa"/>
              <w:right w:w="80" w:type="dxa"/>
            </w:tcMar>
            <w:vAlign w:val="center"/>
          </w:tcPr>
          <w:p w14:paraId="6DDF1CF0"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4454" w:type="dxa"/>
            <w:tcMar>
              <w:top w:w="80" w:type="dxa"/>
              <w:left w:w="80" w:type="dxa"/>
              <w:bottom w:w="80" w:type="dxa"/>
              <w:right w:w="80" w:type="dxa"/>
            </w:tcMar>
            <w:vAlign w:val="center"/>
          </w:tcPr>
          <w:p w14:paraId="23661F7F"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0F0B73DC" w14:textId="77777777" w:rsidTr="000B67B3">
        <w:trPr>
          <w:cantSplit/>
          <w:jc w:val="center"/>
        </w:trPr>
        <w:tc>
          <w:tcPr>
            <w:tcW w:w="992" w:type="dxa"/>
            <w:tcMar>
              <w:top w:w="80" w:type="dxa"/>
              <w:left w:w="80" w:type="dxa"/>
              <w:bottom w:w="80" w:type="dxa"/>
              <w:right w:w="80" w:type="dxa"/>
            </w:tcMar>
            <w:vAlign w:val="center"/>
          </w:tcPr>
          <w:p w14:paraId="7E7887F1" w14:textId="77777777" w:rsidR="000B67B3" w:rsidRPr="00F51F43" w:rsidRDefault="000B67B3" w:rsidP="000B67B3">
            <w:pPr>
              <w:spacing w:after="0" w:line="240" w:lineRule="auto"/>
              <w:rPr>
                <w:noProof/>
                <w:sz w:val="20"/>
                <w:szCs w:val="20"/>
              </w:rPr>
            </w:pPr>
            <w:r w:rsidRPr="00F51F43">
              <w:rPr>
                <w:noProof/>
                <w:sz w:val="20"/>
                <w:szCs w:val="20"/>
              </w:rPr>
              <w:t>48.</w:t>
            </w:r>
          </w:p>
        </w:tc>
        <w:tc>
          <w:tcPr>
            <w:tcW w:w="1640" w:type="dxa"/>
            <w:tcMar>
              <w:top w:w="80" w:type="dxa"/>
              <w:left w:w="80" w:type="dxa"/>
              <w:bottom w:w="80" w:type="dxa"/>
              <w:right w:w="80" w:type="dxa"/>
            </w:tcMar>
            <w:vAlign w:val="center"/>
          </w:tcPr>
          <w:p w14:paraId="71042BE6" w14:textId="77777777" w:rsidR="000B67B3" w:rsidRPr="00F51F43" w:rsidRDefault="000B67B3" w:rsidP="000B67B3">
            <w:pPr>
              <w:spacing w:after="0" w:line="240" w:lineRule="auto"/>
              <w:rPr>
                <w:noProof/>
                <w:sz w:val="20"/>
                <w:szCs w:val="20"/>
              </w:rPr>
            </w:pPr>
            <w:r w:rsidRPr="00F51F43">
              <w:rPr>
                <w:noProof/>
                <w:sz w:val="20"/>
                <w:szCs w:val="20"/>
              </w:rPr>
              <w:t>Edukativni lutkarski mjuzikli za djecu</w:t>
            </w:r>
          </w:p>
        </w:tc>
        <w:tc>
          <w:tcPr>
            <w:tcW w:w="1363" w:type="dxa"/>
            <w:tcMar>
              <w:top w:w="80" w:type="dxa"/>
              <w:left w:w="80" w:type="dxa"/>
              <w:bottom w:w="80" w:type="dxa"/>
              <w:right w:w="80" w:type="dxa"/>
            </w:tcMar>
            <w:vAlign w:val="center"/>
          </w:tcPr>
          <w:p w14:paraId="4815006E" w14:textId="77777777" w:rsidR="000B67B3" w:rsidRPr="00F51F43" w:rsidRDefault="000B67B3" w:rsidP="000B67B3">
            <w:pPr>
              <w:spacing w:after="0" w:line="240" w:lineRule="auto"/>
              <w:rPr>
                <w:noProof/>
                <w:sz w:val="20"/>
                <w:szCs w:val="20"/>
              </w:rPr>
            </w:pPr>
            <w:r w:rsidRPr="00F51F43">
              <w:rPr>
                <w:noProof/>
                <w:sz w:val="20"/>
                <w:szCs w:val="20"/>
              </w:rPr>
              <w:t>prema dogovoru</w:t>
            </w:r>
          </w:p>
        </w:tc>
        <w:tc>
          <w:tcPr>
            <w:tcW w:w="992" w:type="dxa"/>
            <w:tcMar>
              <w:top w:w="80" w:type="dxa"/>
              <w:left w:w="80" w:type="dxa"/>
              <w:bottom w:w="80" w:type="dxa"/>
              <w:right w:w="80" w:type="dxa"/>
            </w:tcMar>
            <w:vAlign w:val="center"/>
          </w:tcPr>
          <w:p w14:paraId="68BE48C3" w14:textId="77777777" w:rsidR="000B67B3" w:rsidRPr="00F51F43" w:rsidRDefault="000B67B3" w:rsidP="000B67B3">
            <w:pPr>
              <w:spacing w:after="0" w:line="240" w:lineRule="auto"/>
              <w:rPr>
                <w:noProof/>
                <w:sz w:val="20"/>
                <w:szCs w:val="20"/>
              </w:rPr>
            </w:pPr>
            <w:r w:rsidRPr="00F51F43">
              <w:rPr>
                <w:noProof/>
                <w:sz w:val="20"/>
                <w:szCs w:val="20"/>
              </w:rPr>
              <w:t>20</w:t>
            </w:r>
          </w:p>
        </w:tc>
        <w:tc>
          <w:tcPr>
            <w:tcW w:w="1134" w:type="dxa"/>
            <w:tcMar>
              <w:top w:w="80" w:type="dxa"/>
              <w:left w:w="80" w:type="dxa"/>
              <w:bottom w:w="80" w:type="dxa"/>
              <w:right w:w="80" w:type="dxa"/>
            </w:tcMar>
            <w:vAlign w:val="center"/>
          </w:tcPr>
          <w:p w14:paraId="66FA41A5" w14:textId="77777777" w:rsidR="000B67B3" w:rsidRPr="00F51F43" w:rsidRDefault="000B67B3" w:rsidP="000B67B3">
            <w:pPr>
              <w:spacing w:after="0" w:line="240" w:lineRule="auto"/>
              <w:rPr>
                <w:noProof/>
                <w:sz w:val="20"/>
                <w:szCs w:val="20"/>
              </w:rPr>
            </w:pPr>
            <w:r w:rsidRPr="00F51F43">
              <w:rPr>
                <w:noProof/>
                <w:sz w:val="20"/>
                <w:szCs w:val="20"/>
              </w:rPr>
              <w:t>Makići</w:t>
            </w:r>
          </w:p>
        </w:tc>
        <w:tc>
          <w:tcPr>
            <w:tcW w:w="2126" w:type="dxa"/>
            <w:tcMar>
              <w:top w:w="80" w:type="dxa"/>
              <w:left w:w="80" w:type="dxa"/>
              <w:bottom w:w="80" w:type="dxa"/>
              <w:right w:w="80" w:type="dxa"/>
            </w:tcMar>
            <w:vAlign w:val="center"/>
          </w:tcPr>
          <w:p w14:paraId="29B54ADB" w14:textId="77777777" w:rsidR="000B67B3" w:rsidRPr="00F51F43" w:rsidRDefault="000B67B3" w:rsidP="000B67B3">
            <w:pPr>
              <w:spacing w:after="0" w:line="240" w:lineRule="auto"/>
              <w:rPr>
                <w:noProof/>
                <w:sz w:val="20"/>
                <w:szCs w:val="20"/>
              </w:rPr>
            </w:pPr>
            <w:r w:rsidRPr="00F51F43">
              <w:rPr>
                <w:noProof/>
                <w:sz w:val="20"/>
                <w:szCs w:val="20"/>
              </w:rPr>
              <w:t xml:space="preserve">Produkcija Z </w:t>
            </w:r>
          </w:p>
        </w:tc>
        <w:tc>
          <w:tcPr>
            <w:tcW w:w="4454" w:type="dxa"/>
            <w:tcMar>
              <w:top w:w="80" w:type="dxa"/>
              <w:left w:w="80" w:type="dxa"/>
              <w:bottom w:w="80" w:type="dxa"/>
              <w:right w:w="80" w:type="dxa"/>
            </w:tcMar>
            <w:vAlign w:val="center"/>
          </w:tcPr>
          <w:p w14:paraId="2B058D53"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2DCF2302" w14:textId="77777777" w:rsidTr="000B67B3">
        <w:trPr>
          <w:cantSplit/>
          <w:jc w:val="center"/>
        </w:trPr>
        <w:tc>
          <w:tcPr>
            <w:tcW w:w="992" w:type="dxa"/>
            <w:tcMar>
              <w:top w:w="80" w:type="dxa"/>
              <w:left w:w="80" w:type="dxa"/>
              <w:bottom w:w="80" w:type="dxa"/>
              <w:right w:w="80" w:type="dxa"/>
            </w:tcMar>
            <w:vAlign w:val="center"/>
          </w:tcPr>
          <w:p w14:paraId="45687612" w14:textId="77777777" w:rsidR="000B67B3" w:rsidRPr="00F51F43" w:rsidRDefault="000B67B3" w:rsidP="000B67B3">
            <w:pPr>
              <w:spacing w:after="0" w:line="240" w:lineRule="auto"/>
              <w:rPr>
                <w:noProof/>
                <w:sz w:val="20"/>
                <w:szCs w:val="20"/>
              </w:rPr>
            </w:pPr>
            <w:r w:rsidRPr="00F51F43">
              <w:rPr>
                <w:noProof/>
                <w:sz w:val="20"/>
                <w:szCs w:val="20"/>
              </w:rPr>
              <w:lastRenderedPageBreak/>
              <w:t>49.</w:t>
            </w:r>
          </w:p>
        </w:tc>
        <w:tc>
          <w:tcPr>
            <w:tcW w:w="1640" w:type="dxa"/>
            <w:tcMar>
              <w:top w:w="80" w:type="dxa"/>
              <w:left w:w="80" w:type="dxa"/>
              <w:bottom w:w="80" w:type="dxa"/>
              <w:right w:w="80" w:type="dxa"/>
            </w:tcMar>
            <w:vAlign w:val="center"/>
          </w:tcPr>
          <w:p w14:paraId="53865E64"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64DFF19A" w14:textId="77777777" w:rsidR="000B67B3" w:rsidRPr="00F51F43" w:rsidRDefault="000B67B3" w:rsidP="000B67B3">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7E448186" w14:textId="77777777" w:rsidR="000B67B3" w:rsidRPr="00F51F43" w:rsidRDefault="000B67B3" w:rsidP="000B67B3">
            <w:pPr>
              <w:spacing w:after="0" w:line="240" w:lineRule="auto"/>
              <w:rPr>
                <w:noProof/>
                <w:sz w:val="20"/>
                <w:szCs w:val="20"/>
              </w:rPr>
            </w:pPr>
            <w:r w:rsidRPr="00F51F43">
              <w:rPr>
                <w:noProof/>
                <w:sz w:val="20"/>
                <w:szCs w:val="20"/>
              </w:rPr>
              <w:t>22</w:t>
            </w:r>
          </w:p>
        </w:tc>
        <w:tc>
          <w:tcPr>
            <w:tcW w:w="1134" w:type="dxa"/>
            <w:tcMar>
              <w:top w:w="80" w:type="dxa"/>
              <w:left w:w="80" w:type="dxa"/>
              <w:bottom w:w="80" w:type="dxa"/>
              <w:right w:w="80" w:type="dxa"/>
            </w:tcMar>
            <w:vAlign w:val="center"/>
          </w:tcPr>
          <w:p w14:paraId="2529F70E" w14:textId="77777777" w:rsidR="000B67B3" w:rsidRPr="00F51F43" w:rsidRDefault="000B67B3" w:rsidP="000B67B3">
            <w:pPr>
              <w:spacing w:after="0" w:line="240" w:lineRule="auto"/>
              <w:rPr>
                <w:noProof/>
                <w:sz w:val="20"/>
                <w:szCs w:val="20"/>
              </w:rPr>
            </w:pPr>
            <w:r w:rsidRPr="00F51F43">
              <w:rPr>
                <w:noProof/>
                <w:sz w:val="20"/>
                <w:szCs w:val="20"/>
              </w:rPr>
              <w:t>Pčelice</w:t>
            </w:r>
          </w:p>
        </w:tc>
        <w:tc>
          <w:tcPr>
            <w:tcW w:w="2126" w:type="dxa"/>
            <w:tcMar>
              <w:top w:w="80" w:type="dxa"/>
              <w:left w:w="80" w:type="dxa"/>
              <w:bottom w:w="80" w:type="dxa"/>
              <w:right w:w="80" w:type="dxa"/>
            </w:tcMar>
            <w:vAlign w:val="center"/>
          </w:tcPr>
          <w:p w14:paraId="55F793D9"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15EFDBC7"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67A2DCD0" w14:textId="77777777" w:rsidTr="000B67B3">
        <w:trPr>
          <w:cantSplit/>
          <w:jc w:val="center"/>
        </w:trPr>
        <w:tc>
          <w:tcPr>
            <w:tcW w:w="992" w:type="dxa"/>
            <w:tcMar>
              <w:top w:w="80" w:type="dxa"/>
              <w:left w:w="80" w:type="dxa"/>
              <w:bottom w:w="80" w:type="dxa"/>
              <w:right w:w="80" w:type="dxa"/>
            </w:tcMar>
            <w:vAlign w:val="center"/>
          </w:tcPr>
          <w:p w14:paraId="7E7EC2AA" w14:textId="77777777" w:rsidR="000B67B3" w:rsidRPr="00F51F43" w:rsidRDefault="000B67B3" w:rsidP="000B67B3">
            <w:pPr>
              <w:spacing w:after="0" w:line="240" w:lineRule="auto"/>
              <w:rPr>
                <w:noProof/>
                <w:sz w:val="20"/>
                <w:szCs w:val="20"/>
              </w:rPr>
            </w:pPr>
            <w:r w:rsidRPr="00F51F43">
              <w:rPr>
                <w:noProof/>
                <w:sz w:val="20"/>
                <w:szCs w:val="20"/>
              </w:rPr>
              <w:t>50.</w:t>
            </w:r>
          </w:p>
        </w:tc>
        <w:tc>
          <w:tcPr>
            <w:tcW w:w="1640" w:type="dxa"/>
            <w:tcMar>
              <w:top w:w="80" w:type="dxa"/>
              <w:left w:w="80" w:type="dxa"/>
              <w:bottom w:w="80" w:type="dxa"/>
              <w:right w:w="80" w:type="dxa"/>
            </w:tcMar>
            <w:vAlign w:val="center"/>
          </w:tcPr>
          <w:p w14:paraId="5FFEE3C6"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5075120C" w14:textId="77777777" w:rsidR="000B67B3" w:rsidRPr="00F51F43" w:rsidRDefault="000B67B3" w:rsidP="000B67B3">
            <w:pPr>
              <w:spacing w:after="0" w:line="240" w:lineRule="auto"/>
              <w:rPr>
                <w:noProof/>
                <w:sz w:val="20"/>
                <w:szCs w:val="20"/>
              </w:rPr>
            </w:pPr>
            <w:r w:rsidRPr="00F51F43">
              <w:rPr>
                <w:noProof/>
                <w:sz w:val="20"/>
                <w:szCs w:val="20"/>
              </w:rPr>
              <w:t>ožujak</w:t>
            </w:r>
          </w:p>
        </w:tc>
        <w:tc>
          <w:tcPr>
            <w:tcW w:w="992" w:type="dxa"/>
            <w:tcMar>
              <w:top w:w="80" w:type="dxa"/>
              <w:left w:w="80" w:type="dxa"/>
              <w:bottom w:w="80" w:type="dxa"/>
              <w:right w:w="80" w:type="dxa"/>
            </w:tcMar>
            <w:vAlign w:val="center"/>
          </w:tcPr>
          <w:p w14:paraId="36423E83" w14:textId="77777777" w:rsidR="000B67B3" w:rsidRPr="00F51F43" w:rsidRDefault="000B67B3" w:rsidP="000B67B3">
            <w:pPr>
              <w:spacing w:after="0" w:line="240" w:lineRule="auto"/>
              <w:rPr>
                <w:noProof/>
                <w:sz w:val="20"/>
                <w:szCs w:val="20"/>
              </w:rPr>
            </w:pPr>
            <w:r w:rsidRPr="00F51F43">
              <w:rPr>
                <w:noProof/>
                <w:sz w:val="20"/>
                <w:szCs w:val="20"/>
              </w:rPr>
              <w:t>22</w:t>
            </w:r>
          </w:p>
        </w:tc>
        <w:tc>
          <w:tcPr>
            <w:tcW w:w="1134" w:type="dxa"/>
            <w:tcMar>
              <w:top w:w="80" w:type="dxa"/>
              <w:left w:w="80" w:type="dxa"/>
              <w:bottom w:w="80" w:type="dxa"/>
              <w:right w:w="80" w:type="dxa"/>
            </w:tcMar>
            <w:vAlign w:val="center"/>
          </w:tcPr>
          <w:p w14:paraId="2664ED80" w14:textId="77777777" w:rsidR="000B67B3" w:rsidRPr="00F51F43" w:rsidRDefault="000B67B3" w:rsidP="000B67B3">
            <w:pPr>
              <w:spacing w:after="0" w:line="240" w:lineRule="auto"/>
              <w:rPr>
                <w:noProof/>
                <w:sz w:val="20"/>
                <w:szCs w:val="20"/>
              </w:rPr>
            </w:pPr>
            <w:r w:rsidRPr="00F51F43">
              <w:rPr>
                <w:noProof/>
                <w:sz w:val="20"/>
                <w:szCs w:val="20"/>
              </w:rPr>
              <w:t>Pčelice</w:t>
            </w:r>
          </w:p>
        </w:tc>
        <w:tc>
          <w:tcPr>
            <w:tcW w:w="2126" w:type="dxa"/>
            <w:tcMar>
              <w:top w:w="80" w:type="dxa"/>
              <w:left w:w="80" w:type="dxa"/>
              <w:bottom w:w="80" w:type="dxa"/>
              <w:right w:w="80" w:type="dxa"/>
            </w:tcMar>
            <w:vAlign w:val="center"/>
          </w:tcPr>
          <w:p w14:paraId="08F80D0A"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2F18DB53"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19666C90" w14:textId="77777777" w:rsidTr="000B67B3">
        <w:trPr>
          <w:cantSplit/>
          <w:jc w:val="center"/>
        </w:trPr>
        <w:tc>
          <w:tcPr>
            <w:tcW w:w="992" w:type="dxa"/>
            <w:tcMar>
              <w:top w:w="80" w:type="dxa"/>
              <w:left w:w="80" w:type="dxa"/>
              <w:bottom w:w="80" w:type="dxa"/>
              <w:right w:w="80" w:type="dxa"/>
            </w:tcMar>
            <w:vAlign w:val="center"/>
          </w:tcPr>
          <w:p w14:paraId="6DFDF359" w14:textId="77777777" w:rsidR="000B67B3" w:rsidRPr="00F51F43" w:rsidRDefault="000B67B3" w:rsidP="000B67B3">
            <w:pPr>
              <w:spacing w:after="0" w:line="240" w:lineRule="auto"/>
              <w:rPr>
                <w:noProof/>
                <w:sz w:val="20"/>
                <w:szCs w:val="20"/>
              </w:rPr>
            </w:pPr>
            <w:r w:rsidRPr="00F51F43">
              <w:rPr>
                <w:noProof/>
                <w:sz w:val="20"/>
                <w:szCs w:val="20"/>
              </w:rPr>
              <w:t>51.</w:t>
            </w:r>
          </w:p>
        </w:tc>
        <w:tc>
          <w:tcPr>
            <w:tcW w:w="1640" w:type="dxa"/>
            <w:tcMar>
              <w:top w:w="80" w:type="dxa"/>
              <w:left w:w="80" w:type="dxa"/>
              <w:bottom w:w="80" w:type="dxa"/>
              <w:right w:w="80" w:type="dxa"/>
            </w:tcMar>
            <w:vAlign w:val="center"/>
          </w:tcPr>
          <w:p w14:paraId="426D8ABA"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7F6FE2E6" w14:textId="77777777" w:rsidR="000B67B3" w:rsidRPr="00F51F43" w:rsidRDefault="000B67B3" w:rsidP="000B67B3">
            <w:pPr>
              <w:spacing w:after="0" w:line="240" w:lineRule="auto"/>
              <w:rPr>
                <w:noProof/>
                <w:sz w:val="20"/>
                <w:szCs w:val="20"/>
              </w:rPr>
            </w:pPr>
            <w:r w:rsidRPr="00F51F43">
              <w:rPr>
                <w:noProof/>
                <w:sz w:val="20"/>
                <w:szCs w:val="20"/>
              </w:rPr>
              <w:t>listopad</w:t>
            </w:r>
          </w:p>
        </w:tc>
        <w:tc>
          <w:tcPr>
            <w:tcW w:w="992" w:type="dxa"/>
            <w:tcMar>
              <w:top w:w="80" w:type="dxa"/>
              <w:left w:w="80" w:type="dxa"/>
              <w:bottom w:w="80" w:type="dxa"/>
              <w:right w:w="80" w:type="dxa"/>
            </w:tcMar>
            <w:vAlign w:val="center"/>
          </w:tcPr>
          <w:p w14:paraId="02608FE3" w14:textId="77777777" w:rsidR="000B67B3" w:rsidRPr="00F51F43" w:rsidRDefault="000B67B3" w:rsidP="000B67B3">
            <w:pPr>
              <w:spacing w:after="0" w:line="240" w:lineRule="auto"/>
              <w:rPr>
                <w:noProof/>
                <w:sz w:val="20"/>
                <w:szCs w:val="20"/>
              </w:rPr>
            </w:pPr>
            <w:r w:rsidRPr="00F51F43">
              <w:rPr>
                <w:noProof/>
                <w:sz w:val="20"/>
                <w:szCs w:val="20"/>
              </w:rPr>
              <w:t>7</w:t>
            </w:r>
          </w:p>
        </w:tc>
        <w:tc>
          <w:tcPr>
            <w:tcW w:w="1134" w:type="dxa"/>
            <w:tcMar>
              <w:top w:w="80" w:type="dxa"/>
              <w:left w:w="80" w:type="dxa"/>
              <w:bottom w:w="80" w:type="dxa"/>
              <w:right w:w="80" w:type="dxa"/>
            </w:tcMar>
            <w:vAlign w:val="center"/>
          </w:tcPr>
          <w:p w14:paraId="4D7CB488" w14:textId="77777777" w:rsidR="000B67B3" w:rsidRPr="00F51F43" w:rsidRDefault="000B67B3" w:rsidP="000B67B3">
            <w:pPr>
              <w:spacing w:after="0" w:line="240" w:lineRule="auto"/>
              <w:rPr>
                <w:noProof/>
                <w:sz w:val="20"/>
                <w:szCs w:val="20"/>
              </w:rPr>
            </w:pPr>
            <w:r w:rsidRPr="00F51F43">
              <w:rPr>
                <w:noProof/>
                <w:sz w:val="20"/>
                <w:szCs w:val="20"/>
              </w:rPr>
              <w:t>Bubamare, Krijesnice, Leptirići, Pčelice</w:t>
            </w:r>
          </w:p>
        </w:tc>
        <w:tc>
          <w:tcPr>
            <w:tcW w:w="2126" w:type="dxa"/>
            <w:tcMar>
              <w:top w:w="80" w:type="dxa"/>
              <w:left w:w="80" w:type="dxa"/>
              <w:bottom w:w="80" w:type="dxa"/>
              <w:right w:w="80" w:type="dxa"/>
            </w:tcMar>
            <w:vAlign w:val="center"/>
          </w:tcPr>
          <w:p w14:paraId="4426A0AC"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18EEBA1B"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797139BE" w14:textId="77777777" w:rsidTr="000B67B3">
        <w:trPr>
          <w:cantSplit/>
          <w:jc w:val="center"/>
        </w:trPr>
        <w:tc>
          <w:tcPr>
            <w:tcW w:w="992" w:type="dxa"/>
            <w:tcMar>
              <w:top w:w="80" w:type="dxa"/>
              <w:left w:w="80" w:type="dxa"/>
              <w:bottom w:w="80" w:type="dxa"/>
              <w:right w:w="80" w:type="dxa"/>
            </w:tcMar>
            <w:vAlign w:val="center"/>
          </w:tcPr>
          <w:p w14:paraId="095F801F" w14:textId="77777777" w:rsidR="000B67B3" w:rsidRPr="00F51F43" w:rsidRDefault="000B67B3" w:rsidP="000B67B3">
            <w:pPr>
              <w:spacing w:after="0" w:line="240" w:lineRule="auto"/>
              <w:rPr>
                <w:noProof/>
                <w:sz w:val="20"/>
                <w:szCs w:val="20"/>
              </w:rPr>
            </w:pPr>
            <w:r w:rsidRPr="00F51F43">
              <w:rPr>
                <w:noProof/>
                <w:sz w:val="20"/>
                <w:szCs w:val="20"/>
              </w:rPr>
              <w:t>57.</w:t>
            </w:r>
          </w:p>
        </w:tc>
        <w:tc>
          <w:tcPr>
            <w:tcW w:w="1640" w:type="dxa"/>
            <w:tcMar>
              <w:top w:w="80" w:type="dxa"/>
              <w:left w:w="80" w:type="dxa"/>
              <w:bottom w:w="80" w:type="dxa"/>
              <w:right w:w="80" w:type="dxa"/>
            </w:tcMar>
            <w:vAlign w:val="center"/>
          </w:tcPr>
          <w:p w14:paraId="2FC2D465"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1363" w:type="dxa"/>
            <w:tcMar>
              <w:top w:w="80" w:type="dxa"/>
              <w:left w:w="80" w:type="dxa"/>
              <w:bottom w:w="80" w:type="dxa"/>
              <w:right w:w="80" w:type="dxa"/>
            </w:tcMar>
            <w:vAlign w:val="center"/>
          </w:tcPr>
          <w:p w14:paraId="605AE3D5" w14:textId="77777777" w:rsidR="000B67B3" w:rsidRPr="00F51F43" w:rsidRDefault="000B67B3" w:rsidP="000B67B3">
            <w:pPr>
              <w:spacing w:after="0" w:line="240" w:lineRule="auto"/>
              <w:rPr>
                <w:noProof/>
                <w:sz w:val="20"/>
                <w:szCs w:val="20"/>
              </w:rPr>
            </w:pPr>
            <w:r w:rsidRPr="00F51F43">
              <w:rPr>
                <w:noProof/>
                <w:sz w:val="20"/>
                <w:szCs w:val="20"/>
              </w:rPr>
              <w:t>studeni</w:t>
            </w:r>
          </w:p>
        </w:tc>
        <w:tc>
          <w:tcPr>
            <w:tcW w:w="992" w:type="dxa"/>
            <w:tcMar>
              <w:top w:w="80" w:type="dxa"/>
              <w:left w:w="80" w:type="dxa"/>
              <w:bottom w:w="80" w:type="dxa"/>
              <w:right w:w="80" w:type="dxa"/>
            </w:tcMar>
            <w:vAlign w:val="center"/>
          </w:tcPr>
          <w:p w14:paraId="19E3449D" w14:textId="77777777" w:rsidR="000B67B3" w:rsidRPr="00F51F43" w:rsidRDefault="000B67B3" w:rsidP="000B67B3">
            <w:pPr>
              <w:spacing w:after="0" w:line="240" w:lineRule="auto"/>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3ECBF388" w14:textId="77777777" w:rsidR="000B67B3" w:rsidRPr="00F51F43" w:rsidRDefault="000B67B3" w:rsidP="000B67B3">
            <w:pPr>
              <w:spacing w:after="0" w:line="240" w:lineRule="auto"/>
              <w:rPr>
                <w:noProof/>
                <w:sz w:val="20"/>
                <w:szCs w:val="20"/>
              </w:rPr>
            </w:pPr>
            <w:r w:rsidRPr="00F51F43">
              <w:rPr>
                <w:noProof/>
                <w:sz w:val="20"/>
                <w:szCs w:val="20"/>
              </w:rPr>
              <w:t>Pčelice</w:t>
            </w:r>
          </w:p>
        </w:tc>
        <w:tc>
          <w:tcPr>
            <w:tcW w:w="2126" w:type="dxa"/>
            <w:tcMar>
              <w:top w:w="80" w:type="dxa"/>
              <w:left w:w="80" w:type="dxa"/>
              <w:bottom w:w="80" w:type="dxa"/>
              <w:right w:w="80" w:type="dxa"/>
            </w:tcMar>
            <w:vAlign w:val="center"/>
          </w:tcPr>
          <w:p w14:paraId="314A8099" w14:textId="77777777" w:rsidR="000B67B3" w:rsidRPr="00F51F43" w:rsidRDefault="000B67B3" w:rsidP="000B67B3">
            <w:pPr>
              <w:spacing w:after="0" w:line="240" w:lineRule="auto"/>
              <w:rPr>
                <w:noProof/>
                <w:sz w:val="20"/>
                <w:szCs w:val="20"/>
              </w:rPr>
            </w:pPr>
            <w:r w:rsidRPr="00F51F43">
              <w:rPr>
                <w:noProof/>
                <w:sz w:val="20"/>
                <w:szCs w:val="20"/>
              </w:rPr>
              <w:t>Kino Velebit</w:t>
            </w:r>
          </w:p>
        </w:tc>
        <w:tc>
          <w:tcPr>
            <w:tcW w:w="4454" w:type="dxa"/>
            <w:tcMar>
              <w:top w:w="80" w:type="dxa"/>
              <w:left w:w="80" w:type="dxa"/>
              <w:bottom w:w="80" w:type="dxa"/>
              <w:right w:w="80" w:type="dxa"/>
            </w:tcMar>
            <w:vAlign w:val="center"/>
          </w:tcPr>
          <w:p w14:paraId="12343F68"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43FC5DDA" w14:textId="77777777" w:rsidTr="000B67B3">
        <w:trPr>
          <w:cantSplit/>
          <w:jc w:val="center"/>
        </w:trPr>
        <w:tc>
          <w:tcPr>
            <w:tcW w:w="992" w:type="dxa"/>
            <w:tcMar>
              <w:top w:w="80" w:type="dxa"/>
              <w:left w:w="80" w:type="dxa"/>
              <w:bottom w:w="80" w:type="dxa"/>
              <w:right w:w="80" w:type="dxa"/>
            </w:tcMar>
            <w:vAlign w:val="center"/>
          </w:tcPr>
          <w:p w14:paraId="07C11A60" w14:textId="77777777" w:rsidR="000B67B3" w:rsidRPr="00F51F43" w:rsidRDefault="000B67B3" w:rsidP="000B67B3">
            <w:pPr>
              <w:spacing w:after="0" w:line="240" w:lineRule="auto"/>
              <w:rPr>
                <w:noProof/>
                <w:sz w:val="20"/>
                <w:szCs w:val="20"/>
              </w:rPr>
            </w:pPr>
            <w:r w:rsidRPr="00F51F43">
              <w:rPr>
                <w:noProof/>
                <w:sz w:val="20"/>
                <w:szCs w:val="20"/>
              </w:rPr>
              <w:t>58.</w:t>
            </w:r>
          </w:p>
        </w:tc>
        <w:tc>
          <w:tcPr>
            <w:tcW w:w="1640" w:type="dxa"/>
            <w:tcMar>
              <w:top w:w="80" w:type="dxa"/>
              <w:left w:w="80" w:type="dxa"/>
              <w:bottom w:w="80" w:type="dxa"/>
              <w:right w:w="80" w:type="dxa"/>
            </w:tcMar>
            <w:vAlign w:val="center"/>
          </w:tcPr>
          <w:p w14:paraId="161D7B2B" w14:textId="77777777" w:rsidR="000B67B3" w:rsidRPr="00F51F43" w:rsidRDefault="000B67B3" w:rsidP="000B67B3">
            <w:pPr>
              <w:spacing w:after="0" w:line="240" w:lineRule="auto"/>
              <w:rPr>
                <w:noProof/>
                <w:sz w:val="20"/>
                <w:szCs w:val="20"/>
              </w:rPr>
            </w:pPr>
            <w:r w:rsidRPr="00F51F43">
              <w:rPr>
                <w:noProof/>
                <w:sz w:val="20"/>
                <w:szCs w:val="20"/>
              </w:rPr>
              <w:t>Vrtić</w:t>
            </w:r>
          </w:p>
        </w:tc>
        <w:tc>
          <w:tcPr>
            <w:tcW w:w="1363" w:type="dxa"/>
            <w:tcMar>
              <w:top w:w="80" w:type="dxa"/>
              <w:left w:w="80" w:type="dxa"/>
              <w:bottom w:w="80" w:type="dxa"/>
              <w:right w:w="80" w:type="dxa"/>
            </w:tcMar>
            <w:vAlign w:val="center"/>
          </w:tcPr>
          <w:p w14:paraId="040ACD22" w14:textId="77777777" w:rsidR="000B67B3" w:rsidRPr="00F51F43" w:rsidRDefault="000B67B3" w:rsidP="000B67B3">
            <w:pPr>
              <w:spacing w:after="0" w:line="240" w:lineRule="auto"/>
              <w:rPr>
                <w:noProof/>
                <w:sz w:val="20"/>
                <w:szCs w:val="20"/>
              </w:rPr>
            </w:pPr>
            <w:r w:rsidRPr="00F51F43">
              <w:rPr>
                <w:noProof/>
                <w:sz w:val="20"/>
                <w:szCs w:val="20"/>
              </w:rPr>
              <w:t>ožujak</w:t>
            </w:r>
          </w:p>
        </w:tc>
        <w:tc>
          <w:tcPr>
            <w:tcW w:w="992" w:type="dxa"/>
            <w:tcMar>
              <w:top w:w="80" w:type="dxa"/>
              <w:left w:w="80" w:type="dxa"/>
              <w:bottom w:w="80" w:type="dxa"/>
              <w:right w:w="80" w:type="dxa"/>
            </w:tcMar>
            <w:vAlign w:val="center"/>
          </w:tcPr>
          <w:p w14:paraId="2D6C40C8" w14:textId="77777777" w:rsidR="000B67B3" w:rsidRPr="00F51F43" w:rsidRDefault="000B67B3" w:rsidP="000B67B3">
            <w:pPr>
              <w:spacing w:after="0" w:line="240" w:lineRule="auto"/>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2CFE11AC" w14:textId="77777777" w:rsidR="000B67B3" w:rsidRPr="00F51F43" w:rsidRDefault="000B67B3" w:rsidP="000B67B3">
            <w:pPr>
              <w:spacing w:after="0" w:line="240" w:lineRule="auto"/>
              <w:rPr>
                <w:noProof/>
                <w:sz w:val="20"/>
                <w:szCs w:val="20"/>
              </w:rPr>
            </w:pPr>
            <w:r w:rsidRPr="00F51F43">
              <w:rPr>
                <w:noProof/>
                <w:sz w:val="20"/>
                <w:szCs w:val="20"/>
              </w:rPr>
              <w:t>Pčelice</w:t>
            </w:r>
          </w:p>
        </w:tc>
        <w:tc>
          <w:tcPr>
            <w:tcW w:w="2126" w:type="dxa"/>
            <w:tcMar>
              <w:top w:w="80" w:type="dxa"/>
              <w:left w:w="80" w:type="dxa"/>
              <w:bottom w:w="80" w:type="dxa"/>
              <w:right w:w="80" w:type="dxa"/>
            </w:tcMar>
            <w:vAlign w:val="center"/>
          </w:tcPr>
          <w:p w14:paraId="29F8C53C" w14:textId="77777777" w:rsidR="000B67B3" w:rsidRPr="00F51F43" w:rsidRDefault="000B67B3" w:rsidP="000B67B3">
            <w:pPr>
              <w:spacing w:after="0" w:line="240" w:lineRule="auto"/>
              <w:rPr>
                <w:noProof/>
                <w:sz w:val="20"/>
                <w:szCs w:val="20"/>
              </w:rPr>
            </w:pPr>
            <w:r w:rsidRPr="00F51F43">
              <w:rPr>
                <w:noProof/>
                <w:sz w:val="20"/>
                <w:szCs w:val="20"/>
              </w:rPr>
              <w:t>Šareni svijet</w:t>
            </w:r>
          </w:p>
        </w:tc>
        <w:tc>
          <w:tcPr>
            <w:tcW w:w="4454" w:type="dxa"/>
            <w:tcMar>
              <w:top w:w="80" w:type="dxa"/>
              <w:left w:w="80" w:type="dxa"/>
              <w:bottom w:w="80" w:type="dxa"/>
              <w:right w:w="80" w:type="dxa"/>
            </w:tcMar>
            <w:vAlign w:val="center"/>
          </w:tcPr>
          <w:p w14:paraId="47B348CB"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r w:rsidR="000B67B3" w:rsidRPr="00F51F43" w14:paraId="7333BE37" w14:textId="77777777" w:rsidTr="000B67B3">
        <w:trPr>
          <w:cantSplit/>
          <w:jc w:val="center"/>
        </w:trPr>
        <w:tc>
          <w:tcPr>
            <w:tcW w:w="992" w:type="dxa"/>
            <w:tcMar>
              <w:top w:w="80" w:type="dxa"/>
              <w:left w:w="80" w:type="dxa"/>
              <w:bottom w:w="80" w:type="dxa"/>
              <w:right w:w="80" w:type="dxa"/>
            </w:tcMar>
            <w:vAlign w:val="center"/>
          </w:tcPr>
          <w:p w14:paraId="43A94053" w14:textId="77777777" w:rsidR="000B67B3" w:rsidRPr="00F51F43" w:rsidRDefault="000B67B3" w:rsidP="000B67B3">
            <w:pPr>
              <w:spacing w:after="0" w:line="240" w:lineRule="auto"/>
              <w:rPr>
                <w:noProof/>
                <w:sz w:val="20"/>
                <w:szCs w:val="20"/>
              </w:rPr>
            </w:pPr>
            <w:r w:rsidRPr="00F51F43">
              <w:rPr>
                <w:noProof/>
                <w:sz w:val="20"/>
                <w:szCs w:val="20"/>
              </w:rPr>
              <w:t>59.</w:t>
            </w:r>
          </w:p>
        </w:tc>
        <w:tc>
          <w:tcPr>
            <w:tcW w:w="1640" w:type="dxa"/>
            <w:tcMar>
              <w:top w:w="80" w:type="dxa"/>
              <w:left w:w="80" w:type="dxa"/>
              <w:bottom w:w="80" w:type="dxa"/>
              <w:right w:w="80" w:type="dxa"/>
            </w:tcMar>
            <w:vAlign w:val="center"/>
          </w:tcPr>
          <w:p w14:paraId="4F15789B" w14:textId="77777777" w:rsidR="000B67B3" w:rsidRPr="00F51F43" w:rsidRDefault="000B67B3" w:rsidP="000B67B3">
            <w:pPr>
              <w:spacing w:after="0" w:line="240" w:lineRule="auto"/>
              <w:rPr>
                <w:noProof/>
                <w:sz w:val="20"/>
                <w:szCs w:val="20"/>
              </w:rPr>
            </w:pPr>
            <w:r w:rsidRPr="00F51F43">
              <w:rPr>
                <w:noProof/>
                <w:sz w:val="20"/>
                <w:szCs w:val="20"/>
              </w:rPr>
              <w:t>Dom Mladih, Koprivnica</w:t>
            </w:r>
          </w:p>
        </w:tc>
        <w:tc>
          <w:tcPr>
            <w:tcW w:w="1363" w:type="dxa"/>
            <w:tcMar>
              <w:top w:w="80" w:type="dxa"/>
              <w:left w:w="80" w:type="dxa"/>
              <w:bottom w:w="80" w:type="dxa"/>
              <w:right w:w="80" w:type="dxa"/>
            </w:tcMar>
            <w:vAlign w:val="center"/>
          </w:tcPr>
          <w:p w14:paraId="05C0C4F4" w14:textId="77777777" w:rsidR="000B67B3" w:rsidRPr="00F51F43" w:rsidRDefault="000B67B3" w:rsidP="000B67B3">
            <w:pPr>
              <w:spacing w:after="0" w:line="240" w:lineRule="auto"/>
              <w:rPr>
                <w:noProof/>
                <w:sz w:val="20"/>
                <w:szCs w:val="20"/>
              </w:rPr>
            </w:pPr>
            <w:r w:rsidRPr="00F51F43">
              <w:rPr>
                <w:noProof/>
                <w:sz w:val="20"/>
                <w:szCs w:val="20"/>
              </w:rPr>
              <w:t>travanj</w:t>
            </w:r>
          </w:p>
        </w:tc>
        <w:tc>
          <w:tcPr>
            <w:tcW w:w="992" w:type="dxa"/>
            <w:tcMar>
              <w:top w:w="80" w:type="dxa"/>
              <w:left w:w="80" w:type="dxa"/>
              <w:bottom w:w="80" w:type="dxa"/>
              <w:right w:w="80" w:type="dxa"/>
            </w:tcMar>
            <w:vAlign w:val="center"/>
          </w:tcPr>
          <w:p w14:paraId="4F5074AB" w14:textId="77777777" w:rsidR="000B67B3" w:rsidRPr="00F51F43" w:rsidRDefault="000B67B3" w:rsidP="000B67B3">
            <w:pPr>
              <w:spacing w:after="0" w:line="240" w:lineRule="auto"/>
              <w:rPr>
                <w:noProof/>
                <w:sz w:val="20"/>
                <w:szCs w:val="20"/>
              </w:rPr>
            </w:pPr>
            <w:r w:rsidRPr="00F51F43">
              <w:rPr>
                <w:noProof/>
                <w:sz w:val="20"/>
                <w:szCs w:val="20"/>
              </w:rPr>
              <w:t>15</w:t>
            </w:r>
          </w:p>
        </w:tc>
        <w:tc>
          <w:tcPr>
            <w:tcW w:w="1134" w:type="dxa"/>
            <w:tcMar>
              <w:top w:w="80" w:type="dxa"/>
              <w:left w:w="80" w:type="dxa"/>
              <w:bottom w:w="80" w:type="dxa"/>
              <w:right w:w="80" w:type="dxa"/>
            </w:tcMar>
            <w:vAlign w:val="center"/>
          </w:tcPr>
          <w:p w14:paraId="5C98AE85" w14:textId="77777777" w:rsidR="000B67B3" w:rsidRPr="00F51F43" w:rsidRDefault="000B67B3" w:rsidP="000B67B3">
            <w:pPr>
              <w:spacing w:after="0" w:line="240" w:lineRule="auto"/>
              <w:rPr>
                <w:noProof/>
                <w:sz w:val="20"/>
                <w:szCs w:val="20"/>
              </w:rPr>
            </w:pPr>
            <w:r w:rsidRPr="00F51F43">
              <w:rPr>
                <w:noProof/>
                <w:sz w:val="20"/>
                <w:szCs w:val="20"/>
              </w:rPr>
              <w:t>Pčelice</w:t>
            </w:r>
          </w:p>
        </w:tc>
        <w:tc>
          <w:tcPr>
            <w:tcW w:w="2126" w:type="dxa"/>
            <w:tcMar>
              <w:top w:w="80" w:type="dxa"/>
              <w:left w:w="80" w:type="dxa"/>
              <w:bottom w:w="80" w:type="dxa"/>
              <w:right w:w="80" w:type="dxa"/>
            </w:tcMar>
            <w:vAlign w:val="center"/>
          </w:tcPr>
          <w:p w14:paraId="686BFB75" w14:textId="77777777" w:rsidR="000B67B3" w:rsidRPr="00F51F43" w:rsidRDefault="000B67B3" w:rsidP="000B67B3">
            <w:pPr>
              <w:spacing w:after="0" w:line="240" w:lineRule="auto"/>
              <w:rPr>
                <w:noProof/>
                <w:sz w:val="20"/>
                <w:szCs w:val="20"/>
              </w:rPr>
            </w:pPr>
            <w:r w:rsidRPr="00F51F43">
              <w:rPr>
                <w:noProof/>
                <w:sz w:val="20"/>
                <w:szCs w:val="20"/>
              </w:rPr>
              <w:t>Dom Mladih</w:t>
            </w:r>
          </w:p>
        </w:tc>
        <w:tc>
          <w:tcPr>
            <w:tcW w:w="4454" w:type="dxa"/>
            <w:tcMar>
              <w:top w:w="80" w:type="dxa"/>
              <w:left w:w="80" w:type="dxa"/>
              <w:bottom w:w="80" w:type="dxa"/>
              <w:right w:w="80" w:type="dxa"/>
            </w:tcMar>
            <w:vAlign w:val="center"/>
          </w:tcPr>
          <w:p w14:paraId="119A9ADD" w14:textId="77777777" w:rsidR="000B67B3" w:rsidRPr="00F51F43" w:rsidRDefault="000B67B3" w:rsidP="000B67B3">
            <w:pPr>
              <w:spacing w:after="0" w:line="240" w:lineRule="auto"/>
              <w:rPr>
                <w:noProof/>
                <w:sz w:val="20"/>
                <w:szCs w:val="20"/>
              </w:rPr>
            </w:pPr>
            <w:r w:rsidRPr="00F51F43">
              <w:rPr>
                <w:noProof/>
                <w:sz w:val="20"/>
                <w:szCs w:val="20"/>
              </w:rPr>
              <w:t>reakcije djece, izjave djece, fotodokumentacija</w:t>
            </w:r>
          </w:p>
        </w:tc>
      </w:tr>
    </w:tbl>
    <w:p w14:paraId="23152B15" w14:textId="77777777" w:rsidR="00C4098F" w:rsidRPr="00F51F43" w:rsidRDefault="00C4098F" w:rsidP="00FD770A">
      <w:pPr>
        <w:pStyle w:val="Tijeloteksta3"/>
        <w:tabs>
          <w:tab w:val="left" w:pos="3544"/>
        </w:tabs>
        <w:rPr>
          <w:i w:val="0"/>
          <w:noProof/>
        </w:rPr>
      </w:pPr>
    </w:p>
    <w:p w14:paraId="7E229C11" w14:textId="77777777" w:rsidR="00C4098F" w:rsidRPr="00F51F43" w:rsidRDefault="00C4098F" w:rsidP="00FD770A">
      <w:pPr>
        <w:pStyle w:val="Tijeloteksta3"/>
        <w:tabs>
          <w:tab w:val="left" w:pos="3544"/>
        </w:tabs>
        <w:rPr>
          <w:i w:val="0"/>
          <w:noProof/>
        </w:rPr>
      </w:pPr>
    </w:p>
    <w:p w14:paraId="10CA3768" w14:textId="77777777" w:rsidR="00237A6E" w:rsidRPr="00F51F43" w:rsidRDefault="00FD770A" w:rsidP="00FD770A">
      <w:pPr>
        <w:tabs>
          <w:tab w:val="left" w:pos="709"/>
        </w:tabs>
        <w:rPr>
          <w:noProof/>
        </w:rPr>
      </w:pPr>
      <w:r w:rsidRPr="00F51F43">
        <w:rPr>
          <w:noProof/>
        </w:rPr>
        <w:tab/>
      </w:r>
    </w:p>
    <w:p w14:paraId="38BC54BE" w14:textId="77777777" w:rsidR="000605FC" w:rsidRPr="00F51F43" w:rsidRDefault="000605FC" w:rsidP="000820CB">
      <w:pPr>
        <w:rPr>
          <w:b/>
          <w:noProof/>
        </w:rPr>
        <w:sectPr w:rsidR="000605FC" w:rsidRPr="00F51F43" w:rsidSect="00A809E0">
          <w:pgSz w:w="16840" w:h="11907" w:orient="landscape" w:code="9"/>
          <w:pgMar w:top="1418" w:right="1440" w:bottom="1417" w:left="1440" w:header="720" w:footer="720" w:gutter="0"/>
          <w:cols w:space="720"/>
          <w:docGrid w:linePitch="326"/>
        </w:sectPr>
      </w:pPr>
    </w:p>
    <w:p w14:paraId="2C0BCD33" w14:textId="77777777" w:rsidR="00551A88" w:rsidRPr="00F51F43" w:rsidRDefault="00FD770A" w:rsidP="00373169">
      <w:pPr>
        <w:pStyle w:val="Naslov1"/>
        <w:rPr>
          <w:noProof/>
        </w:rPr>
      </w:pPr>
      <w:bookmarkStart w:id="49" w:name="_Toc241563365"/>
      <w:r w:rsidRPr="00F51F43">
        <w:rPr>
          <w:noProof/>
        </w:rPr>
        <w:lastRenderedPageBreak/>
        <w:t>9. SAMOVREDNOVANJE I</w:t>
      </w:r>
      <w:r w:rsidR="00551A88" w:rsidRPr="00F51F43">
        <w:rPr>
          <w:noProof/>
        </w:rPr>
        <w:t xml:space="preserve"> VREDNOVANJE</w:t>
      </w:r>
      <w:r w:rsidRPr="00F51F43">
        <w:rPr>
          <w:noProof/>
        </w:rPr>
        <w:t xml:space="preserve"> PROGRAMA</w:t>
      </w:r>
      <w:bookmarkEnd w:id="49"/>
    </w:p>
    <w:p w14:paraId="5BCBDEA3" w14:textId="77777777" w:rsidR="00551A88" w:rsidRPr="00F51F43" w:rsidRDefault="00551A88" w:rsidP="00256E0A">
      <w:pPr>
        <w:ind w:firstLine="708"/>
        <w:rPr>
          <w:bCs/>
          <w:noProof/>
        </w:rPr>
      </w:pPr>
      <w:r w:rsidRPr="00F51F43">
        <w:rPr>
          <w:bCs/>
          <w:noProof/>
        </w:rPr>
        <w:t>Proces samovrednovanja ima važnu ulogu u kvaliteti odgojno-obrazovnog rada Vrtića. Praćenjem, vrednovanjem i ana</w:t>
      </w:r>
      <w:r w:rsidR="00885DA9" w:rsidRPr="00F51F43">
        <w:rPr>
          <w:bCs/>
          <w:noProof/>
        </w:rPr>
        <w:t>liziranjem vlastite prakse, odgoji</w:t>
      </w:r>
      <w:r w:rsidRPr="00F51F43">
        <w:rPr>
          <w:bCs/>
          <w:noProof/>
        </w:rPr>
        <w:t xml:space="preserve">teljice i ostali </w:t>
      </w:r>
      <w:r w:rsidR="00887126" w:rsidRPr="00F51F43">
        <w:rPr>
          <w:bCs/>
          <w:noProof/>
        </w:rPr>
        <w:t>djelatn</w:t>
      </w:r>
      <w:r w:rsidRPr="00F51F43">
        <w:rPr>
          <w:bCs/>
          <w:noProof/>
        </w:rPr>
        <w:t xml:space="preserve">ici trebaju kritički promišljati o odabranim pristupima i metodama. </w:t>
      </w:r>
      <w:r w:rsidR="00887126" w:rsidRPr="00F51F43">
        <w:rPr>
          <w:bCs/>
          <w:noProof/>
        </w:rPr>
        <w:t>N</w:t>
      </w:r>
      <w:r w:rsidRPr="00F51F43">
        <w:rPr>
          <w:bCs/>
          <w:noProof/>
        </w:rPr>
        <w:t>a kraju peda</w:t>
      </w:r>
      <w:r w:rsidR="00885DA9" w:rsidRPr="00F51F43">
        <w:rPr>
          <w:bCs/>
          <w:noProof/>
        </w:rPr>
        <w:t>goške godine odgoji</w:t>
      </w:r>
      <w:r w:rsidRPr="00F51F43">
        <w:rPr>
          <w:bCs/>
          <w:noProof/>
        </w:rPr>
        <w:t xml:space="preserve">teljice i pedagoginja pisat će izvještaj u kojem će samovrednovati svoj </w:t>
      </w:r>
      <w:r w:rsidR="00887126" w:rsidRPr="00F51F43">
        <w:rPr>
          <w:bCs/>
          <w:noProof/>
        </w:rPr>
        <w:t xml:space="preserve">odgojno-obrazovni </w:t>
      </w:r>
      <w:r w:rsidRPr="00F51F43">
        <w:rPr>
          <w:bCs/>
          <w:noProof/>
        </w:rPr>
        <w:t xml:space="preserve">rad tijekom </w:t>
      </w:r>
      <w:r w:rsidR="00887126" w:rsidRPr="00F51F43">
        <w:rPr>
          <w:bCs/>
          <w:noProof/>
        </w:rPr>
        <w:t>pedagoške godine</w:t>
      </w:r>
      <w:r w:rsidR="00256E0A" w:rsidRPr="00F51F43">
        <w:rPr>
          <w:bCs/>
          <w:noProof/>
        </w:rPr>
        <w:t xml:space="preserve"> procjenjujući ostvarenost zadanih ciljeva i razvojnih zadaća</w:t>
      </w:r>
      <w:r w:rsidR="00887126" w:rsidRPr="00F51F43">
        <w:rPr>
          <w:bCs/>
          <w:noProof/>
        </w:rPr>
        <w:t>.</w:t>
      </w:r>
      <w:r w:rsidR="00256E0A" w:rsidRPr="00F51F43">
        <w:rPr>
          <w:bCs/>
          <w:noProof/>
        </w:rPr>
        <w:t xml:space="preserve"> Svoje izvještaje </w:t>
      </w:r>
      <w:r w:rsidR="00885DA9" w:rsidRPr="00F51F43">
        <w:rPr>
          <w:bCs/>
          <w:noProof/>
        </w:rPr>
        <w:t>odgoji</w:t>
      </w:r>
      <w:r w:rsidRPr="00F51F43">
        <w:rPr>
          <w:bCs/>
          <w:noProof/>
        </w:rPr>
        <w:t>teljice</w:t>
      </w:r>
      <w:r w:rsidR="00256E0A" w:rsidRPr="00F51F43">
        <w:rPr>
          <w:bCs/>
          <w:noProof/>
        </w:rPr>
        <w:t xml:space="preserve"> će</w:t>
      </w:r>
      <w:r w:rsidRPr="00F51F43">
        <w:rPr>
          <w:bCs/>
          <w:noProof/>
        </w:rPr>
        <w:t xml:space="preserve"> predavati pedagoginji, a pedagoginja svoje ravnateljici do kraja prvog tjedna u </w:t>
      </w:r>
      <w:r w:rsidR="00887126" w:rsidRPr="00F51F43">
        <w:rPr>
          <w:bCs/>
          <w:noProof/>
        </w:rPr>
        <w:t>novoj pedagoškoj godini</w:t>
      </w:r>
      <w:r w:rsidRPr="00F51F43">
        <w:rPr>
          <w:bCs/>
          <w:noProof/>
        </w:rPr>
        <w:t>. Sudjelujući u raspravama</w:t>
      </w:r>
      <w:r w:rsidR="00887126" w:rsidRPr="00F51F43">
        <w:rPr>
          <w:bCs/>
          <w:noProof/>
        </w:rPr>
        <w:t xml:space="preserve"> na</w:t>
      </w:r>
      <w:r w:rsidRPr="00F51F43">
        <w:rPr>
          <w:bCs/>
          <w:noProof/>
        </w:rPr>
        <w:t xml:space="preserve"> </w:t>
      </w:r>
      <w:r w:rsidR="00885DA9" w:rsidRPr="00F51F43">
        <w:rPr>
          <w:bCs/>
          <w:noProof/>
        </w:rPr>
        <w:t>odgoji</w:t>
      </w:r>
      <w:r w:rsidR="00887126" w:rsidRPr="00F51F43">
        <w:rPr>
          <w:bCs/>
          <w:noProof/>
        </w:rPr>
        <w:t>teljskim</w:t>
      </w:r>
      <w:r w:rsidRPr="00F51F43">
        <w:rPr>
          <w:bCs/>
          <w:noProof/>
        </w:rPr>
        <w:t xml:space="preserve"> vijeć</w:t>
      </w:r>
      <w:r w:rsidR="00887126" w:rsidRPr="00F51F43">
        <w:rPr>
          <w:bCs/>
          <w:noProof/>
        </w:rPr>
        <w:t>im</w:t>
      </w:r>
      <w:r w:rsidR="00885DA9" w:rsidRPr="00F51F43">
        <w:rPr>
          <w:bCs/>
          <w:noProof/>
        </w:rPr>
        <w:t>a,</w:t>
      </w:r>
      <w:r w:rsidRPr="00F51F43">
        <w:rPr>
          <w:bCs/>
          <w:noProof/>
        </w:rPr>
        <w:t xml:space="preserve"> </w:t>
      </w:r>
      <w:r w:rsidR="00887126" w:rsidRPr="00F51F43">
        <w:rPr>
          <w:bCs/>
          <w:noProof/>
        </w:rPr>
        <w:t>na mjesečnim</w:t>
      </w:r>
      <w:r w:rsidRPr="00F51F43">
        <w:rPr>
          <w:bCs/>
          <w:noProof/>
        </w:rPr>
        <w:t xml:space="preserve"> </w:t>
      </w:r>
      <w:r w:rsidR="00887126" w:rsidRPr="00F51F43">
        <w:rPr>
          <w:bCs/>
          <w:noProof/>
        </w:rPr>
        <w:t>planiranjima i radnim dogovorima</w:t>
      </w:r>
      <w:r w:rsidRPr="00F51F43">
        <w:rPr>
          <w:bCs/>
          <w:noProof/>
        </w:rPr>
        <w:t xml:space="preserve"> kao i u razgovorima s ravnateljicom </w:t>
      </w:r>
      <w:r w:rsidR="00885DA9" w:rsidRPr="00F51F43">
        <w:rPr>
          <w:bCs/>
          <w:noProof/>
        </w:rPr>
        <w:t>i članovima stručne službe, odgoji</w:t>
      </w:r>
      <w:r w:rsidRPr="00F51F43">
        <w:rPr>
          <w:bCs/>
          <w:noProof/>
        </w:rPr>
        <w:t>teljice će permanen</w:t>
      </w:r>
      <w:r w:rsidR="007411A4" w:rsidRPr="00F51F43">
        <w:rPr>
          <w:bCs/>
          <w:noProof/>
        </w:rPr>
        <w:t>tno samovrednovati svoju odgojno-obrazovnu</w:t>
      </w:r>
      <w:r w:rsidRPr="00F51F43">
        <w:rPr>
          <w:bCs/>
          <w:noProof/>
        </w:rPr>
        <w:t xml:space="preserve"> praksu s ciljem unapr</w:t>
      </w:r>
      <w:r w:rsidR="00887126" w:rsidRPr="00F51F43">
        <w:rPr>
          <w:bCs/>
          <w:noProof/>
        </w:rPr>
        <w:t>j</w:t>
      </w:r>
      <w:r w:rsidRPr="00F51F43">
        <w:rPr>
          <w:bCs/>
          <w:noProof/>
        </w:rPr>
        <w:t>eđenja kvalitete rada.</w:t>
      </w:r>
      <w:r w:rsidR="00885DA9" w:rsidRPr="00F51F43">
        <w:rPr>
          <w:bCs/>
          <w:noProof/>
        </w:rPr>
        <w:t xml:space="preserve"> Na kraju pedagoške godine ispunit će upit</w:t>
      </w:r>
      <w:r w:rsidR="00DE749D" w:rsidRPr="00F51F43">
        <w:rPr>
          <w:bCs/>
          <w:noProof/>
        </w:rPr>
        <w:t>nik o vrednovanju rada ustanove</w:t>
      </w:r>
      <w:r w:rsidR="00885DA9" w:rsidRPr="00F51F43">
        <w:rPr>
          <w:bCs/>
          <w:noProof/>
        </w:rPr>
        <w:t xml:space="preserve"> čiji će rezultati biti predstavljeni na početku sljedeće pedagoške godine. </w:t>
      </w:r>
    </w:p>
    <w:p w14:paraId="37290D80" w14:textId="77777777" w:rsidR="00D41955" w:rsidRPr="00F51F43" w:rsidRDefault="000A7C01" w:rsidP="00D41955">
      <w:pPr>
        <w:ind w:firstLine="708"/>
        <w:rPr>
          <w:noProof/>
        </w:rPr>
      </w:pPr>
      <w:r w:rsidRPr="00F51F43">
        <w:rPr>
          <w:noProof/>
        </w:rPr>
        <w:t>Samovrednovanje je proces trajnoga praćenja, analiziranja i procjenjivanja rada odgojno-obrazovne ustanove i svih čimbenika koji ju takvom</w:t>
      </w:r>
      <w:r w:rsidR="00D41955" w:rsidRPr="00F51F43">
        <w:rPr>
          <w:noProof/>
        </w:rPr>
        <w:t xml:space="preserve"> sačinjavaju. P</w:t>
      </w:r>
      <w:r w:rsidRPr="00F51F43">
        <w:rPr>
          <w:noProof/>
        </w:rPr>
        <w:t xml:space="preserve">olazi od zamisli da svi koji sudjeluju u odgojno-obrazovnomu radu u predškolskim ustanovama i školama najbolje poznaju prilike u njima, da su najpozvaniji za pronalaženje jakih strana svojih ustanova i mogućih nedostataka, ali također pretpostavlja da zajedničkim djelovanjem mogu utvrditi, a potom i ostvariti, ciljeve bitne za unaprjeđenje kvalitete odgojno-obrazovnoga rada. </w:t>
      </w:r>
    </w:p>
    <w:p w14:paraId="3CF7ABC3" w14:textId="77777777" w:rsidR="000A7C01" w:rsidRPr="00F51F43" w:rsidRDefault="007411A4" w:rsidP="007411A4">
      <w:pPr>
        <w:ind w:firstLine="720"/>
        <w:rPr>
          <w:noProof/>
        </w:rPr>
      </w:pPr>
      <w:r w:rsidRPr="00F51F43">
        <w:rPr>
          <w:noProof/>
        </w:rPr>
        <w:t>U proces samovr</w:t>
      </w:r>
      <w:r w:rsidR="000A7C01" w:rsidRPr="00F51F43">
        <w:rPr>
          <w:noProof/>
        </w:rPr>
        <w:t>ednovanja potrebno je, osim</w:t>
      </w:r>
      <w:r w:rsidR="00D41955" w:rsidRPr="00F51F43">
        <w:rPr>
          <w:noProof/>
        </w:rPr>
        <w:t xml:space="preserve"> </w:t>
      </w:r>
      <w:r w:rsidR="000A7C01" w:rsidRPr="00F51F43">
        <w:rPr>
          <w:noProof/>
        </w:rPr>
        <w:t>dj</w:t>
      </w:r>
      <w:r w:rsidR="00D41955" w:rsidRPr="00F51F43">
        <w:rPr>
          <w:noProof/>
        </w:rPr>
        <w:t>elatnika predškolskih ustanova, uključiti i djecu</w:t>
      </w:r>
      <w:r w:rsidR="000A7C01" w:rsidRPr="00F51F43">
        <w:rPr>
          <w:noProof/>
        </w:rPr>
        <w:t>, roditelje, predstavnike lokalne zajednice, stručne službe i druge jer će njihovo mišljenje pridonijeti stvaranju potpune slike o tim ustanovama i omogućiti njihov bolji razvoj.</w:t>
      </w:r>
      <w:r w:rsidR="00D41955" w:rsidRPr="00F51F43">
        <w:rPr>
          <w:noProof/>
        </w:rPr>
        <w:t xml:space="preserve"> </w:t>
      </w:r>
      <w:r w:rsidR="000A7C01" w:rsidRPr="00F51F43">
        <w:rPr>
          <w:noProof/>
        </w:rPr>
        <w:t>Samovrednovanje je mehanizam za razvoj</w:t>
      </w:r>
      <w:r w:rsidRPr="00F51F43">
        <w:rPr>
          <w:noProof/>
        </w:rPr>
        <w:t xml:space="preserve"> odgoja i</w:t>
      </w:r>
      <w:r w:rsidR="000A7C01" w:rsidRPr="00F51F43">
        <w:rPr>
          <w:noProof/>
        </w:rPr>
        <w:t xml:space="preserve"> obrazovanja i unaprjeđenje kvalitete</w:t>
      </w:r>
      <w:r w:rsidRPr="00F51F43">
        <w:rPr>
          <w:noProof/>
        </w:rPr>
        <w:t xml:space="preserve"> </w:t>
      </w:r>
      <w:r w:rsidR="00D41955" w:rsidRPr="00F51F43">
        <w:rPr>
          <w:noProof/>
        </w:rPr>
        <w:t>odgojno-</w:t>
      </w:r>
      <w:r w:rsidR="000A7C01" w:rsidRPr="00F51F43">
        <w:rPr>
          <w:noProof/>
        </w:rPr>
        <w:t>obrazovnoga sustava.</w:t>
      </w:r>
      <w:r w:rsidR="00D41955" w:rsidRPr="00F51F43">
        <w:rPr>
          <w:noProof/>
        </w:rPr>
        <w:t xml:space="preserve"> </w:t>
      </w:r>
      <w:r w:rsidR="000A7C01" w:rsidRPr="00F51F43">
        <w:rPr>
          <w:noProof/>
        </w:rPr>
        <w:t>Uloga je samovrednovanja potaknuti otvorenu raspravu o kvaliteti odgoja i obrazov</w:t>
      </w:r>
      <w:r w:rsidR="00D41955" w:rsidRPr="00F51F43">
        <w:rPr>
          <w:noProof/>
        </w:rPr>
        <w:t xml:space="preserve">anja u predškolskim ustanovama </w:t>
      </w:r>
      <w:r w:rsidR="000A7C01" w:rsidRPr="00F51F43">
        <w:rPr>
          <w:noProof/>
        </w:rPr>
        <w:t>sa svim njihovim nositeljima i korisnicima. Stručne i javne rasprave potrebne su zbog planiranja i osmišljavanja strategije za unaprjeđenje kvalitete rada predškolskih i školskih ustanova.</w:t>
      </w:r>
    </w:p>
    <w:p w14:paraId="04851D87" w14:textId="77777777" w:rsidR="000A7C01" w:rsidRPr="00F51F43" w:rsidRDefault="00D41955" w:rsidP="00D41955">
      <w:pPr>
        <w:tabs>
          <w:tab w:val="left" w:pos="709"/>
        </w:tabs>
        <w:rPr>
          <w:noProof/>
        </w:rPr>
      </w:pPr>
      <w:r w:rsidRPr="00F51F43">
        <w:rPr>
          <w:noProof/>
        </w:rPr>
        <w:tab/>
      </w:r>
      <w:r w:rsidRPr="00F51F43">
        <w:rPr>
          <w:noProof/>
        </w:rPr>
        <w:tab/>
      </w:r>
      <w:r w:rsidR="000A7C01" w:rsidRPr="00F51F43">
        <w:rPr>
          <w:noProof/>
        </w:rPr>
        <w:t xml:space="preserve">Vanjsko vrednovanje i samovrednovanje omogućit će bolji uvid u postojeće stanje te postaviti temelje za osmišljavanje </w:t>
      </w:r>
      <w:r w:rsidRPr="00F51F43">
        <w:rPr>
          <w:noProof/>
        </w:rPr>
        <w:t>odgojno-</w:t>
      </w:r>
      <w:r w:rsidR="000A7C01" w:rsidRPr="00F51F43">
        <w:rPr>
          <w:noProof/>
        </w:rPr>
        <w:t>obrazovne politike i uvođenje promjena u pojedine sastavnice nacionalnoga kurikuluma.</w:t>
      </w:r>
    </w:p>
    <w:p w14:paraId="01CA74AD" w14:textId="77777777" w:rsidR="00861697" w:rsidRPr="00F51F43" w:rsidRDefault="00D41955" w:rsidP="00D41955">
      <w:pPr>
        <w:tabs>
          <w:tab w:val="left" w:pos="709"/>
        </w:tabs>
        <w:rPr>
          <w:noProof/>
        </w:rPr>
      </w:pPr>
      <w:r w:rsidRPr="00F51F43">
        <w:rPr>
          <w:noProof/>
        </w:rPr>
        <w:tab/>
      </w:r>
      <w:r w:rsidR="00861697" w:rsidRPr="00F51F43">
        <w:rPr>
          <w:noProof/>
        </w:rPr>
        <w:t>Vrednovanje programa vršit će odgojitelji</w:t>
      </w:r>
      <w:r w:rsidRPr="00F51F43">
        <w:rPr>
          <w:noProof/>
        </w:rPr>
        <w:t>,</w:t>
      </w:r>
      <w:r w:rsidR="00861697" w:rsidRPr="00F51F43">
        <w:rPr>
          <w:noProof/>
        </w:rPr>
        <w:t xml:space="preserve"> stručni suradnici, ravnatelj i roditelji.</w:t>
      </w:r>
      <w:r w:rsidRPr="00F51F43">
        <w:rPr>
          <w:noProof/>
        </w:rPr>
        <w:t xml:space="preserve"> </w:t>
      </w:r>
      <w:r w:rsidR="00861697" w:rsidRPr="00F51F43">
        <w:rPr>
          <w:noProof/>
        </w:rPr>
        <w:t xml:space="preserve">Program </w:t>
      </w:r>
      <w:r w:rsidR="007411A4" w:rsidRPr="00F51F43">
        <w:rPr>
          <w:noProof/>
        </w:rPr>
        <w:t>će se vrednovati</w:t>
      </w:r>
      <w:r w:rsidR="00861697" w:rsidRPr="00F51F43">
        <w:rPr>
          <w:noProof/>
        </w:rPr>
        <w:t xml:space="preserve"> uvidom u pedagošku dokumentaciju, upitnicima, anketama, foto i </w:t>
      </w:r>
      <w:r w:rsidR="00861697" w:rsidRPr="00F51F43">
        <w:rPr>
          <w:noProof/>
        </w:rPr>
        <w:lastRenderedPageBreak/>
        <w:t xml:space="preserve">videozapisima, bilješkama o razvoju djece, samorefleksijama i zajedničkim refleksijama odgojitelja i stručnih suradnika, analizom sadržaja i aktivnosti. Vrednovanje će se vršiti preko internih protokola praćenja, procjenjivanja, vrednovanja i samovrednovanja, skala procjena,  kvalitativnim opisima, na temelju uvida u kompletnu pedagošku dokumentaciju </w:t>
      </w:r>
      <w:r w:rsidRPr="00F51F43">
        <w:rPr>
          <w:noProof/>
        </w:rPr>
        <w:t xml:space="preserve">Vrtića, foto i </w:t>
      </w:r>
      <w:r w:rsidR="00861697" w:rsidRPr="00F51F43">
        <w:rPr>
          <w:noProof/>
        </w:rPr>
        <w:t>video dokumentaciju, dječje uratke, opservacije postignuća djece, liste praćenja, bilješke o suradnji s roditeljima.</w:t>
      </w:r>
    </w:p>
    <w:p w14:paraId="4EEABFE7" w14:textId="77777777" w:rsidR="00861697" w:rsidRPr="00F51F43" w:rsidRDefault="00D41955" w:rsidP="00D41955">
      <w:pPr>
        <w:tabs>
          <w:tab w:val="left" w:pos="709"/>
        </w:tabs>
        <w:rPr>
          <w:noProof/>
        </w:rPr>
      </w:pPr>
      <w:r w:rsidRPr="00F51F43">
        <w:rPr>
          <w:noProof/>
        </w:rPr>
        <w:tab/>
      </w:r>
      <w:r w:rsidR="00861697" w:rsidRPr="00F51F43">
        <w:rPr>
          <w:noProof/>
        </w:rPr>
        <w:t>Roditeljima će biti ponuđene različite ankete, upitnici i skale procjene kojima će moći izvršiti vrednovanje programa, kao i mogućnost iznošenja mišljenja i sugestija na individualnim razgovorima, roditeljskim sastancima, putem kutića za roditelje.</w:t>
      </w:r>
    </w:p>
    <w:p w14:paraId="1ED0DD76" w14:textId="77777777" w:rsidR="00861697" w:rsidRPr="00F51F43" w:rsidRDefault="00D41955" w:rsidP="00D41955">
      <w:pPr>
        <w:tabs>
          <w:tab w:val="left" w:pos="709"/>
        </w:tabs>
        <w:rPr>
          <w:noProof/>
        </w:rPr>
      </w:pPr>
      <w:r w:rsidRPr="00F51F43">
        <w:rPr>
          <w:noProof/>
        </w:rPr>
        <w:tab/>
      </w:r>
      <w:r w:rsidR="00861697" w:rsidRPr="00F51F43">
        <w:rPr>
          <w:noProof/>
        </w:rPr>
        <w:t>Vanjsko vrednovanje mogu vršiti refleksivni prijatelji iz drugih vrtića i akademske za</w:t>
      </w:r>
      <w:r w:rsidRPr="00F51F43">
        <w:rPr>
          <w:noProof/>
        </w:rPr>
        <w:t>jednice te nadležne institucije:</w:t>
      </w:r>
      <w:r w:rsidR="004457F4" w:rsidRPr="00F51F43">
        <w:rPr>
          <w:noProof/>
        </w:rPr>
        <w:t xml:space="preserve"> Ministarstvo znanosti, </w:t>
      </w:r>
      <w:r w:rsidR="00861697" w:rsidRPr="00F51F43">
        <w:rPr>
          <w:noProof/>
        </w:rPr>
        <w:t>obrazovanja</w:t>
      </w:r>
      <w:r w:rsidR="004457F4" w:rsidRPr="00F51F43">
        <w:rPr>
          <w:noProof/>
        </w:rPr>
        <w:t xml:space="preserve"> i mladih</w:t>
      </w:r>
      <w:r w:rsidR="00861697" w:rsidRPr="00F51F43">
        <w:rPr>
          <w:noProof/>
        </w:rPr>
        <w:t>, Agencija za odgoj i obrazovanje, Nacionalni centar za vanjsko vrednovanje odgoja i obrazovanja.</w:t>
      </w:r>
    </w:p>
    <w:p w14:paraId="4DCCA87F" w14:textId="77777777" w:rsidR="00FD770A" w:rsidRPr="00F51F43" w:rsidRDefault="00FD770A" w:rsidP="00373169">
      <w:pPr>
        <w:pStyle w:val="Naslov1"/>
        <w:rPr>
          <w:noProof/>
        </w:rPr>
      </w:pPr>
      <w:bookmarkStart w:id="50" w:name="_Toc241563366"/>
      <w:r w:rsidRPr="00F51F43">
        <w:rPr>
          <w:noProof/>
        </w:rPr>
        <w:lastRenderedPageBreak/>
        <w:t>10. PLAN I PROGRAM</w:t>
      </w:r>
      <w:r w:rsidR="00C33B77" w:rsidRPr="00F51F43">
        <w:rPr>
          <w:noProof/>
        </w:rPr>
        <w:t xml:space="preserve"> RADA</w:t>
      </w:r>
      <w:r w:rsidRPr="00F51F43">
        <w:rPr>
          <w:noProof/>
        </w:rPr>
        <w:t xml:space="preserve"> RAVNATELJICE I ČLANOVA STRUČNOG </w:t>
      </w:r>
      <w:r w:rsidR="00C33B77" w:rsidRPr="00F51F43">
        <w:rPr>
          <w:noProof/>
        </w:rPr>
        <w:t>TIMA</w:t>
      </w:r>
      <w:bookmarkEnd w:id="50"/>
    </w:p>
    <w:p w14:paraId="3F68E58E" w14:textId="77777777" w:rsidR="00256E0A" w:rsidRPr="00F51F43" w:rsidRDefault="00256E0A" w:rsidP="00FD770A">
      <w:pPr>
        <w:tabs>
          <w:tab w:val="left" w:pos="3544"/>
        </w:tabs>
        <w:rPr>
          <w:b/>
          <w:noProof/>
        </w:rPr>
      </w:pPr>
    </w:p>
    <w:p w14:paraId="363B5520" w14:textId="77777777" w:rsidR="00D83F93" w:rsidRPr="00F51F43" w:rsidRDefault="00D83F93" w:rsidP="00D83F93">
      <w:pPr>
        <w:pStyle w:val="Naslov2"/>
        <w:rPr>
          <w:noProof/>
          <w:kern w:val="36"/>
          <w:lang w:eastAsia="en-US"/>
        </w:rPr>
      </w:pPr>
      <w:bookmarkStart w:id="51" w:name="_Toc241563367"/>
      <w:r w:rsidRPr="00F51F43">
        <w:rPr>
          <w:noProof/>
          <w:kern w:val="36"/>
          <w:lang w:eastAsia="en-US"/>
        </w:rPr>
        <w:t>10.1. GODIŠNJI PLAN I PROGRAM RADA RAVNATELJICE ZA PEDAGOŠKU GODINU 2026./2027.</w:t>
      </w:r>
      <w:bookmarkEnd w:id="51"/>
    </w:p>
    <w:p w14:paraId="1D3D6C9E" w14:textId="77777777" w:rsidR="00D83F93" w:rsidRPr="00F51F43" w:rsidRDefault="00D83F93" w:rsidP="00D83F93">
      <w:pPr>
        <w:pStyle w:val="Naslov3"/>
        <w:rPr>
          <w:noProof/>
          <w:lang w:eastAsia="en-US"/>
        </w:rPr>
      </w:pPr>
      <w:bookmarkStart w:id="52" w:name="_Toc241563368"/>
      <w:r w:rsidRPr="00F51F43">
        <w:rPr>
          <w:noProof/>
          <w:lang w:eastAsia="en-US"/>
        </w:rPr>
        <w:t>1. ZADAĆE I DJELATNOSTI U ODNOSU NA USTROJSTVO RADA</w:t>
      </w:r>
      <w:bookmarkEnd w:id="52"/>
    </w:p>
    <w:p w14:paraId="587CA185" w14:textId="77777777" w:rsidR="00D83F93" w:rsidRPr="00F51F43" w:rsidRDefault="00D83F93" w:rsidP="00D83F93">
      <w:pPr>
        <w:numPr>
          <w:ilvl w:val="0"/>
          <w:numId w:val="40"/>
        </w:numPr>
        <w:spacing w:after="0"/>
        <w:rPr>
          <w:noProof/>
          <w:lang w:eastAsia="en-US"/>
        </w:rPr>
      </w:pPr>
      <w:r w:rsidRPr="00F51F43">
        <w:rPr>
          <w:noProof/>
        </w:rPr>
        <w:t>sudjelovanje u izradi Godišnjeg plana i programa rada Dječjeg vrtića Vrapčić za pedagošku godinu 2026./2027.</w:t>
      </w:r>
    </w:p>
    <w:p w14:paraId="404D4707" w14:textId="77777777" w:rsidR="00D83F93" w:rsidRPr="00F51F43" w:rsidRDefault="00D83F93" w:rsidP="00D83F93">
      <w:pPr>
        <w:numPr>
          <w:ilvl w:val="0"/>
          <w:numId w:val="40"/>
        </w:numPr>
        <w:spacing w:after="0"/>
        <w:rPr>
          <w:noProof/>
          <w:lang w:eastAsia="en-US"/>
        </w:rPr>
      </w:pPr>
      <w:r w:rsidRPr="00F51F43">
        <w:rPr>
          <w:noProof/>
          <w:lang w:eastAsia="en-US"/>
        </w:rPr>
        <w:t>sudjelovanje u izradi Kurikuluma Dječjeg vrtića Vrapčić</w:t>
      </w:r>
    </w:p>
    <w:p w14:paraId="6FAABDF8" w14:textId="77777777" w:rsidR="00D83F93" w:rsidRPr="00F51F43" w:rsidRDefault="00D83F93" w:rsidP="00D83F93">
      <w:pPr>
        <w:numPr>
          <w:ilvl w:val="0"/>
          <w:numId w:val="40"/>
        </w:numPr>
        <w:spacing w:after="0"/>
        <w:rPr>
          <w:noProof/>
          <w:lang w:eastAsia="en-US"/>
        </w:rPr>
      </w:pPr>
      <w:r w:rsidRPr="00F51F43">
        <w:rPr>
          <w:noProof/>
          <w:lang w:eastAsia="en-US"/>
        </w:rPr>
        <w:t>sudjelovanje u planiranju i organizaciji stručnog usavršavanja djelatnika</w:t>
      </w:r>
    </w:p>
    <w:p w14:paraId="0446B88D" w14:textId="77777777" w:rsidR="00D83F93" w:rsidRPr="00F51F43" w:rsidRDefault="00D83F93" w:rsidP="00D83F93">
      <w:pPr>
        <w:numPr>
          <w:ilvl w:val="0"/>
          <w:numId w:val="40"/>
        </w:numPr>
        <w:spacing w:after="0"/>
        <w:rPr>
          <w:noProof/>
          <w:lang w:eastAsia="en-US"/>
        </w:rPr>
      </w:pPr>
      <w:r w:rsidRPr="00F51F43">
        <w:rPr>
          <w:noProof/>
          <w:lang w:eastAsia="en-US"/>
        </w:rPr>
        <w:t>koordiniranje poslova planiranja, programiranja, praćenja i vrednovanja odgojno-obrazovnog rada</w:t>
      </w:r>
    </w:p>
    <w:p w14:paraId="2822AA9A" w14:textId="77777777" w:rsidR="00D83F93" w:rsidRPr="00F51F43" w:rsidRDefault="00D83F93" w:rsidP="00D83F93">
      <w:pPr>
        <w:numPr>
          <w:ilvl w:val="0"/>
          <w:numId w:val="40"/>
        </w:numPr>
        <w:spacing w:after="0"/>
        <w:rPr>
          <w:noProof/>
          <w:lang w:eastAsia="en-US"/>
        </w:rPr>
      </w:pPr>
      <w:r w:rsidRPr="00F51F43">
        <w:rPr>
          <w:noProof/>
          <w:lang w:eastAsia="en-US"/>
        </w:rPr>
        <w:t>sudjelovanje u radu Povjerenstva za upis djece u Dječji vrtić Vrapčić</w:t>
      </w:r>
    </w:p>
    <w:p w14:paraId="54F7A452" w14:textId="77777777" w:rsidR="00D83F93" w:rsidRPr="00F51F43" w:rsidRDefault="00D83F93" w:rsidP="00D83F93">
      <w:pPr>
        <w:numPr>
          <w:ilvl w:val="0"/>
          <w:numId w:val="40"/>
        </w:numPr>
        <w:spacing w:after="0"/>
        <w:rPr>
          <w:noProof/>
          <w:lang w:eastAsia="en-US"/>
        </w:rPr>
      </w:pPr>
      <w:r w:rsidRPr="00F51F43">
        <w:rPr>
          <w:noProof/>
          <w:lang w:eastAsia="en-US"/>
        </w:rPr>
        <w:t>organiziranje i koordiniranje poslova vezanih uz upis i prijem novoupisane djece</w:t>
      </w:r>
    </w:p>
    <w:p w14:paraId="3B67B77B" w14:textId="77777777" w:rsidR="00D83F93" w:rsidRPr="00F51F43" w:rsidRDefault="00D83F93" w:rsidP="00D83F93">
      <w:pPr>
        <w:numPr>
          <w:ilvl w:val="0"/>
          <w:numId w:val="40"/>
        </w:numPr>
        <w:spacing w:after="0"/>
        <w:rPr>
          <w:noProof/>
          <w:lang w:eastAsia="en-US"/>
        </w:rPr>
      </w:pPr>
      <w:r w:rsidRPr="00F51F43">
        <w:rPr>
          <w:noProof/>
          <w:lang w:eastAsia="en-US"/>
        </w:rPr>
        <w:t>sudjelovanje u formiranju odgojno-obrazovnih skupina u skladu s Državnim pedagoškim standardom predškolskog odgoja i naobrazbe</w:t>
      </w:r>
    </w:p>
    <w:p w14:paraId="14F6AD6C" w14:textId="77777777" w:rsidR="00D83F93" w:rsidRPr="00F51F43" w:rsidRDefault="00D83F93" w:rsidP="00D83F93">
      <w:pPr>
        <w:numPr>
          <w:ilvl w:val="0"/>
          <w:numId w:val="40"/>
        </w:numPr>
        <w:spacing w:after="0"/>
        <w:rPr>
          <w:noProof/>
          <w:lang w:eastAsia="en-US"/>
        </w:rPr>
      </w:pPr>
      <w:r w:rsidRPr="00F51F43">
        <w:rPr>
          <w:noProof/>
          <w:lang w:eastAsia="en-US"/>
        </w:rPr>
        <w:t>raspoređivanje odgojno-obrazovnih djelatnika po odgojno-obrazovnim skupinama i područnim objektima</w:t>
      </w:r>
    </w:p>
    <w:p w14:paraId="5667C380" w14:textId="77777777" w:rsidR="00D83F93" w:rsidRPr="00F51F43" w:rsidRDefault="00D83F93" w:rsidP="00D83F93">
      <w:pPr>
        <w:numPr>
          <w:ilvl w:val="0"/>
          <w:numId w:val="40"/>
        </w:numPr>
        <w:spacing w:after="0"/>
        <w:rPr>
          <w:noProof/>
          <w:lang w:eastAsia="en-US"/>
        </w:rPr>
      </w:pPr>
      <w:r w:rsidRPr="00F51F43">
        <w:rPr>
          <w:noProof/>
          <w:lang w:eastAsia="en-US"/>
        </w:rPr>
        <w:t>utvrđivanje trajanja programa te organiziranje radnog vremena zaposlenika u skladu s potrebama djece, roditelja i organizacijom rada Vrtića</w:t>
      </w:r>
    </w:p>
    <w:p w14:paraId="65C3F956" w14:textId="77777777" w:rsidR="00D83F93" w:rsidRPr="00F51F43" w:rsidRDefault="00D83F93" w:rsidP="00D83F93">
      <w:pPr>
        <w:numPr>
          <w:ilvl w:val="0"/>
          <w:numId w:val="40"/>
        </w:numPr>
        <w:spacing w:after="0"/>
        <w:rPr>
          <w:noProof/>
          <w:lang w:eastAsia="en-US"/>
        </w:rPr>
      </w:pPr>
      <w:r w:rsidRPr="00F51F43">
        <w:rPr>
          <w:noProof/>
          <w:lang w:eastAsia="en-US"/>
        </w:rPr>
        <w:t>organiziranje i praćenje radnog vremena svih zaposlenika</w:t>
      </w:r>
    </w:p>
    <w:p w14:paraId="2A415167" w14:textId="77777777" w:rsidR="00D83F93" w:rsidRPr="00F51F43" w:rsidRDefault="00D83F93" w:rsidP="00D83F93">
      <w:pPr>
        <w:numPr>
          <w:ilvl w:val="0"/>
          <w:numId w:val="40"/>
        </w:numPr>
        <w:spacing w:after="0"/>
        <w:rPr>
          <w:noProof/>
          <w:lang w:eastAsia="en-US"/>
        </w:rPr>
      </w:pPr>
      <w:r w:rsidRPr="00F51F43">
        <w:rPr>
          <w:noProof/>
          <w:lang w:eastAsia="en-US"/>
        </w:rPr>
        <w:t>praćenje organizacije rada, osobito tijekom dežurstava, spajanja odgojno-obrazovnih skupina i drugih oblika prilagođene organizacije rada</w:t>
      </w:r>
    </w:p>
    <w:p w14:paraId="26DCAB3F" w14:textId="77777777" w:rsidR="00D83F93" w:rsidRPr="00F51F43" w:rsidRDefault="00D83F93" w:rsidP="00D83F93">
      <w:pPr>
        <w:numPr>
          <w:ilvl w:val="0"/>
          <w:numId w:val="40"/>
        </w:numPr>
        <w:spacing w:after="0"/>
        <w:rPr>
          <w:noProof/>
          <w:lang w:eastAsia="en-US"/>
        </w:rPr>
      </w:pPr>
      <w:r w:rsidRPr="00F51F43">
        <w:rPr>
          <w:noProof/>
          <w:lang w:eastAsia="en-US"/>
        </w:rPr>
        <w:t>koordiniranje rada matičnog i područnih objekata te suradnja s voditeljicama područnih objekata</w:t>
      </w:r>
    </w:p>
    <w:p w14:paraId="7AA246A8" w14:textId="77777777" w:rsidR="00D83F93" w:rsidRPr="00F51F43" w:rsidRDefault="00D83F93" w:rsidP="00D83F93">
      <w:pPr>
        <w:numPr>
          <w:ilvl w:val="0"/>
          <w:numId w:val="40"/>
        </w:numPr>
        <w:spacing w:after="0"/>
        <w:rPr>
          <w:noProof/>
          <w:lang w:eastAsia="en-US"/>
        </w:rPr>
      </w:pPr>
      <w:r w:rsidRPr="00F51F43">
        <w:rPr>
          <w:noProof/>
          <w:lang w:eastAsia="en-US"/>
        </w:rPr>
        <w:t>planiranje i organiziranje rada tijekom ljetnih mjeseci u skladu s iskazanim potrebama roditelja i raspoloživim kadrovskim kapacitetima</w:t>
      </w:r>
    </w:p>
    <w:p w14:paraId="3E7D92C4" w14:textId="77777777" w:rsidR="00D83F93" w:rsidRPr="00F51F43" w:rsidRDefault="00D83F93" w:rsidP="00D83F93">
      <w:pPr>
        <w:numPr>
          <w:ilvl w:val="0"/>
          <w:numId w:val="40"/>
        </w:numPr>
        <w:spacing w:after="0"/>
        <w:rPr>
          <w:noProof/>
          <w:lang w:eastAsia="en-US"/>
        </w:rPr>
      </w:pPr>
      <w:r w:rsidRPr="00F51F43">
        <w:rPr>
          <w:noProof/>
          <w:lang w:eastAsia="en-US"/>
        </w:rPr>
        <w:t>provođenje anketa radi utvrđivanja potreba roditelja za organizacijom rada Vrtića</w:t>
      </w:r>
    </w:p>
    <w:p w14:paraId="72744D3B" w14:textId="77777777" w:rsidR="00D83F93" w:rsidRPr="00F51F43" w:rsidRDefault="00D83F93" w:rsidP="00D83F93">
      <w:pPr>
        <w:numPr>
          <w:ilvl w:val="0"/>
          <w:numId w:val="40"/>
        </w:numPr>
        <w:spacing w:after="0"/>
        <w:rPr>
          <w:noProof/>
          <w:lang w:eastAsia="en-US"/>
        </w:rPr>
      </w:pPr>
      <w:r w:rsidRPr="00F51F43">
        <w:rPr>
          <w:noProof/>
          <w:lang w:eastAsia="en-US"/>
        </w:rPr>
        <w:t>izrada rasporeda rada odgojno-obrazovnih djelatnika i ostalih zaposlenika tijekom ljetnog razdoblja</w:t>
      </w:r>
    </w:p>
    <w:p w14:paraId="72C3BD14" w14:textId="77777777" w:rsidR="00D83F93" w:rsidRPr="00F51F43" w:rsidRDefault="00D83F93" w:rsidP="00D83F93">
      <w:pPr>
        <w:numPr>
          <w:ilvl w:val="0"/>
          <w:numId w:val="40"/>
        </w:numPr>
        <w:spacing w:after="0"/>
        <w:rPr>
          <w:noProof/>
          <w:lang w:eastAsia="en-US"/>
        </w:rPr>
      </w:pPr>
      <w:r w:rsidRPr="00F51F43">
        <w:rPr>
          <w:noProof/>
          <w:lang w:eastAsia="en-US"/>
        </w:rPr>
        <w:lastRenderedPageBreak/>
        <w:t>izrada plana korištenja godišnjih odmora</w:t>
      </w:r>
    </w:p>
    <w:p w14:paraId="5A3990CA" w14:textId="77777777" w:rsidR="00D83F93" w:rsidRPr="00F51F43" w:rsidRDefault="00D83F93" w:rsidP="00D83F93">
      <w:pPr>
        <w:numPr>
          <w:ilvl w:val="0"/>
          <w:numId w:val="40"/>
        </w:numPr>
        <w:spacing w:after="0"/>
        <w:rPr>
          <w:noProof/>
          <w:lang w:eastAsia="en-US"/>
        </w:rPr>
      </w:pPr>
      <w:r w:rsidRPr="00F51F43">
        <w:rPr>
          <w:noProof/>
          <w:lang w:eastAsia="en-US"/>
        </w:rPr>
        <w:t>organiziranje zamjena i prilagodba organizacije rada u slučaju bolovanja i drugih odsutnosti zaposlenika</w:t>
      </w:r>
    </w:p>
    <w:p w14:paraId="6D747E34" w14:textId="77777777" w:rsidR="00D83F93" w:rsidRPr="00F51F43" w:rsidRDefault="00D83F93" w:rsidP="00D83F93">
      <w:pPr>
        <w:numPr>
          <w:ilvl w:val="0"/>
          <w:numId w:val="40"/>
        </w:numPr>
        <w:spacing w:after="0"/>
        <w:rPr>
          <w:noProof/>
          <w:lang w:eastAsia="en-US"/>
        </w:rPr>
      </w:pPr>
      <w:r w:rsidRPr="00F51F43">
        <w:rPr>
          <w:noProof/>
          <w:lang w:eastAsia="en-US"/>
        </w:rPr>
        <w:t>izrada godišnjih zaduženja i razrada satnice odgojno-obrazovnih djelatnika</w:t>
      </w:r>
    </w:p>
    <w:p w14:paraId="291A9584" w14:textId="77777777" w:rsidR="00D83F93" w:rsidRPr="00F51F43" w:rsidRDefault="00D83F93" w:rsidP="00D83F93">
      <w:pPr>
        <w:numPr>
          <w:ilvl w:val="0"/>
          <w:numId w:val="40"/>
        </w:numPr>
        <w:spacing w:after="0"/>
        <w:rPr>
          <w:noProof/>
          <w:lang w:eastAsia="en-US"/>
        </w:rPr>
      </w:pPr>
      <w:r w:rsidRPr="00F51F43">
        <w:rPr>
          <w:noProof/>
          <w:lang w:eastAsia="en-US"/>
        </w:rPr>
        <w:t>praćenje realizacije radnog vremena, satnice i godišnjih zaduženja zaposlenika</w:t>
      </w:r>
    </w:p>
    <w:p w14:paraId="7BE6AFE8" w14:textId="77777777" w:rsidR="00D83F93" w:rsidRPr="00F51F43" w:rsidRDefault="00D83F93" w:rsidP="00D83F93">
      <w:pPr>
        <w:numPr>
          <w:ilvl w:val="0"/>
          <w:numId w:val="40"/>
        </w:numPr>
        <w:spacing w:after="0"/>
        <w:rPr>
          <w:noProof/>
          <w:lang w:eastAsia="en-US"/>
        </w:rPr>
      </w:pPr>
      <w:r w:rsidRPr="00F51F43">
        <w:rPr>
          <w:noProof/>
          <w:lang w:eastAsia="en-US"/>
        </w:rPr>
        <w:t>ispitivanje interesa i potreba roditelja za provedbom kraćih programa</w:t>
      </w:r>
    </w:p>
    <w:p w14:paraId="5BF75802" w14:textId="77777777" w:rsidR="00D83F93" w:rsidRPr="00F51F43" w:rsidRDefault="00D83F93" w:rsidP="00D83F93">
      <w:pPr>
        <w:numPr>
          <w:ilvl w:val="0"/>
          <w:numId w:val="40"/>
        </w:numPr>
        <w:spacing w:after="0"/>
        <w:rPr>
          <w:noProof/>
          <w:lang w:eastAsia="en-US"/>
        </w:rPr>
      </w:pPr>
      <w:r w:rsidRPr="00F51F43">
        <w:rPr>
          <w:noProof/>
          <w:lang w:eastAsia="en-US"/>
        </w:rPr>
        <w:t>sudjelovanje u organizaciji kraćih programa te, u suradnji sa stručnim suradnicima i voditeljima programa, formiranju skupina i utvrđivanju termina provedbe</w:t>
      </w:r>
    </w:p>
    <w:p w14:paraId="3AF820F7" w14:textId="77777777" w:rsidR="00D83F93" w:rsidRPr="00F51F43" w:rsidRDefault="00D83F93" w:rsidP="00D83F93">
      <w:pPr>
        <w:numPr>
          <w:ilvl w:val="0"/>
          <w:numId w:val="40"/>
        </w:numPr>
        <w:spacing w:after="0"/>
        <w:rPr>
          <w:noProof/>
          <w:lang w:eastAsia="en-US"/>
        </w:rPr>
      </w:pPr>
      <w:r w:rsidRPr="00F51F43">
        <w:rPr>
          <w:noProof/>
          <w:lang w:eastAsia="en-US"/>
        </w:rPr>
        <w:t>kontinuirano praćenje organizacije rada i poslovanja Vrtića te pravodobno uvođenje potrebnih organizacijskih izmjena</w:t>
      </w:r>
    </w:p>
    <w:p w14:paraId="5C156E35" w14:textId="77777777" w:rsidR="00D83F93" w:rsidRPr="00F51F43" w:rsidRDefault="00D83F93" w:rsidP="00D83F93">
      <w:pPr>
        <w:numPr>
          <w:ilvl w:val="0"/>
          <w:numId w:val="40"/>
        </w:numPr>
        <w:spacing w:after="0"/>
        <w:rPr>
          <w:noProof/>
          <w:lang w:eastAsia="en-US"/>
        </w:rPr>
      </w:pPr>
      <w:r w:rsidRPr="00F51F43">
        <w:rPr>
          <w:noProof/>
          <w:lang w:eastAsia="en-US"/>
        </w:rPr>
        <w:t>praćenje dinamike upisa i ispisa djece tijekom pedagoške godine</w:t>
      </w:r>
    </w:p>
    <w:p w14:paraId="3D31D639" w14:textId="77777777" w:rsidR="00D83F93" w:rsidRPr="00F51F43" w:rsidRDefault="00D83F93" w:rsidP="00D83F93">
      <w:pPr>
        <w:numPr>
          <w:ilvl w:val="0"/>
          <w:numId w:val="40"/>
        </w:numPr>
        <w:spacing w:after="0"/>
        <w:rPr>
          <w:noProof/>
          <w:lang w:eastAsia="en-US"/>
        </w:rPr>
      </w:pPr>
      <w:r w:rsidRPr="00F51F43">
        <w:rPr>
          <w:noProof/>
          <w:lang w:eastAsia="en-US"/>
        </w:rPr>
        <w:t>organiziranje smještaja djece u jasličke i vrtićke odgojno-obrazovne skupine u skladu s raspoloživim kapacitetima, propisanim kriterijima i rezultatima postupka upisa</w:t>
      </w:r>
    </w:p>
    <w:p w14:paraId="3BF422EC" w14:textId="77777777" w:rsidR="00D83F93" w:rsidRPr="00F51F43" w:rsidRDefault="00D83F93" w:rsidP="00D83F93">
      <w:pPr>
        <w:numPr>
          <w:ilvl w:val="0"/>
          <w:numId w:val="40"/>
        </w:numPr>
        <w:spacing w:after="0"/>
        <w:rPr>
          <w:noProof/>
          <w:lang w:eastAsia="en-US"/>
        </w:rPr>
      </w:pPr>
      <w:r w:rsidRPr="00F51F43">
        <w:rPr>
          <w:noProof/>
          <w:lang w:eastAsia="en-US"/>
        </w:rPr>
        <w:t>praćenje kadrovskih potreba te utvrđivanje potreba za zapošljavanjem radnika</w:t>
      </w:r>
    </w:p>
    <w:p w14:paraId="1FEC85E3" w14:textId="77777777" w:rsidR="00D83F93" w:rsidRPr="00F51F43" w:rsidRDefault="00D83F93" w:rsidP="00D83F93">
      <w:pPr>
        <w:numPr>
          <w:ilvl w:val="0"/>
          <w:numId w:val="40"/>
        </w:numPr>
        <w:spacing w:after="0"/>
        <w:rPr>
          <w:noProof/>
          <w:lang w:eastAsia="en-US"/>
        </w:rPr>
      </w:pPr>
      <w:r w:rsidRPr="00F51F43">
        <w:rPr>
          <w:noProof/>
          <w:lang w:eastAsia="en-US"/>
        </w:rPr>
        <w:t>sudjelovanje u provedbi postupaka zapošljavanja u skladu s važećim propisima</w:t>
      </w:r>
    </w:p>
    <w:p w14:paraId="4FD91A40" w14:textId="77777777" w:rsidR="00D83F93" w:rsidRPr="00F51F43" w:rsidRDefault="00D83F93" w:rsidP="00D83F93">
      <w:pPr>
        <w:numPr>
          <w:ilvl w:val="0"/>
          <w:numId w:val="40"/>
        </w:numPr>
        <w:spacing w:after="0"/>
        <w:rPr>
          <w:noProof/>
          <w:lang w:eastAsia="en-US"/>
        </w:rPr>
      </w:pPr>
      <w:r w:rsidRPr="00F51F43">
        <w:rPr>
          <w:noProof/>
          <w:lang w:eastAsia="en-US"/>
        </w:rPr>
        <w:t>sklapanje ugovora o radu i donošenje odluka iz djelokruga ravnateljice u skladu sa zakonom, statutom i drugim općim aktima Vrtića</w:t>
      </w:r>
    </w:p>
    <w:p w14:paraId="56D0D959" w14:textId="77777777" w:rsidR="00D83F93" w:rsidRPr="00F51F43" w:rsidRDefault="00D83F93" w:rsidP="00D83F93">
      <w:pPr>
        <w:numPr>
          <w:ilvl w:val="0"/>
          <w:numId w:val="40"/>
        </w:numPr>
        <w:spacing w:after="0"/>
        <w:rPr>
          <w:noProof/>
          <w:lang w:eastAsia="en-US"/>
        </w:rPr>
      </w:pPr>
      <w:r w:rsidRPr="00F51F43">
        <w:rPr>
          <w:noProof/>
          <w:lang w:eastAsia="en-US"/>
        </w:rPr>
        <w:t>rješavanje aktualnih organizacijskih, kadrovskih i stručnih pitanja u suradnji sa zaposlenicima i stručnim timom</w:t>
      </w:r>
    </w:p>
    <w:p w14:paraId="252F0BD7" w14:textId="77777777" w:rsidR="00D83F93" w:rsidRPr="00F51F43" w:rsidRDefault="00D83F93" w:rsidP="00D83F93">
      <w:pPr>
        <w:numPr>
          <w:ilvl w:val="0"/>
          <w:numId w:val="40"/>
        </w:numPr>
        <w:spacing w:after="0"/>
        <w:rPr>
          <w:noProof/>
          <w:lang w:eastAsia="en-US"/>
        </w:rPr>
      </w:pPr>
      <w:r w:rsidRPr="00F51F43">
        <w:rPr>
          <w:noProof/>
          <w:lang w:eastAsia="en-US"/>
        </w:rPr>
        <w:t>praćenje izvršavanja poslova i radnih zadaća zaposlenika</w:t>
      </w:r>
    </w:p>
    <w:p w14:paraId="18E60F26" w14:textId="77777777" w:rsidR="00D83F93" w:rsidRPr="00F51F43" w:rsidRDefault="00D83F93" w:rsidP="00D83F93">
      <w:pPr>
        <w:numPr>
          <w:ilvl w:val="0"/>
          <w:numId w:val="40"/>
        </w:numPr>
        <w:spacing w:after="0"/>
        <w:rPr>
          <w:noProof/>
          <w:lang w:eastAsia="en-US"/>
        </w:rPr>
      </w:pPr>
      <w:r w:rsidRPr="00F51F43">
        <w:rPr>
          <w:noProof/>
          <w:lang w:eastAsia="en-US"/>
        </w:rPr>
        <w:t>pripremanje i vođenje Odgojiteljskih vijeća i radnih sastanaka te praćenje realizacije donesenih zaključaka</w:t>
      </w:r>
    </w:p>
    <w:p w14:paraId="4CDFE8B0" w14:textId="77777777" w:rsidR="00D83F93" w:rsidRPr="00F51F43" w:rsidRDefault="00D83F93" w:rsidP="00D83F93">
      <w:pPr>
        <w:numPr>
          <w:ilvl w:val="0"/>
          <w:numId w:val="40"/>
        </w:numPr>
        <w:spacing w:after="0"/>
        <w:rPr>
          <w:noProof/>
          <w:lang w:eastAsia="en-US"/>
        </w:rPr>
      </w:pPr>
      <w:r w:rsidRPr="00F51F43">
        <w:rPr>
          <w:noProof/>
          <w:lang w:eastAsia="en-US"/>
        </w:rPr>
        <w:t>pravodobno informiranje Odgojiteljskog vijeća o pitanjima važnima za organizaciju i ostvarivanje Godišnjeg plana i programa rada</w:t>
      </w:r>
    </w:p>
    <w:p w14:paraId="44EE9781" w14:textId="77777777" w:rsidR="00D83F93" w:rsidRPr="00F51F43" w:rsidRDefault="00D83F93" w:rsidP="00D83F93">
      <w:pPr>
        <w:numPr>
          <w:ilvl w:val="0"/>
          <w:numId w:val="40"/>
        </w:numPr>
        <w:spacing w:after="0"/>
        <w:rPr>
          <w:noProof/>
          <w:lang w:eastAsia="en-US"/>
        </w:rPr>
      </w:pPr>
      <w:r w:rsidRPr="00F51F43">
        <w:rPr>
          <w:noProof/>
          <w:lang w:eastAsia="en-US"/>
        </w:rPr>
        <w:t>organiziranje i sudjelovanje na sastancima s predstavnicima općina osnivača</w:t>
      </w:r>
    </w:p>
    <w:p w14:paraId="10371B77" w14:textId="77777777" w:rsidR="00D83F93" w:rsidRPr="00F51F43" w:rsidRDefault="00D83F93" w:rsidP="00D83F93">
      <w:pPr>
        <w:numPr>
          <w:ilvl w:val="0"/>
          <w:numId w:val="40"/>
        </w:numPr>
        <w:spacing w:after="0"/>
        <w:rPr>
          <w:noProof/>
          <w:lang w:eastAsia="en-US"/>
        </w:rPr>
      </w:pPr>
      <w:r w:rsidRPr="00F51F43">
        <w:rPr>
          <w:noProof/>
          <w:lang w:eastAsia="en-US"/>
        </w:rPr>
        <w:t>redovita suradnja i komunikacija s općinama osnivačima vezano uz financiranje, organizaciju rada, investicije, održavanje objekata i druga pitanja važna za poslovanje Vrtića.</w:t>
      </w:r>
    </w:p>
    <w:p w14:paraId="2D25516A" w14:textId="77777777" w:rsidR="00D83F93" w:rsidRPr="00F51F43" w:rsidRDefault="00D83F93" w:rsidP="00D83F93">
      <w:pPr>
        <w:pStyle w:val="Naslov3"/>
        <w:rPr>
          <w:noProof/>
          <w:lang w:eastAsia="en-US"/>
        </w:rPr>
      </w:pPr>
      <w:bookmarkStart w:id="53" w:name="_Toc241563369"/>
      <w:r w:rsidRPr="00F51F43">
        <w:rPr>
          <w:noProof/>
          <w:lang w:eastAsia="en-US"/>
        </w:rPr>
        <w:t>2. ZADAĆE I DJELATNOSTI U ODNOSU NA MATERIJALNE UVJETE</w:t>
      </w:r>
      <w:bookmarkEnd w:id="53"/>
    </w:p>
    <w:p w14:paraId="0BB1174B" w14:textId="77777777" w:rsidR="00D83F93" w:rsidRPr="00F51F43" w:rsidRDefault="00D83F93" w:rsidP="00D83F93">
      <w:pPr>
        <w:numPr>
          <w:ilvl w:val="0"/>
          <w:numId w:val="41"/>
        </w:numPr>
        <w:spacing w:after="0"/>
        <w:rPr>
          <w:noProof/>
          <w:lang w:eastAsia="en-US"/>
        </w:rPr>
      </w:pPr>
      <w:r w:rsidRPr="00F51F43">
        <w:rPr>
          <w:noProof/>
          <w:lang w:eastAsia="en-US"/>
        </w:rPr>
        <w:t>kontinuirano praćenje materijalnih, prostornih i tehničkih uvjeta rada u svim objektima Vrtića</w:t>
      </w:r>
    </w:p>
    <w:p w14:paraId="23D74C2C" w14:textId="77777777" w:rsidR="00D83F93" w:rsidRPr="00F51F43" w:rsidRDefault="00D83F93" w:rsidP="00D83F93">
      <w:pPr>
        <w:numPr>
          <w:ilvl w:val="0"/>
          <w:numId w:val="41"/>
        </w:numPr>
        <w:spacing w:after="0"/>
        <w:rPr>
          <w:noProof/>
          <w:lang w:eastAsia="en-US"/>
        </w:rPr>
      </w:pPr>
      <w:r w:rsidRPr="00F51F43">
        <w:rPr>
          <w:noProof/>
          <w:lang w:eastAsia="en-US"/>
        </w:rPr>
        <w:t>osiguravanje uvjeta za kontinuirano, sigurno i kvalitetno obavljanje djelatnosti Vrtića</w:t>
      </w:r>
    </w:p>
    <w:p w14:paraId="1592091B" w14:textId="77777777" w:rsidR="00D83F93" w:rsidRPr="00F51F43" w:rsidRDefault="00D83F93" w:rsidP="00D83F93">
      <w:pPr>
        <w:numPr>
          <w:ilvl w:val="0"/>
          <w:numId w:val="41"/>
        </w:numPr>
        <w:spacing w:after="0"/>
        <w:rPr>
          <w:noProof/>
          <w:lang w:eastAsia="en-US"/>
        </w:rPr>
      </w:pPr>
      <w:r w:rsidRPr="00F51F43">
        <w:rPr>
          <w:noProof/>
          <w:lang w:eastAsia="en-US"/>
        </w:rPr>
        <w:lastRenderedPageBreak/>
        <w:t>utvrđivanje prioriteta nabave u skladu s potrebama Vrtića, planiranim i raspoloživim financijskim sredstvima</w:t>
      </w:r>
    </w:p>
    <w:p w14:paraId="1E741179" w14:textId="77777777" w:rsidR="00D83F93" w:rsidRPr="00F51F43" w:rsidRDefault="00D83F93" w:rsidP="00D83F93">
      <w:pPr>
        <w:numPr>
          <w:ilvl w:val="0"/>
          <w:numId w:val="41"/>
        </w:numPr>
        <w:spacing w:after="0"/>
        <w:rPr>
          <w:noProof/>
          <w:lang w:eastAsia="en-US"/>
        </w:rPr>
      </w:pPr>
      <w:r w:rsidRPr="00F51F43">
        <w:rPr>
          <w:noProof/>
          <w:lang w:eastAsia="en-US"/>
        </w:rPr>
        <w:t>sudjelovanje u planiranju nabave roba, radova i usluga u skladu s važećim propisima</w:t>
      </w:r>
    </w:p>
    <w:p w14:paraId="65CF1F6E" w14:textId="77777777" w:rsidR="00D83F93" w:rsidRPr="00F51F43" w:rsidRDefault="00D83F93" w:rsidP="00D83F93">
      <w:pPr>
        <w:numPr>
          <w:ilvl w:val="0"/>
          <w:numId w:val="41"/>
        </w:numPr>
        <w:spacing w:after="0"/>
        <w:rPr>
          <w:noProof/>
          <w:lang w:eastAsia="en-US"/>
        </w:rPr>
      </w:pPr>
      <w:r w:rsidRPr="00F51F43">
        <w:rPr>
          <w:noProof/>
          <w:lang w:eastAsia="en-US"/>
        </w:rPr>
        <w:t>pribavljanje ponuda te organiziranje izvođenja radova i pružanja usluga prema utvrđenim potrebama</w:t>
      </w:r>
    </w:p>
    <w:p w14:paraId="55F59BF2" w14:textId="77777777" w:rsidR="00D83F93" w:rsidRPr="00F51F43" w:rsidRDefault="00D83F93" w:rsidP="00D83F93">
      <w:pPr>
        <w:numPr>
          <w:ilvl w:val="0"/>
          <w:numId w:val="41"/>
        </w:numPr>
        <w:spacing w:after="0"/>
        <w:rPr>
          <w:noProof/>
          <w:lang w:eastAsia="en-US"/>
        </w:rPr>
      </w:pPr>
      <w:r w:rsidRPr="00F51F43">
        <w:rPr>
          <w:noProof/>
          <w:lang w:eastAsia="en-US"/>
        </w:rPr>
        <w:t>sudjelovanje u izradi i provedbi Plana nabave</w:t>
      </w:r>
    </w:p>
    <w:p w14:paraId="4A6C7CB6" w14:textId="77777777" w:rsidR="00D83F93" w:rsidRPr="00F51F43" w:rsidRDefault="00D83F93" w:rsidP="00D83F93">
      <w:pPr>
        <w:numPr>
          <w:ilvl w:val="0"/>
          <w:numId w:val="41"/>
        </w:numPr>
        <w:spacing w:after="0"/>
        <w:rPr>
          <w:noProof/>
          <w:lang w:eastAsia="en-US"/>
        </w:rPr>
      </w:pPr>
      <w:r w:rsidRPr="00F51F43">
        <w:rPr>
          <w:noProof/>
          <w:lang w:eastAsia="en-US"/>
        </w:rPr>
        <w:t>planiranje tekućeg i investicijskog održavanja objekata, opreme i vanjskih prostora u suradnji s osnivačima</w:t>
      </w:r>
    </w:p>
    <w:p w14:paraId="3EF93E3D" w14:textId="77777777" w:rsidR="00D83F93" w:rsidRPr="00F51F43" w:rsidRDefault="00D83F93" w:rsidP="00D83F93">
      <w:pPr>
        <w:numPr>
          <w:ilvl w:val="0"/>
          <w:numId w:val="41"/>
        </w:numPr>
        <w:spacing w:after="0"/>
        <w:rPr>
          <w:noProof/>
          <w:lang w:eastAsia="en-US"/>
        </w:rPr>
      </w:pPr>
      <w:r w:rsidRPr="00F51F43">
        <w:rPr>
          <w:noProof/>
          <w:lang w:eastAsia="en-US"/>
        </w:rPr>
        <w:t>praćenje stanja objekata i opreme te pravodobno poduzimanje mjera u slučaju kvarova i drugih potreba za održavanjem</w:t>
      </w:r>
    </w:p>
    <w:p w14:paraId="7AD5881E" w14:textId="77777777" w:rsidR="00D83F93" w:rsidRPr="00F51F43" w:rsidRDefault="00D83F93" w:rsidP="00D83F93">
      <w:pPr>
        <w:numPr>
          <w:ilvl w:val="0"/>
          <w:numId w:val="41"/>
        </w:numPr>
        <w:spacing w:after="0"/>
        <w:rPr>
          <w:noProof/>
          <w:lang w:eastAsia="en-US"/>
        </w:rPr>
      </w:pPr>
      <w:r w:rsidRPr="00F51F43">
        <w:rPr>
          <w:noProof/>
          <w:lang w:eastAsia="en-US"/>
        </w:rPr>
        <w:t>planiranje nabave didaktičkih sredstava, igračaka, slikovnica, stručne literature, informatičke i druge potrebne opreme</w:t>
      </w:r>
    </w:p>
    <w:p w14:paraId="6CD3DE8E" w14:textId="77777777" w:rsidR="00D83F93" w:rsidRPr="00F51F43" w:rsidRDefault="00D83F93" w:rsidP="00D83F93">
      <w:pPr>
        <w:numPr>
          <w:ilvl w:val="0"/>
          <w:numId w:val="41"/>
        </w:numPr>
        <w:spacing w:after="0"/>
        <w:rPr>
          <w:noProof/>
          <w:lang w:eastAsia="en-US"/>
        </w:rPr>
      </w:pPr>
      <w:r w:rsidRPr="00F51F43">
        <w:rPr>
          <w:noProof/>
          <w:lang w:eastAsia="en-US"/>
        </w:rPr>
        <w:t>osiguravanje odgovarajućih uvjeta za boravak djece na otvorenom</w:t>
      </w:r>
    </w:p>
    <w:p w14:paraId="170DF0F0" w14:textId="77777777" w:rsidR="00D83F93" w:rsidRPr="00F51F43" w:rsidRDefault="00D83F93" w:rsidP="00D83F93">
      <w:pPr>
        <w:numPr>
          <w:ilvl w:val="0"/>
          <w:numId w:val="41"/>
        </w:numPr>
        <w:spacing w:after="0"/>
        <w:rPr>
          <w:noProof/>
          <w:lang w:eastAsia="en-US"/>
        </w:rPr>
      </w:pPr>
      <w:r w:rsidRPr="00F51F43">
        <w:rPr>
          <w:noProof/>
          <w:lang w:eastAsia="en-US"/>
        </w:rPr>
        <w:t>kontinuirano unaprjeđivanje sigurnosti, funkcionalnosti i estetskog uređenja unutarnjih i vanjskih prostora Vrtića</w:t>
      </w:r>
    </w:p>
    <w:p w14:paraId="0CE0EAB4" w14:textId="77777777" w:rsidR="00D83F93" w:rsidRPr="00F51F43" w:rsidRDefault="00D83F93" w:rsidP="00D83F93">
      <w:pPr>
        <w:numPr>
          <w:ilvl w:val="0"/>
          <w:numId w:val="41"/>
        </w:numPr>
        <w:spacing w:after="0"/>
        <w:rPr>
          <w:noProof/>
          <w:lang w:eastAsia="en-US"/>
        </w:rPr>
      </w:pPr>
      <w:r w:rsidRPr="00F51F43">
        <w:rPr>
          <w:noProof/>
          <w:lang w:eastAsia="en-US"/>
        </w:rPr>
        <w:t>poticanje racionalnog, odgovornog i namjenskog korištenja materijalnih i financijskih sredstava.</w:t>
      </w:r>
    </w:p>
    <w:p w14:paraId="2B98A1C1" w14:textId="77777777" w:rsidR="00D83F93" w:rsidRPr="00F51F43" w:rsidRDefault="00D83F93" w:rsidP="00D83F93">
      <w:pPr>
        <w:pStyle w:val="Naslov3"/>
        <w:rPr>
          <w:noProof/>
          <w:lang w:eastAsia="en-US"/>
        </w:rPr>
      </w:pPr>
      <w:bookmarkStart w:id="54" w:name="_Toc241563370"/>
      <w:r w:rsidRPr="00F51F43">
        <w:rPr>
          <w:noProof/>
          <w:lang w:eastAsia="en-US"/>
        </w:rPr>
        <w:t>3. ZADAĆE I DJELATNOSTI U ODNOSU NA DIJETE</w:t>
      </w:r>
      <w:bookmarkEnd w:id="54"/>
    </w:p>
    <w:p w14:paraId="198242F4" w14:textId="77777777" w:rsidR="00D83F93" w:rsidRPr="00F51F43" w:rsidRDefault="00D83F93" w:rsidP="00D83F93">
      <w:pPr>
        <w:numPr>
          <w:ilvl w:val="0"/>
          <w:numId w:val="42"/>
        </w:numPr>
        <w:spacing w:after="0"/>
        <w:rPr>
          <w:noProof/>
          <w:lang w:eastAsia="en-US"/>
        </w:rPr>
      </w:pPr>
      <w:r w:rsidRPr="00F51F43">
        <w:rPr>
          <w:noProof/>
          <w:lang w:eastAsia="en-US"/>
        </w:rPr>
        <w:t>stvaranje organizacijskih i materijalnih uvjeta za ostvarivanje dobrobiti, prava, sigurnosti i kvalitetnog razvoja svakog djeteta</w:t>
      </w:r>
    </w:p>
    <w:p w14:paraId="354F5C50" w14:textId="77777777" w:rsidR="00D83F93" w:rsidRPr="00F51F43" w:rsidRDefault="00D83F93" w:rsidP="00D83F93">
      <w:pPr>
        <w:numPr>
          <w:ilvl w:val="0"/>
          <w:numId w:val="42"/>
        </w:numPr>
        <w:spacing w:after="0"/>
        <w:rPr>
          <w:noProof/>
          <w:lang w:eastAsia="en-US"/>
        </w:rPr>
      </w:pPr>
      <w:r w:rsidRPr="00F51F43">
        <w:rPr>
          <w:noProof/>
          <w:lang w:eastAsia="en-US"/>
        </w:rPr>
        <w:t>poticanje timskog pristupa u prepoznavanju i zadovoljavanju individualnih potreba djece</w:t>
      </w:r>
    </w:p>
    <w:p w14:paraId="40954274" w14:textId="77777777" w:rsidR="00D83F93" w:rsidRPr="00F51F43" w:rsidRDefault="00D83F93" w:rsidP="00D83F93">
      <w:pPr>
        <w:numPr>
          <w:ilvl w:val="0"/>
          <w:numId w:val="42"/>
        </w:numPr>
        <w:spacing w:after="0"/>
        <w:rPr>
          <w:noProof/>
          <w:lang w:eastAsia="en-US"/>
        </w:rPr>
      </w:pPr>
      <w:r w:rsidRPr="00F51F43">
        <w:rPr>
          <w:noProof/>
          <w:lang w:eastAsia="en-US"/>
        </w:rPr>
        <w:t>praćenje i unaprjeđivanje procesa prilagodbe novoupisane djece</w:t>
      </w:r>
    </w:p>
    <w:p w14:paraId="39232A5E" w14:textId="77777777" w:rsidR="00D83F93" w:rsidRPr="00F51F43" w:rsidRDefault="00D83F93" w:rsidP="00D83F93">
      <w:pPr>
        <w:numPr>
          <w:ilvl w:val="0"/>
          <w:numId w:val="42"/>
        </w:numPr>
        <w:spacing w:after="0"/>
        <w:rPr>
          <w:noProof/>
          <w:lang w:eastAsia="en-US"/>
        </w:rPr>
      </w:pPr>
      <w:r w:rsidRPr="00F51F43">
        <w:rPr>
          <w:noProof/>
          <w:lang w:eastAsia="en-US"/>
        </w:rPr>
        <w:t>suradnja s odgojiteljima i stručnim suradnicima u praćenju ostvarivanja potreba i prava djece</w:t>
      </w:r>
    </w:p>
    <w:p w14:paraId="151D23E7" w14:textId="77777777" w:rsidR="00D83F93" w:rsidRPr="00F51F43" w:rsidRDefault="00D83F93" w:rsidP="00D83F93">
      <w:pPr>
        <w:numPr>
          <w:ilvl w:val="0"/>
          <w:numId w:val="42"/>
        </w:numPr>
        <w:spacing w:after="0"/>
        <w:rPr>
          <w:noProof/>
          <w:lang w:eastAsia="en-US"/>
        </w:rPr>
      </w:pPr>
      <w:r w:rsidRPr="00F51F43">
        <w:rPr>
          <w:noProof/>
          <w:lang w:eastAsia="en-US"/>
        </w:rPr>
        <w:t>praćenje kvalitete odgojno-obrazovnog rada i njegove usklađenosti s razvojnim potrebama djece</w:t>
      </w:r>
    </w:p>
    <w:p w14:paraId="19F720E6" w14:textId="77777777" w:rsidR="00D83F93" w:rsidRPr="00F51F43" w:rsidRDefault="00D83F93" w:rsidP="00D83F93">
      <w:pPr>
        <w:numPr>
          <w:ilvl w:val="0"/>
          <w:numId w:val="42"/>
        </w:numPr>
        <w:spacing w:after="0"/>
        <w:rPr>
          <w:noProof/>
          <w:lang w:eastAsia="en-US"/>
        </w:rPr>
      </w:pPr>
      <w:r w:rsidRPr="00F51F43">
        <w:rPr>
          <w:noProof/>
          <w:lang w:eastAsia="en-US"/>
        </w:rPr>
        <w:t>praćenje organizacije dnevnog ritma, boravka djece u skupinama i boravka na otvorenom</w:t>
      </w:r>
    </w:p>
    <w:p w14:paraId="38B5D213" w14:textId="77777777" w:rsidR="00D83F93" w:rsidRPr="00F51F43" w:rsidRDefault="00D83F93" w:rsidP="00D83F93">
      <w:pPr>
        <w:numPr>
          <w:ilvl w:val="0"/>
          <w:numId w:val="42"/>
        </w:numPr>
        <w:spacing w:after="0"/>
        <w:rPr>
          <w:noProof/>
          <w:lang w:eastAsia="en-US"/>
        </w:rPr>
      </w:pPr>
      <w:r w:rsidRPr="00F51F43">
        <w:rPr>
          <w:noProof/>
          <w:lang w:eastAsia="en-US"/>
        </w:rPr>
        <w:t>praćenje organizacije jutarnjih i popodnevnih dežurstava s naglaskom na sigurnost i dobrobit djece</w:t>
      </w:r>
    </w:p>
    <w:p w14:paraId="3248F76C" w14:textId="77777777" w:rsidR="00D83F93" w:rsidRPr="00F51F43" w:rsidRDefault="00D83F93" w:rsidP="00D83F93">
      <w:pPr>
        <w:numPr>
          <w:ilvl w:val="0"/>
          <w:numId w:val="42"/>
        </w:numPr>
        <w:spacing w:after="0"/>
        <w:rPr>
          <w:noProof/>
          <w:lang w:eastAsia="en-US"/>
        </w:rPr>
      </w:pPr>
      <w:r w:rsidRPr="00F51F43">
        <w:rPr>
          <w:noProof/>
          <w:lang w:eastAsia="en-US"/>
        </w:rPr>
        <w:t>osiguravanje uvjeta za očuvanje i unaprjeđivanje zdravlja djece</w:t>
      </w:r>
    </w:p>
    <w:p w14:paraId="3448BFE1" w14:textId="77777777" w:rsidR="00D83F93" w:rsidRPr="00F51F43" w:rsidRDefault="00D83F93" w:rsidP="00D83F93">
      <w:pPr>
        <w:numPr>
          <w:ilvl w:val="0"/>
          <w:numId w:val="42"/>
        </w:numPr>
        <w:spacing w:after="0"/>
        <w:rPr>
          <w:noProof/>
          <w:lang w:eastAsia="en-US"/>
        </w:rPr>
      </w:pPr>
      <w:r w:rsidRPr="00F51F43">
        <w:rPr>
          <w:noProof/>
          <w:lang w:eastAsia="en-US"/>
        </w:rPr>
        <w:lastRenderedPageBreak/>
        <w:t>suradnja sa zdravstvenim ustanovama i drugim nadležnim institucijama prema potrebi</w:t>
      </w:r>
    </w:p>
    <w:p w14:paraId="65F5E5D0" w14:textId="77777777" w:rsidR="00D83F93" w:rsidRPr="00F51F43" w:rsidRDefault="00D83F93" w:rsidP="00D83F93">
      <w:pPr>
        <w:numPr>
          <w:ilvl w:val="0"/>
          <w:numId w:val="42"/>
        </w:numPr>
        <w:spacing w:after="0"/>
        <w:rPr>
          <w:noProof/>
          <w:lang w:eastAsia="en-US"/>
        </w:rPr>
      </w:pPr>
      <w:r w:rsidRPr="00F51F43">
        <w:rPr>
          <w:noProof/>
          <w:lang w:eastAsia="en-US"/>
        </w:rPr>
        <w:t>praćenje i podržavanje provedbe projekata, posjeta, izleta, svečanosti, kulturnih, sportskih i drugih aktivnosti</w:t>
      </w:r>
    </w:p>
    <w:p w14:paraId="257E5CEB" w14:textId="77777777" w:rsidR="00D83F93" w:rsidRPr="00F51F43" w:rsidRDefault="00D83F93" w:rsidP="00D83F93">
      <w:pPr>
        <w:numPr>
          <w:ilvl w:val="0"/>
          <w:numId w:val="42"/>
        </w:numPr>
        <w:spacing w:after="0"/>
        <w:rPr>
          <w:noProof/>
          <w:lang w:eastAsia="en-US"/>
        </w:rPr>
      </w:pPr>
      <w:r w:rsidRPr="00F51F43">
        <w:rPr>
          <w:noProof/>
          <w:lang w:eastAsia="en-US"/>
        </w:rPr>
        <w:t>praćenje urednosti i pravodobnosti vođenja propisane pedagoške dokumentacije</w:t>
      </w:r>
    </w:p>
    <w:p w14:paraId="7BBF5C9D" w14:textId="77777777" w:rsidR="00D83F93" w:rsidRPr="00F51F43" w:rsidRDefault="00D83F93" w:rsidP="00D83F93">
      <w:pPr>
        <w:numPr>
          <w:ilvl w:val="0"/>
          <w:numId w:val="42"/>
        </w:numPr>
        <w:spacing w:after="0"/>
        <w:rPr>
          <w:noProof/>
          <w:lang w:eastAsia="en-US"/>
        </w:rPr>
      </w:pPr>
      <w:r w:rsidRPr="00F51F43">
        <w:rPr>
          <w:noProof/>
          <w:lang w:eastAsia="en-US"/>
        </w:rPr>
        <w:t>uvid u neposredni odgojno-obrazovni rad u suradnji sa stručnim suradnicima</w:t>
      </w:r>
    </w:p>
    <w:p w14:paraId="7750EA8B" w14:textId="77777777" w:rsidR="00D83F93" w:rsidRPr="00F51F43" w:rsidRDefault="00D83F93" w:rsidP="00D83F93">
      <w:pPr>
        <w:numPr>
          <w:ilvl w:val="0"/>
          <w:numId w:val="42"/>
        </w:numPr>
        <w:spacing w:after="0"/>
        <w:rPr>
          <w:noProof/>
          <w:lang w:eastAsia="en-US"/>
        </w:rPr>
      </w:pPr>
      <w:r w:rsidRPr="00F51F43">
        <w:rPr>
          <w:noProof/>
          <w:lang w:eastAsia="en-US"/>
        </w:rPr>
        <w:t>praćenje provedbe protokola i postupaka kojima se osiguravaju sigurnost, zaštita prava i dobrobit djece</w:t>
      </w:r>
    </w:p>
    <w:p w14:paraId="7642CBE8" w14:textId="77777777" w:rsidR="00D83F93" w:rsidRPr="00F51F43" w:rsidRDefault="00D83F93" w:rsidP="00D83F93">
      <w:pPr>
        <w:numPr>
          <w:ilvl w:val="0"/>
          <w:numId w:val="42"/>
        </w:numPr>
        <w:spacing w:after="0"/>
        <w:rPr>
          <w:noProof/>
          <w:lang w:eastAsia="en-US"/>
        </w:rPr>
      </w:pPr>
      <w:r w:rsidRPr="00F51F43">
        <w:rPr>
          <w:noProof/>
          <w:lang w:eastAsia="en-US"/>
        </w:rPr>
        <w:t>podržavanje provedbe zdravstveno-rekreativnih, preventivnih i drugih programa usmjerenih na cjelovit razvoj djece.</w:t>
      </w:r>
    </w:p>
    <w:p w14:paraId="7B957565" w14:textId="77777777" w:rsidR="00D83F93" w:rsidRPr="00F51F43" w:rsidRDefault="00D83F93" w:rsidP="00D83F93">
      <w:pPr>
        <w:pStyle w:val="Naslov3"/>
        <w:rPr>
          <w:noProof/>
          <w:lang w:eastAsia="en-US"/>
        </w:rPr>
      </w:pPr>
      <w:bookmarkStart w:id="55" w:name="_Toc241563371"/>
      <w:r w:rsidRPr="00F51F43">
        <w:rPr>
          <w:noProof/>
          <w:lang w:eastAsia="en-US"/>
        </w:rPr>
        <w:t>4. ZADAĆE I DJELATNOSTI U ODNOSU NA SURADNJU I PARTNERSTVO S RODITELJIMA</w:t>
      </w:r>
      <w:bookmarkEnd w:id="55"/>
    </w:p>
    <w:p w14:paraId="2FC5961C" w14:textId="77777777" w:rsidR="00D83F93" w:rsidRPr="00F51F43" w:rsidRDefault="00D83F93" w:rsidP="00D83F93">
      <w:pPr>
        <w:numPr>
          <w:ilvl w:val="0"/>
          <w:numId w:val="43"/>
        </w:numPr>
        <w:spacing w:after="0"/>
        <w:rPr>
          <w:noProof/>
          <w:lang w:eastAsia="en-US"/>
        </w:rPr>
      </w:pPr>
      <w:r w:rsidRPr="00F51F43">
        <w:rPr>
          <w:noProof/>
          <w:lang w:eastAsia="en-US"/>
        </w:rPr>
        <w:t>razvijanje i unaprjeđivanje partnerskog odnosa Vrtića i roditelja</w:t>
      </w:r>
    </w:p>
    <w:p w14:paraId="4A1C71BC" w14:textId="77777777" w:rsidR="00D83F93" w:rsidRPr="00F51F43" w:rsidRDefault="00D83F93" w:rsidP="00D83F93">
      <w:pPr>
        <w:numPr>
          <w:ilvl w:val="0"/>
          <w:numId w:val="43"/>
        </w:numPr>
        <w:spacing w:after="0"/>
        <w:rPr>
          <w:noProof/>
          <w:lang w:eastAsia="en-US"/>
        </w:rPr>
      </w:pPr>
      <w:r w:rsidRPr="00F51F43">
        <w:rPr>
          <w:noProof/>
          <w:lang w:eastAsia="en-US"/>
        </w:rPr>
        <w:t>sudjelovanje na roditeljskim sastancima prema potrebi</w:t>
      </w:r>
    </w:p>
    <w:p w14:paraId="404410AA" w14:textId="77777777" w:rsidR="00D83F93" w:rsidRPr="00F51F43" w:rsidRDefault="00D83F93" w:rsidP="00D83F93">
      <w:pPr>
        <w:numPr>
          <w:ilvl w:val="0"/>
          <w:numId w:val="43"/>
        </w:numPr>
        <w:spacing w:after="0"/>
        <w:rPr>
          <w:noProof/>
          <w:lang w:eastAsia="en-US"/>
        </w:rPr>
      </w:pPr>
      <w:r w:rsidRPr="00F51F43">
        <w:rPr>
          <w:noProof/>
          <w:lang w:eastAsia="en-US"/>
        </w:rPr>
        <w:t>organiziranje sastanaka i individualnih razgovora s roditeljima radi pravodobnog rješavanja pitanja vezanih uz boravak i dobrobit djece</w:t>
      </w:r>
    </w:p>
    <w:p w14:paraId="0E401BA8" w14:textId="77777777" w:rsidR="00D83F93" w:rsidRPr="00F51F43" w:rsidRDefault="00D83F93" w:rsidP="00D83F93">
      <w:pPr>
        <w:numPr>
          <w:ilvl w:val="0"/>
          <w:numId w:val="43"/>
        </w:numPr>
        <w:spacing w:after="0"/>
        <w:rPr>
          <w:noProof/>
          <w:lang w:eastAsia="en-US"/>
        </w:rPr>
      </w:pPr>
      <w:r w:rsidRPr="00F51F43">
        <w:rPr>
          <w:noProof/>
          <w:lang w:eastAsia="en-US"/>
        </w:rPr>
        <w:t>poticanje timskog rada zaposlenika u razvijanju kvalitetne suradnje s roditeljima</w:t>
      </w:r>
    </w:p>
    <w:p w14:paraId="4C71C3F6" w14:textId="77777777" w:rsidR="00D83F93" w:rsidRPr="00F51F43" w:rsidRDefault="00D83F93" w:rsidP="00D83F93">
      <w:pPr>
        <w:numPr>
          <w:ilvl w:val="0"/>
          <w:numId w:val="43"/>
        </w:numPr>
        <w:spacing w:after="0"/>
        <w:rPr>
          <w:noProof/>
          <w:lang w:eastAsia="en-US"/>
        </w:rPr>
      </w:pPr>
      <w:r w:rsidRPr="00F51F43">
        <w:rPr>
          <w:noProof/>
          <w:lang w:eastAsia="en-US"/>
        </w:rPr>
        <w:t>sudjelovanje u organizaciji tematskih i problemskih roditeljskih sastanaka u suradnji sa stručnim suradnicima i odgojiteljima</w:t>
      </w:r>
    </w:p>
    <w:p w14:paraId="43779C98" w14:textId="77777777" w:rsidR="00D83F93" w:rsidRPr="00F51F43" w:rsidRDefault="00D83F93" w:rsidP="00D83F93">
      <w:pPr>
        <w:numPr>
          <w:ilvl w:val="0"/>
          <w:numId w:val="43"/>
        </w:numPr>
        <w:spacing w:after="0"/>
        <w:rPr>
          <w:noProof/>
          <w:lang w:eastAsia="en-US"/>
        </w:rPr>
      </w:pPr>
      <w:r w:rsidRPr="00F51F43">
        <w:rPr>
          <w:noProof/>
          <w:lang w:eastAsia="en-US"/>
        </w:rPr>
        <w:t>ispitivanje potreba, interesa i zadovoljstva roditelja putem anketa i drugih oblika vrednovanja</w:t>
      </w:r>
    </w:p>
    <w:p w14:paraId="5EBF4018" w14:textId="77777777" w:rsidR="00D83F93" w:rsidRPr="00F51F43" w:rsidRDefault="00D83F93" w:rsidP="00D83F93">
      <w:pPr>
        <w:numPr>
          <w:ilvl w:val="0"/>
          <w:numId w:val="43"/>
        </w:numPr>
        <w:spacing w:after="0"/>
        <w:rPr>
          <w:noProof/>
          <w:lang w:eastAsia="en-US"/>
        </w:rPr>
      </w:pPr>
      <w:r w:rsidRPr="00F51F43">
        <w:rPr>
          <w:noProof/>
          <w:lang w:eastAsia="en-US"/>
        </w:rPr>
        <w:t>uključivanje roditelja u planiranje i provedbu pojedinih aktivnosti, projekata, događanja i programa Vrtića</w:t>
      </w:r>
    </w:p>
    <w:p w14:paraId="6A0AC07E" w14:textId="77777777" w:rsidR="00D83F93" w:rsidRPr="00F51F43" w:rsidRDefault="00D83F93" w:rsidP="00D83F93">
      <w:pPr>
        <w:numPr>
          <w:ilvl w:val="0"/>
          <w:numId w:val="43"/>
        </w:numPr>
        <w:spacing w:after="0"/>
        <w:rPr>
          <w:noProof/>
          <w:lang w:eastAsia="en-US"/>
        </w:rPr>
      </w:pPr>
      <w:r w:rsidRPr="00F51F43">
        <w:rPr>
          <w:noProof/>
          <w:lang w:eastAsia="en-US"/>
        </w:rPr>
        <w:t>pružanje podrške roditeljima u ostvarivanju roditeljske uloge u suradnji s odgojiteljima i stručnim suradnicima</w:t>
      </w:r>
    </w:p>
    <w:p w14:paraId="39879191" w14:textId="77777777" w:rsidR="00D83F93" w:rsidRPr="00F51F43" w:rsidRDefault="00D83F93" w:rsidP="00D83F93">
      <w:pPr>
        <w:numPr>
          <w:ilvl w:val="0"/>
          <w:numId w:val="43"/>
        </w:numPr>
        <w:spacing w:after="0"/>
        <w:rPr>
          <w:noProof/>
          <w:lang w:eastAsia="en-US"/>
        </w:rPr>
      </w:pPr>
      <w:r w:rsidRPr="00F51F43">
        <w:rPr>
          <w:noProof/>
          <w:lang w:eastAsia="en-US"/>
        </w:rPr>
        <w:t>poticanje uključivanja roditelja u život i rad Vrtića</w:t>
      </w:r>
    </w:p>
    <w:p w14:paraId="20E841D1" w14:textId="77777777" w:rsidR="00D83F93" w:rsidRPr="00F51F43" w:rsidRDefault="00D83F93" w:rsidP="00D83F93">
      <w:pPr>
        <w:numPr>
          <w:ilvl w:val="0"/>
          <w:numId w:val="43"/>
        </w:numPr>
        <w:spacing w:after="0"/>
        <w:rPr>
          <w:noProof/>
          <w:lang w:eastAsia="en-US"/>
        </w:rPr>
      </w:pPr>
      <w:r w:rsidRPr="00F51F43">
        <w:rPr>
          <w:noProof/>
          <w:lang w:eastAsia="en-US"/>
        </w:rPr>
        <w:t>osiguravanje pravodobne, jasne i dostupne komunikacije s roditeljima putem službenih komunikacijskih kanala, mrežnih stranica, obavijesti i drugih primjerenih oblika informiranja</w:t>
      </w:r>
    </w:p>
    <w:p w14:paraId="0931B61D" w14:textId="77777777" w:rsidR="00D83F93" w:rsidRPr="00F51F43" w:rsidRDefault="00D83F93" w:rsidP="00D83F93">
      <w:pPr>
        <w:numPr>
          <w:ilvl w:val="0"/>
          <w:numId w:val="43"/>
        </w:numPr>
        <w:spacing w:after="0"/>
        <w:rPr>
          <w:noProof/>
          <w:lang w:eastAsia="en-US"/>
        </w:rPr>
      </w:pPr>
      <w:r w:rsidRPr="00F51F43">
        <w:rPr>
          <w:noProof/>
          <w:lang w:eastAsia="en-US"/>
        </w:rPr>
        <w:t>podržavanje organizacije radionica, stručnih predavanja, savjetovanja i individualnih konzultacija za roditelje.</w:t>
      </w:r>
    </w:p>
    <w:p w14:paraId="53241914" w14:textId="77777777" w:rsidR="00D83F93" w:rsidRPr="00F51F43" w:rsidRDefault="00D83F93" w:rsidP="00D83F93">
      <w:pPr>
        <w:pStyle w:val="Naslov3"/>
        <w:rPr>
          <w:noProof/>
          <w:lang w:eastAsia="en-US"/>
        </w:rPr>
      </w:pPr>
      <w:bookmarkStart w:id="56" w:name="_Toc241563372"/>
      <w:r w:rsidRPr="00F51F43">
        <w:rPr>
          <w:noProof/>
          <w:lang w:eastAsia="en-US"/>
        </w:rPr>
        <w:lastRenderedPageBreak/>
        <w:t>5. ZADAĆE I DJELATNOSTI U ODNOSU NA STRUČNO USAVRŠAVANJE</w:t>
      </w:r>
      <w:bookmarkEnd w:id="56"/>
    </w:p>
    <w:p w14:paraId="2AE2E3FE" w14:textId="77777777" w:rsidR="00D83F93" w:rsidRPr="00F51F43" w:rsidRDefault="00D83F93" w:rsidP="00D83F93">
      <w:pPr>
        <w:numPr>
          <w:ilvl w:val="0"/>
          <w:numId w:val="44"/>
        </w:numPr>
        <w:spacing w:after="0"/>
        <w:rPr>
          <w:noProof/>
          <w:lang w:eastAsia="en-US"/>
        </w:rPr>
      </w:pPr>
      <w:r w:rsidRPr="00F51F43">
        <w:rPr>
          <w:noProof/>
          <w:lang w:eastAsia="en-US"/>
        </w:rPr>
        <w:t>planiranje, poticanje i organiziranje kontinuiranog stručnog usavršavanja odgojno-obrazovnih i ostalih djelatnika</w:t>
      </w:r>
    </w:p>
    <w:p w14:paraId="5D5144F0" w14:textId="77777777" w:rsidR="00D83F93" w:rsidRPr="00F51F43" w:rsidRDefault="00D83F93" w:rsidP="00D83F93">
      <w:pPr>
        <w:numPr>
          <w:ilvl w:val="0"/>
          <w:numId w:val="44"/>
        </w:numPr>
        <w:spacing w:after="0"/>
        <w:rPr>
          <w:noProof/>
          <w:lang w:eastAsia="en-US"/>
        </w:rPr>
      </w:pPr>
      <w:r w:rsidRPr="00F51F43">
        <w:rPr>
          <w:noProof/>
          <w:lang w:eastAsia="en-US"/>
        </w:rPr>
        <w:t>praćenje stručne literature, periodike i aktualnih stručnih sadržaja</w:t>
      </w:r>
    </w:p>
    <w:p w14:paraId="11CE97D6" w14:textId="77777777" w:rsidR="00D83F93" w:rsidRPr="00F51F43" w:rsidRDefault="00D83F93" w:rsidP="00D83F93">
      <w:pPr>
        <w:numPr>
          <w:ilvl w:val="0"/>
          <w:numId w:val="44"/>
        </w:numPr>
        <w:spacing w:after="0"/>
        <w:rPr>
          <w:noProof/>
          <w:lang w:eastAsia="en-US"/>
        </w:rPr>
      </w:pPr>
      <w:r w:rsidRPr="00F51F43">
        <w:rPr>
          <w:noProof/>
          <w:lang w:eastAsia="en-US"/>
        </w:rPr>
        <w:t>osiguravanje i obogaćivanje fonda stručne literature Vrtića</w:t>
      </w:r>
    </w:p>
    <w:p w14:paraId="3DA3AEC1" w14:textId="77777777" w:rsidR="00D83F93" w:rsidRPr="00F51F43" w:rsidRDefault="00D83F93" w:rsidP="00D83F93">
      <w:pPr>
        <w:numPr>
          <w:ilvl w:val="0"/>
          <w:numId w:val="44"/>
        </w:numPr>
        <w:spacing w:after="0"/>
        <w:rPr>
          <w:noProof/>
          <w:lang w:eastAsia="en-US"/>
        </w:rPr>
      </w:pPr>
      <w:r w:rsidRPr="00F51F43">
        <w:rPr>
          <w:noProof/>
          <w:lang w:eastAsia="en-US"/>
        </w:rPr>
        <w:t>poticanje djelatnika na sudjelovanje u stručnim skupovima, edukacijama, seminarima, radionicama i drugim oblicima stručnog usavršavanja</w:t>
      </w:r>
    </w:p>
    <w:p w14:paraId="4B73FCED" w14:textId="77777777" w:rsidR="00D83F93" w:rsidRPr="00F51F43" w:rsidRDefault="00D83F93" w:rsidP="00D83F93">
      <w:pPr>
        <w:numPr>
          <w:ilvl w:val="0"/>
          <w:numId w:val="44"/>
        </w:numPr>
        <w:spacing w:after="0"/>
        <w:rPr>
          <w:noProof/>
          <w:lang w:eastAsia="en-US"/>
        </w:rPr>
      </w:pPr>
      <w:r w:rsidRPr="00F51F43">
        <w:rPr>
          <w:noProof/>
          <w:lang w:eastAsia="en-US"/>
        </w:rPr>
        <w:t>sudjelovanje u izboru tema i sadržaja stručnog usavršavanja u okviru Odgojiteljskih vijeća</w:t>
      </w:r>
    </w:p>
    <w:p w14:paraId="3BBAEFA2" w14:textId="77777777" w:rsidR="00D83F93" w:rsidRPr="00F51F43" w:rsidRDefault="00D83F93" w:rsidP="00D83F93">
      <w:pPr>
        <w:numPr>
          <w:ilvl w:val="0"/>
          <w:numId w:val="44"/>
        </w:numPr>
        <w:spacing w:after="0"/>
        <w:rPr>
          <w:noProof/>
          <w:lang w:eastAsia="en-US"/>
        </w:rPr>
      </w:pPr>
      <w:r w:rsidRPr="00F51F43">
        <w:rPr>
          <w:noProof/>
          <w:lang w:eastAsia="en-US"/>
        </w:rPr>
        <w:t>praćenje i vrednovanje realizacije stručnog usavršavanja</w:t>
      </w:r>
    </w:p>
    <w:p w14:paraId="0D87E409" w14:textId="77777777" w:rsidR="00D83F93" w:rsidRPr="00F51F43" w:rsidRDefault="00D83F93" w:rsidP="00D83F93">
      <w:pPr>
        <w:numPr>
          <w:ilvl w:val="0"/>
          <w:numId w:val="44"/>
        </w:numPr>
        <w:spacing w:after="0"/>
        <w:rPr>
          <w:noProof/>
          <w:lang w:eastAsia="en-US"/>
        </w:rPr>
      </w:pPr>
      <w:r w:rsidRPr="00F51F43">
        <w:rPr>
          <w:noProof/>
          <w:lang w:eastAsia="en-US"/>
        </w:rPr>
        <w:t>praćenje rada odgojitelja pripravnika te sudjelovanje u izradi i provedbi programa pripravničkog staža</w:t>
      </w:r>
    </w:p>
    <w:p w14:paraId="3143DA01" w14:textId="77777777" w:rsidR="00D83F93" w:rsidRPr="00F51F43" w:rsidRDefault="00D83F93" w:rsidP="00D83F93">
      <w:pPr>
        <w:numPr>
          <w:ilvl w:val="0"/>
          <w:numId w:val="44"/>
        </w:numPr>
        <w:spacing w:after="0"/>
        <w:rPr>
          <w:noProof/>
          <w:lang w:eastAsia="en-US"/>
        </w:rPr>
      </w:pPr>
      <w:r w:rsidRPr="00F51F43">
        <w:rPr>
          <w:noProof/>
          <w:lang w:eastAsia="en-US"/>
        </w:rPr>
        <w:t>suradnja s mentorima i stručnim suradnicima u praćenju napredovanja pripravnika</w:t>
      </w:r>
    </w:p>
    <w:p w14:paraId="130F1CB3" w14:textId="77777777" w:rsidR="00D83F93" w:rsidRPr="00F51F43" w:rsidRDefault="00D83F93" w:rsidP="00D83F93">
      <w:pPr>
        <w:numPr>
          <w:ilvl w:val="0"/>
          <w:numId w:val="44"/>
        </w:numPr>
        <w:spacing w:after="0"/>
        <w:rPr>
          <w:noProof/>
          <w:lang w:eastAsia="en-US"/>
        </w:rPr>
      </w:pPr>
      <w:r w:rsidRPr="00F51F43">
        <w:rPr>
          <w:noProof/>
          <w:lang w:eastAsia="en-US"/>
        </w:rPr>
        <w:t>uvid u odgojno-obrazovni rad pripravnika te sudjelovanje u stručnim razgovorima i vrednovanju njegova rada</w:t>
      </w:r>
    </w:p>
    <w:p w14:paraId="45CCCBAE" w14:textId="77777777" w:rsidR="00D83F93" w:rsidRPr="00F51F43" w:rsidRDefault="00D83F93" w:rsidP="00D83F93">
      <w:pPr>
        <w:numPr>
          <w:ilvl w:val="0"/>
          <w:numId w:val="44"/>
        </w:numPr>
        <w:spacing w:after="0"/>
        <w:rPr>
          <w:noProof/>
          <w:lang w:eastAsia="en-US"/>
        </w:rPr>
      </w:pPr>
      <w:r w:rsidRPr="00F51F43">
        <w:rPr>
          <w:noProof/>
          <w:lang w:eastAsia="en-US"/>
        </w:rPr>
        <w:t>organiziranje stručnog usavršavanja ostalih zaposlenika u skladu s potrebama njihova radnog mjesta</w:t>
      </w:r>
    </w:p>
    <w:p w14:paraId="5CAEA515" w14:textId="77777777" w:rsidR="00D83F93" w:rsidRPr="00F51F43" w:rsidRDefault="00D83F93" w:rsidP="00D83F93">
      <w:pPr>
        <w:numPr>
          <w:ilvl w:val="0"/>
          <w:numId w:val="44"/>
        </w:numPr>
        <w:spacing w:after="0"/>
        <w:rPr>
          <w:noProof/>
          <w:lang w:eastAsia="en-US"/>
        </w:rPr>
      </w:pPr>
      <w:r w:rsidRPr="00F51F43">
        <w:rPr>
          <w:noProof/>
          <w:lang w:eastAsia="en-US"/>
        </w:rPr>
        <w:t>praćenje zakonskih i podzakonskih propisa te stručnih i organizacijskih promjena važnih za rad Vrtića</w:t>
      </w:r>
    </w:p>
    <w:p w14:paraId="32FFEC6C" w14:textId="77777777" w:rsidR="00D83F93" w:rsidRPr="00F51F43" w:rsidRDefault="00D83F93" w:rsidP="00D83F93">
      <w:pPr>
        <w:numPr>
          <w:ilvl w:val="0"/>
          <w:numId w:val="44"/>
        </w:numPr>
        <w:spacing w:after="0"/>
        <w:rPr>
          <w:noProof/>
          <w:lang w:eastAsia="en-US"/>
        </w:rPr>
      </w:pPr>
      <w:r w:rsidRPr="00F51F43">
        <w:rPr>
          <w:noProof/>
          <w:lang w:eastAsia="en-US"/>
        </w:rPr>
        <w:t>kontinuirano osobno stručno usavršavanje ravnateljice</w:t>
      </w:r>
    </w:p>
    <w:p w14:paraId="1F1DC440" w14:textId="77777777" w:rsidR="00D83F93" w:rsidRPr="00F51F43" w:rsidRDefault="00D83F93" w:rsidP="00D83F93">
      <w:pPr>
        <w:numPr>
          <w:ilvl w:val="0"/>
          <w:numId w:val="44"/>
        </w:numPr>
        <w:spacing w:after="0"/>
        <w:rPr>
          <w:noProof/>
          <w:lang w:eastAsia="en-US"/>
        </w:rPr>
      </w:pPr>
      <w:r w:rsidRPr="00F51F43">
        <w:rPr>
          <w:noProof/>
          <w:lang w:eastAsia="en-US"/>
        </w:rPr>
        <w:t>primjena stečenih stručnih znanja i novih spoznaja u upravljanju i organizaciji rada Vrtića</w:t>
      </w:r>
    </w:p>
    <w:p w14:paraId="53FE9CFF" w14:textId="77777777" w:rsidR="00D83F93" w:rsidRPr="00F51F43" w:rsidRDefault="00D83F93" w:rsidP="00D83F93">
      <w:pPr>
        <w:numPr>
          <w:ilvl w:val="0"/>
          <w:numId w:val="44"/>
        </w:numPr>
        <w:spacing w:after="0"/>
        <w:rPr>
          <w:noProof/>
          <w:lang w:eastAsia="en-US"/>
        </w:rPr>
      </w:pPr>
      <w:r w:rsidRPr="00F51F43">
        <w:rPr>
          <w:noProof/>
          <w:lang w:eastAsia="en-US"/>
        </w:rPr>
        <w:t>prenošenje relevantnih informacija i stručnih spoznaja zaposlenicima</w:t>
      </w:r>
    </w:p>
    <w:p w14:paraId="69D9C2FE" w14:textId="77777777" w:rsidR="00D83F93" w:rsidRPr="00F51F43" w:rsidRDefault="00D83F93" w:rsidP="00D83F93">
      <w:pPr>
        <w:numPr>
          <w:ilvl w:val="0"/>
          <w:numId w:val="44"/>
        </w:numPr>
        <w:spacing w:after="0"/>
        <w:rPr>
          <w:noProof/>
          <w:lang w:eastAsia="en-US"/>
        </w:rPr>
      </w:pPr>
      <w:r w:rsidRPr="00F51F43">
        <w:rPr>
          <w:noProof/>
          <w:lang w:eastAsia="en-US"/>
        </w:rPr>
        <w:t>vođenje dokumentacije o vlastitom stručnom usavršavanju.</w:t>
      </w:r>
    </w:p>
    <w:p w14:paraId="621A7ABD" w14:textId="77777777" w:rsidR="00D83F93" w:rsidRPr="00F51F43" w:rsidRDefault="00D83F93" w:rsidP="00D83F93">
      <w:pPr>
        <w:pStyle w:val="Naslov3"/>
        <w:rPr>
          <w:noProof/>
          <w:lang w:eastAsia="en-US"/>
        </w:rPr>
      </w:pPr>
      <w:bookmarkStart w:id="57" w:name="_Toc241563373"/>
      <w:r w:rsidRPr="00F51F43">
        <w:rPr>
          <w:noProof/>
          <w:lang w:eastAsia="en-US"/>
        </w:rPr>
        <w:t>6. ZADAĆE I DJELATNOSTI U ODNOSU NA DJECU S POSEBNIM ODGOJNO-OBRAZOVNIM POTREBAMA</w:t>
      </w:r>
      <w:bookmarkEnd w:id="57"/>
    </w:p>
    <w:p w14:paraId="2CE39727" w14:textId="77777777" w:rsidR="00D83F93" w:rsidRPr="00F51F43" w:rsidRDefault="00D83F93" w:rsidP="00D83F93">
      <w:pPr>
        <w:numPr>
          <w:ilvl w:val="0"/>
          <w:numId w:val="45"/>
        </w:numPr>
        <w:spacing w:after="0"/>
        <w:rPr>
          <w:noProof/>
          <w:lang w:eastAsia="en-US"/>
        </w:rPr>
      </w:pPr>
      <w:r w:rsidRPr="00F51F43">
        <w:rPr>
          <w:noProof/>
          <w:lang w:eastAsia="en-US"/>
        </w:rPr>
        <w:t>osiguravanje uvjeta za uključivanje i ravnopravno sudjelovanje djece s posebnim odgojno-obrazovnim potrebama u životu i radu Vrtića</w:t>
      </w:r>
    </w:p>
    <w:p w14:paraId="322A7BA0" w14:textId="77777777" w:rsidR="00D83F93" w:rsidRPr="00F51F43" w:rsidRDefault="00D83F93" w:rsidP="00D83F93">
      <w:pPr>
        <w:numPr>
          <w:ilvl w:val="0"/>
          <w:numId w:val="45"/>
        </w:numPr>
        <w:spacing w:after="0"/>
        <w:rPr>
          <w:noProof/>
          <w:lang w:eastAsia="en-US"/>
        </w:rPr>
      </w:pPr>
      <w:r w:rsidRPr="00F51F43">
        <w:rPr>
          <w:noProof/>
          <w:lang w:eastAsia="en-US"/>
        </w:rPr>
        <w:t>praćenje provedbe zadaća stručnih suradnika, odgojitelja i drugih uključenih djelatnika u radu s djecom s posebnim odgojno-obrazovnim potrebama</w:t>
      </w:r>
    </w:p>
    <w:p w14:paraId="22D57567" w14:textId="77777777" w:rsidR="00D83F93" w:rsidRPr="00F51F43" w:rsidRDefault="00D83F93" w:rsidP="00D83F93">
      <w:pPr>
        <w:numPr>
          <w:ilvl w:val="0"/>
          <w:numId w:val="45"/>
        </w:numPr>
        <w:spacing w:after="0"/>
        <w:rPr>
          <w:noProof/>
          <w:lang w:eastAsia="en-US"/>
        </w:rPr>
      </w:pPr>
      <w:r w:rsidRPr="00F51F43">
        <w:rPr>
          <w:noProof/>
          <w:lang w:eastAsia="en-US"/>
        </w:rPr>
        <w:t>suradnja s roditeljima i pružanje organizacijske podrške u ostvarivanju suradnje s nadležnim ustanovama i stručnjacima</w:t>
      </w:r>
    </w:p>
    <w:p w14:paraId="7205C6CF" w14:textId="77777777" w:rsidR="00D83F93" w:rsidRPr="00F51F43" w:rsidRDefault="00D83F93" w:rsidP="00D83F93">
      <w:pPr>
        <w:numPr>
          <w:ilvl w:val="0"/>
          <w:numId w:val="45"/>
        </w:numPr>
        <w:spacing w:after="0"/>
        <w:rPr>
          <w:noProof/>
          <w:lang w:eastAsia="en-US"/>
        </w:rPr>
      </w:pPr>
      <w:r w:rsidRPr="00F51F43">
        <w:rPr>
          <w:noProof/>
          <w:lang w:eastAsia="en-US"/>
        </w:rPr>
        <w:lastRenderedPageBreak/>
        <w:t>osiguravanje primjerenih organizacijskih, prostornih i materijalnih uvjeta u odgojno-obrazovnim skupinama u koje su uključena djeca s posebnim odgojno-obrazovnim potrebama</w:t>
      </w:r>
    </w:p>
    <w:p w14:paraId="62A8DD98" w14:textId="77777777" w:rsidR="00D83F93" w:rsidRPr="00F51F43" w:rsidRDefault="00D83F93" w:rsidP="00D83F93">
      <w:pPr>
        <w:numPr>
          <w:ilvl w:val="0"/>
          <w:numId w:val="45"/>
        </w:numPr>
        <w:spacing w:after="0"/>
        <w:rPr>
          <w:noProof/>
          <w:lang w:eastAsia="en-US"/>
        </w:rPr>
      </w:pPr>
      <w:r w:rsidRPr="00F51F43">
        <w:rPr>
          <w:noProof/>
          <w:lang w:eastAsia="en-US"/>
        </w:rPr>
        <w:t>osiguravanje stručnih i kadrovskih preduvjeta za pružanje odgovarajuće podrške djeci, u skladu s njihovim individualnim potrebama i mogućnostima Vrtića</w:t>
      </w:r>
    </w:p>
    <w:p w14:paraId="034A0DBA" w14:textId="77777777" w:rsidR="00D83F93" w:rsidRPr="00F51F43" w:rsidRDefault="00D83F93" w:rsidP="00D83F93">
      <w:pPr>
        <w:numPr>
          <w:ilvl w:val="0"/>
          <w:numId w:val="45"/>
        </w:numPr>
        <w:spacing w:after="0"/>
        <w:rPr>
          <w:noProof/>
          <w:lang w:eastAsia="en-US"/>
        </w:rPr>
      </w:pPr>
      <w:r w:rsidRPr="00F51F43">
        <w:rPr>
          <w:noProof/>
          <w:lang w:eastAsia="en-US"/>
        </w:rPr>
        <w:t>suradnja sa stručnim timom u planiranju, praćenju i vrednovanju odgovarajućih oblika podrške</w:t>
      </w:r>
    </w:p>
    <w:p w14:paraId="4AFD5590" w14:textId="77777777" w:rsidR="00D83F93" w:rsidRPr="00F51F43" w:rsidRDefault="00D83F93" w:rsidP="00D83F93">
      <w:pPr>
        <w:numPr>
          <w:ilvl w:val="0"/>
          <w:numId w:val="45"/>
        </w:numPr>
        <w:spacing w:after="0"/>
        <w:rPr>
          <w:noProof/>
          <w:lang w:eastAsia="en-US"/>
        </w:rPr>
      </w:pPr>
      <w:r w:rsidRPr="00F51F43">
        <w:rPr>
          <w:noProof/>
          <w:lang w:eastAsia="en-US"/>
        </w:rPr>
        <w:t>koordiniranje poslova vezanih uz uključivanje pomoćnika za djecu s teškoćama u razvoju i drugih oblika dodatne podrške kada za to postoji potreba</w:t>
      </w:r>
    </w:p>
    <w:p w14:paraId="73C8499B" w14:textId="77777777" w:rsidR="00D83F93" w:rsidRPr="00F51F43" w:rsidRDefault="00D83F93" w:rsidP="00D83F93">
      <w:pPr>
        <w:numPr>
          <w:ilvl w:val="0"/>
          <w:numId w:val="45"/>
        </w:numPr>
        <w:spacing w:after="0"/>
        <w:rPr>
          <w:noProof/>
          <w:lang w:eastAsia="en-US"/>
        </w:rPr>
      </w:pPr>
      <w:r w:rsidRPr="00F51F43">
        <w:rPr>
          <w:noProof/>
          <w:lang w:eastAsia="en-US"/>
        </w:rPr>
        <w:t>poticanje inkluzivne kulture Vrtića i senzibiliziranje zaposlenika za potrebe, prava i mogućnosti svakog djeteta.</w:t>
      </w:r>
    </w:p>
    <w:p w14:paraId="65BCBD69" w14:textId="77777777" w:rsidR="00D83F93" w:rsidRPr="00F51F43" w:rsidRDefault="00D83F93" w:rsidP="00D83F93">
      <w:pPr>
        <w:pStyle w:val="Naslov3"/>
        <w:rPr>
          <w:noProof/>
          <w:lang w:eastAsia="en-US"/>
        </w:rPr>
      </w:pPr>
      <w:bookmarkStart w:id="58" w:name="_Toc241563374"/>
      <w:r w:rsidRPr="00F51F43">
        <w:rPr>
          <w:noProof/>
          <w:lang w:eastAsia="en-US"/>
        </w:rPr>
        <w:t>7. ZADAĆE I DJELATNOSTI U ODNOSU NA RAD UPRAVNOG VIJEĆA DJEČJEG VRTIĆA VRAPČIĆ</w:t>
      </w:r>
      <w:bookmarkEnd w:id="58"/>
    </w:p>
    <w:p w14:paraId="14BB59F6" w14:textId="77777777" w:rsidR="00D83F93" w:rsidRPr="00F51F43" w:rsidRDefault="00D83F93" w:rsidP="00D83F93">
      <w:pPr>
        <w:numPr>
          <w:ilvl w:val="0"/>
          <w:numId w:val="46"/>
        </w:numPr>
        <w:spacing w:after="0"/>
        <w:rPr>
          <w:noProof/>
          <w:lang w:eastAsia="en-US"/>
        </w:rPr>
      </w:pPr>
      <w:r w:rsidRPr="00F51F43">
        <w:rPr>
          <w:noProof/>
          <w:lang w:eastAsia="en-US"/>
        </w:rPr>
        <w:t>suradnja s predsjednikom i članovima Upravnog vijeća</w:t>
      </w:r>
    </w:p>
    <w:p w14:paraId="7276ECA9" w14:textId="77777777" w:rsidR="00D83F93" w:rsidRPr="00F51F43" w:rsidRDefault="00D83F93" w:rsidP="00D83F93">
      <w:pPr>
        <w:numPr>
          <w:ilvl w:val="0"/>
          <w:numId w:val="46"/>
        </w:numPr>
        <w:spacing w:after="0"/>
        <w:rPr>
          <w:noProof/>
          <w:lang w:eastAsia="en-US"/>
        </w:rPr>
      </w:pPr>
      <w:r w:rsidRPr="00F51F43">
        <w:rPr>
          <w:noProof/>
          <w:lang w:eastAsia="en-US"/>
        </w:rPr>
        <w:t>sudjelovanje u pripremi sjednica Upravnog vijeća i pripremi potrebnih materijala</w:t>
      </w:r>
    </w:p>
    <w:p w14:paraId="5761F55F" w14:textId="77777777" w:rsidR="00D83F93" w:rsidRPr="00F51F43" w:rsidRDefault="00D83F93" w:rsidP="00D83F93">
      <w:pPr>
        <w:numPr>
          <w:ilvl w:val="0"/>
          <w:numId w:val="46"/>
        </w:numPr>
        <w:spacing w:after="0"/>
        <w:rPr>
          <w:noProof/>
          <w:lang w:eastAsia="en-US"/>
        </w:rPr>
      </w:pPr>
      <w:r w:rsidRPr="00F51F43">
        <w:rPr>
          <w:noProof/>
          <w:lang w:eastAsia="en-US"/>
        </w:rPr>
        <w:t>izvještavanje Upravnog vijeća o pitanjima iz djelokruga rada ravnateljice</w:t>
      </w:r>
    </w:p>
    <w:p w14:paraId="640F1F97" w14:textId="77777777" w:rsidR="00D83F93" w:rsidRPr="00F51F43" w:rsidRDefault="00D83F93" w:rsidP="00D83F93">
      <w:pPr>
        <w:numPr>
          <w:ilvl w:val="0"/>
          <w:numId w:val="46"/>
        </w:numPr>
        <w:spacing w:after="0"/>
        <w:rPr>
          <w:noProof/>
          <w:lang w:eastAsia="en-US"/>
        </w:rPr>
      </w:pPr>
      <w:r w:rsidRPr="00F51F43">
        <w:rPr>
          <w:noProof/>
          <w:lang w:eastAsia="en-US"/>
        </w:rPr>
        <w:t>predlaganje odluka i drugih akata iz nadležnosti Upravnog vijeća</w:t>
      </w:r>
    </w:p>
    <w:p w14:paraId="333BDB24" w14:textId="77777777" w:rsidR="00D83F93" w:rsidRPr="00F51F43" w:rsidRDefault="00D83F93" w:rsidP="00D83F93">
      <w:pPr>
        <w:numPr>
          <w:ilvl w:val="0"/>
          <w:numId w:val="46"/>
        </w:numPr>
        <w:spacing w:after="0"/>
        <w:rPr>
          <w:noProof/>
          <w:lang w:eastAsia="en-US"/>
        </w:rPr>
      </w:pPr>
      <w:r w:rsidRPr="00F51F43">
        <w:rPr>
          <w:noProof/>
          <w:lang w:eastAsia="en-US"/>
        </w:rPr>
        <w:t>provođenje odluka i zaključaka donesenih na sjednicama Upravnog vijeća</w:t>
      </w:r>
    </w:p>
    <w:p w14:paraId="1A52D483" w14:textId="77777777" w:rsidR="00D83F93" w:rsidRPr="00F51F43" w:rsidRDefault="00D83F93" w:rsidP="00D83F93">
      <w:pPr>
        <w:numPr>
          <w:ilvl w:val="0"/>
          <w:numId w:val="46"/>
        </w:numPr>
        <w:spacing w:after="0"/>
        <w:rPr>
          <w:noProof/>
          <w:lang w:eastAsia="en-US"/>
        </w:rPr>
      </w:pPr>
      <w:r w:rsidRPr="00F51F43">
        <w:rPr>
          <w:noProof/>
          <w:lang w:eastAsia="en-US"/>
        </w:rPr>
        <w:t>pravodobno informiranje zaposlenika o odlukama Upravnog vijeća koje se odnose na njihov rad i poslovanje Vrtića</w:t>
      </w:r>
    </w:p>
    <w:p w14:paraId="76AF76A9" w14:textId="77777777" w:rsidR="00D83F93" w:rsidRPr="00F51F43" w:rsidRDefault="00D83F93" w:rsidP="00D83F93">
      <w:pPr>
        <w:numPr>
          <w:ilvl w:val="0"/>
          <w:numId w:val="46"/>
        </w:numPr>
        <w:spacing w:after="0"/>
        <w:rPr>
          <w:noProof/>
          <w:lang w:eastAsia="en-US"/>
        </w:rPr>
      </w:pPr>
      <w:r w:rsidRPr="00F51F43">
        <w:rPr>
          <w:noProof/>
          <w:lang w:eastAsia="en-US"/>
        </w:rPr>
        <w:t>praćenje provedbe odluka Upravnog vijeća te poduzimanje potrebnih aktivnosti u okviru ovlasti ravnateljice.</w:t>
      </w:r>
    </w:p>
    <w:p w14:paraId="44681FC4" w14:textId="77777777" w:rsidR="00D83F93" w:rsidRPr="00F51F43" w:rsidRDefault="00D83F93" w:rsidP="00D83F93">
      <w:pPr>
        <w:pStyle w:val="Naslov3"/>
        <w:rPr>
          <w:noProof/>
          <w:lang w:eastAsia="en-US"/>
        </w:rPr>
      </w:pPr>
      <w:bookmarkStart w:id="59" w:name="_Toc241563375"/>
      <w:r w:rsidRPr="00F51F43">
        <w:rPr>
          <w:noProof/>
          <w:lang w:eastAsia="en-US"/>
        </w:rPr>
        <w:t>8. OSTALI POSLOVI I ZADAĆE RAVNATELJICE</w:t>
      </w:r>
      <w:bookmarkEnd w:id="59"/>
    </w:p>
    <w:p w14:paraId="69976B1B" w14:textId="77777777" w:rsidR="00D83F93" w:rsidRPr="00F51F43" w:rsidRDefault="00D83F93" w:rsidP="00D83F93">
      <w:pPr>
        <w:numPr>
          <w:ilvl w:val="0"/>
          <w:numId w:val="47"/>
        </w:numPr>
        <w:spacing w:after="0"/>
        <w:rPr>
          <w:noProof/>
          <w:lang w:eastAsia="en-US"/>
        </w:rPr>
      </w:pPr>
      <w:r w:rsidRPr="00F51F43">
        <w:rPr>
          <w:noProof/>
          <w:lang w:eastAsia="en-US"/>
        </w:rPr>
        <w:t>zastupanje i predstavljanje Dječjeg vrtića Vrapčić</w:t>
      </w:r>
    </w:p>
    <w:p w14:paraId="70F4E0E5" w14:textId="77777777" w:rsidR="00D83F93" w:rsidRPr="00F51F43" w:rsidRDefault="00D83F93" w:rsidP="00D83F93">
      <w:pPr>
        <w:numPr>
          <w:ilvl w:val="0"/>
          <w:numId w:val="47"/>
        </w:numPr>
        <w:spacing w:after="0"/>
        <w:rPr>
          <w:noProof/>
          <w:lang w:eastAsia="en-US"/>
        </w:rPr>
      </w:pPr>
      <w:r w:rsidRPr="00F51F43">
        <w:rPr>
          <w:noProof/>
          <w:lang w:eastAsia="en-US"/>
        </w:rPr>
        <w:t>suradnja s općinama osnivačima, nadležnim ministarstvom, Agencijom za odgoj i obrazovanje, školama, drugim dječjim vrtićima, zdravstvenim i socijalnim ustanovama, udrugama te drugim institucijama i partnerima</w:t>
      </w:r>
    </w:p>
    <w:p w14:paraId="7D649538" w14:textId="77777777" w:rsidR="00D83F93" w:rsidRPr="00F51F43" w:rsidRDefault="00D83F93" w:rsidP="00D83F93">
      <w:pPr>
        <w:numPr>
          <w:ilvl w:val="0"/>
          <w:numId w:val="47"/>
        </w:numPr>
        <w:spacing w:after="0"/>
        <w:rPr>
          <w:noProof/>
          <w:lang w:eastAsia="en-US"/>
        </w:rPr>
      </w:pPr>
      <w:r w:rsidRPr="00F51F43">
        <w:rPr>
          <w:noProof/>
          <w:lang w:eastAsia="en-US"/>
        </w:rPr>
        <w:t>praćenje zakonitosti rada i usklađenosti poslovanja Vrtića s važećim propisima</w:t>
      </w:r>
    </w:p>
    <w:p w14:paraId="16BD7211" w14:textId="77777777" w:rsidR="00D83F93" w:rsidRPr="00F51F43" w:rsidRDefault="00D83F93" w:rsidP="00D83F93">
      <w:pPr>
        <w:numPr>
          <w:ilvl w:val="0"/>
          <w:numId w:val="47"/>
        </w:numPr>
        <w:spacing w:after="0"/>
        <w:rPr>
          <w:noProof/>
          <w:lang w:eastAsia="en-US"/>
        </w:rPr>
      </w:pPr>
      <w:r w:rsidRPr="00F51F43">
        <w:rPr>
          <w:noProof/>
          <w:lang w:eastAsia="en-US"/>
        </w:rPr>
        <w:t>briga o pravodobnom donošenju i usklađivanju općih akata, planova, programa, izvješća i druge dokumentacije Vrtića</w:t>
      </w:r>
    </w:p>
    <w:p w14:paraId="7CCDBF3A" w14:textId="77777777" w:rsidR="00D83F93" w:rsidRPr="00F51F43" w:rsidRDefault="00D83F93" w:rsidP="00D83F93">
      <w:pPr>
        <w:numPr>
          <w:ilvl w:val="0"/>
          <w:numId w:val="47"/>
        </w:numPr>
        <w:spacing w:after="0"/>
        <w:rPr>
          <w:noProof/>
          <w:lang w:eastAsia="en-US"/>
        </w:rPr>
      </w:pPr>
      <w:r w:rsidRPr="00F51F43">
        <w:rPr>
          <w:noProof/>
          <w:lang w:eastAsia="en-US"/>
        </w:rPr>
        <w:t>koordiniranje postupanja u izvanrednim, kriznim i drugim nepredviđenim situacijama</w:t>
      </w:r>
    </w:p>
    <w:p w14:paraId="7C2E1817" w14:textId="77777777" w:rsidR="00D83F93" w:rsidRPr="00F51F43" w:rsidRDefault="00D83F93" w:rsidP="00D83F93">
      <w:pPr>
        <w:numPr>
          <w:ilvl w:val="0"/>
          <w:numId w:val="47"/>
        </w:numPr>
        <w:spacing w:after="0"/>
        <w:rPr>
          <w:noProof/>
          <w:lang w:eastAsia="en-US"/>
        </w:rPr>
      </w:pPr>
      <w:r w:rsidRPr="00F51F43">
        <w:rPr>
          <w:noProof/>
          <w:lang w:eastAsia="en-US"/>
        </w:rPr>
        <w:lastRenderedPageBreak/>
        <w:t>rješavanje tekuće i nepredviđene problematike vezane uz organizaciju rada i poslovanje Vrtića</w:t>
      </w:r>
    </w:p>
    <w:p w14:paraId="0F5F2CA9" w14:textId="77777777" w:rsidR="00D83F93" w:rsidRPr="00F51F43" w:rsidRDefault="00D83F93" w:rsidP="00D83F93">
      <w:pPr>
        <w:numPr>
          <w:ilvl w:val="0"/>
          <w:numId w:val="47"/>
        </w:numPr>
        <w:spacing w:after="0"/>
        <w:rPr>
          <w:noProof/>
          <w:lang w:eastAsia="en-US"/>
        </w:rPr>
      </w:pPr>
      <w:r w:rsidRPr="00F51F43">
        <w:rPr>
          <w:noProof/>
          <w:lang w:eastAsia="en-US"/>
        </w:rPr>
        <w:t>obavljanje drugih poslova utvrđenih zakonom, statutom, općim aktima Vrtića i odlukama nadležnih tijela.</w:t>
      </w:r>
    </w:p>
    <w:p w14:paraId="5140FE13" w14:textId="77777777" w:rsidR="00DE5D96" w:rsidRPr="00F51F43" w:rsidRDefault="00DE5D96" w:rsidP="00DE5D96">
      <w:pPr>
        <w:tabs>
          <w:tab w:val="left" w:pos="709"/>
        </w:tabs>
        <w:rPr>
          <w:noProof/>
        </w:rPr>
      </w:pPr>
    </w:p>
    <w:p w14:paraId="455FFEF6" w14:textId="77777777" w:rsidR="00DE5D96" w:rsidRPr="00F51F43" w:rsidRDefault="00DE5D96" w:rsidP="00373169">
      <w:pPr>
        <w:pStyle w:val="Naslov2"/>
        <w:rPr>
          <w:noProof/>
        </w:rPr>
      </w:pPr>
      <w:bookmarkStart w:id="60" w:name="_Toc241563376"/>
      <w:r w:rsidRPr="00F51F43">
        <w:rPr>
          <w:noProof/>
        </w:rPr>
        <w:t>10.2. GODIŠNJI PLAN I PROGRAM RADA</w:t>
      </w:r>
      <w:r w:rsidR="00D66FC1" w:rsidRPr="00F51F43">
        <w:rPr>
          <w:noProof/>
        </w:rPr>
        <w:t xml:space="preserve"> STRUČNE SURADNICE</w:t>
      </w:r>
      <w:r w:rsidRPr="00F51F43">
        <w:rPr>
          <w:noProof/>
        </w:rPr>
        <w:t xml:space="preserve"> PEDAGOGINJE</w:t>
      </w:r>
      <w:bookmarkEnd w:id="60"/>
    </w:p>
    <w:p w14:paraId="0EC4F7F7" w14:textId="77777777" w:rsidR="0021392C" w:rsidRPr="00F51F43" w:rsidRDefault="0021392C" w:rsidP="0021392C">
      <w:pPr>
        <w:tabs>
          <w:tab w:val="left" w:pos="709"/>
        </w:tabs>
        <w:rPr>
          <w:bCs/>
          <w:noProof/>
        </w:rPr>
      </w:pPr>
    </w:p>
    <w:tbl>
      <w:tblPr>
        <w:tblStyle w:val="Reetkatablice"/>
        <w:tblW w:w="9072" w:type="dxa"/>
        <w:jc w:val="center"/>
        <w:tblLook w:val="04A0" w:firstRow="1" w:lastRow="0" w:firstColumn="1" w:lastColumn="0" w:noHBand="0" w:noVBand="1"/>
      </w:tblPr>
      <w:tblGrid>
        <w:gridCol w:w="758"/>
        <w:gridCol w:w="971"/>
        <w:gridCol w:w="3390"/>
        <w:gridCol w:w="1696"/>
        <w:gridCol w:w="2257"/>
      </w:tblGrid>
      <w:tr w:rsidR="00011911" w:rsidRPr="00F51F43" w14:paraId="4BA7479C" w14:textId="77777777" w:rsidTr="00011911">
        <w:trPr>
          <w:cantSplit/>
          <w:trHeight w:val="1104"/>
          <w:tblHeader/>
          <w:jc w:val="center"/>
        </w:trPr>
        <w:tc>
          <w:tcPr>
            <w:tcW w:w="759" w:type="dxa"/>
            <w:tcBorders>
              <w:top w:val="single" w:sz="4" w:space="0" w:color="auto"/>
              <w:left w:val="single" w:sz="4" w:space="0" w:color="auto"/>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356974FB" w14:textId="77777777" w:rsidR="00011911" w:rsidRPr="00F51F43" w:rsidRDefault="00011911" w:rsidP="00011911">
            <w:pPr>
              <w:spacing w:after="0" w:line="240" w:lineRule="auto"/>
              <w:jc w:val="center"/>
              <w:rPr>
                <w:b/>
                <w:bCs/>
                <w:noProof/>
                <w:sz w:val="20"/>
                <w:szCs w:val="20"/>
              </w:rPr>
            </w:pPr>
            <w:r w:rsidRPr="00F51F43">
              <w:rPr>
                <w:b/>
                <w:bCs/>
                <w:noProof/>
                <w:sz w:val="20"/>
                <w:szCs w:val="20"/>
              </w:rPr>
              <w:t>Period</w:t>
            </w:r>
          </w:p>
        </w:tc>
        <w:tc>
          <w:tcPr>
            <w:tcW w:w="934"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29B98824" w14:textId="77777777" w:rsidR="00011911" w:rsidRPr="00F51F43" w:rsidRDefault="00011911" w:rsidP="00011911">
            <w:pPr>
              <w:spacing w:after="0" w:line="240" w:lineRule="auto"/>
              <w:jc w:val="center"/>
              <w:rPr>
                <w:b/>
                <w:bCs/>
                <w:noProof/>
                <w:sz w:val="20"/>
                <w:szCs w:val="20"/>
              </w:rPr>
            </w:pPr>
            <w:r w:rsidRPr="00F51F43">
              <w:rPr>
                <w:b/>
                <w:bCs/>
                <w:noProof/>
                <w:sz w:val="20"/>
                <w:szCs w:val="20"/>
              </w:rPr>
              <w:t>Područje rada</w:t>
            </w:r>
          </w:p>
        </w:tc>
        <w:tc>
          <w:tcPr>
            <w:tcW w:w="3409"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4DA8A771" w14:textId="77777777" w:rsidR="00011911" w:rsidRPr="00F51F43" w:rsidRDefault="00011911" w:rsidP="00011911">
            <w:pPr>
              <w:spacing w:after="0" w:line="240" w:lineRule="auto"/>
              <w:jc w:val="center"/>
              <w:rPr>
                <w:b/>
                <w:bCs/>
                <w:noProof/>
                <w:sz w:val="20"/>
                <w:szCs w:val="20"/>
              </w:rPr>
            </w:pPr>
            <w:r w:rsidRPr="00F51F43">
              <w:rPr>
                <w:b/>
                <w:bCs/>
                <w:noProof/>
                <w:sz w:val="20"/>
                <w:szCs w:val="20"/>
              </w:rPr>
              <w:t>Planirana aktivnost</w:t>
            </w:r>
          </w:p>
        </w:tc>
        <w:tc>
          <w:tcPr>
            <w:tcW w:w="1702"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5A2C7623" w14:textId="77777777" w:rsidR="00011911" w:rsidRPr="00F51F43" w:rsidRDefault="00011911" w:rsidP="00011911">
            <w:pPr>
              <w:spacing w:after="0" w:line="240" w:lineRule="auto"/>
              <w:jc w:val="center"/>
              <w:rPr>
                <w:b/>
                <w:bCs/>
                <w:noProof/>
                <w:sz w:val="20"/>
                <w:szCs w:val="20"/>
              </w:rPr>
            </w:pPr>
            <w:r w:rsidRPr="00F51F43">
              <w:rPr>
                <w:b/>
                <w:bCs/>
                <w:noProof/>
                <w:sz w:val="20"/>
                <w:szCs w:val="20"/>
              </w:rPr>
              <w:t>Datum (plan)</w:t>
            </w:r>
          </w:p>
        </w:tc>
        <w:tc>
          <w:tcPr>
            <w:tcW w:w="2268"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76BCFF9E" w14:textId="77777777" w:rsidR="00011911" w:rsidRPr="00F51F43" w:rsidRDefault="00011911" w:rsidP="00011911">
            <w:pPr>
              <w:spacing w:after="0" w:line="240" w:lineRule="auto"/>
              <w:jc w:val="center"/>
              <w:rPr>
                <w:b/>
                <w:bCs/>
                <w:noProof/>
                <w:sz w:val="20"/>
                <w:szCs w:val="20"/>
              </w:rPr>
            </w:pPr>
            <w:r w:rsidRPr="00F51F43">
              <w:rPr>
                <w:b/>
                <w:bCs/>
                <w:noProof/>
                <w:sz w:val="20"/>
                <w:szCs w:val="20"/>
              </w:rPr>
              <w:t>Nositelj/i</w:t>
            </w:r>
          </w:p>
        </w:tc>
      </w:tr>
      <w:tr w:rsidR="00011911" w:rsidRPr="00F51F43" w14:paraId="35EDD823" w14:textId="77777777" w:rsidTr="00011911">
        <w:trPr>
          <w:cantSplit/>
          <w:trHeight w:val="1188"/>
          <w:jc w:val="center"/>
        </w:trPr>
        <w:tc>
          <w:tcPr>
            <w:tcW w:w="759" w:type="dxa"/>
            <w:vMerge w:val="restart"/>
            <w:tcBorders>
              <w:top w:val="nil"/>
              <w:left w:val="single" w:sz="4" w:space="0" w:color="auto"/>
              <w:bottom w:val="single" w:sz="4" w:space="0" w:color="000000"/>
              <w:right w:val="single" w:sz="4" w:space="0" w:color="auto"/>
            </w:tcBorders>
            <w:shd w:val="clear" w:color="auto" w:fill="auto"/>
            <w:tcMar>
              <w:top w:w="80" w:type="dxa"/>
              <w:left w:w="80" w:type="dxa"/>
              <w:bottom w:w="80" w:type="dxa"/>
              <w:right w:w="80" w:type="dxa"/>
            </w:tcMar>
            <w:textDirection w:val="btLr"/>
            <w:vAlign w:val="center"/>
            <w:hideMark/>
          </w:tcPr>
          <w:p w14:paraId="6B730535" w14:textId="77777777" w:rsidR="00011911" w:rsidRPr="00F51F43" w:rsidRDefault="00011911" w:rsidP="00011911">
            <w:pPr>
              <w:spacing w:after="0" w:line="240" w:lineRule="auto"/>
              <w:jc w:val="center"/>
              <w:rPr>
                <w:b/>
                <w:bCs/>
                <w:noProof/>
                <w:sz w:val="20"/>
                <w:szCs w:val="20"/>
              </w:rPr>
            </w:pPr>
            <w:r w:rsidRPr="00F51F43">
              <w:rPr>
                <w:b/>
                <w:bCs/>
                <w:noProof/>
                <w:sz w:val="20"/>
                <w:szCs w:val="20"/>
              </w:rPr>
              <w:t>KONTINUIRANO TIJEKOM GODINE</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69BC4C8"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nil"/>
              <w:right w:val="nil"/>
            </w:tcBorders>
            <w:shd w:val="clear" w:color="auto" w:fill="auto"/>
            <w:tcMar>
              <w:top w:w="80" w:type="dxa"/>
              <w:left w:w="80" w:type="dxa"/>
              <w:bottom w:w="80" w:type="dxa"/>
              <w:right w:w="80" w:type="dxa"/>
            </w:tcMar>
            <w:vAlign w:val="center"/>
            <w:hideMark/>
          </w:tcPr>
          <w:p w14:paraId="10D8F052" w14:textId="77777777" w:rsidR="00011911" w:rsidRPr="00F51F43" w:rsidRDefault="00011911" w:rsidP="00011911">
            <w:pPr>
              <w:spacing w:after="0" w:line="240" w:lineRule="auto"/>
              <w:jc w:val="center"/>
              <w:rPr>
                <w:noProof/>
                <w:sz w:val="20"/>
                <w:szCs w:val="20"/>
              </w:rPr>
            </w:pPr>
            <w:r w:rsidRPr="00F51F43">
              <w:rPr>
                <w:noProof/>
                <w:sz w:val="20"/>
                <w:szCs w:val="20"/>
              </w:rPr>
              <w:t>Praćenje odgojno-obrazovnog procesa; opažanje djece i praćenje razvoja; pisanje stručnih mišljenja; uključivanje u odgojno-obrazovni rad prema potrebi</w:t>
            </w:r>
          </w:p>
        </w:tc>
        <w:tc>
          <w:tcPr>
            <w:tcW w:w="170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D882E16" w14:textId="77777777" w:rsidR="00011911" w:rsidRPr="00F51F43" w:rsidRDefault="00011911" w:rsidP="00011911">
            <w:pPr>
              <w:spacing w:after="0" w:line="240" w:lineRule="auto"/>
              <w:jc w:val="center"/>
              <w:rPr>
                <w:noProof/>
                <w:sz w:val="20"/>
                <w:szCs w:val="20"/>
              </w:rPr>
            </w:pPr>
            <w:r w:rsidRPr="00F51F43">
              <w:rPr>
                <w:noProof/>
                <w:sz w:val="20"/>
                <w:szCs w:val="20"/>
              </w:rPr>
              <w:t>tijekom godine</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C5CF9F4"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1EB24523" w14:textId="77777777" w:rsidTr="00011911">
        <w:trPr>
          <w:cantSplit/>
          <w:trHeight w:val="1200"/>
          <w:jc w:val="center"/>
        </w:trPr>
        <w:tc>
          <w:tcPr>
            <w:tcW w:w="759" w:type="dxa"/>
            <w:vMerge/>
            <w:tcBorders>
              <w:top w:val="nil"/>
              <w:left w:val="single" w:sz="4" w:space="0" w:color="auto"/>
              <w:bottom w:val="single" w:sz="4" w:space="0" w:color="000000"/>
              <w:right w:val="single" w:sz="4" w:space="0" w:color="auto"/>
            </w:tcBorders>
            <w:vAlign w:val="center"/>
            <w:hideMark/>
          </w:tcPr>
          <w:p w14:paraId="00899009"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8674A2A"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D94FD21" w14:textId="77777777" w:rsidR="00011911" w:rsidRPr="00F51F43" w:rsidRDefault="00011911" w:rsidP="00011911">
            <w:pPr>
              <w:spacing w:after="0" w:line="240" w:lineRule="auto"/>
              <w:jc w:val="center"/>
              <w:rPr>
                <w:noProof/>
                <w:sz w:val="20"/>
                <w:szCs w:val="20"/>
              </w:rPr>
            </w:pPr>
            <w:r w:rsidRPr="00F51F43">
              <w:rPr>
                <w:noProof/>
                <w:sz w:val="20"/>
                <w:szCs w:val="20"/>
              </w:rPr>
              <w:t xml:space="preserve">Individualna savjetovanja; konzultacije na zahtjev roditelja ili odgojitelja; sudjelovanje na roditeljskim sastancima prema potrebi; informiranje roditelja o razvoju i odgojno-obrazovnom radu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7BFD86C" w14:textId="77777777" w:rsidR="00011911" w:rsidRPr="00F51F43" w:rsidRDefault="00011911" w:rsidP="00011911">
            <w:pPr>
              <w:spacing w:after="0" w:line="240" w:lineRule="auto"/>
              <w:jc w:val="center"/>
              <w:rPr>
                <w:noProof/>
                <w:sz w:val="20"/>
                <w:szCs w:val="20"/>
              </w:rPr>
            </w:pPr>
            <w:r w:rsidRPr="00F51F43">
              <w:rPr>
                <w:noProof/>
                <w:sz w:val="20"/>
                <w:szCs w:val="20"/>
              </w:rPr>
              <w:t>tijekom godine</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5DE5D68"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6265D94F" w14:textId="77777777" w:rsidTr="00011911">
        <w:trPr>
          <w:cantSplit/>
          <w:trHeight w:val="1200"/>
          <w:jc w:val="center"/>
        </w:trPr>
        <w:tc>
          <w:tcPr>
            <w:tcW w:w="759" w:type="dxa"/>
            <w:vMerge/>
            <w:tcBorders>
              <w:top w:val="nil"/>
              <w:left w:val="single" w:sz="4" w:space="0" w:color="auto"/>
              <w:bottom w:val="single" w:sz="4" w:space="0" w:color="000000"/>
              <w:right w:val="single" w:sz="4" w:space="0" w:color="auto"/>
            </w:tcBorders>
            <w:vAlign w:val="center"/>
            <w:hideMark/>
          </w:tcPr>
          <w:p w14:paraId="381307D6"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D207874"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1B9E091" w14:textId="77777777" w:rsidR="00011911" w:rsidRPr="00F51F43" w:rsidRDefault="00011911" w:rsidP="00011911">
            <w:pPr>
              <w:spacing w:after="0" w:line="240" w:lineRule="auto"/>
              <w:jc w:val="center"/>
              <w:rPr>
                <w:noProof/>
                <w:sz w:val="20"/>
                <w:szCs w:val="20"/>
              </w:rPr>
            </w:pPr>
            <w:r w:rsidRPr="00F51F43">
              <w:rPr>
                <w:noProof/>
                <w:sz w:val="20"/>
                <w:szCs w:val="20"/>
              </w:rPr>
              <w:t>Savjetodavni rad; hospitacije i praćenje odgojno-obrazovnog rada; pomoć u planiranju i vrednovanju rada; predlaganje unapređenja rada; mentorstvo pripravnicima i studentima; priprema i provedba internih edukacija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2E90022" w14:textId="77777777" w:rsidR="00011911" w:rsidRPr="00F51F43" w:rsidRDefault="00011911" w:rsidP="00011911">
            <w:pPr>
              <w:spacing w:after="0" w:line="240" w:lineRule="auto"/>
              <w:jc w:val="center"/>
              <w:rPr>
                <w:noProof/>
                <w:sz w:val="20"/>
                <w:szCs w:val="20"/>
              </w:rPr>
            </w:pPr>
            <w:r w:rsidRPr="00F51F43">
              <w:rPr>
                <w:noProof/>
                <w:sz w:val="20"/>
                <w:szCs w:val="20"/>
              </w:rPr>
              <w:t>tijekom godine</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B6C9BB"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69563E44" w14:textId="77777777" w:rsidTr="00011911">
        <w:trPr>
          <w:cantSplit/>
          <w:trHeight w:val="1440"/>
          <w:jc w:val="center"/>
        </w:trPr>
        <w:tc>
          <w:tcPr>
            <w:tcW w:w="759" w:type="dxa"/>
            <w:vMerge/>
            <w:tcBorders>
              <w:top w:val="nil"/>
              <w:left w:val="single" w:sz="4" w:space="0" w:color="auto"/>
              <w:bottom w:val="single" w:sz="4" w:space="0" w:color="000000"/>
              <w:right w:val="single" w:sz="4" w:space="0" w:color="auto"/>
            </w:tcBorders>
            <w:vAlign w:val="center"/>
            <w:hideMark/>
          </w:tcPr>
          <w:p w14:paraId="784E9C63"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AD2895B"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9EC70F3" w14:textId="77777777" w:rsidR="00011911" w:rsidRPr="00F51F43" w:rsidRDefault="00011911" w:rsidP="00011911">
            <w:pPr>
              <w:spacing w:after="0" w:line="240" w:lineRule="auto"/>
              <w:jc w:val="center"/>
              <w:rPr>
                <w:noProof/>
                <w:sz w:val="20"/>
                <w:szCs w:val="20"/>
              </w:rPr>
            </w:pPr>
            <w:r w:rsidRPr="00F51F43">
              <w:rPr>
                <w:noProof/>
                <w:sz w:val="20"/>
                <w:szCs w:val="20"/>
              </w:rPr>
              <w:t>Kontinuirano stručno usavršavanje, suradnja s vanjskim ustanovama, vođenje dokumentacije i evidencija, sudjelovanje u samovrednovanju ustanove, organizacija projekata, manifestacija i obiježavanje važnih datuma, sudjelovanje u izradi kurikuluma, godišnjeg plana i izvješća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EB61515" w14:textId="77777777" w:rsidR="00011911" w:rsidRPr="00F51F43" w:rsidRDefault="00011911" w:rsidP="00011911">
            <w:pPr>
              <w:spacing w:after="0" w:line="240" w:lineRule="auto"/>
              <w:jc w:val="center"/>
              <w:rPr>
                <w:noProof/>
                <w:sz w:val="20"/>
                <w:szCs w:val="20"/>
              </w:rPr>
            </w:pPr>
            <w:r w:rsidRPr="00F51F43">
              <w:rPr>
                <w:noProof/>
                <w:sz w:val="20"/>
                <w:szCs w:val="20"/>
              </w:rPr>
              <w:t>tijekom godine</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A53BBBE"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4C67CBB4" w14:textId="77777777" w:rsidTr="00011911">
        <w:trPr>
          <w:cantSplit/>
          <w:trHeight w:val="81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C9F932B" w14:textId="77777777" w:rsidR="00011911" w:rsidRPr="00F51F43" w:rsidRDefault="00011911" w:rsidP="00011911">
            <w:pPr>
              <w:spacing w:after="0" w:line="240" w:lineRule="auto"/>
              <w:jc w:val="center"/>
              <w:rPr>
                <w:b/>
                <w:bCs/>
                <w:noProof/>
                <w:sz w:val="20"/>
                <w:szCs w:val="20"/>
              </w:rPr>
            </w:pPr>
            <w:r w:rsidRPr="00F51F43">
              <w:rPr>
                <w:b/>
                <w:bCs/>
                <w:noProof/>
                <w:sz w:val="20"/>
                <w:szCs w:val="20"/>
              </w:rPr>
              <w:t>RUJAN</w:t>
            </w:r>
          </w:p>
        </w:tc>
        <w:tc>
          <w:tcPr>
            <w:tcW w:w="934" w:type="dxa"/>
            <w:vMerge w:val="restart"/>
            <w:tcBorders>
              <w:top w:val="nil"/>
              <w:left w:val="single" w:sz="4" w:space="0" w:color="auto"/>
              <w:bottom w:val="single" w:sz="4" w:space="0" w:color="000000"/>
              <w:right w:val="single" w:sz="4" w:space="0" w:color="auto"/>
            </w:tcBorders>
            <w:shd w:val="clear" w:color="auto" w:fill="auto"/>
            <w:tcMar>
              <w:top w:w="80" w:type="dxa"/>
              <w:left w:w="80" w:type="dxa"/>
              <w:bottom w:w="80" w:type="dxa"/>
              <w:right w:w="80" w:type="dxa"/>
            </w:tcMar>
            <w:vAlign w:val="center"/>
            <w:hideMark/>
          </w:tcPr>
          <w:p w14:paraId="00DD91A5"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29232F" w14:textId="77777777" w:rsidR="00011911" w:rsidRPr="00F51F43" w:rsidRDefault="00011911" w:rsidP="00011911">
            <w:pPr>
              <w:spacing w:after="0" w:line="240" w:lineRule="auto"/>
              <w:jc w:val="center"/>
              <w:rPr>
                <w:noProof/>
                <w:sz w:val="20"/>
                <w:szCs w:val="20"/>
              </w:rPr>
            </w:pPr>
            <w:r w:rsidRPr="00F51F43">
              <w:rPr>
                <w:noProof/>
                <w:sz w:val="20"/>
                <w:szCs w:val="20"/>
              </w:rPr>
              <w:t>praćenje procesa prilagodbe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8379D69" w14:textId="77777777" w:rsidR="00011911" w:rsidRPr="00F51F43" w:rsidRDefault="00011911" w:rsidP="00011911">
            <w:pPr>
              <w:spacing w:after="0" w:line="240" w:lineRule="auto"/>
              <w:jc w:val="center"/>
              <w:rPr>
                <w:noProof/>
                <w:sz w:val="20"/>
                <w:szCs w:val="20"/>
              </w:rPr>
            </w:pPr>
            <w:r w:rsidRPr="00F51F43">
              <w:rPr>
                <w:noProof/>
                <w:sz w:val="20"/>
                <w:szCs w:val="20"/>
              </w:rPr>
              <w:t>rujan</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89EBA90" w14:textId="77777777" w:rsidR="00011911" w:rsidRPr="00F51F43" w:rsidRDefault="00011911" w:rsidP="00011911">
            <w:pPr>
              <w:spacing w:after="0" w:line="240" w:lineRule="auto"/>
              <w:jc w:val="center"/>
              <w:rPr>
                <w:noProof/>
                <w:sz w:val="20"/>
                <w:szCs w:val="20"/>
              </w:rPr>
            </w:pPr>
            <w:r w:rsidRPr="00F51F43">
              <w:rPr>
                <w:noProof/>
                <w:sz w:val="20"/>
                <w:szCs w:val="20"/>
              </w:rPr>
              <w:t>pedagoginja psihologinja, zdravstvena voditeljica</w:t>
            </w:r>
          </w:p>
        </w:tc>
      </w:tr>
      <w:tr w:rsidR="00011911" w:rsidRPr="00F51F43" w14:paraId="3DA05016" w14:textId="77777777" w:rsidTr="00011911">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44FE845E" w14:textId="77777777" w:rsidR="00011911" w:rsidRPr="00F51F43" w:rsidRDefault="00011911" w:rsidP="00011911">
            <w:pPr>
              <w:spacing w:after="0" w:line="240" w:lineRule="auto"/>
              <w:rPr>
                <w:b/>
                <w:bCs/>
                <w:noProof/>
                <w:sz w:val="20"/>
                <w:szCs w:val="20"/>
              </w:rPr>
            </w:pPr>
          </w:p>
        </w:tc>
        <w:tc>
          <w:tcPr>
            <w:tcW w:w="934" w:type="dxa"/>
            <w:vMerge/>
            <w:tcBorders>
              <w:top w:val="nil"/>
              <w:left w:val="single" w:sz="4" w:space="0" w:color="auto"/>
              <w:bottom w:val="single" w:sz="4" w:space="0" w:color="000000"/>
              <w:right w:val="single" w:sz="4" w:space="0" w:color="auto"/>
            </w:tcBorders>
            <w:vAlign w:val="center"/>
            <w:hideMark/>
          </w:tcPr>
          <w:p w14:paraId="7328EB07" w14:textId="77777777" w:rsidR="00011911" w:rsidRPr="00F51F43" w:rsidRDefault="00011911" w:rsidP="00011911">
            <w:pPr>
              <w:spacing w:after="0" w:line="240" w:lineRule="auto"/>
              <w:rPr>
                <w:noProof/>
                <w:sz w:val="20"/>
                <w:szCs w:val="20"/>
              </w:rPr>
            </w:pP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3CD666E" w14:textId="77777777" w:rsidR="00011911" w:rsidRPr="00F51F43" w:rsidRDefault="00011911" w:rsidP="00011911">
            <w:pPr>
              <w:spacing w:after="0" w:line="240" w:lineRule="auto"/>
              <w:jc w:val="center"/>
              <w:rPr>
                <w:noProof/>
                <w:sz w:val="20"/>
                <w:szCs w:val="20"/>
              </w:rPr>
            </w:pPr>
            <w:r w:rsidRPr="00F51F43">
              <w:rPr>
                <w:noProof/>
                <w:sz w:val="20"/>
                <w:szCs w:val="20"/>
              </w:rPr>
              <w:t>projekt "Čvrtić" - "Dabrić" Legrad (pričaonica - prvi dan jeseni)</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9DF393D" w14:textId="77777777" w:rsidR="00011911" w:rsidRPr="00F51F43" w:rsidRDefault="00011911" w:rsidP="00011911">
            <w:pPr>
              <w:spacing w:after="0" w:line="240" w:lineRule="auto"/>
              <w:jc w:val="center"/>
              <w:rPr>
                <w:noProof/>
                <w:sz w:val="20"/>
                <w:szCs w:val="20"/>
              </w:rPr>
            </w:pPr>
            <w:r w:rsidRPr="00F51F43">
              <w:rPr>
                <w:noProof/>
                <w:sz w:val="20"/>
                <w:szCs w:val="20"/>
              </w:rPr>
              <w:t>23.9.2026.</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3A3CA9B"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7D0E237D" w14:textId="77777777" w:rsidTr="00011911">
        <w:trPr>
          <w:cantSplit/>
          <w:trHeight w:val="1440"/>
          <w:jc w:val="center"/>
        </w:trPr>
        <w:tc>
          <w:tcPr>
            <w:tcW w:w="759" w:type="dxa"/>
            <w:vMerge/>
            <w:tcBorders>
              <w:top w:val="nil"/>
              <w:left w:val="single" w:sz="4" w:space="0" w:color="auto"/>
              <w:bottom w:val="single" w:sz="4" w:space="0" w:color="auto"/>
              <w:right w:val="single" w:sz="4" w:space="0" w:color="auto"/>
            </w:tcBorders>
            <w:vAlign w:val="center"/>
            <w:hideMark/>
          </w:tcPr>
          <w:p w14:paraId="4A2D232C" w14:textId="77777777" w:rsidR="00011911" w:rsidRPr="00F51F43" w:rsidRDefault="00011911" w:rsidP="00011911">
            <w:pPr>
              <w:spacing w:after="0" w:line="240" w:lineRule="auto"/>
              <w:rPr>
                <w:b/>
                <w:bCs/>
                <w:noProof/>
                <w:sz w:val="20"/>
                <w:szCs w:val="20"/>
              </w:rPr>
            </w:pPr>
          </w:p>
        </w:tc>
        <w:tc>
          <w:tcPr>
            <w:tcW w:w="934" w:type="dxa"/>
            <w:vMerge w:val="restart"/>
            <w:tcBorders>
              <w:top w:val="nil"/>
              <w:left w:val="single" w:sz="4" w:space="0" w:color="auto"/>
              <w:bottom w:val="single" w:sz="4" w:space="0" w:color="000000"/>
              <w:right w:val="single" w:sz="4" w:space="0" w:color="auto"/>
            </w:tcBorders>
            <w:shd w:val="clear" w:color="auto" w:fill="auto"/>
            <w:tcMar>
              <w:top w:w="80" w:type="dxa"/>
              <w:left w:w="80" w:type="dxa"/>
              <w:bottom w:w="80" w:type="dxa"/>
              <w:right w:w="80" w:type="dxa"/>
            </w:tcMar>
            <w:vAlign w:val="center"/>
            <w:hideMark/>
          </w:tcPr>
          <w:p w14:paraId="40AB3E41"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4801357" w14:textId="77777777" w:rsidR="00011911" w:rsidRPr="00F51F43" w:rsidRDefault="00011911" w:rsidP="00011911">
            <w:pPr>
              <w:spacing w:after="0" w:line="240" w:lineRule="auto"/>
              <w:jc w:val="center"/>
              <w:rPr>
                <w:noProof/>
                <w:sz w:val="20"/>
                <w:szCs w:val="20"/>
              </w:rPr>
            </w:pPr>
            <w:r w:rsidRPr="00F51F43">
              <w:rPr>
                <w:noProof/>
                <w:sz w:val="20"/>
                <w:szCs w:val="20"/>
              </w:rPr>
              <w:t>roditeljski sastanci za sve skupine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072AE46" w14:textId="77777777" w:rsidR="00011911" w:rsidRPr="00F51F43" w:rsidRDefault="00011911" w:rsidP="00011911">
            <w:pPr>
              <w:spacing w:after="0" w:line="240" w:lineRule="auto"/>
              <w:jc w:val="center"/>
              <w:rPr>
                <w:noProof/>
                <w:sz w:val="20"/>
                <w:szCs w:val="20"/>
              </w:rPr>
            </w:pPr>
            <w:r w:rsidRPr="00F51F43">
              <w:rPr>
                <w:noProof/>
                <w:sz w:val="20"/>
                <w:szCs w:val="20"/>
              </w:rPr>
              <w:t>1.-7.9.2026. (redom Đelekovec, Legrad, Gola, K. Ivanec, K. Bregi)</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A9479B7"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psihologinja, zdravstvena voditeljica</w:t>
            </w:r>
          </w:p>
        </w:tc>
      </w:tr>
      <w:tr w:rsidR="00011911" w:rsidRPr="00F51F43" w14:paraId="383CC223"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22747397" w14:textId="77777777" w:rsidR="00011911" w:rsidRPr="00F51F43" w:rsidRDefault="00011911" w:rsidP="00011911">
            <w:pPr>
              <w:spacing w:after="0" w:line="240" w:lineRule="auto"/>
              <w:rPr>
                <w:b/>
                <w:bCs/>
                <w:noProof/>
                <w:sz w:val="20"/>
                <w:szCs w:val="20"/>
              </w:rPr>
            </w:pPr>
          </w:p>
        </w:tc>
        <w:tc>
          <w:tcPr>
            <w:tcW w:w="934" w:type="dxa"/>
            <w:vMerge/>
            <w:tcBorders>
              <w:top w:val="nil"/>
              <w:left w:val="single" w:sz="4" w:space="0" w:color="auto"/>
              <w:bottom w:val="single" w:sz="4" w:space="0" w:color="000000"/>
              <w:right w:val="single" w:sz="4" w:space="0" w:color="auto"/>
            </w:tcBorders>
            <w:vAlign w:val="center"/>
            <w:hideMark/>
          </w:tcPr>
          <w:p w14:paraId="68832106" w14:textId="77777777" w:rsidR="00011911" w:rsidRPr="00F51F43" w:rsidRDefault="00011911" w:rsidP="00011911">
            <w:pPr>
              <w:spacing w:after="0" w:line="240" w:lineRule="auto"/>
              <w:rPr>
                <w:noProof/>
                <w:sz w:val="20"/>
                <w:szCs w:val="20"/>
              </w:rPr>
            </w:pP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996D3BA" w14:textId="77777777" w:rsidR="00011911" w:rsidRPr="00F51F43" w:rsidRDefault="00011911" w:rsidP="00011911">
            <w:pPr>
              <w:spacing w:after="0" w:line="240" w:lineRule="auto"/>
              <w:jc w:val="center"/>
              <w:rPr>
                <w:noProof/>
                <w:sz w:val="20"/>
                <w:szCs w:val="20"/>
              </w:rPr>
            </w:pPr>
            <w:r w:rsidRPr="00F51F43">
              <w:rPr>
                <w:noProof/>
                <w:sz w:val="20"/>
                <w:szCs w:val="20"/>
              </w:rPr>
              <w:t>letak: jesenje aktivnosti s djecom</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A45334D" w14:textId="77777777" w:rsidR="00011911" w:rsidRPr="00F51F43" w:rsidRDefault="00011911" w:rsidP="00011911">
            <w:pPr>
              <w:spacing w:after="0" w:line="240" w:lineRule="auto"/>
              <w:jc w:val="center"/>
              <w:rPr>
                <w:noProof/>
                <w:sz w:val="20"/>
                <w:szCs w:val="20"/>
              </w:rPr>
            </w:pPr>
            <w:r w:rsidRPr="00F51F43">
              <w:rPr>
                <w:noProof/>
                <w:sz w:val="20"/>
                <w:szCs w:val="20"/>
              </w:rPr>
              <w:t>kraj rujna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BCDFBAC"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4E147C09"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DF08B97"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027CF49"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47FC88" w14:textId="77777777" w:rsidR="00011911" w:rsidRPr="00F51F43" w:rsidRDefault="00011911" w:rsidP="00011911">
            <w:pPr>
              <w:spacing w:after="0" w:line="240" w:lineRule="auto"/>
              <w:jc w:val="center"/>
              <w:rPr>
                <w:noProof/>
                <w:sz w:val="20"/>
                <w:szCs w:val="20"/>
              </w:rPr>
            </w:pPr>
            <w:r w:rsidRPr="00F51F43">
              <w:rPr>
                <w:noProof/>
                <w:sz w:val="20"/>
                <w:szCs w:val="20"/>
              </w:rPr>
              <w:t xml:space="preserve"> Šumska kupka i aktivnosti šumske pedagogije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EAFE584" w14:textId="77777777" w:rsidR="00011911" w:rsidRPr="00F51F43" w:rsidRDefault="00011911" w:rsidP="00011911">
            <w:pPr>
              <w:spacing w:after="0" w:line="240" w:lineRule="auto"/>
              <w:jc w:val="center"/>
              <w:rPr>
                <w:noProof/>
                <w:sz w:val="20"/>
                <w:szCs w:val="20"/>
              </w:rPr>
            </w:pPr>
            <w:r w:rsidRPr="00F51F43">
              <w:rPr>
                <w:noProof/>
                <w:sz w:val="20"/>
                <w:szCs w:val="20"/>
              </w:rPr>
              <w:t>23.9.2026.</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D04D963"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1CB6991D"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2E753A5"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808368"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03E1BE8" w14:textId="77777777" w:rsidR="00011911" w:rsidRPr="00F51F43" w:rsidRDefault="00011911" w:rsidP="00011911">
            <w:pPr>
              <w:spacing w:after="0" w:line="240" w:lineRule="auto"/>
              <w:jc w:val="center"/>
              <w:rPr>
                <w:noProof/>
                <w:sz w:val="20"/>
                <w:szCs w:val="20"/>
              </w:rPr>
            </w:pPr>
            <w:r w:rsidRPr="00F51F43">
              <w:rPr>
                <w:noProof/>
                <w:sz w:val="20"/>
                <w:szCs w:val="20"/>
              </w:rPr>
              <w:t>organizacija programa predškole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9C145B5" w14:textId="77777777" w:rsidR="00011911" w:rsidRPr="00F51F43" w:rsidRDefault="00011911" w:rsidP="00011911">
            <w:pPr>
              <w:spacing w:after="0" w:line="240" w:lineRule="auto"/>
              <w:jc w:val="center"/>
              <w:rPr>
                <w:noProof/>
                <w:sz w:val="20"/>
                <w:szCs w:val="20"/>
              </w:rPr>
            </w:pPr>
            <w:r w:rsidRPr="00F51F43">
              <w:rPr>
                <w:noProof/>
                <w:sz w:val="20"/>
                <w:szCs w:val="20"/>
              </w:rPr>
              <w:t>9.9.2026.</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69C13F6"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163980EC" w14:textId="77777777" w:rsidTr="00011911">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241CB1B9"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BDAC4EB"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2C16CDA" w14:textId="77777777" w:rsidR="00011911" w:rsidRPr="00F51F43" w:rsidRDefault="00011911" w:rsidP="00011911">
            <w:pPr>
              <w:spacing w:after="0" w:line="240" w:lineRule="auto"/>
              <w:jc w:val="center"/>
              <w:rPr>
                <w:noProof/>
                <w:sz w:val="20"/>
                <w:szCs w:val="20"/>
              </w:rPr>
            </w:pPr>
            <w:r w:rsidRPr="00F51F43">
              <w:rPr>
                <w:noProof/>
                <w:sz w:val="20"/>
                <w:szCs w:val="20"/>
              </w:rPr>
              <w:t>administracija e-matice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17995E1"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077926F" w14:textId="77777777" w:rsidR="00011911" w:rsidRPr="00F51F43" w:rsidRDefault="00011911" w:rsidP="00011911">
            <w:pPr>
              <w:spacing w:after="0" w:line="240" w:lineRule="auto"/>
              <w:jc w:val="center"/>
              <w:rPr>
                <w:noProof/>
                <w:sz w:val="20"/>
                <w:szCs w:val="20"/>
              </w:rPr>
            </w:pPr>
            <w:r w:rsidRPr="00F51F43">
              <w:rPr>
                <w:noProof/>
                <w:sz w:val="20"/>
                <w:szCs w:val="20"/>
              </w:rPr>
              <w:t>pedagoginja, psihologinja, zdravstvena voditeljica</w:t>
            </w:r>
          </w:p>
        </w:tc>
      </w:tr>
      <w:tr w:rsidR="00011911" w:rsidRPr="00F51F43" w14:paraId="1898B78A" w14:textId="77777777" w:rsidTr="00011911">
        <w:trPr>
          <w:cantSplit/>
          <w:trHeight w:val="612"/>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371393FC" w14:textId="77777777" w:rsidR="00011911" w:rsidRPr="00F51F43" w:rsidRDefault="00011911" w:rsidP="00011911">
            <w:pPr>
              <w:spacing w:after="0" w:line="240" w:lineRule="auto"/>
              <w:jc w:val="center"/>
              <w:rPr>
                <w:b/>
                <w:bCs/>
                <w:noProof/>
                <w:sz w:val="20"/>
                <w:szCs w:val="20"/>
              </w:rPr>
            </w:pPr>
            <w:r w:rsidRPr="00F51F43">
              <w:rPr>
                <w:b/>
                <w:bCs/>
                <w:noProof/>
                <w:sz w:val="20"/>
                <w:szCs w:val="20"/>
              </w:rPr>
              <w:t>LISTOPAD</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520F182"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BDDBC3A" w14:textId="77777777" w:rsidR="00011911" w:rsidRPr="00F51F43" w:rsidRDefault="00011911" w:rsidP="00011911">
            <w:pPr>
              <w:spacing w:after="0" w:line="240" w:lineRule="auto"/>
              <w:jc w:val="center"/>
              <w:rPr>
                <w:noProof/>
                <w:sz w:val="20"/>
                <w:szCs w:val="20"/>
              </w:rPr>
            </w:pPr>
            <w:r w:rsidRPr="00F51F43">
              <w:rPr>
                <w:noProof/>
                <w:sz w:val="20"/>
                <w:szCs w:val="20"/>
              </w:rPr>
              <w:t>razmjena igračaka (tjedan održivog razvoja)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48AD928" w14:textId="77777777" w:rsidR="00011911" w:rsidRPr="00F51F43" w:rsidRDefault="00011911" w:rsidP="00011911">
            <w:pPr>
              <w:spacing w:after="0" w:line="240" w:lineRule="auto"/>
              <w:jc w:val="center"/>
              <w:rPr>
                <w:noProof/>
                <w:sz w:val="20"/>
                <w:szCs w:val="20"/>
              </w:rPr>
            </w:pPr>
            <w:r w:rsidRPr="00F51F43">
              <w:rPr>
                <w:noProof/>
                <w:sz w:val="20"/>
                <w:szCs w:val="20"/>
              </w:rPr>
              <w:t>početak listopada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DB9B670" w14:textId="77777777" w:rsidR="00011911" w:rsidRPr="00F51F43" w:rsidRDefault="00011911" w:rsidP="00011911">
            <w:pPr>
              <w:spacing w:after="0" w:line="240" w:lineRule="auto"/>
              <w:jc w:val="center"/>
              <w:rPr>
                <w:noProof/>
                <w:sz w:val="20"/>
                <w:szCs w:val="20"/>
              </w:rPr>
            </w:pPr>
            <w:r w:rsidRPr="00F51F43">
              <w:rPr>
                <w:noProof/>
                <w:sz w:val="20"/>
                <w:szCs w:val="20"/>
              </w:rPr>
              <w:t>pedagoginja, odgojiteljice, roditelji</w:t>
            </w:r>
          </w:p>
        </w:tc>
      </w:tr>
      <w:tr w:rsidR="00011911" w:rsidRPr="00F51F43" w14:paraId="1B06EB32" w14:textId="77777777" w:rsidTr="00011911">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35C5DC3C"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29EBEFF"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F11DDE8" w14:textId="77777777" w:rsidR="00011911" w:rsidRPr="00F51F43" w:rsidRDefault="00011911" w:rsidP="00011911">
            <w:pPr>
              <w:spacing w:after="0" w:line="240" w:lineRule="auto"/>
              <w:jc w:val="center"/>
              <w:rPr>
                <w:noProof/>
                <w:sz w:val="20"/>
                <w:szCs w:val="20"/>
              </w:rPr>
            </w:pPr>
            <w:r w:rsidRPr="00F51F43">
              <w:rPr>
                <w:noProof/>
                <w:sz w:val="20"/>
                <w:szCs w:val="20"/>
              </w:rPr>
              <w:t>radionica "Dječji tantrumi"</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B7AD9A4" w14:textId="77777777" w:rsidR="00011911" w:rsidRPr="00F51F43" w:rsidRDefault="00011911" w:rsidP="00011911">
            <w:pPr>
              <w:spacing w:after="0" w:line="240" w:lineRule="auto"/>
              <w:jc w:val="center"/>
              <w:rPr>
                <w:noProof/>
                <w:sz w:val="20"/>
                <w:szCs w:val="20"/>
              </w:rPr>
            </w:pPr>
            <w:r w:rsidRPr="00F51F43">
              <w:rPr>
                <w:noProof/>
                <w:sz w:val="20"/>
                <w:szCs w:val="20"/>
              </w:rPr>
              <w:t>sredina listopada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2FC1038"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4CC8A943"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73798F24"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9754ED8"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45E6433" w14:textId="77777777" w:rsidR="00011911" w:rsidRPr="00F51F43" w:rsidRDefault="00011911" w:rsidP="00011911">
            <w:pPr>
              <w:spacing w:after="0" w:line="240" w:lineRule="auto"/>
              <w:jc w:val="center"/>
              <w:rPr>
                <w:noProof/>
                <w:sz w:val="20"/>
                <w:szCs w:val="20"/>
              </w:rPr>
            </w:pPr>
            <w:r w:rsidRPr="00F51F43">
              <w:rPr>
                <w:noProof/>
                <w:sz w:val="20"/>
                <w:szCs w:val="20"/>
              </w:rPr>
              <w:t>Šumska kupka i aktivnosti šumske pedagogije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436C70D"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47F2558"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2F61D922" w14:textId="77777777" w:rsidTr="00011911">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491258C4"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E4207B"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DBF0140" w14:textId="77777777" w:rsidR="00011911" w:rsidRPr="00F51F43" w:rsidRDefault="00011911" w:rsidP="00011911">
            <w:pPr>
              <w:spacing w:after="0" w:line="240" w:lineRule="auto"/>
              <w:jc w:val="center"/>
              <w:rPr>
                <w:noProof/>
                <w:sz w:val="20"/>
                <w:szCs w:val="20"/>
              </w:rPr>
            </w:pPr>
            <w:r w:rsidRPr="00F51F43">
              <w:rPr>
                <w:noProof/>
                <w:sz w:val="20"/>
                <w:szCs w:val="20"/>
              </w:rPr>
              <w:t>Sudjelovanje na Danima predškolskog odgoja - izlaganje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39FC3AD"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3228C02"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5E436CE1" w14:textId="77777777" w:rsidTr="00011911">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57D3ADDD" w14:textId="77777777" w:rsidR="00011911" w:rsidRPr="00F51F43" w:rsidRDefault="00011911" w:rsidP="00011911">
            <w:pPr>
              <w:spacing w:after="0" w:line="240" w:lineRule="auto"/>
              <w:jc w:val="center"/>
              <w:rPr>
                <w:b/>
                <w:bCs/>
                <w:noProof/>
                <w:sz w:val="20"/>
                <w:szCs w:val="20"/>
              </w:rPr>
            </w:pPr>
            <w:r w:rsidRPr="00F51F43">
              <w:rPr>
                <w:b/>
                <w:bCs/>
                <w:noProof/>
                <w:sz w:val="20"/>
                <w:szCs w:val="20"/>
              </w:rPr>
              <w:t>STUDENI</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EC1E02F"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EC2504E"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F8F8319"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A529DA"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2E5138FF"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5BB4E807"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362AC9"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7143D7C"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E877711"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DEFA9C8"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58BEF6F0" w14:textId="77777777" w:rsidTr="00011911">
        <w:trPr>
          <w:cantSplit/>
          <w:trHeight w:val="1020"/>
          <w:jc w:val="center"/>
        </w:trPr>
        <w:tc>
          <w:tcPr>
            <w:tcW w:w="759" w:type="dxa"/>
            <w:vMerge/>
            <w:tcBorders>
              <w:top w:val="nil"/>
              <w:left w:val="single" w:sz="4" w:space="0" w:color="auto"/>
              <w:bottom w:val="single" w:sz="4" w:space="0" w:color="auto"/>
              <w:right w:val="single" w:sz="4" w:space="0" w:color="auto"/>
            </w:tcBorders>
            <w:vAlign w:val="center"/>
            <w:hideMark/>
          </w:tcPr>
          <w:p w14:paraId="7D045238"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9D32867"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4C1CD36" w14:textId="77777777" w:rsidR="00011911" w:rsidRPr="00F51F43" w:rsidRDefault="00011911" w:rsidP="00011911">
            <w:pPr>
              <w:spacing w:after="0" w:line="240" w:lineRule="auto"/>
              <w:jc w:val="center"/>
              <w:rPr>
                <w:noProof/>
                <w:sz w:val="20"/>
                <w:szCs w:val="20"/>
              </w:rPr>
            </w:pPr>
            <w:r w:rsidRPr="00F51F43">
              <w:rPr>
                <w:noProof/>
                <w:sz w:val="20"/>
                <w:szCs w:val="20"/>
              </w:rPr>
              <w:t>"Kava i praksa" - drugi neformalni susret stručnjaka + promocija digitalnog zbornika dobre prakse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9EA69A2" w14:textId="77777777" w:rsidR="00011911" w:rsidRPr="00F51F43" w:rsidRDefault="00011911" w:rsidP="00011911">
            <w:pPr>
              <w:spacing w:after="0" w:line="240" w:lineRule="auto"/>
              <w:jc w:val="center"/>
              <w:rPr>
                <w:noProof/>
                <w:sz w:val="20"/>
                <w:szCs w:val="20"/>
              </w:rPr>
            </w:pPr>
            <w:r w:rsidRPr="00F51F43">
              <w:rPr>
                <w:noProof/>
                <w:sz w:val="20"/>
                <w:szCs w:val="20"/>
              </w:rPr>
              <w:t>10.11.2026.</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0E33D98"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psihologinja, zdravstvena voditeljica</w:t>
            </w:r>
          </w:p>
        </w:tc>
      </w:tr>
      <w:tr w:rsidR="00011911" w:rsidRPr="00F51F43" w14:paraId="450F5FCE"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11445CE"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1C6C9E6"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3C6321"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1B3DC75"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1D2489"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01F277F1" w14:textId="77777777" w:rsidTr="00011911">
        <w:trPr>
          <w:cantSplit/>
          <w:trHeight w:val="480"/>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79DB38F9" w14:textId="77777777" w:rsidR="00011911" w:rsidRPr="00F51F43" w:rsidRDefault="00011911" w:rsidP="00011911">
            <w:pPr>
              <w:spacing w:after="0" w:line="240" w:lineRule="auto"/>
              <w:jc w:val="center"/>
              <w:rPr>
                <w:b/>
                <w:bCs/>
                <w:noProof/>
                <w:sz w:val="20"/>
                <w:szCs w:val="20"/>
              </w:rPr>
            </w:pPr>
            <w:r w:rsidRPr="00F51F43">
              <w:rPr>
                <w:b/>
                <w:bCs/>
                <w:noProof/>
                <w:sz w:val="20"/>
                <w:szCs w:val="20"/>
              </w:rPr>
              <w:t>PROSINAC</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25B22C"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3313CCB" w14:textId="77777777" w:rsidR="00011911" w:rsidRPr="00F51F43" w:rsidRDefault="00011911" w:rsidP="00011911">
            <w:pPr>
              <w:spacing w:after="0" w:line="240" w:lineRule="auto"/>
              <w:jc w:val="center"/>
              <w:rPr>
                <w:noProof/>
                <w:sz w:val="20"/>
                <w:szCs w:val="20"/>
              </w:rPr>
            </w:pPr>
            <w:r w:rsidRPr="00F51F43">
              <w:rPr>
                <w:noProof/>
                <w:sz w:val="20"/>
                <w:szCs w:val="20"/>
              </w:rPr>
              <w:t>projekt "Čvrtić" - "Dabrić" Legrad (pričaonica - prvi dan zime)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2F6066C" w14:textId="77777777" w:rsidR="00011911" w:rsidRPr="00F51F43" w:rsidRDefault="00011911" w:rsidP="00011911">
            <w:pPr>
              <w:spacing w:after="0" w:line="240" w:lineRule="auto"/>
              <w:jc w:val="center"/>
              <w:rPr>
                <w:noProof/>
                <w:sz w:val="20"/>
                <w:szCs w:val="20"/>
              </w:rPr>
            </w:pPr>
            <w:r w:rsidRPr="00F51F43">
              <w:rPr>
                <w:noProof/>
                <w:sz w:val="20"/>
                <w:szCs w:val="20"/>
              </w:rPr>
              <w:t>sredina prosinca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3612C6F"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473AD222"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DF01551"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E6EAA2F"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838AD1" w14:textId="77777777" w:rsidR="00011911" w:rsidRPr="00F51F43" w:rsidRDefault="00011911" w:rsidP="00011911">
            <w:pPr>
              <w:spacing w:after="0" w:line="240" w:lineRule="auto"/>
              <w:jc w:val="center"/>
              <w:rPr>
                <w:noProof/>
                <w:sz w:val="20"/>
                <w:szCs w:val="20"/>
              </w:rPr>
            </w:pPr>
            <w:r w:rsidRPr="00F51F43">
              <w:rPr>
                <w:noProof/>
                <w:sz w:val="20"/>
                <w:szCs w:val="20"/>
              </w:rPr>
              <w:t>letak: zimske aktivnosti s djecom</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71412D"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DE3F99"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7E7D818F"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69C3E70"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3143198"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8BF6511"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19516A4"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F9266C6"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016DF853"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2FE03DAA"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8AA8031"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004C50C"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20830C1"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F433C52"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769CD304" w14:textId="77777777" w:rsidTr="00011911">
        <w:trPr>
          <w:cantSplit/>
          <w:trHeight w:val="408"/>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72DC363B" w14:textId="77777777" w:rsidR="00011911" w:rsidRPr="00F51F43" w:rsidRDefault="00011911" w:rsidP="00011911">
            <w:pPr>
              <w:spacing w:after="0" w:line="240" w:lineRule="auto"/>
              <w:jc w:val="center"/>
              <w:rPr>
                <w:b/>
                <w:bCs/>
                <w:noProof/>
                <w:sz w:val="20"/>
                <w:szCs w:val="20"/>
              </w:rPr>
            </w:pPr>
            <w:r w:rsidRPr="00F51F43">
              <w:rPr>
                <w:b/>
                <w:bCs/>
                <w:noProof/>
                <w:sz w:val="20"/>
                <w:szCs w:val="20"/>
              </w:rPr>
              <w:t>SIJEČANJ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5196A7A"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B167EB2" w14:textId="77777777" w:rsidR="00011911" w:rsidRPr="00F51F43" w:rsidRDefault="00011911" w:rsidP="00011911">
            <w:pPr>
              <w:spacing w:after="0" w:line="240" w:lineRule="auto"/>
              <w:jc w:val="center"/>
              <w:rPr>
                <w:noProof/>
                <w:sz w:val="20"/>
                <w:szCs w:val="20"/>
              </w:rPr>
            </w:pPr>
            <w:r w:rsidRPr="00F51F43">
              <w:rPr>
                <w:noProof/>
                <w:sz w:val="20"/>
                <w:szCs w:val="20"/>
              </w:rPr>
              <w:t>testiranje djece školskih obveznika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9074B3A"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DDE4BC" w14:textId="77777777" w:rsidR="00011911" w:rsidRPr="00F51F43" w:rsidRDefault="00011911" w:rsidP="00011911">
            <w:pPr>
              <w:spacing w:after="0" w:line="240" w:lineRule="auto"/>
              <w:jc w:val="center"/>
              <w:rPr>
                <w:noProof/>
                <w:sz w:val="20"/>
                <w:szCs w:val="20"/>
              </w:rPr>
            </w:pPr>
            <w:r w:rsidRPr="00F51F43">
              <w:rPr>
                <w:noProof/>
                <w:sz w:val="20"/>
                <w:szCs w:val="20"/>
              </w:rPr>
              <w:t>pedagoginja, psihologinja</w:t>
            </w:r>
          </w:p>
        </w:tc>
      </w:tr>
      <w:tr w:rsidR="00011911" w:rsidRPr="00F51F43" w14:paraId="47C99E90" w14:textId="77777777" w:rsidTr="00011911">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79582EAB"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7035DD1"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732F2F7" w14:textId="77777777" w:rsidR="00011911" w:rsidRPr="00F51F43" w:rsidRDefault="00011911" w:rsidP="00011911">
            <w:pPr>
              <w:spacing w:after="0" w:line="240" w:lineRule="auto"/>
              <w:jc w:val="center"/>
              <w:rPr>
                <w:noProof/>
                <w:sz w:val="20"/>
                <w:szCs w:val="20"/>
              </w:rPr>
            </w:pPr>
            <w:r w:rsidRPr="00F51F43">
              <w:rPr>
                <w:noProof/>
                <w:sz w:val="20"/>
                <w:szCs w:val="20"/>
              </w:rPr>
              <w:t>radionica "Theraplay aktivnosti"</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89FD7FB"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2D8164" w14:textId="77777777" w:rsidR="00011911" w:rsidRPr="00F51F43" w:rsidRDefault="00011911" w:rsidP="00011911">
            <w:pPr>
              <w:spacing w:after="0" w:line="240" w:lineRule="auto"/>
              <w:jc w:val="center"/>
              <w:rPr>
                <w:noProof/>
                <w:sz w:val="20"/>
                <w:szCs w:val="20"/>
              </w:rPr>
            </w:pPr>
            <w:r w:rsidRPr="00F51F43">
              <w:rPr>
                <w:noProof/>
                <w:sz w:val="20"/>
                <w:szCs w:val="20"/>
              </w:rPr>
              <w:t>pedagoginja, psihologinja</w:t>
            </w:r>
          </w:p>
        </w:tc>
      </w:tr>
      <w:tr w:rsidR="00011911" w:rsidRPr="00F51F43" w14:paraId="32250CF8" w14:textId="77777777" w:rsidTr="00011911">
        <w:trPr>
          <w:cantSplit/>
          <w:trHeight w:val="1020"/>
          <w:jc w:val="center"/>
        </w:trPr>
        <w:tc>
          <w:tcPr>
            <w:tcW w:w="759" w:type="dxa"/>
            <w:vMerge/>
            <w:tcBorders>
              <w:top w:val="nil"/>
              <w:left w:val="single" w:sz="4" w:space="0" w:color="auto"/>
              <w:bottom w:val="single" w:sz="4" w:space="0" w:color="auto"/>
              <w:right w:val="single" w:sz="4" w:space="0" w:color="auto"/>
            </w:tcBorders>
            <w:vAlign w:val="center"/>
            <w:hideMark/>
          </w:tcPr>
          <w:p w14:paraId="1CD4CDDC"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AEA38B4"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8E2BAD" w14:textId="77777777" w:rsidR="00011911" w:rsidRPr="00F51F43" w:rsidRDefault="00011911" w:rsidP="00011911">
            <w:pPr>
              <w:spacing w:after="0" w:line="240" w:lineRule="auto"/>
              <w:jc w:val="center"/>
              <w:rPr>
                <w:noProof/>
                <w:sz w:val="20"/>
                <w:szCs w:val="20"/>
              </w:rPr>
            </w:pPr>
            <w:r w:rsidRPr="00F51F43">
              <w:rPr>
                <w:noProof/>
                <w:sz w:val="20"/>
                <w:szCs w:val="20"/>
              </w:rPr>
              <w:t>"Iz knjige u praksu" - interni stručni aktiv</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72E8754"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0A888A"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psihologinja, zdravstvena voditeljica</w:t>
            </w:r>
          </w:p>
        </w:tc>
      </w:tr>
      <w:tr w:rsidR="00011911" w:rsidRPr="00F51F43" w14:paraId="3D244356" w14:textId="77777777" w:rsidTr="00011911">
        <w:trPr>
          <w:cantSplit/>
          <w:trHeight w:val="720"/>
          <w:jc w:val="center"/>
        </w:trPr>
        <w:tc>
          <w:tcPr>
            <w:tcW w:w="759" w:type="dxa"/>
            <w:vMerge/>
            <w:tcBorders>
              <w:top w:val="nil"/>
              <w:left w:val="single" w:sz="4" w:space="0" w:color="auto"/>
              <w:bottom w:val="single" w:sz="4" w:space="0" w:color="auto"/>
              <w:right w:val="single" w:sz="4" w:space="0" w:color="auto"/>
            </w:tcBorders>
            <w:vAlign w:val="center"/>
            <w:hideMark/>
          </w:tcPr>
          <w:p w14:paraId="526F6314"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638E011"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EF8B1F0" w14:textId="77777777" w:rsidR="00011911" w:rsidRPr="00F51F43" w:rsidRDefault="00011911" w:rsidP="00011911">
            <w:pPr>
              <w:spacing w:after="0" w:line="240" w:lineRule="auto"/>
              <w:jc w:val="center"/>
              <w:rPr>
                <w:noProof/>
                <w:sz w:val="20"/>
                <w:szCs w:val="20"/>
              </w:rPr>
            </w:pPr>
            <w:r w:rsidRPr="00F51F43">
              <w:rPr>
                <w:noProof/>
                <w:sz w:val="20"/>
                <w:szCs w:val="20"/>
              </w:rPr>
              <w:t>iniciranje i koordiniranje novih i postojećih suradnja s osnovnim školama s područja općina osnivača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5CEFBC9"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09E1F51"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623B5538" w14:textId="77777777" w:rsidTr="00011911">
        <w:trPr>
          <w:cantSplit/>
          <w:trHeight w:val="480"/>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33381D13" w14:textId="77777777" w:rsidR="00011911" w:rsidRPr="00F51F43" w:rsidRDefault="00011911" w:rsidP="00011911">
            <w:pPr>
              <w:spacing w:after="0" w:line="240" w:lineRule="auto"/>
              <w:jc w:val="center"/>
              <w:rPr>
                <w:b/>
                <w:bCs/>
                <w:noProof/>
                <w:sz w:val="20"/>
                <w:szCs w:val="20"/>
              </w:rPr>
            </w:pPr>
            <w:r w:rsidRPr="00F51F43">
              <w:rPr>
                <w:b/>
                <w:bCs/>
                <w:noProof/>
                <w:sz w:val="20"/>
                <w:szCs w:val="20"/>
              </w:rPr>
              <w:t>VELJAČA</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AC02BC9"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95C753F" w14:textId="77777777" w:rsidR="00011911" w:rsidRPr="00F51F43" w:rsidRDefault="00011911" w:rsidP="00011911">
            <w:pPr>
              <w:spacing w:after="0" w:line="240" w:lineRule="auto"/>
              <w:jc w:val="center"/>
              <w:rPr>
                <w:noProof/>
                <w:sz w:val="20"/>
                <w:szCs w:val="20"/>
              </w:rPr>
            </w:pPr>
            <w:r w:rsidRPr="00F51F43">
              <w:rPr>
                <w:noProof/>
                <w:sz w:val="20"/>
                <w:szCs w:val="20"/>
              </w:rPr>
              <w:t>testiranje djece školskih obveznika (vanjski polaznici)</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B0AA058"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1B61B20" w14:textId="77777777" w:rsidR="00011911" w:rsidRPr="00F51F43" w:rsidRDefault="00011911" w:rsidP="00011911">
            <w:pPr>
              <w:spacing w:after="0" w:line="240" w:lineRule="auto"/>
              <w:jc w:val="center"/>
              <w:rPr>
                <w:noProof/>
                <w:sz w:val="20"/>
                <w:szCs w:val="20"/>
              </w:rPr>
            </w:pPr>
            <w:r w:rsidRPr="00F51F43">
              <w:rPr>
                <w:noProof/>
                <w:sz w:val="20"/>
                <w:szCs w:val="20"/>
              </w:rPr>
              <w:t>pedagoginja, psihologinja</w:t>
            </w:r>
          </w:p>
        </w:tc>
      </w:tr>
      <w:tr w:rsidR="00011911" w:rsidRPr="00F51F43" w14:paraId="598E8159" w14:textId="77777777" w:rsidTr="00011911">
        <w:trPr>
          <w:cantSplit/>
          <w:trHeight w:val="2652"/>
          <w:jc w:val="center"/>
        </w:trPr>
        <w:tc>
          <w:tcPr>
            <w:tcW w:w="759" w:type="dxa"/>
            <w:vMerge/>
            <w:tcBorders>
              <w:top w:val="nil"/>
              <w:left w:val="single" w:sz="4" w:space="0" w:color="auto"/>
              <w:bottom w:val="single" w:sz="4" w:space="0" w:color="auto"/>
              <w:right w:val="single" w:sz="4" w:space="0" w:color="auto"/>
            </w:tcBorders>
            <w:vAlign w:val="center"/>
            <w:hideMark/>
          </w:tcPr>
          <w:p w14:paraId="194120D5"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955CE6"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719D55E" w14:textId="77777777" w:rsidR="00011911" w:rsidRPr="00F51F43" w:rsidRDefault="00011911" w:rsidP="00011911">
            <w:pPr>
              <w:spacing w:after="0" w:line="240" w:lineRule="auto"/>
              <w:jc w:val="center"/>
              <w:rPr>
                <w:noProof/>
                <w:sz w:val="20"/>
                <w:szCs w:val="20"/>
              </w:rPr>
            </w:pPr>
            <w:r w:rsidRPr="00F51F43">
              <w:rPr>
                <w:noProof/>
                <w:sz w:val="20"/>
                <w:szCs w:val="20"/>
              </w:rPr>
              <w:t>roditeljski sastanci - stručna tema (Dijete ne sluša – što zapravo stoji iza ponašanja?, Postavljanje granica – dosljednost bez kažnjavanja, Temperament djeteta – ključ za razumijevanje ponašanja)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51B740D" w14:textId="77777777" w:rsidR="00011911" w:rsidRPr="00F51F43" w:rsidRDefault="00011911" w:rsidP="00011911">
            <w:pPr>
              <w:spacing w:after="0" w:line="240" w:lineRule="auto"/>
              <w:jc w:val="center"/>
              <w:rPr>
                <w:noProof/>
                <w:sz w:val="20"/>
                <w:szCs w:val="20"/>
              </w:rPr>
            </w:pPr>
            <w:r w:rsidRPr="00F51F43">
              <w:rPr>
                <w:noProof/>
                <w:sz w:val="20"/>
                <w:szCs w:val="20"/>
              </w:rPr>
              <w:t>2.2.2026. Kop. Ivanec</w:t>
            </w:r>
            <w:r w:rsidRPr="00F51F43">
              <w:rPr>
                <w:noProof/>
                <w:sz w:val="20"/>
                <w:szCs w:val="20"/>
              </w:rPr>
              <w:br/>
              <w:t>8.2.2026. Kop. Bregi, 1.2.2026.  Ždala, 9.2.2026. Gola,</w:t>
            </w:r>
            <w:r w:rsidRPr="00F51F43">
              <w:rPr>
                <w:noProof/>
                <w:sz w:val="20"/>
                <w:szCs w:val="20"/>
              </w:rPr>
              <w:br/>
              <w:t>16.2.2026. Legrad,</w:t>
            </w:r>
            <w:r w:rsidRPr="00F51F43">
              <w:rPr>
                <w:noProof/>
                <w:sz w:val="20"/>
                <w:szCs w:val="20"/>
              </w:rPr>
              <w:br/>
              <w:t>23.2.2026.  Đelekovec</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9400F0E"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655744EB"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B051770"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D60F0F1"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B080B71"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EABC93C"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54052C"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4988032D" w14:textId="77777777" w:rsidTr="00011911">
        <w:trPr>
          <w:cantSplit/>
          <w:trHeight w:val="612"/>
          <w:jc w:val="center"/>
        </w:trPr>
        <w:tc>
          <w:tcPr>
            <w:tcW w:w="759" w:type="dxa"/>
            <w:vMerge/>
            <w:tcBorders>
              <w:top w:val="nil"/>
              <w:left w:val="single" w:sz="4" w:space="0" w:color="auto"/>
              <w:bottom w:val="single" w:sz="4" w:space="0" w:color="auto"/>
              <w:right w:val="single" w:sz="4" w:space="0" w:color="auto"/>
            </w:tcBorders>
            <w:vAlign w:val="center"/>
            <w:hideMark/>
          </w:tcPr>
          <w:p w14:paraId="5FFBE6B4"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CE607B"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1582766" w14:textId="77777777" w:rsidR="00011911" w:rsidRPr="00F51F43" w:rsidRDefault="00011911" w:rsidP="00011911">
            <w:pPr>
              <w:spacing w:after="0" w:line="240" w:lineRule="auto"/>
              <w:jc w:val="center"/>
              <w:rPr>
                <w:noProof/>
                <w:sz w:val="20"/>
                <w:szCs w:val="20"/>
              </w:rPr>
            </w:pPr>
            <w:r w:rsidRPr="00F51F43">
              <w:rPr>
                <w:noProof/>
                <w:sz w:val="20"/>
                <w:szCs w:val="20"/>
              </w:rPr>
              <w:t>Suradnja s osnovnim školama - prijenos informacija o školskim obveznicama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DEC504B"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DD117BA" w14:textId="77777777" w:rsidR="00011911" w:rsidRPr="00F51F43" w:rsidRDefault="00011911" w:rsidP="00011911">
            <w:pPr>
              <w:spacing w:after="0" w:line="240" w:lineRule="auto"/>
              <w:jc w:val="center"/>
              <w:rPr>
                <w:noProof/>
                <w:sz w:val="20"/>
                <w:szCs w:val="20"/>
              </w:rPr>
            </w:pPr>
            <w:r w:rsidRPr="00F51F43">
              <w:rPr>
                <w:noProof/>
                <w:sz w:val="20"/>
                <w:szCs w:val="20"/>
              </w:rPr>
              <w:t>pedagoginja, psihologinja, odgojiteljice</w:t>
            </w:r>
          </w:p>
        </w:tc>
      </w:tr>
      <w:tr w:rsidR="00011911" w:rsidRPr="00F51F43" w14:paraId="5B0BAF68" w14:textId="77777777" w:rsidTr="00011911">
        <w:trPr>
          <w:cantSplit/>
          <w:trHeight w:val="480"/>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01EEAF91" w14:textId="77777777" w:rsidR="00011911" w:rsidRPr="00F51F43" w:rsidRDefault="00011911" w:rsidP="00011911">
            <w:pPr>
              <w:spacing w:after="0" w:line="240" w:lineRule="auto"/>
              <w:jc w:val="center"/>
              <w:rPr>
                <w:b/>
                <w:bCs/>
                <w:noProof/>
                <w:sz w:val="20"/>
                <w:szCs w:val="20"/>
              </w:rPr>
            </w:pPr>
            <w:r w:rsidRPr="00F51F43">
              <w:rPr>
                <w:b/>
                <w:bCs/>
                <w:noProof/>
                <w:sz w:val="20"/>
                <w:szCs w:val="20"/>
              </w:rPr>
              <w:t>OŽUJAK</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D1F577"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C29B04" w14:textId="77777777" w:rsidR="00011911" w:rsidRPr="00F51F43" w:rsidRDefault="00011911" w:rsidP="00011911">
            <w:pPr>
              <w:spacing w:after="0" w:line="240" w:lineRule="auto"/>
              <w:jc w:val="center"/>
              <w:rPr>
                <w:noProof/>
                <w:sz w:val="20"/>
                <w:szCs w:val="20"/>
              </w:rPr>
            </w:pPr>
            <w:r w:rsidRPr="00F51F43">
              <w:rPr>
                <w:noProof/>
                <w:sz w:val="20"/>
                <w:szCs w:val="20"/>
              </w:rPr>
              <w:t>projekt "Čvrtić" - "Dabrić" Legrad (pričaonica - prvi dan proljeća)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DC1CF8F" w14:textId="77777777" w:rsidR="00011911" w:rsidRPr="00F51F43" w:rsidRDefault="00011911" w:rsidP="00011911">
            <w:pPr>
              <w:spacing w:after="0" w:line="240" w:lineRule="auto"/>
              <w:jc w:val="center"/>
              <w:rPr>
                <w:noProof/>
                <w:sz w:val="20"/>
                <w:szCs w:val="20"/>
              </w:rPr>
            </w:pPr>
            <w:r w:rsidRPr="00F51F43">
              <w:rPr>
                <w:noProof/>
                <w:sz w:val="20"/>
                <w:szCs w:val="20"/>
              </w:rPr>
              <w:t>sredina ožujka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445207"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0A231FD0"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6A5512F4"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CC5033D"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D1A2AE2" w14:textId="77777777" w:rsidR="00011911" w:rsidRPr="00F51F43" w:rsidRDefault="00011911" w:rsidP="00011911">
            <w:pPr>
              <w:spacing w:after="0" w:line="240" w:lineRule="auto"/>
              <w:jc w:val="center"/>
              <w:rPr>
                <w:noProof/>
                <w:sz w:val="20"/>
                <w:szCs w:val="20"/>
              </w:rPr>
            </w:pPr>
            <w:r w:rsidRPr="00F51F43">
              <w:rPr>
                <w:noProof/>
                <w:sz w:val="20"/>
                <w:szCs w:val="20"/>
              </w:rPr>
              <w:t>letak: proljetne aktivnosti s djecom</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EBCCE9"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420D1F2"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39D22639"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0881B73"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091B6B1"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11A4258"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702F74"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5D93BA6"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32494F22"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E112728"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3180A31"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C4BB96A"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14F985"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FB51DEA"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4924DCC1" w14:textId="77777777" w:rsidTr="00011911">
        <w:trPr>
          <w:cantSplit/>
          <w:trHeight w:val="612"/>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416D9CE0" w14:textId="77777777" w:rsidR="00011911" w:rsidRPr="00F51F43" w:rsidRDefault="00011911" w:rsidP="00011911">
            <w:pPr>
              <w:spacing w:after="0" w:line="240" w:lineRule="auto"/>
              <w:jc w:val="center"/>
              <w:rPr>
                <w:b/>
                <w:bCs/>
                <w:noProof/>
                <w:sz w:val="20"/>
                <w:szCs w:val="20"/>
              </w:rPr>
            </w:pPr>
            <w:r w:rsidRPr="00F51F43">
              <w:rPr>
                <w:b/>
                <w:bCs/>
                <w:noProof/>
                <w:sz w:val="20"/>
                <w:szCs w:val="20"/>
              </w:rPr>
              <w:t>TRAVANJ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52808D4"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BE7837D" w14:textId="77777777" w:rsidR="00011911" w:rsidRPr="00F51F43" w:rsidRDefault="00011911" w:rsidP="00011911">
            <w:pPr>
              <w:spacing w:after="0" w:line="240" w:lineRule="auto"/>
              <w:jc w:val="center"/>
              <w:rPr>
                <w:noProof/>
                <w:sz w:val="20"/>
                <w:szCs w:val="20"/>
              </w:rPr>
            </w:pPr>
            <w:r w:rsidRPr="00F51F43">
              <w:rPr>
                <w:noProof/>
                <w:sz w:val="20"/>
                <w:szCs w:val="20"/>
              </w:rPr>
              <w:t>razmjena dječjih knjiga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BABF70D" w14:textId="77777777" w:rsidR="00011911" w:rsidRPr="00F51F43" w:rsidRDefault="00011911" w:rsidP="00011911">
            <w:pPr>
              <w:spacing w:after="0" w:line="240" w:lineRule="auto"/>
              <w:jc w:val="center"/>
              <w:rPr>
                <w:noProof/>
                <w:sz w:val="20"/>
                <w:szCs w:val="20"/>
              </w:rPr>
            </w:pPr>
            <w:r w:rsidRPr="00F51F43">
              <w:rPr>
                <w:noProof/>
                <w:sz w:val="20"/>
                <w:szCs w:val="20"/>
              </w:rPr>
              <w:t>sredina travnja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F3180BF" w14:textId="77777777" w:rsidR="00011911" w:rsidRPr="00F51F43" w:rsidRDefault="00011911" w:rsidP="00011911">
            <w:pPr>
              <w:spacing w:after="0" w:line="240" w:lineRule="auto"/>
              <w:jc w:val="center"/>
              <w:rPr>
                <w:noProof/>
                <w:sz w:val="20"/>
                <w:szCs w:val="20"/>
              </w:rPr>
            </w:pPr>
            <w:r w:rsidRPr="00F51F43">
              <w:rPr>
                <w:noProof/>
                <w:sz w:val="20"/>
                <w:szCs w:val="20"/>
              </w:rPr>
              <w:t>pedagoginja, odgojiteljice, roditelji</w:t>
            </w:r>
          </w:p>
        </w:tc>
      </w:tr>
      <w:tr w:rsidR="00011911" w:rsidRPr="00F51F43" w14:paraId="5B434437"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2635A8E3"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39CDEF5"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4225CAE" w14:textId="77777777" w:rsidR="00011911" w:rsidRPr="00F51F43" w:rsidRDefault="00011911" w:rsidP="00011911">
            <w:pPr>
              <w:spacing w:after="0" w:line="240" w:lineRule="auto"/>
              <w:jc w:val="center"/>
              <w:rPr>
                <w:noProof/>
                <w:sz w:val="20"/>
                <w:szCs w:val="20"/>
              </w:rPr>
            </w:pPr>
            <w:r w:rsidRPr="00F51F43">
              <w:rPr>
                <w:noProof/>
                <w:sz w:val="20"/>
                <w:szCs w:val="20"/>
              </w:rPr>
              <w:t>radionica "Odgoj bez batina"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54A6CD5"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33DF740"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3541B83A" w14:textId="77777777" w:rsidTr="00011911">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3E9CD663"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1D956BA"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9E0F158" w14:textId="77777777" w:rsidR="00011911" w:rsidRPr="00F51F43" w:rsidRDefault="00011911" w:rsidP="00011911">
            <w:pPr>
              <w:spacing w:after="0" w:line="240" w:lineRule="auto"/>
              <w:jc w:val="center"/>
              <w:rPr>
                <w:noProof/>
                <w:sz w:val="20"/>
                <w:szCs w:val="20"/>
              </w:rPr>
            </w:pPr>
            <w:r w:rsidRPr="00F51F43">
              <w:rPr>
                <w:noProof/>
                <w:sz w:val="20"/>
                <w:szCs w:val="20"/>
              </w:rPr>
              <w:t>radionica "Izazovna komunikacija s roditeljima"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597734B" w14:textId="77777777" w:rsidR="00011911" w:rsidRPr="00F51F43" w:rsidRDefault="00011911" w:rsidP="00011911">
            <w:pPr>
              <w:spacing w:after="0" w:line="240" w:lineRule="auto"/>
              <w:jc w:val="center"/>
              <w:rPr>
                <w:noProof/>
                <w:sz w:val="20"/>
                <w:szCs w:val="20"/>
              </w:rPr>
            </w:pPr>
            <w:r w:rsidRPr="00F51F43">
              <w:rPr>
                <w:noProof/>
                <w:sz w:val="20"/>
                <w:szCs w:val="20"/>
              </w:rPr>
              <w:t>sredina travnja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E2ED22D"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6C94C896"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5456588"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254F1CA"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CCB4FD"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B48293F"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A633FD7"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5465C70C" w14:textId="77777777" w:rsidTr="00011911">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2E00626" w14:textId="77777777" w:rsidR="00011911" w:rsidRPr="00F51F43" w:rsidRDefault="00011911" w:rsidP="00011911">
            <w:pPr>
              <w:spacing w:after="0" w:line="240" w:lineRule="auto"/>
              <w:jc w:val="center"/>
              <w:rPr>
                <w:b/>
                <w:bCs/>
                <w:noProof/>
                <w:sz w:val="20"/>
                <w:szCs w:val="20"/>
              </w:rPr>
            </w:pPr>
            <w:r w:rsidRPr="00F51F43">
              <w:rPr>
                <w:b/>
                <w:bCs/>
                <w:noProof/>
                <w:sz w:val="20"/>
                <w:szCs w:val="20"/>
              </w:rPr>
              <w:t>SVIBANJ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758A9C3"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F755C07"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4586F9C"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BE58E9"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080A4FE6" w14:textId="77777777" w:rsidTr="00011911">
        <w:trPr>
          <w:cantSplit/>
          <w:trHeight w:val="612"/>
          <w:jc w:val="center"/>
        </w:trPr>
        <w:tc>
          <w:tcPr>
            <w:tcW w:w="759" w:type="dxa"/>
            <w:vMerge/>
            <w:tcBorders>
              <w:top w:val="nil"/>
              <w:left w:val="single" w:sz="4" w:space="0" w:color="auto"/>
              <w:bottom w:val="single" w:sz="4" w:space="0" w:color="auto"/>
              <w:right w:val="single" w:sz="4" w:space="0" w:color="auto"/>
            </w:tcBorders>
            <w:vAlign w:val="center"/>
            <w:hideMark/>
          </w:tcPr>
          <w:p w14:paraId="5F92007B"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2968D0"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A6F69C" w14:textId="77777777" w:rsidR="00011911" w:rsidRPr="00F51F43" w:rsidRDefault="00011911" w:rsidP="00011911">
            <w:pPr>
              <w:spacing w:after="0" w:line="240" w:lineRule="auto"/>
              <w:jc w:val="center"/>
              <w:rPr>
                <w:noProof/>
                <w:sz w:val="20"/>
                <w:szCs w:val="20"/>
              </w:rPr>
            </w:pPr>
            <w:r w:rsidRPr="00F51F43">
              <w:rPr>
                <w:noProof/>
                <w:sz w:val="20"/>
                <w:szCs w:val="20"/>
              </w:rPr>
              <w:t>završne svečanosti</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A4FB30A"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943D8F"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odgojiteljice</w:t>
            </w:r>
          </w:p>
        </w:tc>
      </w:tr>
      <w:tr w:rsidR="00011911" w:rsidRPr="00F51F43" w14:paraId="70D8A83D"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EA7DFD5"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942A779"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D1FB687"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4AA569F"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5C9FC16"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64041103" w14:textId="77777777" w:rsidTr="00011911">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42BB1A9B"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EF87C42"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DC3C28C" w14:textId="77777777" w:rsidR="00011911" w:rsidRPr="00F51F43" w:rsidRDefault="00011911" w:rsidP="00011911">
            <w:pPr>
              <w:spacing w:after="0" w:line="240" w:lineRule="auto"/>
              <w:jc w:val="center"/>
              <w:rPr>
                <w:noProof/>
                <w:sz w:val="20"/>
                <w:szCs w:val="20"/>
              </w:rPr>
            </w:pPr>
            <w:r w:rsidRPr="00F51F43">
              <w:rPr>
                <w:noProof/>
                <w:sz w:val="20"/>
                <w:szCs w:val="20"/>
              </w:rPr>
              <w:t>Dan dječjeg vrtića Vrapčić - organizacija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A0B5525" w14:textId="77777777" w:rsidR="00011911" w:rsidRPr="00F51F43" w:rsidRDefault="00011911" w:rsidP="00011911">
            <w:pPr>
              <w:spacing w:after="0" w:line="240" w:lineRule="auto"/>
              <w:jc w:val="center"/>
              <w:rPr>
                <w:noProof/>
                <w:sz w:val="20"/>
                <w:szCs w:val="20"/>
              </w:rPr>
            </w:pPr>
            <w:r w:rsidRPr="00F51F43">
              <w:rPr>
                <w:noProof/>
                <w:sz w:val="20"/>
                <w:szCs w:val="20"/>
              </w:rPr>
              <w:t>cijeli mjesec</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CE2F94" w14:textId="77777777" w:rsidR="00011911" w:rsidRPr="00F51F43" w:rsidRDefault="00011911" w:rsidP="00011911">
            <w:pPr>
              <w:spacing w:after="0" w:line="240" w:lineRule="auto"/>
              <w:jc w:val="center"/>
              <w:rPr>
                <w:noProof/>
                <w:sz w:val="20"/>
                <w:szCs w:val="20"/>
              </w:rPr>
            </w:pPr>
            <w:r w:rsidRPr="00F51F43">
              <w:rPr>
                <w:noProof/>
                <w:sz w:val="20"/>
                <w:szCs w:val="20"/>
              </w:rPr>
              <w:t xml:space="preserve">ravnateljica, pedagoginja </w:t>
            </w:r>
          </w:p>
        </w:tc>
      </w:tr>
      <w:tr w:rsidR="00011911" w:rsidRPr="00F51F43" w14:paraId="11FE7D9D"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B0D8E8A"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221ED92"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AA3BEAD" w14:textId="77777777" w:rsidR="00011911" w:rsidRPr="00F51F43" w:rsidRDefault="00011911" w:rsidP="00011911">
            <w:pPr>
              <w:spacing w:after="0" w:line="240" w:lineRule="auto"/>
              <w:jc w:val="center"/>
              <w:rPr>
                <w:noProof/>
                <w:sz w:val="20"/>
                <w:szCs w:val="20"/>
              </w:rPr>
            </w:pPr>
            <w:r w:rsidRPr="00F51F43">
              <w:rPr>
                <w:noProof/>
                <w:sz w:val="20"/>
                <w:szCs w:val="20"/>
              </w:rPr>
              <w:t>upisi u dječji vrtić</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D6B502" w14:textId="77777777" w:rsidR="00011911" w:rsidRPr="00F51F43" w:rsidRDefault="00011911" w:rsidP="00011911">
            <w:pPr>
              <w:spacing w:after="0" w:line="240" w:lineRule="auto"/>
              <w:jc w:val="center"/>
              <w:rPr>
                <w:noProof/>
                <w:sz w:val="20"/>
                <w:szCs w:val="20"/>
              </w:rPr>
            </w:pPr>
            <w:r w:rsidRPr="00F51F43">
              <w:rPr>
                <w:noProof/>
                <w:sz w:val="20"/>
                <w:szCs w:val="20"/>
              </w:rPr>
              <w:t>cijeli mjesec</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5EAF67A"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21A6A734" w14:textId="77777777" w:rsidTr="00011911">
        <w:trPr>
          <w:cantSplit/>
          <w:trHeight w:val="480"/>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6B25BAF6" w14:textId="77777777" w:rsidR="00011911" w:rsidRPr="00F51F43" w:rsidRDefault="00011911" w:rsidP="00011911">
            <w:pPr>
              <w:spacing w:after="0" w:line="240" w:lineRule="auto"/>
              <w:jc w:val="center"/>
              <w:rPr>
                <w:b/>
                <w:bCs/>
                <w:noProof/>
                <w:sz w:val="20"/>
                <w:szCs w:val="20"/>
              </w:rPr>
            </w:pPr>
            <w:r w:rsidRPr="00F51F43">
              <w:rPr>
                <w:b/>
                <w:bCs/>
                <w:noProof/>
                <w:sz w:val="20"/>
                <w:szCs w:val="20"/>
              </w:rPr>
              <w:t>LIPANJ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18261C9"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1EE1D95" w14:textId="77777777" w:rsidR="00011911" w:rsidRPr="00F51F43" w:rsidRDefault="00011911" w:rsidP="00011911">
            <w:pPr>
              <w:spacing w:after="0" w:line="240" w:lineRule="auto"/>
              <w:jc w:val="center"/>
              <w:rPr>
                <w:noProof/>
                <w:sz w:val="20"/>
                <w:szCs w:val="20"/>
              </w:rPr>
            </w:pPr>
            <w:r w:rsidRPr="00F51F43">
              <w:rPr>
                <w:noProof/>
                <w:sz w:val="20"/>
                <w:szCs w:val="20"/>
              </w:rPr>
              <w:t>projekt "Čvrtić" - "Dabrić" Legrad (pričaonica - prvi dan ljeta)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F1B47F" w14:textId="77777777" w:rsidR="00011911" w:rsidRPr="00F51F43" w:rsidRDefault="00011911" w:rsidP="00011911">
            <w:pPr>
              <w:spacing w:after="0" w:line="240" w:lineRule="auto"/>
              <w:jc w:val="center"/>
              <w:rPr>
                <w:noProof/>
                <w:sz w:val="20"/>
                <w:szCs w:val="20"/>
              </w:rPr>
            </w:pPr>
            <w:r w:rsidRPr="00F51F43">
              <w:rPr>
                <w:noProof/>
                <w:sz w:val="20"/>
                <w:szCs w:val="20"/>
              </w:rPr>
              <w:t>sredina lipnja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1A63E09"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7EAE7710" w14:textId="77777777" w:rsidTr="00011911">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116937C1"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C8CB3FE"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CE1D8B0" w14:textId="77777777" w:rsidR="00011911" w:rsidRPr="00F51F43" w:rsidRDefault="00011911" w:rsidP="00011911">
            <w:pPr>
              <w:spacing w:after="0" w:line="240" w:lineRule="auto"/>
              <w:jc w:val="center"/>
              <w:rPr>
                <w:noProof/>
                <w:sz w:val="20"/>
                <w:szCs w:val="20"/>
              </w:rPr>
            </w:pPr>
            <w:r w:rsidRPr="00F51F43">
              <w:rPr>
                <w:noProof/>
                <w:sz w:val="20"/>
                <w:szCs w:val="20"/>
              </w:rPr>
              <w:t>inicijalni razgovori</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42A15E" w14:textId="77777777" w:rsidR="00011911" w:rsidRPr="00F51F43" w:rsidRDefault="00011911" w:rsidP="00011911">
            <w:pPr>
              <w:spacing w:after="0" w:line="240" w:lineRule="auto"/>
              <w:jc w:val="center"/>
              <w:rPr>
                <w:noProof/>
                <w:sz w:val="20"/>
                <w:szCs w:val="20"/>
              </w:rPr>
            </w:pPr>
            <w:r w:rsidRPr="00F51F43">
              <w:rPr>
                <w:noProof/>
                <w:sz w:val="20"/>
                <w:szCs w:val="20"/>
              </w:rPr>
              <w:t>početak lipnja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A356D49" w14:textId="77777777" w:rsidR="00011911" w:rsidRPr="00F51F43" w:rsidRDefault="00011911" w:rsidP="00011911">
            <w:pPr>
              <w:spacing w:after="0" w:line="240" w:lineRule="auto"/>
              <w:jc w:val="center"/>
              <w:rPr>
                <w:noProof/>
                <w:sz w:val="20"/>
                <w:szCs w:val="20"/>
              </w:rPr>
            </w:pPr>
            <w:r w:rsidRPr="00F51F43">
              <w:rPr>
                <w:noProof/>
                <w:sz w:val="20"/>
                <w:szCs w:val="20"/>
              </w:rPr>
              <w:t>pedagoginja, psihologinja, zdravstvena voditeljica</w:t>
            </w:r>
          </w:p>
        </w:tc>
      </w:tr>
      <w:tr w:rsidR="00011911" w:rsidRPr="00F51F43" w14:paraId="2353BC39" w14:textId="77777777" w:rsidTr="00011911">
        <w:trPr>
          <w:cantSplit/>
          <w:trHeight w:val="1020"/>
          <w:jc w:val="center"/>
        </w:trPr>
        <w:tc>
          <w:tcPr>
            <w:tcW w:w="759" w:type="dxa"/>
            <w:vMerge/>
            <w:tcBorders>
              <w:top w:val="nil"/>
              <w:left w:val="single" w:sz="4" w:space="0" w:color="auto"/>
              <w:bottom w:val="single" w:sz="4" w:space="0" w:color="auto"/>
              <w:right w:val="single" w:sz="4" w:space="0" w:color="auto"/>
            </w:tcBorders>
            <w:vAlign w:val="center"/>
            <w:hideMark/>
          </w:tcPr>
          <w:p w14:paraId="061A9016"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416456D"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5725199" w14:textId="77777777" w:rsidR="00011911" w:rsidRPr="00F51F43" w:rsidRDefault="00011911" w:rsidP="00011911">
            <w:pPr>
              <w:spacing w:after="0" w:line="240" w:lineRule="auto"/>
              <w:jc w:val="center"/>
              <w:rPr>
                <w:noProof/>
                <w:sz w:val="20"/>
                <w:szCs w:val="20"/>
              </w:rPr>
            </w:pPr>
            <w:r w:rsidRPr="00F51F43">
              <w:rPr>
                <w:noProof/>
                <w:sz w:val="20"/>
                <w:szCs w:val="20"/>
              </w:rPr>
              <w:t>"Iz knjige u praksu" - interni stručni aktiv</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DB11CBF" w14:textId="77777777" w:rsidR="00011911" w:rsidRPr="00F51F43" w:rsidRDefault="00011911" w:rsidP="00011911">
            <w:pPr>
              <w:spacing w:after="0" w:line="240" w:lineRule="auto"/>
              <w:jc w:val="center"/>
              <w:rPr>
                <w:noProof/>
                <w:sz w:val="20"/>
                <w:szCs w:val="20"/>
              </w:rPr>
            </w:pPr>
            <w:r w:rsidRPr="00F51F43">
              <w:rPr>
                <w:noProof/>
                <w:sz w:val="20"/>
                <w:szCs w:val="20"/>
              </w:rPr>
              <w:t>sredina lipnja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EA88DC5"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psihologinja, zdravstvena voditeljica</w:t>
            </w:r>
          </w:p>
        </w:tc>
      </w:tr>
      <w:tr w:rsidR="00011911" w:rsidRPr="00F51F43" w14:paraId="2044E12E" w14:textId="77777777" w:rsidTr="00011911">
        <w:trPr>
          <w:cantSplit/>
          <w:trHeight w:val="1020"/>
          <w:jc w:val="center"/>
        </w:trPr>
        <w:tc>
          <w:tcPr>
            <w:tcW w:w="759" w:type="dxa"/>
            <w:vMerge/>
            <w:tcBorders>
              <w:top w:val="nil"/>
              <w:left w:val="single" w:sz="4" w:space="0" w:color="auto"/>
              <w:bottom w:val="single" w:sz="4" w:space="0" w:color="auto"/>
              <w:right w:val="single" w:sz="4" w:space="0" w:color="auto"/>
            </w:tcBorders>
            <w:vAlign w:val="center"/>
            <w:hideMark/>
          </w:tcPr>
          <w:p w14:paraId="5E68A1B5"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F109623"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5CA071" w14:textId="77777777" w:rsidR="00011911" w:rsidRPr="00F51F43" w:rsidRDefault="00011911" w:rsidP="00011911">
            <w:pPr>
              <w:spacing w:after="0" w:line="240" w:lineRule="auto"/>
              <w:jc w:val="center"/>
              <w:rPr>
                <w:noProof/>
                <w:sz w:val="20"/>
                <w:szCs w:val="20"/>
              </w:rPr>
            </w:pPr>
            <w:r w:rsidRPr="00F51F43">
              <w:rPr>
                <w:noProof/>
                <w:sz w:val="20"/>
                <w:szCs w:val="20"/>
              </w:rPr>
              <w:t>samovrednovanje rada Dječjeg vrtića Vrapčić</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E840642" w14:textId="77777777" w:rsidR="00011911" w:rsidRPr="00F51F43" w:rsidRDefault="00011911" w:rsidP="00011911">
            <w:pPr>
              <w:spacing w:after="0" w:line="240" w:lineRule="auto"/>
              <w:jc w:val="center"/>
              <w:rPr>
                <w:noProof/>
                <w:sz w:val="20"/>
                <w:szCs w:val="20"/>
              </w:rPr>
            </w:pPr>
            <w:r w:rsidRPr="00F51F43">
              <w:rPr>
                <w:noProof/>
                <w:sz w:val="20"/>
                <w:szCs w:val="20"/>
              </w:rPr>
              <w:t>kraj lipnja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9F111CE"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psihologinja, zdravstvena voditeljica</w:t>
            </w:r>
          </w:p>
        </w:tc>
      </w:tr>
      <w:tr w:rsidR="00011911" w:rsidRPr="00F51F43" w14:paraId="2330DCBF" w14:textId="77777777" w:rsidTr="00011911">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0D7F7748"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E0FC943"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EA913CF" w14:textId="77777777" w:rsidR="00011911" w:rsidRPr="00F51F43" w:rsidRDefault="00011911" w:rsidP="00011911">
            <w:pPr>
              <w:spacing w:after="0" w:line="240" w:lineRule="auto"/>
              <w:jc w:val="center"/>
              <w:rPr>
                <w:noProof/>
                <w:sz w:val="20"/>
                <w:szCs w:val="20"/>
              </w:rPr>
            </w:pPr>
            <w:r w:rsidRPr="00F51F43">
              <w:rPr>
                <w:noProof/>
                <w:sz w:val="20"/>
                <w:szCs w:val="20"/>
              </w:rPr>
              <w:t>organizacija ljetnog rada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769F1CB" w14:textId="77777777" w:rsidR="00011911" w:rsidRPr="00F51F43" w:rsidRDefault="00011911" w:rsidP="00011911">
            <w:pPr>
              <w:spacing w:after="0" w:line="240" w:lineRule="auto"/>
              <w:jc w:val="center"/>
              <w:rPr>
                <w:noProof/>
                <w:sz w:val="20"/>
                <w:szCs w:val="20"/>
              </w:rPr>
            </w:pPr>
            <w:r w:rsidRPr="00F51F43">
              <w:rPr>
                <w:noProof/>
                <w:sz w:val="20"/>
                <w:szCs w:val="20"/>
              </w:rPr>
              <w:t>početak lipnja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66DF3DA"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w:t>
            </w:r>
          </w:p>
        </w:tc>
      </w:tr>
      <w:tr w:rsidR="00011911" w:rsidRPr="00F51F43" w14:paraId="13651176" w14:textId="77777777" w:rsidTr="00011911">
        <w:trPr>
          <w:cantSplit/>
          <w:trHeight w:val="1224"/>
          <w:jc w:val="center"/>
        </w:trPr>
        <w:tc>
          <w:tcPr>
            <w:tcW w:w="759" w:type="dxa"/>
            <w:vMerge/>
            <w:tcBorders>
              <w:top w:val="nil"/>
              <w:left w:val="single" w:sz="4" w:space="0" w:color="auto"/>
              <w:bottom w:val="single" w:sz="4" w:space="0" w:color="auto"/>
              <w:right w:val="single" w:sz="4" w:space="0" w:color="auto"/>
            </w:tcBorders>
            <w:vAlign w:val="center"/>
            <w:hideMark/>
          </w:tcPr>
          <w:p w14:paraId="24914A1B"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4D4A28E"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C6D1CFF" w14:textId="77777777" w:rsidR="00011911" w:rsidRPr="00F51F43" w:rsidRDefault="00011911" w:rsidP="00011911">
            <w:pPr>
              <w:spacing w:after="0" w:line="240" w:lineRule="auto"/>
              <w:jc w:val="center"/>
              <w:rPr>
                <w:noProof/>
                <w:sz w:val="20"/>
                <w:szCs w:val="20"/>
              </w:rPr>
            </w:pPr>
            <w:r w:rsidRPr="00F51F43">
              <w:rPr>
                <w:noProof/>
                <w:sz w:val="20"/>
                <w:szCs w:val="20"/>
              </w:rPr>
              <w:t>formiranje novih skupina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0FE1C69" w14:textId="77777777" w:rsidR="00011911" w:rsidRPr="00F51F43" w:rsidRDefault="00011911" w:rsidP="00011911">
            <w:pPr>
              <w:spacing w:after="0" w:line="240" w:lineRule="auto"/>
              <w:jc w:val="center"/>
              <w:rPr>
                <w:noProof/>
                <w:sz w:val="20"/>
                <w:szCs w:val="20"/>
              </w:rPr>
            </w:pPr>
            <w:r w:rsidRPr="00F51F43">
              <w:rPr>
                <w:noProof/>
                <w:sz w:val="20"/>
                <w:szCs w:val="20"/>
              </w:rPr>
              <w:t>početak lipnja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949D58"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psihologinja, zdravstvena voditeljica, odgojiteljice</w:t>
            </w:r>
          </w:p>
        </w:tc>
      </w:tr>
      <w:tr w:rsidR="00011911" w:rsidRPr="00F51F43" w14:paraId="43C8C7CB" w14:textId="77777777" w:rsidTr="00011911">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75BA333" w14:textId="77777777" w:rsidR="00011911" w:rsidRPr="00F51F43" w:rsidRDefault="00011911" w:rsidP="00011911">
            <w:pPr>
              <w:spacing w:after="0" w:line="240" w:lineRule="auto"/>
              <w:jc w:val="center"/>
              <w:rPr>
                <w:b/>
                <w:bCs/>
                <w:noProof/>
                <w:sz w:val="20"/>
                <w:szCs w:val="20"/>
              </w:rPr>
            </w:pPr>
            <w:r w:rsidRPr="00F51F43">
              <w:rPr>
                <w:b/>
                <w:bCs/>
                <w:noProof/>
                <w:sz w:val="20"/>
                <w:szCs w:val="20"/>
              </w:rPr>
              <w:t>SRPANJ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90B260"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717ADFF"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27ACE0D"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C3FB9D4"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234BCFC4"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8A57F0E"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007FA6D"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1F063B"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A3EEF16"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B66D6D1"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19DFA6DE" w14:textId="77777777" w:rsidTr="00011911">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2E6E62C1"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BCF43B4"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9653612" w14:textId="77777777" w:rsidR="00011911" w:rsidRPr="00F51F43" w:rsidRDefault="00011911" w:rsidP="00011911">
            <w:pPr>
              <w:spacing w:after="0" w:line="240" w:lineRule="auto"/>
              <w:jc w:val="center"/>
              <w:rPr>
                <w:noProof/>
                <w:sz w:val="20"/>
                <w:szCs w:val="20"/>
              </w:rPr>
            </w:pPr>
            <w:r w:rsidRPr="00F51F43">
              <w:rPr>
                <w:noProof/>
                <w:sz w:val="20"/>
                <w:szCs w:val="20"/>
              </w:rPr>
              <w:t>organizacija team building aktivnosti</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AD816AB" w14:textId="77777777" w:rsidR="00011911" w:rsidRPr="00F51F43" w:rsidRDefault="00011911" w:rsidP="00011911">
            <w:pPr>
              <w:spacing w:after="0" w:line="240" w:lineRule="auto"/>
              <w:jc w:val="center"/>
              <w:rPr>
                <w:noProof/>
                <w:sz w:val="20"/>
                <w:szCs w:val="20"/>
              </w:rPr>
            </w:pPr>
            <w:r w:rsidRPr="00F51F43">
              <w:rPr>
                <w:noProof/>
                <w:sz w:val="20"/>
                <w:szCs w:val="20"/>
              </w:rPr>
              <w:t>početak srpnja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EEA9EEC"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021CEEC2" w14:textId="77777777" w:rsidTr="00011911">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3411520A"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8516BD"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7C6009D" w14:textId="77777777" w:rsidR="00011911" w:rsidRPr="00F51F43" w:rsidRDefault="00011911" w:rsidP="00011911">
            <w:pPr>
              <w:spacing w:after="0" w:line="240" w:lineRule="auto"/>
              <w:jc w:val="center"/>
              <w:rPr>
                <w:noProof/>
                <w:sz w:val="20"/>
                <w:szCs w:val="20"/>
              </w:rPr>
            </w:pPr>
            <w:r w:rsidRPr="00F51F43">
              <w:rPr>
                <w:noProof/>
                <w:sz w:val="20"/>
                <w:szCs w:val="20"/>
              </w:rPr>
              <w:t>redizajn web stranice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2126A77" w14:textId="77777777" w:rsidR="00011911" w:rsidRPr="00F51F43" w:rsidRDefault="00011911" w:rsidP="00011911">
            <w:pPr>
              <w:spacing w:after="0" w:line="240" w:lineRule="auto"/>
              <w:jc w:val="center"/>
              <w:rPr>
                <w:noProof/>
                <w:sz w:val="20"/>
                <w:szCs w:val="20"/>
              </w:rPr>
            </w:pPr>
            <w:r w:rsidRPr="00F51F43">
              <w:rPr>
                <w:noProof/>
                <w:sz w:val="20"/>
                <w:szCs w:val="20"/>
              </w:rPr>
              <w:t>sredina srpnja</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78B327F"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5E2DC5AB" w14:textId="77777777" w:rsidTr="00011911">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B0039EE" w14:textId="77777777" w:rsidR="00011911" w:rsidRPr="00F51F43" w:rsidRDefault="00011911" w:rsidP="00011911">
            <w:pPr>
              <w:spacing w:after="0" w:line="240" w:lineRule="auto"/>
              <w:jc w:val="center"/>
              <w:rPr>
                <w:b/>
                <w:bCs/>
                <w:noProof/>
                <w:sz w:val="20"/>
                <w:szCs w:val="20"/>
              </w:rPr>
            </w:pPr>
            <w:r w:rsidRPr="00F51F43">
              <w:rPr>
                <w:b/>
                <w:bCs/>
                <w:noProof/>
                <w:sz w:val="20"/>
                <w:szCs w:val="20"/>
              </w:rPr>
              <w:t>KOLOVOZ</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2BB34CF" w14:textId="77777777" w:rsidR="00011911" w:rsidRPr="00F51F43" w:rsidRDefault="00011911" w:rsidP="00011911">
            <w:pPr>
              <w:spacing w:after="0" w:line="240" w:lineRule="auto"/>
              <w:jc w:val="center"/>
              <w:rPr>
                <w:noProof/>
                <w:sz w:val="20"/>
                <w:szCs w:val="20"/>
              </w:rPr>
            </w:pPr>
            <w:r w:rsidRPr="00F51F43">
              <w:rPr>
                <w:noProof/>
                <w:sz w:val="20"/>
                <w:szCs w:val="20"/>
              </w:rPr>
              <w:t>Djeca</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2E5AF69"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0870A30"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79EB25F" w14:textId="77777777" w:rsidR="00011911" w:rsidRPr="00F51F43" w:rsidRDefault="00011911" w:rsidP="00011911">
            <w:pPr>
              <w:spacing w:after="0" w:line="240" w:lineRule="auto"/>
              <w:jc w:val="center"/>
              <w:rPr>
                <w:noProof/>
                <w:sz w:val="20"/>
                <w:szCs w:val="20"/>
              </w:rPr>
            </w:pPr>
            <w:r w:rsidRPr="00F51F43">
              <w:rPr>
                <w:noProof/>
                <w:sz w:val="20"/>
                <w:szCs w:val="20"/>
              </w:rPr>
              <w:t> </w:t>
            </w:r>
          </w:p>
        </w:tc>
      </w:tr>
      <w:tr w:rsidR="00011911" w:rsidRPr="00F51F43" w14:paraId="54173C13" w14:textId="77777777" w:rsidTr="00011911">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1D052530"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97063C6" w14:textId="77777777" w:rsidR="00011911" w:rsidRPr="00F51F43" w:rsidRDefault="00011911" w:rsidP="00011911">
            <w:pPr>
              <w:spacing w:after="0" w:line="240" w:lineRule="auto"/>
              <w:jc w:val="center"/>
              <w:rPr>
                <w:noProof/>
                <w:sz w:val="20"/>
                <w:szCs w:val="20"/>
              </w:rPr>
            </w:pPr>
            <w:r w:rsidRPr="00F51F43">
              <w:rPr>
                <w:noProof/>
                <w:sz w:val="20"/>
                <w:szCs w:val="20"/>
              </w:rPr>
              <w:t>Roditelji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B08BC2" w14:textId="77777777" w:rsidR="00011911" w:rsidRPr="00F51F43" w:rsidRDefault="00011911" w:rsidP="00011911">
            <w:pPr>
              <w:spacing w:after="0" w:line="240" w:lineRule="auto"/>
              <w:jc w:val="center"/>
              <w:rPr>
                <w:noProof/>
                <w:sz w:val="20"/>
                <w:szCs w:val="20"/>
              </w:rPr>
            </w:pPr>
            <w:r w:rsidRPr="00F51F43">
              <w:rPr>
                <w:noProof/>
                <w:sz w:val="20"/>
                <w:szCs w:val="20"/>
              </w:rPr>
              <w:t>potpisivanje ugovora</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EE495F"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281AEAE" w14:textId="77777777" w:rsidR="00011911" w:rsidRPr="00F51F43" w:rsidRDefault="00011911" w:rsidP="00011911">
            <w:pPr>
              <w:spacing w:after="0" w:line="240" w:lineRule="auto"/>
              <w:jc w:val="center"/>
              <w:rPr>
                <w:noProof/>
                <w:sz w:val="20"/>
                <w:szCs w:val="20"/>
              </w:rPr>
            </w:pPr>
            <w:r w:rsidRPr="00F51F43">
              <w:rPr>
                <w:noProof/>
                <w:sz w:val="20"/>
                <w:szCs w:val="20"/>
              </w:rPr>
              <w:t>pedagoginja</w:t>
            </w:r>
          </w:p>
        </w:tc>
      </w:tr>
      <w:tr w:rsidR="00011911" w:rsidRPr="00F51F43" w14:paraId="5563B81A" w14:textId="77777777" w:rsidTr="00011911">
        <w:trPr>
          <w:cantSplit/>
          <w:trHeight w:val="1224"/>
          <w:jc w:val="center"/>
        </w:trPr>
        <w:tc>
          <w:tcPr>
            <w:tcW w:w="759" w:type="dxa"/>
            <w:vMerge/>
            <w:tcBorders>
              <w:top w:val="nil"/>
              <w:left w:val="single" w:sz="4" w:space="0" w:color="auto"/>
              <w:bottom w:val="single" w:sz="4" w:space="0" w:color="auto"/>
              <w:right w:val="single" w:sz="4" w:space="0" w:color="auto"/>
            </w:tcBorders>
            <w:vAlign w:val="center"/>
            <w:hideMark/>
          </w:tcPr>
          <w:p w14:paraId="1A689034"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870D290" w14:textId="77777777" w:rsidR="00011911" w:rsidRPr="00F51F43" w:rsidRDefault="00011911" w:rsidP="00011911">
            <w:pPr>
              <w:spacing w:after="0" w:line="240" w:lineRule="auto"/>
              <w:jc w:val="center"/>
              <w:rPr>
                <w:noProof/>
                <w:sz w:val="20"/>
                <w:szCs w:val="20"/>
              </w:rPr>
            </w:pPr>
            <w:r w:rsidRPr="00F51F43">
              <w:rPr>
                <w:noProof/>
                <w:sz w:val="20"/>
                <w:szCs w:val="20"/>
              </w:rPr>
              <w:t>Stručnjaci</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B4AB694" w14:textId="77777777" w:rsidR="00011911" w:rsidRPr="00F51F43" w:rsidRDefault="00011911" w:rsidP="00011911">
            <w:pPr>
              <w:spacing w:after="0" w:line="240" w:lineRule="auto"/>
              <w:jc w:val="center"/>
              <w:rPr>
                <w:noProof/>
                <w:sz w:val="20"/>
                <w:szCs w:val="20"/>
              </w:rPr>
            </w:pPr>
            <w:r w:rsidRPr="00F51F43">
              <w:rPr>
                <w:noProof/>
                <w:sz w:val="20"/>
                <w:szCs w:val="20"/>
              </w:rPr>
              <w:t>priprema nove pedagoške godine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C4B248E"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9C63ECA"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psihologinja, zdravstvena voditeljica, odgojiteljice</w:t>
            </w:r>
          </w:p>
        </w:tc>
      </w:tr>
      <w:tr w:rsidR="00011911" w:rsidRPr="00F51F43" w14:paraId="6722F1F0" w14:textId="77777777" w:rsidTr="00011911">
        <w:trPr>
          <w:cantSplit/>
          <w:trHeight w:val="1224"/>
          <w:jc w:val="center"/>
        </w:trPr>
        <w:tc>
          <w:tcPr>
            <w:tcW w:w="759" w:type="dxa"/>
            <w:vMerge/>
            <w:tcBorders>
              <w:top w:val="nil"/>
              <w:left w:val="single" w:sz="4" w:space="0" w:color="auto"/>
              <w:bottom w:val="single" w:sz="4" w:space="0" w:color="auto"/>
              <w:right w:val="single" w:sz="4" w:space="0" w:color="auto"/>
            </w:tcBorders>
            <w:vAlign w:val="center"/>
            <w:hideMark/>
          </w:tcPr>
          <w:p w14:paraId="6D9AACC9" w14:textId="77777777" w:rsidR="00011911" w:rsidRPr="00F51F43" w:rsidRDefault="00011911" w:rsidP="00011911">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1E39813" w14:textId="77777777" w:rsidR="00011911" w:rsidRPr="00F51F43" w:rsidRDefault="00011911" w:rsidP="00011911">
            <w:pPr>
              <w:spacing w:after="0" w:line="240" w:lineRule="auto"/>
              <w:jc w:val="center"/>
              <w:rPr>
                <w:noProof/>
                <w:sz w:val="20"/>
                <w:szCs w:val="20"/>
              </w:rPr>
            </w:pPr>
            <w:r w:rsidRPr="00F51F43">
              <w:rPr>
                <w:noProof/>
                <w:sz w:val="20"/>
                <w:szCs w:val="20"/>
              </w:rPr>
              <w:t>Ostalo</w:t>
            </w:r>
          </w:p>
        </w:tc>
        <w:tc>
          <w:tcPr>
            <w:tcW w:w="340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34DF0E2" w14:textId="77777777" w:rsidR="00011911" w:rsidRPr="00F51F43" w:rsidRDefault="00011911" w:rsidP="00011911">
            <w:pPr>
              <w:spacing w:after="0" w:line="240" w:lineRule="auto"/>
              <w:jc w:val="center"/>
              <w:rPr>
                <w:noProof/>
                <w:sz w:val="20"/>
                <w:szCs w:val="20"/>
              </w:rPr>
            </w:pPr>
            <w:r w:rsidRPr="00F51F43">
              <w:rPr>
                <w:noProof/>
                <w:sz w:val="20"/>
                <w:szCs w:val="20"/>
              </w:rPr>
              <w:t>priprema nove pedagoške godine</w:t>
            </w:r>
          </w:p>
        </w:tc>
        <w:tc>
          <w:tcPr>
            <w:tcW w:w="17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1F0218" w14:textId="77777777" w:rsidR="00011911" w:rsidRPr="00F51F43" w:rsidRDefault="00011911" w:rsidP="00011911">
            <w:pPr>
              <w:spacing w:after="0" w:line="240" w:lineRule="auto"/>
              <w:jc w:val="center"/>
              <w:rPr>
                <w:noProof/>
                <w:sz w:val="20"/>
                <w:szCs w:val="20"/>
              </w:rPr>
            </w:pPr>
            <w:r w:rsidRPr="00F51F43">
              <w:rPr>
                <w:noProof/>
                <w:sz w:val="20"/>
                <w:szCs w:val="20"/>
              </w:rPr>
              <w:t> </w:t>
            </w:r>
          </w:p>
        </w:tc>
        <w:tc>
          <w:tcPr>
            <w:tcW w:w="226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A00D17" w14:textId="77777777" w:rsidR="00011911" w:rsidRPr="00F51F43" w:rsidRDefault="00011911" w:rsidP="00011911">
            <w:pPr>
              <w:spacing w:after="0" w:line="240" w:lineRule="auto"/>
              <w:jc w:val="center"/>
              <w:rPr>
                <w:noProof/>
                <w:sz w:val="20"/>
                <w:szCs w:val="20"/>
              </w:rPr>
            </w:pPr>
            <w:r w:rsidRPr="00F51F43">
              <w:rPr>
                <w:noProof/>
                <w:sz w:val="20"/>
                <w:szCs w:val="20"/>
              </w:rPr>
              <w:t>ravnateljica, pedagoginja psihologinja, zdravstvena voditeljica, odgojiteljice</w:t>
            </w:r>
          </w:p>
        </w:tc>
      </w:tr>
    </w:tbl>
    <w:p w14:paraId="42A86213" w14:textId="77777777" w:rsidR="00B37F50" w:rsidRPr="00F51F43" w:rsidRDefault="00B37F50" w:rsidP="00B37F50">
      <w:pPr>
        <w:pStyle w:val="Naslov2"/>
        <w:rPr>
          <w:noProof/>
        </w:rPr>
      </w:pPr>
      <w:bookmarkStart w:id="61" w:name="_Toc241563377"/>
      <w:r w:rsidRPr="00F51F43">
        <w:rPr>
          <w:noProof/>
        </w:rPr>
        <w:lastRenderedPageBreak/>
        <w:t>10.3. GODIŠNJI PLAN I PROGRAM RADA STRUČNE SURADNICE PSIHOLOGINJE</w:t>
      </w:r>
      <w:bookmarkEnd w:id="61"/>
    </w:p>
    <w:p w14:paraId="50C73D3B" w14:textId="77777777" w:rsidR="0021392C" w:rsidRPr="00F51F43" w:rsidRDefault="0021392C" w:rsidP="0021392C">
      <w:pPr>
        <w:tabs>
          <w:tab w:val="left" w:pos="709"/>
        </w:tabs>
        <w:rPr>
          <w:bCs/>
          <w:noProof/>
        </w:rPr>
      </w:pPr>
    </w:p>
    <w:tbl>
      <w:tblPr>
        <w:tblStyle w:val="Reetkatablice"/>
        <w:tblW w:w="9356" w:type="dxa"/>
        <w:jc w:val="center"/>
        <w:tblLook w:val="04A0" w:firstRow="1" w:lastRow="0" w:firstColumn="1" w:lastColumn="0" w:noHBand="0" w:noVBand="1"/>
      </w:tblPr>
      <w:tblGrid>
        <w:gridCol w:w="758"/>
        <w:gridCol w:w="971"/>
        <w:gridCol w:w="4516"/>
        <w:gridCol w:w="1415"/>
        <w:gridCol w:w="1696"/>
      </w:tblGrid>
      <w:tr w:rsidR="00B37F50" w:rsidRPr="00F51F43" w14:paraId="3E9286D4" w14:textId="77777777" w:rsidTr="00B37F50">
        <w:trPr>
          <w:cantSplit/>
          <w:trHeight w:val="1104"/>
          <w:tblHeader/>
          <w:jc w:val="center"/>
        </w:trPr>
        <w:tc>
          <w:tcPr>
            <w:tcW w:w="759" w:type="dxa"/>
            <w:tcBorders>
              <w:top w:val="single" w:sz="4" w:space="0" w:color="auto"/>
              <w:left w:val="single" w:sz="4" w:space="0" w:color="auto"/>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0684E178" w14:textId="77777777" w:rsidR="00B37F50" w:rsidRPr="00F51F43" w:rsidRDefault="00B37F50" w:rsidP="00B37F50">
            <w:pPr>
              <w:spacing w:after="0" w:line="240" w:lineRule="auto"/>
              <w:jc w:val="center"/>
              <w:rPr>
                <w:b/>
                <w:bCs/>
                <w:noProof/>
                <w:sz w:val="20"/>
                <w:szCs w:val="20"/>
              </w:rPr>
            </w:pPr>
            <w:r w:rsidRPr="00F51F43">
              <w:rPr>
                <w:b/>
                <w:bCs/>
                <w:noProof/>
                <w:sz w:val="20"/>
                <w:szCs w:val="20"/>
              </w:rPr>
              <w:t>Period</w:t>
            </w:r>
          </w:p>
        </w:tc>
        <w:tc>
          <w:tcPr>
            <w:tcW w:w="934"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32CA74B0" w14:textId="77777777" w:rsidR="00B37F50" w:rsidRPr="00F51F43" w:rsidRDefault="00B37F50" w:rsidP="00B37F50">
            <w:pPr>
              <w:spacing w:after="0" w:line="240" w:lineRule="auto"/>
              <w:jc w:val="center"/>
              <w:rPr>
                <w:b/>
                <w:bCs/>
                <w:noProof/>
                <w:sz w:val="20"/>
                <w:szCs w:val="20"/>
              </w:rPr>
            </w:pPr>
            <w:r w:rsidRPr="00F51F43">
              <w:rPr>
                <w:b/>
                <w:bCs/>
                <w:noProof/>
                <w:sz w:val="20"/>
                <w:szCs w:val="20"/>
              </w:rPr>
              <w:t>Područje rada</w:t>
            </w:r>
          </w:p>
        </w:tc>
        <w:tc>
          <w:tcPr>
            <w:tcW w:w="4544"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1BEB5157" w14:textId="77777777" w:rsidR="00B37F50" w:rsidRPr="00F51F43" w:rsidRDefault="00B37F50" w:rsidP="00B37F50">
            <w:pPr>
              <w:spacing w:after="0" w:line="240" w:lineRule="auto"/>
              <w:jc w:val="center"/>
              <w:rPr>
                <w:b/>
                <w:bCs/>
                <w:noProof/>
                <w:sz w:val="20"/>
                <w:szCs w:val="20"/>
              </w:rPr>
            </w:pPr>
            <w:r w:rsidRPr="00F51F43">
              <w:rPr>
                <w:b/>
                <w:bCs/>
                <w:noProof/>
                <w:sz w:val="20"/>
                <w:szCs w:val="20"/>
              </w:rPr>
              <w:t>Planirana aktivnost/zadaće</w:t>
            </w:r>
          </w:p>
        </w:tc>
        <w:tc>
          <w:tcPr>
            <w:tcW w:w="1418"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2D9C426F" w14:textId="77777777" w:rsidR="00B37F50" w:rsidRPr="00F51F43" w:rsidRDefault="00B37F50" w:rsidP="00B37F50">
            <w:pPr>
              <w:spacing w:after="0" w:line="240" w:lineRule="auto"/>
              <w:jc w:val="center"/>
              <w:rPr>
                <w:b/>
                <w:bCs/>
                <w:noProof/>
                <w:sz w:val="20"/>
                <w:szCs w:val="20"/>
              </w:rPr>
            </w:pPr>
            <w:r w:rsidRPr="00F51F43">
              <w:rPr>
                <w:b/>
                <w:bCs/>
                <w:noProof/>
                <w:sz w:val="20"/>
                <w:szCs w:val="20"/>
              </w:rPr>
              <w:t>Datum (plan)</w:t>
            </w:r>
          </w:p>
        </w:tc>
        <w:tc>
          <w:tcPr>
            <w:tcW w:w="1701"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5EAD6F45" w14:textId="77777777" w:rsidR="00B37F50" w:rsidRPr="00F51F43" w:rsidRDefault="00B37F50" w:rsidP="00B37F50">
            <w:pPr>
              <w:spacing w:after="0" w:line="240" w:lineRule="auto"/>
              <w:jc w:val="center"/>
              <w:rPr>
                <w:b/>
                <w:bCs/>
                <w:noProof/>
                <w:sz w:val="20"/>
                <w:szCs w:val="20"/>
              </w:rPr>
            </w:pPr>
            <w:r w:rsidRPr="00F51F43">
              <w:rPr>
                <w:b/>
                <w:bCs/>
                <w:noProof/>
                <w:sz w:val="20"/>
                <w:szCs w:val="20"/>
              </w:rPr>
              <w:t>Nositelj/i</w:t>
            </w:r>
          </w:p>
        </w:tc>
      </w:tr>
      <w:tr w:rsidR="00B37F50" w:rsidRPr="00F51F43" w14:paraId="7AFFAFEC" w14:textId="77777777" w:rsidTr="00B37F50">
        <w:trPr>
          <w:cantSplit/>
          <w:trHeight w:val="1188"/>
          <w:jc w:val="center"/>
        </w:trPr>
        <w:tc>
          <w:tcPr>
            <w:tcW w:w="759" w:type="dxa"/>
            <w:vMerge w:val="restart"/>
            <w:tcBorders>
              <w:top w:val="nil"/>
              <w:left w:val="single" w:sz="4" w:space="0" w:color="auto"/>
              <w:bottom w:val="single" w:sz="4" w:space="0" w:color="000000"/>
              <w:right w:val="single" w:sz="4" w:space="0" w:color="auto"/>
            </w:tcBorders>
            <w:shd w:val="clear" w:color="auto" w:fill="auto"/>
            <w:tcMar>
              <w:top w:w="80" w:type="dxa"/>
              <w:left w:w="80" w:type="dxa"/>
              <w:bottom w:w="80" w:type="dxa"/>
              <w:right w:w="80" w:type="dxa"/>
            </w:tcMar>
            <w:textDirection w:val="btLr"/>
            <w:vAlign w:val="center"/>
            <w:hideMark/>
          </w:tcPr>
          <w:p w14:paraId="164B47EA" w14:textId="77777777" w:rsidR="00B37F50" w:rsidRPr="00F51F43" w:rsidRDefault="00B37F50" w:rsidP="00B37F50">
            <w:pPr>
              <w:spacing w:after="0" w:line="240" w:lineRule="auto"/>
              <w:jc w:val="center"/>
              <w:rPr>
                <w:b/>
                <w:bCs/>
                <w:noProof/>
                <w:sz w:val="20"/>
                <w:szCs w:val="20"/>
              </w:rPr>
            </w:pPr>
            <w:r w:rsidRPr="00F51F43">
              <w:rPr>
                <w:b/>
                <w:bCs/>
                <w:noProof/>
                <w:sz w:val="20"/>
                <w:szCs w:val="20"/>
              </w:rPr>
              <w:t>KONTINUIRANO TIJEKOM GODINE</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11287C4"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1EEF470B" w14:textId="77777777" w:rsidR="00B37F50" w:rsidRPr="00F51F43" w:rsidRDefault="00B37F50" w:rsidP="00B37F50">
            <w:pPr>
              <w:spacing w:after="0" w:line="240" w:lineRule="auto"/>
              <w:jc w:val="center"/>
              <w:rPr>
                <w:noProof/>
                <w:sz w:val="20"/>
                <w:szCs w:val="20"/>
              </w:rPr>
            </w:pPr>
            <w:r w:rsidRPr="00F51F43">
              <w:rPr>
                <w:noProof/>
                <w:sz w:val="20"/>
                <w:szCs w:val="20"/>
              </w:rPr>
              <w:t>Praćenje odgojno-obrazovnog procesa; opažanje djece i praćenje razvoja; pisanje stručnih mišljenja; uključivanje u odgojno-obrazovni rad prema potrebi</w:t>
            </w: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C85267E" w14:textId="77777777" w:rsidR="00B37F50" w:rsidRPr="00F51F43" w:rsidRDefault="00B37F50" w:rsidP="00B37F50">
            <w:pPr>
              <w:spacing w:after="0" w:line="240" w:lineRule="auto"/>
              <w:jc w:val="center"/>
              <w:rPr>
                <w:noProof/>
                <w:sz w:val="20"/>
                <w:szCs w:val="20"/>
              </w:rPr>
            </w:pPr>
            <w:r w:rsidRPr="00F51F43">
              <w:rPr>
                <w:noProof/>
                <w:sz w:val="20"/>
                <w:szCs w:val="20"/>
              </w:rPr>
              <w:t>tijekom godine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B22A422" w14:textId="77777777" w:rsidR="00B37F50" w:rsidRPr="00F51F43" w:rsidRDefault="00B37F50" w:rsidP="00B37F50">
            <w:pPr>
              <w:spacing w:after="0" w:line="240" w:lineRule="auto"/>
              <w:jc w:val="center"/>
              <w:rPr>
                <w:noProof/>
                <w:sz w:val="20"/>
                <w:szCs w:val="20"/>
              </w:rPr>
            </w:pPr>
            <w:r w:rsidRPr="00F51F43">
              <w:rPr>
                <w:noProof/>
                <w:sz w:val="20"/>
                <w:szCs w:val="20"/>
              </w:rPr>
              <w:t>pedagoginja</w:t>
            </w:r>
          </w:p>
        </w:tc>
      </w:tr>
      <w:tr w:rsidR="00B37F50" w:rsidRPr="00F51F43" w14:paraId="620DC04D" w14:textId="77777777" w:rsidTr="00B37F50">
        <w:trPr>
          <w:cantSplit/>
          <w:trHeight w:val="1200"/>
          <w:jc w:val="center"/>
        </w:trPr>
        <w:tc>
          <w:tcPr>
            <w:tcW w:w="759" w:type="dxa"/>
            <w:vMerge/>
            <w:tcBorders>
              <w:top w:val="nil"/>
              <w:left w:val="single" w:sz="4" w:space="0" w:color="auto"/>
              <w:bottom w:val="single" w:sz="4" w:space="0" w:color="000000"/>
              <w:right w:val="single" w:sz="4" w:space="0" w:color="auto"/>
            </w:tcBorders>
            <w:vAlign w:val="center"/>
            <w:hideMark/>
          </w:tcPr>
          <w:p w14:paraId="3E0CEF70"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14A7B86"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171835E" w14:textId="77777777" w:rsidR="00B37F50" w:rsidRPr="00F51F43" w:rsidRDefault="00B37F50" w:rsidP="00B37F50">
            <w:pPr>
              <w:spacing w:after="0" w:line="240" w:lineRule="auto"/>
              <w:jc w:val="center"/>
              <w:rPr>
                <w:noProof/>
                <w:sz w:val="20"/>
                <w:szCs w:val="20"/>
              </w:rPr>
            </w:pPr>
            <w:r w:rsidRPr="00F51F43">
              <w:rPr>
                <w:noProof/>
                <w:sz w:val="20"/>
                <w:szCs w:val="20"/>
              </w:rPr>
              <w:t xml:space="preserve">Individualna savjetovanja; konzultacije na zahtjev roditelja ili odgojitelja; sudjelovanje na roditeljskim sastancima prema potrebi; informiranje roditelja o razvoju i odgojno-obrazovnom radu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AC99620" w14:textId="77777777" w:rsidR="00B37F50" w:rsidRPr="00F51F43" w:rsidRDefault="00B37F50" w:rsidP="00B37F50">
            <w:pPr>
              <w:spacing w:after="0" w:line="240" w:lineRule="auto"/>
              <w:jc w:val="center"/>
              <w:rPr>
                <w:noProof/>
                <w:sz w:val="20"/>
                <w:szCs w:val="20"/>
              </w:rPr>
            </w:pPr>
            <w:r w:rsidRPr="00F51F43">
              <w:rPr>
                <w:noProof/>
                <w:sz w:val="20"/>
                <w:szCs w:val="20"/>
              </w:rPr>
              <w:t>tijekom godine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2910F89" w14:textId="77777777" w:rsidR="00B37F50" w:rsidRPr="00F51F43" w:rsidRDefault="00B37F50" w:rsidP="00B37F50">
            <w:pPr>
              <w:spacing w:after="0" w:line="240" w:lineRule="auto"/>
              <w:jc w:val="center"/>
              <w:rPr>
                <w:noProof/>
                <w:sz w:val="20"/>
                <w:szCs w:val="20"/>
              </w:rPr>
            </w:pPr>
            <w:r w:rsidRPr="00F51F43">
              <w:rPr>
                <w:noProof/>
                <w:sz w:val="20"/>
                <w:szCs w:val="20"/>
              </w:rPr>
              <w:t>pedagoginja</w:t>
            </w:r>
          </w:p>
        </w:tc>
      </w:tr>
      <w:tr w:rsidR="00B37F50" w:rsidRPr="00F51F43" w14:paraId="64468B83" w14:textId="77777777" w:rsidTr="00B37F50">
        <w:trPr>
          <w:cantSplit/>
          <w:trHeight w:val="1200"/>
          <w:jc w:val="center"/>
        </w:trPr>
        <w:tc>
          <w:tcPr>
            <w:tcW w:w="759" w:type="dxa"/>
            <w:vMerge/>
            <w:tcBorders>
              <w:top w:val="nil"/>
              <w:left w:val="single" w:sz="4" w:space="0" w:color="auto"/>
              <w:bottom w:val="single" w:sz="4" w:space="0" w:color="000000"/>
              <w:right w:val="single" w:sz="4" w:space="0" w:color="auto"/>
            </w:tcBorders>
            <w:vAlign w:val="center"/>
            <w:hideMark/>
          </w:tcPr>
          <w:p w14:paraId="44973964"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8818EFC"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D575BB3" w14:textId="77777777" w:rsidR="00B37F50" w:rsidRPr="00F51F43" w:rsidRDefault="00B37F50" w:rsidP="00B37F50">
            <w:pPr>
              <w:spacing w:after="0" w:line="240" w:lineRule="auto"/>
              <w:jc w:val="center"/>
              <w:rPr>
                <w:noProof/>
                <w:sz w:val="20"/>
                <w:szCs w:val="20"/>
              </w:rPr>
            </w:pPr>
            <w:r w:rsidRPr="00F51F43">
              <w:rPr>
                <w:noProof/>
                <w:sz w:val="20"/>
                <w:szCs w:val="20"/>
              </w:rPr>
              <w:t>Savjetodavni rad; hospitacije i praćenje odgojno-obrazovnog rada; pomoć u planiranju i vrednovanju rada; predlaganje unapređenja rada; mentorstvo pripravnicima i studentima; priprema i provedba internih edukacija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B65A923" w14:textId="77777777" w:rsidR="00B37F50" w:rsidRPr="00F51F43" w:rsidRDefault="00B37F50" w:rsidP="00B37F50">
            <w:pPr>
              <w:spacing w:after="0" w:line="240" w:lineRule="auto"/>
              <w:jc w:val="center"/>
              <w:rPr>
                <w:noProof/>
                <w:sz w:val="20"/>
                <w:szCs w:val="20"/>
              </w:rPr>
            </w:pPr>
            <w:r w:rsidRPr="00F51F43">
              <w:rPr>
                <w:noProof/>
                <w:sz w:val="20"/>
                <w:szCs w:val="20"/>
              </w:rPr>
              <w:t>tijekom godine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1665A7" w14:textId="77777777" w:rsidR="00B37F50" w:rsidRPr="00F51F43" w:rsidRDefault="00B37F50" w:rsidP="00B37F50">
            <w:pPr>
              <w:spacing w:after="0" w:line="240" w:lineRule="auto"/>
              <w:jc w:val="center"/>
              <w:rPr>
                <w:noProof/>
                <w:sz w:val="20"/>
                <w:szCs w:val="20"/>
              </w:rPr>
            </w:pPr>
            <w:r w:rsidRPr="00F51F43">
              <w:rPr>
                <w:noProof/>
                <w:sz w:val="20"/>
                <w:szCs w:val="20"/>
              </w:rPr>
              <w:t>pedagoginja</w:t>
            </w:r>
          </w:p>
        </w:tc>
      </w:tr>
      <w:tr w:rsidR="00B37F50" w:rsidRPr="00F51F43" w14:paraId="6F141AEE" w14:textId="77777777" w:rsidTr="00B37F50">
        <w:trPr>
          <w:cantSplit/>
          <w:trHeight w:val="1440"/>
          <w:jc w:val="center"/>
        </w:trPr>
        <w:tc>
          <w:tcPr>
            <w:tcW w:w="759" w:type="dxa"/>
            <w:vMerge/>
            <w:tcBorders>
              <w:top w:val="nil"/>
              <w:left w:val="single" w:sz="4" w:space="0" w:color="auto"/>
              <w:bottom w:val="single" w:sz="4" w:space="0" w:color="000000"/>
              <w:right w:val="single" w:sz="4" w:space="0" w:color="auto"/>
            </w:tcBorders>
            <w:vAlign w:val="center"/>
            <w:hideMark/>
          </w:tcPr>
          <w:p w14:paraId="01630440"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EA6AEB1"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B8892EB" w14:textId="77777777" w:rsidR="00B37F50" w:rsidRPr="00F51F43" w:rsidRDefault="00B37F50" w:rsidP="00B37F50">
            <w:pPr>
              <w:spacing w:after="0" w:line="240" w:lineRule="auto"/>
              <w:jc w:val="center"/>
              <w:rPr>
                <w:noProof/>
                <w:sz w:val="20"/>
                <w:szCs w:val="20"/>
              </w:rPr>
            </w:pPr>
            <w:r w:rsidRPr="00F51F43">
              <w:rPr>
                <w:noProof/>
                <w:sz w:val="20"/>
                <w:szCs w:val="20"/>
              </w:rPr>
              <w:t>Kontinuirano stručno usavršavanje, suradnja s vanjskim ustanovama, vođenje dokumentacije i evidencija, sudjelovanje u samovrednovanju ustanove, organizacija projekata, manifestacija i obilježavanje važnih datuma, sudjelovanje u izradi kurikuluma, godišnjeg plana i izvješća</w:t>
            </w:r>
            <w:r w:rsidR="00011911" w:rsidRPr="00F51F43">
              <w:rPr>
                <w:noProof/>
                <w:sz w:val="20"/>
                <w:szCs w:val="20"/>
              </w:rPr>
              <w:t>, poslovi po nalogu ravnatelja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17925C6" w14:textId="77777777" w:rsidR="00B37F50" w:rsidRPr="00F51F43" w:rsidRDefault="00B37F50" w:rsidP="00B37F50">
            <w:pPr>
              <w:spacing w:after="0" w:line="240" w:lineRule="auto"/>
              <w:jc w:val="center"/>
              <w:rPr>
                <w:noProof/>
                <w:sz w:val="20"/>
                <w:szCs w:val="20"/>
              </w:rPr>
            </w:pPr>
            <w:r w:rsidRPr="00F51F43">
              <w:rPr>
                <w:noProof/>
                <w:sz w:val="20"/>
                <w:szCs w:val="20"/>
              </w:rPr>
              <w:t>tijekom godine</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AB060E" w14:textId="77777777" w:rsidR="00B37F50" w:rsidRPr="00F51F43" w:rsidRDefault="00B37F50" w:rsidP="00B37F50">
            <w:pPr>
              <w:spacing w:after="0" w:line="240" w:lineRule="auto"/>
              <w:jc w:val="center"/>
              <w:rPr>
                <w:noProof/>
                <w:sz w:val="20"/>
                <w:szCs w:val="20"/>
              </w:rPr>
            </w:pPr>
            <w:r w:rsidRPr="00F51F43">
              <w:rPr>
                <w:noProof/>
                <w:sz w:val="20"/>
                <w:szCs w:val="20"/>
              </w:rPr>
              <w:t>pedagoginja</w:t>
            </w:r>
          </w:p>
        </w:tc>
      </w:tr>
      <w:tr w:rsidR="00B37F50" w:rsidRPr="00F51F43" w14:paraId="70C381CA" w14:textId="77777777" w:rsidTr="00B37F50">
        <w:trPr>
          <w:cantSplit/>
          <w:trHeight w:val="81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715A001D" w14:textId="77777777" w:rsidR="00B37F50" w:rsidRPr="00F51F43" w:rsidRDefault="00B37F50" w:rsidP="00B37F50">
            <w:pPr>
              <w:spacing w:after="0" w:line="240" w:lineRule="auto"/>
              <w:jc w:val="center"/>
              <w:rPr>
                <w:b/>
                <w:bCs/>
                <w:noProof/>
                <w:sz w:val="20"/>
                <w:szCs w:val="20"/>
              </w:rPr>
            </w:pPr>
            <w:r w:rsidRPr="00F51F43">
              <w:rPr>
                <w:b/>
                <w:bCs/>
                <w:noProof/>
                <w:sz w:val="20"/>
                <w:szCs w:val="20"/>
              </w:rPr>
              <w:t>RUJAN</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4C348DB"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CEB7D2" w14:textId="77777777" w:rsidR="00B37F50" w:rsidRPr="00F51F43" w:rsidRDefault="00B37F50" w:rsidP="00B37F50">
            <w:pPr>
              <w:spacing w:after="0" w:line="240" w:lineRule="auto"/>
              <w:jc w:val="center"/>
              <w:rPr>
                <w:noProof/>
                <w:sz w:val="20"/>
                <w:szCs w:val="20"/>
              </w:rPr>
            </w:pPr>
            <w:r w:rsidRPr="00F51F43">
              <w:rPr>
                <w:noProof/>
                <w:sz w:val="20"/>
                <w:szCs w:val="20"/>
              </w:rPr>
              <w:t>praćenje prilagodbe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6EF151" w14:textId="77777777" w:rsidR="00B37F50" w:rsidRPr="00F51F43" w:rsidRDefault="00B37F50" w:rsidP="00B37F50">
            <w:pPr>
              <w:spacing w:after="0" w:line="240" w:lineRule="auto"/>
              <w:jc w:val="center"/>
              <w:rPr>
                <w:noProof/>
                <w:sz w:val="20"/>
                <w:szCs w:val="20"/>
              </w:rPr>
            </w:pPr>
            <w:r w:rsidRPr="00F51F43">
              <w:rPr>
                <w:noProof/>
                <w:sz w:val="20"/>
                <w:szCs w:val="20"/>
              </w:rPr>
              <w:t>rujan</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E2C9E58" w14:textId="77777777" w:rsidR="00B37F50" w:rsidRPr="00F51F43" w:rsidRDefault="00B37F50" w:rsidP="00B37F50">
            <w:pPr>
              <w:spacing w:after="0" w:line="240" w:lineRule="auto"/>
              <w:jc w:val="center"/>
              <w:rPr>
                <w:noProof/>
                <w:sz w:val="20"/>
                <w:szCs w:val="20"/>
              </w:rPr>
            </w:pPr>
            <w:r w:rsidRPr="00F51F43">
              <w:rPr>
                <w:noProof/>
                <w:sz w:val="20"/>
                <w:szCs w:val="20"/>
              </w:rPr>
              <w:t>pedagog, psiholog, zdravstvena voditeljica</w:t>
            </w:r>
          </w:p>
        </w:tc>
      </w:tr>
      <w:tr w:rsidR="00B37F50" w:rsidRPr="00F51F43" w14:paraId="76BB336A" w14:textId="77777777" w:rsidTr="00B37F50">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17570AD6"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476F50"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C86130D" w14:textId="77777777" w:rsidR="00B37F50" w:rsidRPr="00F51F43" w:rsidRDefault="00B37F50" w:rsidP="00B37F50">
            <w:pPr>
              <w:spacing w:after="0" w:line="240" w:lineRule="auto"/>
              <w:jc w:val="center"/>
              <w:rPr>
                <w:noProof/>
                <w:sz w:val="20"/>
                <w:szCs w:val="20"/>
              </w:rPr>
            </w:pPr>
            <w:r w:rsidRPr="00F51F43">
              <w:rPr>
                <w:noProof/>
                <w:sz w:val="20"/>
                <w:szCs w:val="20"/>
              </w:rPr>
              <w:t>roditeljski sastanci članova stručnog tima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959C09" w14:textId="77777777" w:rsidR="00B37F50" w:rsidRPr="00F51F43" w:rsidRDefault="00B37F50" w:rsidP="00B37F50">
            <w:pPr>
              <w:spacing w:after="0" w:line="240" w:lineRule="auto"/>
              <w:jc w:val="center"/>
              <w:rPr>
                <w:noProof/>
                <w:sz w:val="20"/>
                <w:szCs w:val="20"/>
              </w:rPr>
            </w:pPr>
            <w:r w:rsidRPr="00F51F43">
              <w:rPr>
                <w:noProof/>
                <w:sz w:val="20"/>
                <w:szCs w:val="20"/>
              </w:rPr>
              <w:t>1.9., 2,9., 3.9., 4.9., 7.9.</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8FE118" w14:textId="77777777" w:rsidR="00B37F50" w:rsidRPr="00F51F43" w:rsidRDefault="00B37F50" w:rsidP="00B37F50">
            <w:pPr>
              <w:spacing w:after="0" w:line="240" w:lineRule="auto"/>
              <w:jc w:val="center"/>
              <w:rPr>
                <w:noProof/>
                <w:sz w:val="20"/>
                <w:szCs w:val="20"/>
              </w:rPr>
            </w:pPr>
            <w:r w:rsidRPr="00F51F43">
              <w:rPr>
                <w:noProof/>
                <w:sz w:val="20"/>
                <w:szCs w:val="20"/>
              </w:rPr>
              <w:t>pedagog, psiholog, zdravstvena voditeljica</w:t>
            </w:r>
          </w:p>
        </w:tc>
      </w:tr>
      <w:tr w:rsidR="00B37F50" w:rsidRPr="00F51F43" w14:paraId="6AEC867D"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6B05C01"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6C63475"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CD738C7"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AA270D"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5A8E1D4"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7C10DFE2"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0EF048A6"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31FB6B0"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2B0421F"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EE58458" w14:textId="77777777" w:rsidR="00B37F50" w:rsidRPr="00F51F43" w:rsidRDefault="00B37F50" w:rsidP="00B37F50">
            <w:pPr>
              <w:spacing w:after="0" w:line="240" w:lineRule="auto"/>
              <w:jc w:val="center"/>
              <w:rPr>
                <w:noProof/>
                <w:sz w:val="20"/>
                <w:szCs w:val="20"/>
              </w:rPr>
            </w:pPr>
            <w:r w:rsidRPr="00F51F43">
              <w:rPr>
                <w:noProof/>
                <w:sz w:val="20"/>
                <w:szCs w:val="20"/>
              </w:rPr>
              <w:t>18. i 19.9.</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612D8B7"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0E443231"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E69E786" w14:textId="77777777" w:rsidR="00B37F50" w:rsidRPr="00F51F43" w:rsidRDefault="00B37F50" w:rsidP="00B37F50">
            <w:pPr>
              <w:spacing w:after="0" w:line="240" w:lineRule="auto"/>
              <w:jc w:val="center"/>
              <w:rPr>
                <w:b/>
                <w:bCs/>
                <w:noProof/>
                <w:sz w:val="20"/>
                <w:szCs w:val="20"/>
              </w:rPr>
            </w:pPr>
            <w:r w:rsidRPr="00F51F43">
              <w:rPr>
                <w:b/>
                <w:bCs/>
                <w:noProof/>
                <w:sz w:val="20"/>
                <w:szCs w:val="20"/>
              </w:rPr>
              <w:t>LISTOPAD</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FE3D46D"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2591DC8" w14:textId="77777777" w:rsidR="00B37F50" w:rsidRPr="00F51F43" w:rsidRDefault="00B37F50" w:rsidP="00B37F50">
            <w:pPr>
              <w:spacing w:after="0" w:line="240" w:lineRule="auto"/>
              <w:jc w:val="center"/>
              <w:rPr>
                <w:noProof/>
                <w:sz w:val="20"/>
                <w:szCs w:val="20"/>
              </w:rPr>
            </w:pPr>
            <w:r w:rsidRPr="00F51F43">
              <w:rPr>
                <w:noProof/>
                <w:sz w:val="20"/>
                <w:szCs w:val="20"/>
              </w:rPr>
              <w:t>prepoznavanje darovitosti</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D866BC" w14:textId="77777777" w:rsidR="00B37F50" w:rsidRPr="00F51F43" w:rsidRDefault="00B37F50" w:rsidP="00B37F50">
            <w:pPr>
              <w:spacing w:after="0" w:line="240" w:lineRule="auto"/>
              <w:jc w:val="center"/>
              <w:rPr>
                <w:noProof/>
                <w:sz w:val="20"/>
                <w:szCs w:val="20"/>
              </w:rPr>
            </w:pPr>
            <w:r w:rsidRPr="00F51F43">
              <w:rPr>
                <w:noProof/>
                <w:sz w:val="20"/>
                <w:szCs w:val="20"/>
              </w:rPr>
              <w:t>listopad</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BEA1568"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614B5FE0"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69463B91"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682B9A"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55D8B70" w14:textId="77777777" w:rsidR="00B37F50" w:rsidRPr="00F51F43" w:rsidRDefault="00B37F50" w:rsidP="00B37F50">
            <w:pPr>
              <w:spacing w:after="0" w:line="240" w:lineRule="auto"/>
              <w:jc w:val="center"/>
              <w:rPr>
                <w:noProof/>
                <w:sz w:val="20"/>
                <w:szCs w:val="20"/>
              </w:rPr>
            </w:pPr>
            <w:r w:rsidRPr="00F51F43">
              <w:rPr>
                <w:noProof/>
                <w:sz w:val="20"/>
                <w:szCs w:val="20"/>
              </w:rPr>
              <w:t>Letak - strahovi kod djece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BB0F06" w14:textId="77777777" w:rsidR="00B37F50" w:rsidRPr="00F51F43" w:rsidRDefault="00B37F50" w:rsidP="00B37F50">
            <w:pPr>
              <w:spacing w:after="0" w:line="240" w:lineRule="auto"/>
              <w:jc w:val="center"/>
              <w:rPr>
                <w:noProof/>
                <w:sz w:val="20"/>
                <w:szCs w:val="20"/>
              </w:rPr>
            </w:pPr>
            <w:r w:rsidRPr="00F51F43">
              <w:rPr>
                <w:noProof/>
                <w:sz w:val="20"/>
                <w:szCs w:val="20"/>
              </w:rPr>
              <w:t>listopad</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33C09A8"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681E9013" w14:textId="77777777" w:rsidTr="00B37F50">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23A9F94E"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ACDF283"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9DD68E0" w14:textId="77777777" w:rsidR="00B37F50" w:rsidRPr="00F51F43" w:rsidRDefault="00B37F50" w:rsidP="00B37F50">
            <w:pPr>
              <w:spacing w:after="0" w:line="240" w:lineRule="auto"/>
              <w:jc w:val="center"/>
              <w:rPr>
                <w:noProof/>
                <w:sz w:val="20"/>
                <w:szCs w:val="20"/>
              </w:rPr>
            </w:pPr>
            <w:r w:rsidRPr="00F51F43">
              <w:rPr>
                <w:noProof/>
                <w:sz w:val="20"/>
                <w:szCs w:val="20"/>
              </w:rPr>
              <w:t>10.10. Dobar dan, kako ste - akcija mjerenja raspoloženja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E0D38B0" w14:textId="77777777" w:rsidR="00B37F50" w:rsidRPr="00F51F43" w:rsidRDefault="00B37F50" w:rsidP="00B37F50">
            <w:pPr>
              <w:spacing w:after="0" w:line="240" w:lineRule="auto"/>
              <w:jc w:val="center"/>
              <w:rPr>
                <w:noProof/>
                <w:sz w:val="20"/>
                <w:szCs w:val="20"/>
              </w:rPr>
            </w:pPr>
            <w:r w:rsidRPr="00F51F43">
              <w:rPr>
                <w:noProof/>
                <w:sz w:val="20"/>
                <w:szCs w:val="20"/>
              </w:rPr>
              <w:t>9. i 12.10.</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C446D35"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78900F79"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778A12A0"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6F96948"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948AB07" w14:textId="77777777" w:rsidR="00B37F50" w:rsidRPr="00F51F43" w:rsidRDefault="00B37F50" w:rsidP="00B37F50">
            <w:pPr>
              <w:spacing w:after="0" w:line="240" w:lineRule="auto"/>
              <w:jc w:val="center"/>
              <w:rPr>
                <w:noProof/>
                <w:sz w:val="20"/>
                <w:szCs w:val="20"/>
              </w:rPr>
            </w:pPr>
            <w:r w:rsidRPr="00F51F43">
              <w:rPr>
                <w:noProof/>
                <w:sz w:val="20"/>
                <w:szCs w:val="20"/>
              </w:rPr>
              <w:t>slanje teme radionice za stručni ispit</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3D5E409" w14:textId="77777777" w:rsidR="00B37F50" w:rsidRPr="00F51F43" w:rsidRDefault="00B37F50" w:rsidP="00B37F50">
            <w:pPr>
              <w:spacing w:after="0" w:line="240" w:lineRule="auto"/>
              <w:jc w:val="center"/>
              <w:rPr>
                <w:noProof/>
                <w:sz w:val="20"/>
                <w:szCs w:val="20"/>
              </w:rPr>
            </w:pPr>
            <w:r w:rsidRPr="00F51F43">
              <w:rPr>
                <w:noProof/>
                <w:sz w:val="20"/>
                <w:szCs w:val="20"/>
              </w:rPr>
              <w:t>do 24.10.</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F9A2BD3"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36663A65"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49AE7C48"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5E2C294"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74F7B3D"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F3793F9" w14:textId="77777777" w:rsidR="00B37F50" w:rsidRPr="00F51F43" w:rsidRDefault="00B37F50" w:rsidP="00B37F50">
            <w:pPr>
              <w:spacing w:after="0" w:line="240" w:lineRule="auto"/>
              <w:jc w:val="center"/>
              <w:rPr>
                <w:noProof/>
                <w:sz w:val="20"/>
                <w:szCs w:val="20"/>
              </w:rPr>
            </w:pPr>
            <w:r w:rsidRPr="00F51F43">
              <w:rPr>
                <w:noProof/>
                <w:sz w:val="20"/>
                <w:szCs w:val="20"/>
              </w:rPr>
              <w:t>9. i 10. 10.</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23495DF"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68B5073B"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0ADAF8E2" w14:textId="77777777" w:rsidR="00B37F50" w:rsidRPr="00F51F43" w:rsidRDefault="00B37F50" w:rsidP="00B37F50">
            <w:pPr>
              <w:spacing w:after="0" w:line="240" w:lineRule="auto"/>
              <w:jc w:val="center"/>
              <w:rPr>
                <w:b/>
                <w:bCs/>
                <w:noProof/>
                <w:sz w:val="20"/>
                <w:szCs w:val="20"/>
              </w:rPr>
            </w:pPr>
            <w:r w:rsidRPr="00F51F43">
              <w:rPr>
                <w:b/>
                <w:bCs/>
                <w:noProof/>
                <w:sz w:val="20"/>
                <w:szCs w:val="20"/>
              </w:rPr>
              <w:t>STUDENI</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D8AA576"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AFA4B8E" w14:textId="77777777" w:rsidR="00B37F50" w:rsidRPr="00F51F43" w:rsidRDefault="00B37F50" w:rsidP="00B37F50">
            <w:pPr>
              <w:spacing w:after="0" w:line="240" w:lineRule="auto"/>
              <w:jc w:val="center"/>
              <w:rPr>
                <w:noProof/>
                <w:sz w:val="20"/>
                <w:szCs w:val="20"/>
              </w:rPr>
            </w:pPr>
            <w:r w:rsidRPr="00F51F43">
              <w:rPr>
                <w:noProof/>
                <w:sz w:val="20"/>
                <w:szCs w:val="20"/>
              </w:rPr>
              <w:t>početak individualnog rada s darovitima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F313618" w14:textId="77777777" w:rsidR="00B37F50" w:rsidRPr="00F51F43" w:rsidRDefault="00B37F50" w:rsidP="00B37F50">
            <w:pPr>
              <w:spacing w:after="0" w:line="240" w:lineRule="auto"/>
              <w:jc w:val="center"/>
              <w:rPr>
                <w:noProof/>
                <w:sz w:val="20"/>
                <w:szCs w:val="20"/>
              </w:rPr>
            </w:pPr>
            <w:r w:rsidRPr="00F51F43">
              <w:rPr>
                <w:noProof/>
                <w:sz w:val="20"/>
                <w:szCs w:val="20"/>
              </w:rPr>
              <w:t>listopad</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DF4F056"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19523534"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3E3432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0948F34"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E469BC7"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5D2EBA0"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A613CB"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23C49118"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1CFD94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DCFDE13"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4A8751DA" w14:textId="77777777" w:rsidR="00B37F50" w:rsidRPr="00F51F43" w:rsidRDefault="00B37F50" w:rsidP="00B37F50">
            <w:pPr>
              <w:spacing w:after="0" w:line="240" w:lineRule="auto"/>
              <w:jc w:val="center"/>
              <w:rPr>
                <w:noProof/>
                <w:sz w:val="20"/>
                <w:szCs w:val="20"/>
              </w:rPr>
            </w:pP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45BE599"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483EA6A"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6FF991A4"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6FEFC1E"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1ADFCB"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50840DF"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8AD617D" w14:textId="77777777" w:rsidR="00B37F50" w:rsidRPr="00F51F43" w:rsidRDefault="00B37F50" w:rsidP="00B37F50">
            <w:pPr>
              <w:spacing w:after="0" w:line="240" w:lineRule="auto"/>
              <w:jc w:val="center"/>
              <w:rPr>
                <w:noProof/>
                <w:sz w:val="20"/>
                <w:szCs w:val="20"/>
              </w:rPr>
            </w:pPr>
            <w:r w:rsidRPr="00F51F43">
              <w:rPr>
                <w:noProof/>
                <w:sz w:val="20"/>
                <w:szCs w:val="20"/>
              </w:rPr>
              <w:t>6. i 7.11.</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E81ADE9"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15C590F4"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54554427" w14:textId="77777777" w:rsidR="00B37F50" w:rsidRPr="00F51F43" w:rsidRDefault="00B37F50" w:rsidP="00B37F50">
            <w:pPr>
              <w:spacing w:after="0" w:line="240" w:lineRule="auto"/>
              <w:jc w:val="center"/>
              <w:rPr>
                <w:b/>
                <w:bCs/>
                <w:noProof/>
                <w:sz w:val="20"/>
                <w:szCs w:val="20"/>
              </w:rPr>
            </w:pPr>
            <w:r w:rsidRPr="00F51F43">
              <w:rPr>
                <w:b/>
                <w:bCs/>
                <w:noProof/>
                <w:sz w:val="20"/>
                <w:szCs w:val="20"/>
              </w:rPr>
              <w:t>PROSINAC</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6246482"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D30AEFD"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FB5D8A1"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448596"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D94F368"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5756A2BA"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1AD9B5A"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6C2DA71B" w14:textId="77777777" w:rsidR="00B37F50" w:rsidRPr="00F51F43" w:rsidRDefault="00B37F50" w:rsidP="00B37F50">
            <w:pPr>
              <w:spacing w:after="0" w:line="240" w:lineRule="auto"/>
              <w:jc w:val="center"/>
              <w:rPr>
                <w:noProof/>
                <w:sz w:val="20"/>
                <w:szCs w:val="20"/>
              </w:rPr>
            </w:pPr>
            <w:r w:rsidRPr="00F51F43">
              <w:rPr>
                <w:noProof/>
                <w:sz w:val="20"/>
                <w:szCs w:val="20"/>
              </w:rPr>
              <w:t>konzultacije - djeca s posebnim potrebama</w:t>
            </w: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E70A7BA" w14:textId="77777777" w:rsidR="00B37F50" w:rsidRPr="00F51F43" w:rsidRDefault="00B37F50" w:rsidP="00B37F50">
            <w:pPr>
              <w:spacing w:after="0" w:line="240" w:lineRule="auto"/>
              <w:jc w:val="center"/>
              <w:rPr>
                <w:noProof/>
                <w:sz w:val="20"/>
                <w:szCs w:val="20"/>
              </w:rPr>
            </w:pPr>
            <w:r w:rsidRPr="00F51F43">
              <w:rPr>
                <w:noProof/>
                <w:sz w:val="20"/>
                <w:szCs w:val="20"/>
              </w:rPr>
              <w:t>prosinac</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2DF5A38"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1B6BF38E"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164AA730"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8FC9E13"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1E491D3D" w14:textId="77777777" w:rsidR="00B37F50" w:rsidRPr="00F51F43" w:rsidRDefault="00B37F50" w:rsidP="00B37F50">
            <w:pPr>
              <w:spacing w:after="0" w:line="240" w:lineRule="auto"/>
              <w:jc w:val="center"/>
              <w:rPr>
                <w:noProof/>
                <w:sz w:val="20"/>
                <w:szCs w:val="20"/>
              </w:rPr>
            </w:pPr>
            <w:r w:rsidRPr="00F51F43">
              <w:rPr>
                <w:noProof/>
                <w:sz w:val="20"/>
                <w:szCs w:val="20"/>
              </w:rPr>
              <w:t>konzultacije - djeca s posebnim potrebama</w:t>
            </w: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5F37AEF" w14:textId="77777777" w:rsidR="00B37F50" w:rsidRPr="00F51F43" w:rsidRDefault="00B37F50" w:rsidP="00B37F50">
            <w:pPr>
              <w:spacing w:after="0" w:line="240" w:lineRule="auto"/>
              <w:jc w:val="center"/>
              <w:rPr>
                <w:noProof/>
                <w:sz w:val="20"/>
                <w:szCs w:val="20"/>
              </w:rPr>
            </w:pPr>
            <w:r w:rsidRPr="00F51F43">
              <w:rPr>
                <w:noProof/>
                <w:sz w:val="20"/>
                <w:szCs w:val="20"/>
              </w:rPr>
              <w:t>prosinac</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8C0117F"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2DC2E621"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176B4DD4"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A957D2F"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3F02C46"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DF35BF" w14:textId="77777777" w:rsidR="00B37F50" w:rsidRPr="00F51F43" w:rsidRDefault="00B37F50" w:rsidP="00B37F50">
            <w:pPr>
              <w:spacing w:after="0" w:line="240" w:lineRule="auto"/>
              <w:jc w:val="center"/>
              <w:rPr>
                <w:noProof/>
                <w:sz w:val="20"/>
                <w:szCs w:val="20"/>
              </w:rPr>
            </w:pPr>
            <w:r w:rsidRPr="00F51F43">
              <w:rPr>
                <w:noProof/>
                <w:sz w:val="20"/>
                <w:szCs w:val="20"/>
              </w:rPr>
              <w:t>11. i 12. 12.</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11DC2B1"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66C3B9F0"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903540F" w14:textId="77777777" w:rsidR="00B37F50" w:rsidRPr="00F51F43" w:rsidRDefault="00B37F50" w:rsidP="00B37F50">
            <w:pPr>
              <w:spacing w:after="0" w:line="240" w:lineRule="auto"/>
              <w:jc w:val="center"/>
              <w:rPr>
                <w:b/>
                <w:bCs/>
                <w:noProof/>
                <w:sz w:val="20"/>
                <w:szCs w:val="20"/>
              </w:rPr>
            </w:pPr>
            <w:r w:rsidRPr="00F51F43">
              <w:rPr>
                <w:b/>
                <w:bCs/>
                <w:noProof/>
                <w:sz w:val="20"/>
                <w:szCs w:val="20"/>
              </w:rPr>
              <w:t>SIJEČANJ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BC95A4"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0C5BEC0" w14:textId="77777777" w:rsidR="00B37F50" w:rsidRPr="00F51F43" w:rsidRDefault="00B37F50" w:rsidP="00B37F50">
            <w:pPr>
              <w:spacing w:after="0" w:line="240" w:lineRule="auto"/>
              <w:jc w:val="center"/>
              <w:rPr>
                <w:noProof/>
                <w:sz w:val="20"/>
                <w:szCs w:val="20"/>
              </w:rPr>
            </w:pPr>
            <w:r w:rsidRPr="00F51F43">
              <w:rPr>
                <w:noProof/>
                <w:sz w:val="20"/>
                <w:szCs w:val="20"/>
              </w:rPr>
              <w:t>Radionica - Detektivi za emocije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D337D21" w14:textId="77777777" w:rsidR="00B37F50" w:rsidRPr="00F51F43" w:rsidRDefault="00B37F50" w:rsidP="00B37F50">
            <w:pPr>
              <w:spacing w:after="0" w:line="240" w:lineRule="auto"/>
              <w:jc w:val="center"/>
              <w:rPr>
                <w:noProof/>
                <w:sz w:val="20"/>
                <w:szCs w:val="20"/>
              </w:rPr>
            </w:pPr>
            <w:r w:rsidRPr="00F51F43">
              <w:rPr>
                <w:noProof/>
                <w:sz w:val="20"/>
                <w:szCs w:val="20"/>
              </w:rPr>
              <w:t>siječanj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B54295C"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0ADCDD2D"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7DC10E6A"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52FDBA"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74DCC745" w14:textId="77777777" w:rsidR="00B37F50" w:rsidRPr="00F51F43" w:rsidRDefault="00B37F50" w:rsidP="00B37F50">
            <w:pPr>
              <w:spacing w:after="0" w:line="240" w:lineRule="auto"/>
              <w:jc w:val="center"/>
              <w:rPr>
                <w:noProof/>
                <w:sz w:val="20"/>
                <w:szCs w:val="20"/>
              </w:rPr>
            </w:pPr>
            <w:r w:rsidRPr="00F51F43">
              <w:rPr>
                <w:noProof/>
                <w:sz w:val="20"/>
                <w:szCs w:val="20"/>
              </w:rPr>
              <w:t>Letak - psihološka otpornost djece</w:t>
            </w: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4D5A843" w14:textId="77777777" w:rsidR="00B37F50" w:rsidRPr="00F51F43" w:rsidRDefault="00B37F50" w:rsidP="00B37F50">
            <w:pPr>
              <w:spacing w:after="0" w:line="240" w:lineRule="auto"/>
              <w:jc w:val="center"/>
              <w:rPr>
                <w:noProof/>
                <w:sz w:val="20"/>
                <w:szCs w:val="20"/>
              </w:rPr>
            </w:pPr>
            <w:r w:rsidRPr="00F51F43">
              <w:rPr>
                <w:noProof/>
                <w:sz w:val="20"/>
                <w:szCs w:val="20"/>
              </w:rPr>
              <w:t>siječanj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3A4F878"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36648692"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561DC90F"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B729C0"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40C99AC5" w14:textId="77777777" w:rsidR="00B37F50" w:rsidRPr="00F51F43" w:rsidRDefault="00B37F50" w:rsidP="00B37F50">
            <w:pPr>
              <w:spacing w:after="0" w:line="240" w:lineRule="auto"/>
              <w:jc w:val="center"/>
              <w:rPr>
                <w:noProof/>
                <w:sz w:val="20"/>
                <w:szCs w:val="20"/>
              </w:rPr>
            </w:pPr>
            <w:r w:rsidRPr="00F51F43">
              <w:rPr>
                <w:noProof/>
                <w:sz w:val="20"/>
                <w:szCs w:val="20"/>
              </w:rPr>
              <w:t xml:space="preserve">Radionica Theraplay </w:t>
            </w: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1434040" w14:textId="77777777" w:rsidR="00B37F50" w:rsidRPr="00F51F43" w:rsidRDefault="00B37F50" w:rsidP="00B37F50">
            <w:pPr>
              <w:spacing w:after="0" w:line="240" w:lineRule="auto"/>
              <w:jc w:val="center"/>
              <w:rPr>
                <w:noProof/>
                <w:sz w:val="20"/>
                <w:szCs w:val="20"/>
              </w:rPr>
            </w:pPr>
            <w:r w:rsidRPr="00F51F43">
              <w:rPr>
                <w:noProof/>
                <w:sz w:val="20"/>
                <w:szCs w:val="20"/>
              </w:rPr>
              <w:t>siječanj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C049211" w14:textId="77777777" w:rsidR="00B37F50" w:rsidRPr="00F51F43" w:rsidRDefault="00B37F50" w:rsidP="00B37F50">
            <w:pPr>
              <w:spacing w:after="0" w:line="240" w:lineRule="auto"/>
              <w:jc w:val="center"/>
              <w:rPr>
                <w:noProof/>
                <w:sz w:val="20"/>
                <w:szCs w:val="20"/>
              </w:rPr>
            </w:pPr>
            <w:r w:rsidRPr="00F51F43">
              <w:rPr>
                <w:noProof/>
                <w:sz w:val="20"/>
                <w:szCs w:val="20"/>
              </w:rPr>
              <w:t>psiholog, pedagog</w:t>
            </w:r>
          </w:p>
        </w:tc>
      </w:tr>
      <w:tr w:rsidR="00B37F50" w:rsidRPr="00F51F43" w14:paraId="31D6F358" w14:textId="77777777" w:rsidTr="00B37F50">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498B5433"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29F51C"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1ACD8B6" w14:textId="77777777" w:rsidR="00B37F50" w:rsidRPr="00F51F43" w:rsidRDefault="00B37F50" w:rsidP="00B37F50">
            <w:pPr>
              <w:spacing w:after="0" w:line="240" w:lineRule="auto"/>
              <w:jc w:val="center"/>
              <w:rPr>
                <w:noProof/>
                <w:sz w:val="20"/>
                <w:szCs w:val="20"/>
              </w:rPr>
            </w:pPr>
            <w:r w:rsidRPr="00F51F43">
              <w:rPr>
                <w:noProof/>
                <w:sz w:val="20"/>
                <w:szCs w:val="20"/>
              </w:rPr>
              <w:t>ISA - knjige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F029809" w14:textId="77777777" w:rsidR="00B37F50" w:rsidRPr="00F51F43" w:rsidRDefault="00B37F50" w:rsidP="00B37F50">
            <w:pPr>
              <w:spacing w:after="0" w:line="240" w:lineRule="auto"/>
              <w:jc w:val="center"/>
              <w:rPr>
                <w:noProof/>
                <w:sz w:val="20"/>
                <w:szCs w:val="20"/>
              </w:rPr>
            </w:pPr>
            <w:r w:rsidRPr="00F51F43">
              <w:rPr>
                <w:noProof/>
                <w:sz w:val="20"/>
                <w:szCs w:val="20"/>
              </w:rPr>
              <w:t>siječanj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18F4F03" w14:textId="77777777" w:rsidR="00B37F50" w:rsidRPr="00F51F43" w:rsidRDefault="00B37F50" w:rsidP="00B37F50">
            <w:pPr>
              <w:spacing w:after="0" w:line="240" w:lineRule="auto"/>
              <w:jc w:val="center"/>
              <w:rPr>
                <w:noProof/>
                <w:sz w:val="20"/>
                <w:szCs w:val="20"/>
              </w:rPr>
            </w:pPr>
            <w:r w:rsidRPr="00F51F43">
              <w:rPr>
                <w:noProof/>
                <w:sz w:val="20"/>
                <w:szCs w:val="20"/>
              </w:rPr>
              <w:t>psiholog, pedagog, zdravstvena voditeljica</w:t>
            </w:r>
          </w:p>
        </w:tc>
      </w:tr>
      <w:tr w:rsidR="00B37F50" w:rsidRPr="00F51F43" w14:paraId="12CB4C8B"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1E4234DD"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CF2B71B"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3667892F"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D06AC03" w14:textId="77777777" w:rsidR="00B37F50" w:rsidRPr="00F51F43" w:rsidRDefault="00B37F50" w:rsidP="00B37F50">
            <w:pPr>
              <w:spacing w:after="0" w:line="240" w:lineRule="auto"/>
              <w:jc w:val="center"/>
              <w:rPr>
                <w:noProof/>
                <w:sz w:val="20"/>
                <w:szCs w:val="20"/>
              </w:rPr>
            </w:pPr>
            <w:r w:rsidRPr="00F51F43">
              <w:rPr>
                <w:noProof/>
                <w:sz w:val="20"/>
                <w:szCs w:val="20"/>
              </w:rPr>
              <w:t>15. i 16. 1.</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401C40F"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5DA906B5"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1C4422DA" w14:textId="77777777" w:rsidR="00B37F50" w:rsidRPr="00F51F43" w:rsidRDefault="00B37F50" w:rsidP="00B37F50">
            <w:pPr>
              <w:spacing w:after="0" w:line="240" w:lineRule="auto"/>
              <w:jc w:val="center"/>
              <w:rPr>
                <w:b/>
                <w:bCs/>
                <w:noProof/>
                <w:sz w:val="20"/>
                <w:szCs w:val="20"/>
              </w:rPr>
            </w:pPr>
            <w:r w:rsidRPr="00F51F43">
              <w:rPr>
                <w:b/>
                <w:bCs/>
                <w:noProof/>
                <w:sz w:val="20"/>
                <w:szCs w:val="20"/>
              </w:rPr>
              <w:t>VELJAČA</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CF9BB11"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38A6C05"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05EC492"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EA7FD31"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5AA3190C" w14:textId="77777777" w:rsidTr="00B37F50">
        <w:trPr>
          <w:cantSplit/>
          <w:trHeight w:val="720"/>
          <w:jc w:val="center"/>
        </w:trPr>
        <w:tc>
          <w:tcPr>
            <w:tcW w:w="759" w:type="dxa"/>
            <w:vMerge/>
            <w:tcBorders>
              <w:top w:val="nil"/>
              <w:left w:val="single" w:sz="4" w:space="0" w:color="auto"/>
              <w:bottom w:val="single" w:sz="4" w:space="0" w:color="auto"/>
              <w:right w:val="single" w:sz="4" w:space="0" w:color="auto"/>
            </w:tcBorders>
            <w:vAlign w:val="center"/>
            <w:hideMark/>
          </w:tcPr>
          <w:p w14:paraId="387339A7"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77784B9"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2B8ADD" w14:textId="77777777" w:rsidR="00B37F50" w:rsidRPr="00F51F43" w:rsidRDefault="00B37F50" w:rsidP="00B37F50">
            <w:pPr>
              <w:spacing w:after="0" w:line="240" w:lineRule="auto"/>
              <w:jc w:val="center"/>
              <w:rPr>
                <w:noProof/>
                <w:sz w:val="20"/>
                <w:szCs w:val="20"/>
              </w:rPr>
            </w:pPr>
            <w:r w:rsidRPr="00F51F43">
              <w:rPr>
                <w:noProof/>
                <w:sz w:val="20"/>
                <w:szCs w:val="20"/>
              </w:rPr>
              <w:t>roditeljski sastanak: Psihološka otpornost djece - kako pomoći djetetu da se nosi s izazovima (Legrad)</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47B4270" w14:textId="77777777" w:rsidR="00B37F50" w:rsidRPr="00F51F43" w:rsidRDefault="00B37F50" w:rsidP="00B37F50">
            <w:pPr>
              <w:spacing w:after="0" w:line="240" w:lineRule="auto"/>
              <w:jc w:val="center"/>
              <w:rPr>
                <w:noProof/>
                <w:sz w:val="20"/>
                <w:szCs w:val="20"/>
              </w:rPr>
            </w:pPr>
            <w:r w:rsidRPr="00F51F43">
              <w:rPr>
                <w:noProof/>
                <w:sz w:val="20"/>
                <w:szCs w:val="20"/>
              </w:rPr>
              <w:t>2.2.</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7B089CB"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50EBCEB4" w14:textId="77777777" w:rsidTr="00B37F50">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3E04B534"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5A86F8B"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9CC17AA" w14:textId="77777777" w:rsidR="00B37F50" w:rsidRPr="00F51F43" w:rsidRDefault="00B37F50" w:rsidP="00B37F50">
            <w:pPr>
              <w:spacing w:after="0" w:line="240" w:lineRule="auto"/>
              <w:jc w:val="center"/>
              <w:rPr>
                <w:noProof/>
                <w:sz w:val="20"/>
                <w:szCs w:val="20"/>
              </w:rPr>
            </w:pPr>
            <w:r w:rsidRPr="00F51F43">
              <w:rPr>
                <w:noProof/>
                <w:sz w:val="20"/>
                <w:szCs w:val="20"/>
              </w:rPr>
              <w:t>roditeljski sastanak: Zašto su djeci potrebne rutine? (Gola)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5B4AB5F" w14:textId="77777777" w:rsidR="00B37F50" w:rsidRPr="00F51F43" w:rsidRDefault="00B37F50" w:rsidP="00B37F50">
            <w:pPr>
              <w:spacing w:after="0" w:line="240" w:lineRule="auto"/>
              <w:jc w:val="center"/>
              <w:rPr>
                <w:noProof/>
                <w:sz w:val="20"/>
                <w:szCs w:val="20"/>
              </w:rPr>
            </w:pPr>
            <w:r w:rsidRPr="00F51F43">
              <w:rPr>
                <w:noProof/>
                <w:sz w:val="20"/>
                <w:szCs w:val="20"/>
              </w:rPr>
              <w:t>3.2.</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1F5AD0"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62A95A9C" w14:textId="77777777" w:rsidTr="00B37F50">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0165B3E0"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5B23BBE"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1AAB7AD" w14:textId="77777777" w:rsidR="00B37F50" w:rsidRPr="00F51F43" w:rsidRDefault="00B37F50" w:rsidP="00B37F50">
            <w:pPr>
              <w:spacing w:after="0" w:line="240" w:lineRule="auto"/>
              <w:jc w:val="center"/>
              <w:rPr>
                <w:noProof/>
                <w:sz w:val="20"/>
                <w:szCs w:val="20"/>
              </w:rPr>
            </w:pPr>
            <w:r w:rsidRPr="00F51F43">
              <w:rPr>
                <w:noProof/>
                <w:sz w:val="20"/>
                <w:szCs w:val="20"/>
              </w:rPr>
              <w:t>roditeljski sastanak: Zašto su djeci potrebne rutine? (Đelekovec)</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552A02" w14:textId="77777777" w:rsidR="00B37F50" w:rsidRPr="00F51F43" w:rsidRDefault="00B37F50" w:rsidP="00B37F50">
            <w:pPr>
              <w:spacing w:after="0" w:line="240" w:lineRule="auto"/>
              <w:jc w:val="center"/>
              <w:rPr>
                <w:noProof/>
                <w:sz w:val="20"/>
                <w:szCs w:val="20"/>
              </w:rPr>
            </w:pPr>
            <w:r w:rsidRPr="00F51F43">
              <w:rPr>
                <w:noProof/>
                <w:sz w:val="20"/>
                <w:szCs w:val="20"/>
              </w:rPr>
              <w:t>4.2.</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739777A"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0026BFC9" w14:textId="77777777" w:rsidTr="00B37F50">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160603F7"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D2E6C7"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8EC6E81" w14:textId="77777777" w:rsidR="00B37F50" w:rsidRPr="00F51F43" w:rsidRDefault="00B37F50" w:rsidP="00B37F50">
            <w:pPr>
              <w:spacing w:after="0" w:line="240" w:lineRule="auto"/>
              <w:jc w:val="center"/>
              <w:rPr>
                <w:noProof/>
                <w:sz w:val="20"/>
                <w:szCs w:val="20"/>
              </w:rPr>
            </w:pPr>
            <w:r w:rsidRPr="00F51F43">
              <w:rPr>
                <w:noProof/>
                <w:sz w:val="20"/>
                <w:szCs w:val="20"/>
              </w:rPr>
              <w:t>roditeljski sastanak: Digitalno djetinjstvo - kako biti podrška djetetu u svijetu ekrana (Ivanec)</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5841C7" w14:textId="77777777" w:rsidR="00B37F50" w:rsidRPr="00F51F43" w:rsidRDefault="00B37F50" w:rsidP="00B37F50">
            <w:pPr>
              <w:spacing w:after="0" w:line="240" w:lineRule="auto"/>
              <w:jc w:val="center"/>
              <w:rPr>
                <w:noProof/>
                <w:sz w:val="20"/>
                <w:szCs w:val="20"/>
              </w:rPr>
            </w:pPr>
            <w:r w:rsidRPr="00F51F43">
              <w:rPr>
                <w:noProof/>
                <w:sz w:val="20"/>
                <w:szCs w:val="20"/>
              </w:rPr>
              <w:t>9.2.</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1E02CE3"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41B92027"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69982D4A"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E0E58F9"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7813E9" w14:textId="77777777" w:rsidR="00B37F50" w:rsidRPr="00F51F43" w:rsidRDefault="00B37F50" w:rsidP="00B37F50">
            <w:pPr>
              <w:spacing w:after="0" w:line="240" w:lineRule="auto"/>
              <w:jc w:val="center"/>
              <w:rPr>
                <w:noProof/>
                <w:sz w:val="20"/>
                <w:szCs w:val="20"/>
              </w:rPr>
            </w:pPr>
            <w:r w:rsidRPr="00F51F43">
              <w:rPr>
                <w:noProof/>
                <w:sz w:val="20"/>
                <w:szCs w:val="20"/>
              </w:rPr>
              <w:t>sastanci s predstavnicama osnovnih škola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4A0A81D" w14:textId="77777777" w:rsidR="00B37F50" w:rsidRPr="00F51F43" w:rsidRDefault="00B37F50" w:rsidP="00B37F50">
            <w:pPr>
              <w:spacing w:after="0" w:line="240" w:lineRule="auto"/>
              <w:jc w:val="center"/>
              <w:rPr>
                <w:noProof/>
                <w:sz w:val="20"/>
                <w:szCs w:val="20"/>
              </w:rPr>
            </w:pPr>
            <w:r w:rsidRPr="00F51F43">
              <w:rPr>
                <w:noProof/>
                <w:sz w:val="20"/>
                <w:szCs w:val="20"/>
              </w:rPr>
              <w:t>veljača</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25E2B8B" w14:textId="77777777" w:rsidR="00B37F50" w:rsidRPr="00F51F43" w:rsidRDefault="00B37F50" w:rsidP="00B37F50">
            <w:pPr>
              <w:spacing w:after="0" w:line="240" w:lineRule="auto"/>
              <w:jc w:val="center"/>
              <w:rPr>
                <w:noProof/>
                <w:sz w:val="20"/>
                <w:szCs w:val="20"/>
              </w:rPr>
            </w:pPr>
            <w:r w:rsidRPr="00F51F43">
              <w:rPr>
                <w:noProof/>
                <w:sz w:val="20"/>
                <w:szCs w:val="20"/>
              </w:rPr>
              <w:t>psiholog, pedagog</w:t>
            </w:r>
          </w:p>
        </w:tc>
      </w:tr>
      <w:tr w:rsidR="00B37F50" w:rsidRPr="00F51F43" w14:paraId="782778E9"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76135BE5"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B95753"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4580429"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FA48026" w14:textId="77777777" w:rsidR="00B37F50" w:rsidRPr="00F51F43" w:rsidRDefault="00B37F50" w:rsidP="00B37F50">
            <w:pPr>
              <w:spacing w:after="0" w:line="240" w:lineRule="auto"/>
              <w:jc w:val="center"/>
              <w:rPr>
                <w:noProof/>
                <w:sz w:val="20"/>
                <w:szCs w:val="20"/>
              </w:rPr>
            </w:pPr>
            <w:r w:rsidRPr="00F51F43">
              <w:rPr>
                <w:noProof/>
                <w:sz w:val="20"/>
                <w:szCs w:val="20"/>
              </w:rPr>
              <w:t>12. i 13. 2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4D4F0D3"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4C3711D7"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1D566D92" w14:textId="77777777" w:rsidR="00B37F50" w:rsidRPr="00F51F43" w:rsidRDefault="00B37F50" w:rsidP="00B37F50">
            <w:pPr>
              <w:spacing w:after="0" w:line="240" w:lineRule="auto"/>
              <w:jc w:val="center"/>
              <w:rPr>
                <w:b/>
                <w:bCs/>
                <w:noProof/>
                <w:sz w:val="20"/>
                <w:szCs w:val="20"/>
              </w:rPr>
            </w:pPr>
            <w:r w:rsidRPr="00F51F43">
              <w:rPr>
                <w:b/>
                <w:bCs/>
                <w:noProof/>
                <w:sz w:val="20"/>
                <w:szCs w:val="20"/>
              </w:rPr>
              <w:t>OŽUJAK</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B6354F"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427E52D"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98FC225"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B17D444"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5618BAD1"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77B43679"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9ACA33"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84BE54F"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2A8FF49"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8566976"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F9769F4" w14:textId="77777777" w:rsidTr="00B37F50">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0DC3D3C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CA0F3DB"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5B7DB9F" w14:textId="77777777" w:rsidR="00B37F50" w:rsidRPr="00F51F43" w:rsidRDefault="00B37F50" w:rsidP="00B37F50">
            <w:pPr>
              <w:spacing w:after="0" w:line="240" w:lineRule="auto"/>
              <w:jc w:val="center"/>
              <w:rPr>
                <w:noProof/>
                <w:sz w:val="20"/>
                <w:szCs w:val="20"/>
              </w:rPr>
            </w:pPr>
            <w:r w:rsidRPr="00F51F43">
              <w:rPr>
                <w:noProof/>
                <w:sz w:val="20"/>
                <w:szCs w:val="20"/>
              </w:rPr>
              <w:t>radionica - Suradnja roditelja i odgojitelja - od pretpostavke do međusobnog razumijevanja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9712C0A" w14:textId="77777777" w:rsidR="00B37F50" w:rsidRPr="00F51F43" w:rsidRDefault="00B37F50" w:rsidP="00B37F50">
            <w:pPr>
              <w:spacing w:after="0" w:line="240" w:lineRule="auto"/>
              <w:jc w:val="center"/>
              <w:rPr>
                <w:noProof/>
                <w:sz w:val="20"/>
                <w:szCs w:val="20"/>
              </w:rPr>
            </w:pPr>
            <w:r w:rsidRPr="00F51F43">
              <w:rPr>
                <w:noProof/>
                <w:sz w:val="20"/>
                <w:szCs w:val="20"/>
              </w:rPr>
              <w:t>ponedjeljak i četvrtak u ožujku</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5B36E33"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78BB7007"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2EC87DC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C8ED1E0"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E166540"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C373126" w14:textId="77777777" w:rsidR="00B37F50" w:rsidRPr="00F51F43" w:rsidRDefault="00B37F50" w:rsidP="00B37F50">
            <w:pPr>
              <w:spacing w:after="0" w:line="240" w:lineRule="auto"/>
              <w:jc w:val="center"/>
              <w:rPr>
                <w:noProof/>
                <w:sz w:val="20"/>
                <w:szCs w:val="20"/>
              </w:rPr>
            </w:pPr>
            <w:r w:rsidRPr="00F51F43">
              <w:rPr>
                <w:noProof/>
                <w:sz w:val="20"/>
                <w:szCs w:val="20"/>
              </w:rPr>
              <w:t>12. i 13. 3.</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C656409"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4DC07925"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49C5B6AD" w14:textId="77777777" w:rsidR="00B37F50" w:rsidRPr="00F51F43" w:rsidRDefault="00B37F50" w:rsidP="00B37F50">
            <w:pPr>
              <w:spacing w:after="0" w:line="240" w:lineRule="auto"/>
              <w:jc w:val="center"/>
              <w:rPr>
                <w:b/>
                <w:bCs/>
                <w:noProof/>
                <w:sz w:val="20"/>
                <w:szCs w:val="20"/>
              </w:rPr>
            </w:pPr>
            <w:r w:rsidRPr="00F51F43">
              <w:rPr>
                <w:b/>
                <w:bCs/>
                <w:noProof/>
                <w:sz w:val="20"/>
                <w:szCs w:val="20"/>
              </w:rPr>
              <w:t>TRAVANJ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0FDE7AF"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7AE006F"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95396B1"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6C8BB26"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40AB5F79"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6BF46033"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91B639D"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AC944D8" w14:textId="77777777" w:rsidR="00B37F50" w:rsidRPr="00F51F43" w:rsidRDefault="00B37F50" w:rsidP="00B37F50">
            <w:pPr>
              <w:spacing w:after="0" w:line="240" w:lineRule="auto"/>
              <w:jc w:val="center"/>
              <w:rPr>
                <w:noProof/>
                <w:sz w:val="20"/>
                <w:szCs w:val="20"/>
              </w:rPr>
            </w:pPr>
            <w:r w:rsidRPr="00F51F43">
              <w:rPr>
                <w:noProof/>
                <w:sz w:val="20"/>
                <w:szCs w:val="20"/>
              </w:rPr>
              <w:t>konzultacije - djeca s posebnim potrebama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662DEE6" w14:textId="77777777" w:rsidR="00B37F50" w:rsidRPr="00F51F43" w:rsidRDefault="00B37F50" w:rsidP="00B37F50">
            <w:pPr>
              <w:spacing w:after="0" w:line="240" w:lineRule="auto"/>
              <w:jc w:val="center"/>
              <w:rPr>
                <w:noProof/>
                <w:sz w:val="20"/>
                <w:szCs w:val="20"/>
              </w:rPr>
            </w:pPr>
            <w:r w:rsidRPr="00F51F43">
              <w:rPr>
                <w:noProof/>
                <w:sz w:val="20"/>
                <w:szCs w:val="20"/>
              </w:rPr>
              <w:t>travanj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A0DDB85"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39265C5F"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97A7CDA"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B146D25"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9ABF5E4" w14:textId="77777777" w:rsidR="00B37F50" w:rsidRPr="00F51F43" w:rsidRDefault="00B37F50" w:rsidP="00B37F50">
            <w:pPr>
              <w:spacing w:after="0" w:line="240" w:lineRule="auto"/>
              <w:jc w:val="center"/>
              <w:rPr>
                <w:noProof/>
                <w:sz w:val="20"/>
                <w:szCs w:val="20"/>
              </w:rPr>
            </w:pPr>
            <w:r w:rsidRPr="00F51F43">
              <w:rPr>
                <w:noProof/>
                <w:sz w:val="20"/>
                <w:szCs w:val="20"/>
              </w:rPr>
              <w:t>konzultacije - djeca s posebnim potrebama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504F04F" w14:textId="77777777" w:rsidR="00B37F50" w:rsidRPr="00F51F43" w:rsidRDefault="00B37F50" w:rsidP="00B37F50">
            <w:pPr>
              <w:spacing w:after="0" w:line="240" w:lineRule="auto"/>
              <w:jc w:val="center"/>
              <w:rPr>
                <w:noProof/>
                <w:sz w:val="20"/>
                <w:szCs w:val="20"/>
              </w:rPr>
            </w:pPr>
            <w:r w:rsidRPr="00F51F43">
              <w:rPr>
                <w:noProof/>
                <w:sz w:val="20"/>
                <w:szCs w:val="20"/>
              </w:rPr>
              <w:t>travanj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98407A6"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4C1788BD"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0FB28607"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ECC6208"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11D99C2F"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449714B" w14:textId="77777777" w:rsidR="00B37F50" w:rsidRPr="00F51F43" w:rsidRDefault="00B37F50" w:rsidP="00B37F50">
            <w:pPr>
              <w:spacing w:after="0" w:line="240" w:lineRule="auto"/>
              <w:jc w:val="center"/>
              <w:rPr>
                <w:noProof/>
                <w:sz w:val="20"/>
                <w:szCs w:val="20"/>
              </w:rPr>
            </w:pPr>
            <w:r w:rsidRPr="00F51F43">
              <w:rPr>
                <w:noProof/>
                <w:sz w:val="20"/>
                <w:szCs w:val="20"/>
              </w:rPr>
              <w:t>9. i 10. 4.</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08C2941"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6931CBCF"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3DE5AAAE" w14:textId="77777777" w:rsidR="00B37F50" w:rsidRPr="00F51F43" w:rsidRDefault="00B37F50" w:rsidP="00B37F50">
            <w:pPr>
              <w:spacing w:after="0" w:line="240" w:lineRule="auto"/>
              <w:jc w:val="center"/>
              <w:rPr>
                <w:b/>
                <w:bCs/>
                <w:noProof/>
                <w:sz w:val="20"/>
                <w:szCs w:val="20"/>
              </w:rPr>
            </w:pPr>
            <w:r w:rsidRPr="00F51F43">
              <w:rPr>
                <w:b/>
                <w:bCs/>
                <w:noProof/>
                <w:sz w:val="20"/>
                <w:szCs w:val="20"/>
              </w:rPr>
              <w:t>SVIBANJ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D19DE5"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AA31503"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D69DE1F"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7B106D"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9B78738"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664B678"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0B8D89C"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E5AA94B"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1D8D2B"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3BD8C2E"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18AB082B" w14:textId="77777777" w:rsidTr="00B37F50">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50CB4643"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15346CB"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2CF940B" w14:textId="77777777" w:rsidR="00B37F50" w:rsidRPr="00F51F43" w:rsidRDefault="00B37F50" w:rsidP="00B37F50">
            <w:pPr>
              <w:spacing w:after="0" w:line="240" w:lineRule="auto"/>
              <w:jc w:val="center"/>
              <w:rPr>
                <w:noProof/>
                <w:sz w:val="20"/>
                <w:szCs w:val="20"/>
              </w:rPr>
            </w:pPr>
            <w:r w:rsidRPr="00F51F43">
              <w:rPr>
                <w:noProof/>
                <w:sz w:val="20"/>
                <w:szCs w:val="20"/>
              </w:rPr>
              <w:t>letak - Suradnja roditelja i odgojitelja - od pretpostavke do međusobnog razumijevanja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06F299C" w14:textId="77777777" w:rsidR="00B37F50" w:rsidRPr="00F51F43" w:rsidRDefault="00B37F50" w:rsidP="00B37F50">
            <w:pPr>
              <w:spacing w:after="0" w:line="240" w:lineRule="auto"/>
              <w:jc w:val="center"/>
              <w:rPr>
                <w:noProof/>
                <w:sz w:val="20"/>
                <w:szCs w:val="20"/>
              </w:rPr>
            </w:pPr>
            <w:r w:rsidRPr="00F51F43">
              <w:rPr>
                <w:noProof/>
                <w:sz w:val="20"/>
                <w:szCs w:val="20"/>
              </w:rPr>
              <w:t>svibanj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39C27AF"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08F120FA"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746517CF"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54F5742"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FD370F2"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A0B1F4" w14:textId="77777777" w:rsidR="00B37F50" w:rsidRPr="00F51F43" w:rsidRDefault="00B37F50" w:rsidP="00B37F50">
            <w:pPr>
              <w:spacing w:after="0" w:line="240" w:lineRule="auto"/>
              <w:jc w:val="center"/>
              <w:rPr>
                <w:noProof/>
                <w:sz w:val="20"/>
                <w:szCs w:val="20"/>
              </w:rPr>
            </w:pPr>
            <w:r w:rsidRPr="00F51F43">
              <w:rPr>
                <w:noProof/>
                <w:sz w:val="20"/>
                <w:szCs w:val="20"/>
              </w:rPr>
              <w:t>7. i 8. 5.</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8D7C6C3"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270B81A0"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258ACD4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8F2921B"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CDC0A2B" w14:textId="77777777" w:rsidR="00B37F50" w:rsidRPr="00F51F43" w:rsidRDefault="00B37F50" w:rsidP="00B37F50">
            <w:pPr>
              <w:spacing w:after="0" w:line="240" w:lineRule="auto"/>
              <w:jc w:val="center"/>
              <w:rPr>
                <w:noProof/>
                <w:sz w:val="20"/>
                <w:szCs w:val="20"/>
              </w:rPr>
            </w:pPr>
            <w:r w:rsidRPr="00F51F43">
              <w:rPr>
                <w:noProof/>
                <w:sz w:val="20"/>
                <w:szCs w:val="20"/>
              </w:rPr>
              <w:t>stručni ispit</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07F1732" w14:textId="77777777" w:rsidR="00B37F50" w:rsidRPr="00F51F43" w:rsidRDefault="00B37F50" w:rsidP="00B37F50">
            <w:pPr>
              <w:spacing w:after="0" w:line="240" w:lineRule="auto"/>
              <w:jc w:val="center"/>
              <w:rPr>
                <w:noProof/>
                <w:sz w:val="20"/>
                <w:szCs w:val="20"/>
              </w:rPr>
            </w:pPr>
            <w:r w:rsidRPr="00F51F43">
              <w:rPr>
                <w:noProof/>
                <w:sz w:val="20"/>
                <w:szCs w:val="20"/>
              </w:rPr>
              <w:t>svibanj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6A9B181"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006568C5" w14:textId="77777777" w:rsidTr="00B37F50">
        <w:trPr>
          <w:cantSplit/>
          <w:trHeight w:val="81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7F788FD8" w14:textId="77777777" w:rsidR="00B37F50" w:rsidRPr="00F51F43" w:rsidRDefault="00B37F50" w:rsidP="00B37F50">
            <w:pPr>
              <w:spacing w:after="0" w:line="240" w:lineRule="auto"/>
              <w:jc w:val="center"/>
              <w:rPr>
                <w:b/>
                <w:bCs/>
                <w:noProof/>
                <w:sz w:val="20"/>
                <w:szCs w:val="20"/>
              </w:rPr>
            </w:pPr>
            <w:r w:rsidRPr="00F51F43">
              <w:rPr>
                <w:b/>
                <w:bCs/>
                <w:noProof/>
                <w:sz w:val="20"/>
                <w:szCs w:val="20"/>
              </w:rPr>
              <w:t>LIPANJ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333E90"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BF40622" w14:textId="77777777" w:rsidR="00B37F50" w:rsidRPr="00F51F43" w:rsidRDefault="00B37F50" w:rsidP="00B37F50">
            <w:pPr>
              <w:spacing w:after="0" w:line="240" w:lineRule="auto"/>
              <w:jc w:val="center"/>
              <w:rPr>
                <w:noProof/>
                <w:sz w:val="20"/>
                <w:szCs w:val="20"/>
              </w:rPr>
            </w:pPr>
            <w:r w:rsidRPr="00F51F43">
              <w:rPr>
                <w:noProof/>
                <w:sz w:val="20"/>
                <w:szCs w:val="20"/>
              </w:rPr>
              <w:t>inicijalni razgovori</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B9C2ECD" w14:textId="77777777" w:rsidR="00B37F50" w:rsidRPr="00F51F43" w:rsidRDefault="00B37F50" w:rsidP="00B37F50">
            <w:pPr>
              <w:spacing w:after="0" w:line="240" w:lineRule="auto"/>
              <w:jc w:val="center"/>
              <w:rPr>
                <w:noProof/>
                <w:sz w:val="20"/>
                <w:szCs w:val="20"/>
              </w:rPr>
            </w:pPr>
            <w:r w:rsidRPr="00F51F43">
              <w:rPr>
                <w:noProof/>
                <w:sz w:val="20"/>
                <w:szCs w:val="20"/>
              </w:rPr>
              <w:t>lipanj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1BC5068" w14:textId="77777777" w:rsidR="00B37F50" w:rsidRPr="00F51F43" w:rsidRDefault="00B37F50" w:rsidP="00B37F50">
            <w:pPr>
              <w:spacing w:after="0" w:line="240" w:lineRule="auto"/>
              <w:jc w:val="center"/>
              <w:rPr>
                <w:noProof/>
                <w:sz w:val="20"/>
                <w:szCs w:val="20"/>
              </w:rPr>
            </w:pPr>
            <w:r w:rsidRPr="00F51F43">
              <w:rPr>
                <w:noProof/>
                <w:sz w:val="20"/>
                <w:szCs w:val="20"/>
              </w:rPr>
              <w:t>psiholog, pedagog, zdravstvena voditeljica</w:t>
            </w:r>
          </w:p>
        </w:tc>
      </w:tr>
      <w:tr w:rsidR="00B37F50" w:rsidRPr="00F51F43" w14:paraId="048BE699" w14:textId="77777777" w:rsidTr="00B37F50">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4D710FE1"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57AFB11"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9FE723F" w14:textId="77777777" w:rsidR="00B37F50" w:rsidRPr="00F51F43" w:rsidRDefault="00B37F50" w:rsidP="00B37F50">
            <w:pPr>
              <w:spacing w:after="0" w:line="240" w:lineRule="auto"/>
              <w:jc w:val="center"/>
              <w:rPr>
                <w:noProof/>
                <w:sz w:val="20"/>
                <w:szCs w:val="20"/>
              </w:rPr>
            </w:pPr>
            <w:r w:rsidRPr="00F51F43">
              <w:rPr>
                <w:noProof/>
                <w:sz w:val="20"/>
                <w:szCs w:val="20"/>
              </w:rPr>
              <w:t>roditeljski sastanak za roditelje novoupisane djece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171C823" w14:textId="77777777" w:rsidR="00B37F50" w:rsidRPr="00F51F43" w:rsidRDefault="00B37F50" w:rsidP="00B37F50">
            <w:pPr>
              <w:spacing w:after="0" w:line="240" w:lineRule="auto"/>
              <w:jc w:val="center"/>
              <w:rPr>
                <w:noProof/>
                <w:sz w:val="20"/>
                <w:szCs w:val="20"/>
              </w:rPr>
            </w:pPr>
            <w:r w:rsidRPr="00F51F43">
              <w:rPr>
                <w:noProof/>
                <w:sz w:val="20"/>
                <w:szCs w:val="20"/>
              </w:rPr>
              <w:t>lipanj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51793BF" w14:textId="77777777" w:rsidR="00B37F50" w:rsidRPr="00F51F43" w:rsidRDefault="00B37F50" w:rsidP="00B37F50">
            <w:pPr>
              <w:spacing w:after="0" w:line="240" w:lineRule="auto"/>
              <w:jc w:val="center"/>
              <w:rPr>
                <w:noProof/>
                <w:sz w:val="20"/>
                <w:szCs w:val="20"/>
              </w:rPr>
            </w:pPr>
            <w:r w:rsidRPr="00F51F43">
              <w:rPr>
                <w:noProof/>
                <w:sz w:val="20"/>
                <w:szCs w:val="20"/>
              </w:rPr>
              <w:t>psiholog, pedagog, zdravstvena voditeljica</w:t>
            </w:r>
          </w:p>
        </w:tc>
      </w:tr>
      <w:tr w:rsidR="00B37F50" w:rsidRPr="00F51F43" w14:paraId="57B0DB0A" w14:textId="77777777" w:rsidTr="00B37F50">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061A37C1"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6D9951F"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43A8DF8" w14:textId="77777777" w:rsidR="00B37F50" w:rsidRPr="00F51F43" w:rsidRDefault="00B37F50" w:rsidP="00B37F50">
            <w:pPr>
              <w:spacing w:after="0" w:line="240" w:lineRule="auto"/>
              <w:jc w:val="center"/>
              <w:rPr>
                <w:noProof/>
                <w:sz w:val="20"/>
                <w:szCs w:val="20"/>
              </w:rPr>
            </w:pPr>
            <w:r w:rsidRPr="00F51F43">
              <w:rPr>
                <w:noProof/>
                <w:sz w:val="20"/>
                <w:szCs w:val="20"/>
              </w:rPr>
              <w:t>ISA - knjige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5653669" w14:textId="77777777" w:rsidR="00B37F50" w:rsidRPr="00F51F43" w:rsidRDefault="00B37F50" w:rsidP="00B37F50">
            <w:pPr>
              <w:spacing w:after="0" w:line="240" w:lineRule="auto"/>
              <w:jc w:val="center"/>
              <w:rPr>
                <w:noProof/>
                <w:sz w:val="20"/>
                <w:szCs w:val="20"/>
              </w:rPr>
            </w:pPr>
            <w:r w:rsidRPr="00F51F43">
              <w:rPr>
                <w:noProof/>
                <w:sz w:val="20"/>
                <w:szCs w:val="20"/>
              </w:rPr>
              <w:t>lipanj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E559BF" w14:textId="77777777" w:rsidR="00B37F50" w:rsidRPr="00F51F43" w:rsidRDefault="00B37F50" w:rsidP="00B37F50">
            <w:pPr>
              <w:spacing w:after="0" w:line="240" w:lineRule="auto"/>
              <w:jc w:val="center"/>
              <w:rPr>
                <w:noProof/>
                <w:sz w:val="20"/>
                <w:szCs w:val="20"/>
              </w:rPr>
            </w:pPr>
            <w:r w:rsidRPr="00F51F43">
              <w:rPr>
                <w:noProof/>
                <w:sz w:val="20"/>
                <w:szCs w:val="20"/>
              </w:rPr>
              <w:t>psiholog, pedagog, zdravstvena voditeljica</w:t>
            </w:r>
          </w:p>
        </w:tc>
      </w:tr>
      <w:tr w:rsidR="00B37F50" w:rsidRPr="00F51F43" w14:paraId="07712C23"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36CFE2C7"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03BC575"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012F92F" w14:textId="77777777" w:rsidR="00B37F50" w:rsidRPr="00F51F43" w:rsidRDefault="00B37F50" w:rsidP="00B37F50">
            <w:pPr>
              <w:spacing w:after="0" w:line="240" w:lineRule="auto"/>
              <w:jc w:val="center"/>
              <w:rPr>
                <w:noProof/>
                <w:sz w:val="20"/>
                <w:szCs w:val="20"/>
              </w:rPr>
            </w:pPr>
            <w:r w:rsidRPr="00F51F43">
              <w:rPr>
                <w:noProof/>
                <w:sz w:val="20"/>
                <w:szCs w:val="20"/>
              </w:rPr>
              <w:t>Proventus - Primjena terapeutske igre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2EE7E8E" w14:textId="77777777" w:rsidR="00B37F50" w:rsidRPr="00F51F43" w:rsidRDefault="00B37F50" w:rsidP="00B37F50">
            <w:pPr>
              <w:spacing w:after="0" w:line="240" w:lineRule="auto"/>
              <w:jc w:val="center"/>
              <w:rPr>
                <w:noProof/>
                <w:sz w:val="20"/>
                <w:szCs w:val="20"/>
              </w:rPr>
            </w:pPr>
            <w:r w:rsidRPr="00F51F43">
              <w:rPr>
                <w:noProof/>
                <w:sz w:val="20"/>
                <w:szCs w:val="20"/>
              </w:rPr>
              <w:t>11. i 12. 6.</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279D871"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239BB3BB"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1BB70053" w14:textId="77777777" w:rsidR="00B37F50" w:rsidRPr="00F51F43" w:rsidRDefault="00B37F50" w:rsidP="00B37F50">
            <w:pPr>
              <w:spacing w:after="0" w:line="240" w:lineRule="auto"/>
              <w:jc w:val="center"/>
              <w:rPr>
                <w:b/>
                <w:bCs/>
                <w:noProof/>
                <w:sz w:val="20"/>
                <w:szCs w:val="20"/>
              </w:rPr>
            </w:pPr>
            <w:r w:rsidRPr="00F51F43">
              <w:rPr>
                <w:b/>
                <w:bCs/>
                <w:noProof/>
                <w:sz w:val="20"/>
                <w:szCs w:val="20"/>
              </w:rPr>
              <w:t>SRPANJ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694402D"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6ED7E4"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75CFBA1"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52E1300"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01847BFA"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274AC069"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9C44DD0"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AEA2450" w14:textId="77777777" w:rsidR="00B37F50" w:rsidRPr="00F51F43" w:rsidRDefault="00B37F50" w:rsidP="00B37F50">
            <w:pPr>
              <w:spacing w:after="0" w:line="240" w:lineRule="auto"/>
              <w:jc w:val="center"/>
              <w:rPr>
                <w:noProof/>
                <w:sz w:val="20"/>
                <w:szCs w:val="20"/>
              </w:rPr>
            </w:pPr>
            <w:r w:rsidRPr="00F51F43">
              <w:rPr>
                <w:noProof/>
                <w:sz w:val="20"/>
                <w:szCs w:val="20"/>
              </w:rPr>
              <w:t>Letak - ljubomora među braćom i sestrama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38005BB" w14:textId="77777777" w:rsidR="00B37F50" w:rsidRPr="00F51F43" w:rsidRDefault="00B37F50" w:rsidP="00B37F50">
            <w:pPr>
              <w:spacing w:after="0" w:line="240" w:lineRule="auto"/>
              <w:jc w:val="center"/>
              <w:rPr>
                <w:noProof/>
                <w:sz w:val="20"/>
                <w:szCs w:val="20"/>
              </w:rPr>
            </w:pPr>
            <w:r w:rsidRPr="00F51F43">
              <w:rPr>
                <w:noProof/>
                <w:sz w:val="20"/>
                <w:szCs w:val="20"/>
              </w:rPr>
              <w:t>srpanj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168835D"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08945F46"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5294DC98"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3DF8498"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0EE8433" w14:textId="77777777" w:rsidR="00B37F50" w:rsidRPr="00F51F43" w:rsidRDefault="00B37F50" w:rsidP="00B37F50">
            <w:pPr>
              <w:spacing w:after="0" w:line="240" w:lineRule="auto"/>
              <w:jc w:val="center"/>
              <w:rPr>
                <w:noProof/>
                <w:sz w:val="20"/>
                <w:szCs w:val="20"/>
              </w:rPr>
            </w:pPr>
            <w:r w:rsidRPr="00F51F43">
              <w:rPr>
                <w:noProof/>
                <w:sz w:val="20"/>
                <w:szCs w:val="20"/>
              </w:rPr>
              <w:t>Letak - psihološki odmor</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9526F37" w14:textId="77777777" w:rsidR="00B37F50" w:rsidRPr="00F51F43" w:rsidRDefault="00B37F50" w:rsidP="00B37F50">
            <w:pPr>
              <w:spacing w:after="0" w:line="240" w:lineRule="auto"/>
              <w:jc w:val="center"/>
              <w:rPr>
                <w:noProof/>
                <w:sz w:val="20"/>
                <w:szCs w:val="20"/>
              </w:rPr>
            </w:pPr>
            <w:r w:rsidRPr="00F51F43">
              <w:rPr>
                <w:noProof/>
                <w:sz w:val="20"/>
                <w:szCs w:val="20"/>
              </w:rPr>
              <w:t>srpanj</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819740"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70D72DE7"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F17BEE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D0429F2"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3C9E3F4"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33B0CF1"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B6C326C"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113E81D1"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0A08DA80" w14:textId="77777777" w:rsidR="00B37F50" w:rsidRPr="00F51F43" w:rsidRDefault="00B37F50" w:rsidP="00B37F50">
            <w:pPr>
              <w:spacing w:after="0" w:line="240" w:lineRule="auto"/>
              <w:jc w:val="center"/>
              <w:rPr>
                <w:b/>
                <w:bCs/>
                <w:noProof/>
                <w:sz w:val="20"/>
                <w:szCs w:val="20"/>
              </w:rPr>
            </w:pPr>
            <w:r w:rsidRPr="00F51F43">
              <w:rPr>
                <w:b/>
                <w:bCs/>
                <w:noProof/>
                <w:sz w:val="20"/>
                <w:szCs w:val="20"/>
              </w:rPr>
              <w:t>KOLOVOZ</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B3236A"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36254DA"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5E03A4"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7BE7940"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2C5B3D6C"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2606E22E"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11FBB7A"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9681D12" w14:textId="77777777" w:rsidR="00B37F50" w:rsidRPr="00F51F43" w:rsidRDefault="00B37F50" w:rsidP="00B37F50">
            <w:pPr>
              <w:spacing w:after="0" w:line="240" w:lineRule="auto"/>
              <w:jc w:val="center"/>
              <w:rPr>
                <w:noProof/>
                <w:sz w:val="20"/>
                <w:szCs w:val="20"/>
              </w:rPr>
            </w:pPr>
            <w:r w:rsidRPr="00F51F43">
              <w:rPr>
                <w:noProof/>
                <w:sz w:val="20"/>
                <w:szCs w:val="20"/>
              </w:rPr>
              <w:t>Letak - Zašto je rutina važna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A302F27" w14:textId="77777777" w:rsidR="00B37F50" w:rsidRPr="00F51F43" w:rsidRDefault="00B37F50" w:rsidP="00B37F50">
            <w:pPr>
              <w:spacing w:after="0" w:line="240" w:lineRule="auto"/>
              <w:jc w:val="center"/>
              <w:rPr>
                <w:noProof/>
                <w:sz w:val="20"/>
                <w:szCs w:val="20"/>
              </w:rPr>
            </w:pPr>
            <w:r w:rsidRPr="00F51F43">
              <w:rPr>
                <w:noProof/>
                <w:sz w:val="20"/>
                <w:szCs w:val="20"/>
              </w:rPr>
              <w:t>kolovoz</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58DCF6D" w14:textId="77777777" w:rsidR="00B37F50" w:rsidRPr="00F51F43" w:rsidRDefault="00B37F50" w:rsidP="00B37F50">
            <w:pPr>
              <w:spacing w:after="0" w:line="240" w:lineRule="auto"/>
              <w:jc w:val="center"/>
              <w:rPr>
                <w:noProof/>
                <w:sz w:val="20"/>
                <w:szCs w:val="20"/>
              </w:rPr>
            </w:pPr>
            <w:r w:rsidRPr="00F51F43">
              <w:rPr>
                <w:noProof/>
                <w:sz w:val="20"/>
                <w:szCs w:val="20"/>
              </w:rPr>
              <w:t>psiholog</w:t>
            </w:r>
          </w:p>
        </w:tc>
      </w:tr>
      <w:tr w:rsidR="00B37F50" w:rsidRPr="00F51F43" w14:paraId="7F6CACA9"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350343F"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F130D2"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DEAE3A0"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2B2400"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D10FAA7"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43B46AC4"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728C0FD"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1806B79"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A7D852"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022BA0D"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70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F484CBA"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bl>
    <w:p w14:paraId="7B70A9F5" w14:textId="77777777" w:rsidR="00B37F50" w:rsidRPr="00F51F43" w:rsidRDefault="00B37F50" w:rsidP="0021392C">
      <w:pPr>
        <w:tabs>
          <w:tab w:val="left" w:pos="709"/>
        </w:tabs>
        <w:rPr>
          <w:bCs/>
          <w:noProof/>
        </w:rPr>
      </w:pPr>
    </w:p>
    <w:p w14:paraId="2C350428" w14:textId="77777777" w:rsidR="00B37F50" w:rsidRPr="00F51F43" w:rsidRDefault="00B37F50" w:rsidP="0021392C">
      <w:pPr>
        <w:tabs>
          <w:tab w:val="left" w:pos="709"/>
        </w:tabs>
        <w:rPr>
          <w:bCs/>
          <w:noProof/>
        </w:rPr>
      </w:pPr>
    </w:p>
    <w:p w14:paraId="08ED3898" w14:textId="77777777" w:rsidR="00B37F50" w:rsidRPr="00F51F43" w:rsidRDefault="00B37F50" w:rsidP="0021392C">
      <w:pPr>
        <w:tabs>
          <w:tab w:val="left" w:pos="709"/>
        </w:tabs>
        <w:rPr>
          <w:bCs/>
          <w:noProof/>
        </w:rPr>
      </w:pPr>
    </w:p>
    <w:p w14:paraId="0FA0CC54" w14:textId="77777777" w:rsidR="00B37F50" w:rsidRPr="00F51F43" w:rsidRDefault="00B37F50" w:rsidP="00AC789E">
      <w:pPr>
        <w:pStyle w:val="Naslov2"/>
        <w:rPr>
          <w:noProof/>
        </w:rPr>
      </w:pPr>
      <w:bookmarkStart w:id="62" w:name="_Toc241563378"/>
      <w:r w:rsidRPr="00F51F43">
        <w:rPr>
          <w:noProof/>
        </w:rPr>
        <w:t>10.4. GODIŠNJI PLAN I PROGRAM RADA ZDRAVSTVENE VODITELJICE</w:t>
      </w:r>
      <w:bookmarkEnd w:id="62"/>
    </w:p>
    <w:p w14:paraId="26CB7355" w14:textId="77777777" w:rsidR="00B37F50" w:rsidRPr="00F51F43" w:rsidRDefault="00B37F50" w:rsidP="00B37F50">
      <w:pPr>
        <w:rPr>
          <w:noProof/>
        </w:rPr>
      </w:pPr>
    </w:p>
    <w:tbl>
      <w:tblPr>
        <w:tblStyle w:val="Reetkatablice"/>
        <w:tblW w:w="9498" w:type="dxa"/>
        <w:jc w:val="center"/>
        <w:tblLook w:val="04A0" w:firstRow="1" w:lastRow="0" w:firstColumn="1" w:lastColumn="0" w:noHBand="0" w:noVBand="1"/>
      </w:tblPr>
      <w:tblGrid>
        <w:gridCol w:w="759"/>
        <w:gridCol w:w="971"/>
        <w:gridCol w:w="4518"/>
        <w:gridCol w:w="1413"/>
        <w:gridCol w:w="1837"/>
      </w:tblGrid>
      <w:tr w:rsidR="00B37F50" w:rsidRPr="00F51F43" w14:paraId="31F1F98B" w14:textId="77777777" w:rsidTr="00B37F50">
        <w:trPr>
          <w:cantSplit/>
          <w:trHeight w:val="1104"/>
          <w:tblHeader/>
          <w:jc w:val="center"/>
        </w:trPr>
        <w:tc>
          <w:tcPr>
            <w:tcW w:w="759" w:type="dxa"/>
            <w:tcBorders>
              <w:top w:val="single" w:sz="4" w:space="0" w:color="auto"/>
              <w:left w:val="single" w:sz="4" w:space="0" w:color="auto"/>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66143BEC" w14:textId="77777777" w:rsidR="00B37F50" w:rsidRPr="00F51F43" w:rsidRDefault="00B37F50" w:rsidP="00B37F50">
            <w:pPr>
              <w:spacing w:after="0" w:line="240" w:lineRule="auto"/>
              <w:jc w:val="center"/>
              <w:rPr>
                <w:b/>
                <w:bCs/>
                <w:noProof/>
                <w:sz w:val="20"/>
                <w:szCs w:val="20"/>
              </w:rPr>
            </w:pPr>
            <w:r w:rsidRPr="00F51F43">
              <w:rPr>
                <w:b/>
                <w:bCs/>
                <w:noProof/>
                <w:sz w:val="20"/>
                <w:szCs w:val="20"/>
              </w:rPr>
              <w:t>Period</w:t>
            </w:r>
          </w:p>
        </w:tc>
        <w:tc>
          <w:tcPr>
            <w:tcW w:w="934"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314BC7D8" w14:textId="77777777" w:rsidR="00B37F50" w:rsidRPr="00F51F43" w:rsidRDefault="00B37F50" w:rsidP="00B37F50">
            <w:pPr>
              <w:spacing w:after="0" w:line="240" w:lineRule="auto"/>
              <w:jc w:val="center"/>
              <w:rPr>
                <w:b/>
                <w:bCs/>
                <w:noProof/>
                <w:sz w:val="20"/>
                <w:szCs w:val="20"/>
              </w:rPr>
            </w:pPr>
            <w:r w:rsidRPr="00F51F43">
              <w:rPr>
                <w:b/>
                <w:bCs/>
                <w:noProof/>
                <w:sz w:val="20"/>
                <w:szCs w:val="20"/>
              </w:rPr>
              <w:t>Područje rada</w:t>
            </w:r>
          </w:p>
        </w:tc>
        <w:tc>
          <w:tcPr>
            <w:tcW w:w="4544"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433E6DA7" w14:textId="77777777" w:rsidR="00B37F50" w:rsidRPr="00F51F43" w:rsidRDefault="00B37F50" w:rsidP="00B37F50">
            <w:pPr>
              <w:spacing w:after="0" w:line="240" w:lineRule="auto"/>
              <w:jc w:val="center"/>
              <w:rPr>
                <w:b/>
                <w:bCs/>
                <w:noProof/>
                <w:sz w:val="20"/>
                <w:szCs w:val="20"/>
              </w:rPr>
            </w:pPr>
            <w:r w:rsidRPr="00F51F43">
              <w:rPr>
                <w:b/>
                <w:bCs/>
                <w:noProof/>
                <w:sz w:val="20"/>
                <w:szCs w:val="20"/>
              </w:rPr>
              <w:t>Planirana aktivnost</w:t>
            </w:r>
          </w:p>
        </w:tc>
        <w:tc>
          <w:tcPr>
            <w:tcW w:w="1418"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4D0184BF" w14:textId="77777777" w:rsidR="00B37F50" w:rsidRPr="00F51F43" w:rsidRDefault="00B37F50" w:rsidP="00B37F50">
            <w:pPr>
              <w:spacing w:after="0" w:line="240" w:lineRule="auto"/>
              <w:jc w:val="center"/>
              <w:rPr>
                <w:b/>
                <w:bCs/>
                <w:noProof/>
                <w:sz w:val="20"/>
                <w:szCs w:val="20"/>
              </w:rPr>
            </w:pPr>
            <w:r w:rsidRPr="00F51F43">
              <w:rPr>
                <w:b/>
                <w:bCs/>
                <w:noProof/>
                <w:sz w:val="20"/>
                <w:szCs w:val="20"/>
              </w:rPr>
              <w:t>Datum (plan)</w:t>
            </w:r>
          </w:p>
        </w:tc>
        <w:tc>
          <w:tcPr>
            <w:tcW w:w="1843" w:type="dxa"/>
            <w:tcBorders>
              <w:top w:val="single" w:sz="4" w:space="0" w:color="auto"/>
              <w:left w:val="nil"/>
              <w:bottom w:val="single" w:sz="4" w:space="0" w:color="auto"/>
              <w:right w:val="single" w:sz="4" w:space="0" w:color="auto"/>
            </w:tcBorders>
            <w:shd w:val="clear" w:color="000000" w:fill="D9EAD3"/>
            <w:tcMar>
              <w:top w:w="80" w:type="dxa"/>
              <w:left w:w="80" w:type="dxa"/>
              <w:bottom w:w="80" w:type="dxa"/>
              <w:right w:w="80" w:type="dxa"/>
            </w:tcMar>
            <w:vAlign w:val="center"/>
            <w:hideMark/>
          </w:tcPr>
          <w:p w14:paraId="4E4E6E80" w14:textId="77777777" w:rsidR="00B37F50" w:rsidRPr="00F51F43" w:rsidRDefault="00B37F50" w:rsidP="00B37F50">
            <w:pPr>
              <w:spacing w:after="0" w:line="240" w:lineRule="auto"/>
              <w:jc w:val="center"/>
              <w:rPr>
                <w:b/>
                <w:bCs/>
                <w:noProof/>
                <w:sz w:val="20"/>
                <w:szCs w:val="20"/>
              </w:rPr>
            </w:pPr>
            <w:r w:rsidRPr="00F51F43">
              <w:rPr>
                <w:b/>
                <w:bCs/>
                <w:noProof/>
                <w:sz w:val="20"/>
                <w:szCs w:val="20"/>
              </w:rPr>
              <w:t>Nositelj/i</w:t>
            </w:r>
          </w:p>
        </w:tc>
      </w:tr>
      <w:tr w:rsidR="00B37F50" w:rsidRPr="00F51F43" w14:paraId="5D1E84DB" w14:textId="77777777" w:rsidTr="00B37F50">
        <w:trPr>
          <w:cantSplit/>
          <w:trHeight w:val="1188"/>
          <w:jc w:val="center"/>
        </w:trPr>
        <w:tc>
          <w:tcPr>
            <w:tcW w:w="759" w:type="dxa"/>
            <w:vMerge w:val="restart"/>
            <w:tcBorders>
              <w:top w:val="nil"/>
              <w:left w:val="single" w:sz="4" w:space="0" w:color="auto"/>
              <w:bottom w:val="single" w:sz="4" w:space="0" w:color="000000"/>
              <w:right w:val="single" w:sz="4" w:space="0" w:color="auto"/>
            </w:tcBorders>
            <w:shd w:val="clear" w:color="auto" w:fill="auto"/>
            <w:tcMar>
              <w:top w:w="80" w:type="dxa"/>
              <w:left w:w="80" w:type="dxa"/>
              <w:bottom w:w="80" w:type="dxa"/>
              <w:right w:w="80" w:type="dxa"/>
            </w:tcMar>
            <w:textDirection w:val="btLr"/>
            <w:vAlign w:val="center"/>
            <w:hideMark/>
          </w:tcPr>
          <w:p w14:paraId="2AFF298E" w14:textId="77777777" w:rsidR="00B37F50" w:rsidRPr="00F51F43" w:rsidRDefault="00B37F50" w:rsidP="00B37F50">
            <w:pPr>
              <w:spacing w:after="0" w:line="240" w:lineRule="auto"/>
              <w:jc w:val="center"/>
              <w:rPr>
                <w:b/>
                <w:bCs/>
                <w:noProof/>
                <w:sz w:val="20"/>
                <w:szCs w:val="20"/>
              </w:rPr>
            </w:pPr>
            <w:r w:rsidRPr="00F51F43">
              <w:rPr>
                <w:b/>
                <w:bCs/>
                <w:noProof/>
                <w:sz w:val="20"/>
                <w:szCs w:val="20"/>
              </w:rPr>
              <w:t>KONTINUIRANO TIJEKOM GODINE</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9EA012F"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nil"/>
              <w:right w:val="nil"/>
            </w:tcBorders>
            <w:shd w:val="clear" w:color="auto" w:fill="auto"/>
            <w:tcMar>
              <w:top w:w="80" w:type="dxa"/>
              <w:left w:w="80" w:type="dxa"/>
              <w:bottom w:w="80" w:type="dxa"/>
              <w:right w:w="80" w:type="dxa"/>
            </w:tcMar>
            <w:vAlign w:val="center"/>
            <w:hideMark/>
          </w:tcPr>
          <w:p w14:paraId="413C1E53" w14:textId="77777777" w:rsidR="00B37F50" w:rsidRPr="00F51F43" w:rsidRDefault="00B37F50" w:rsidP="00B37F50">
            <w:pPr>
              <w:spacing w:after="0" w:line="240" w:lineRule="auto"/>
              <w:jc w:val="center"/>
              <w:rPr>
                <w:noProof/>
                <w:sz w:val="20"/>
                <w:szCs w:val="20"/>
              </w:rPr>
            </w:pPr>
            <w:r w:rsidRPr="00F51F43">
              <w:rPr>
                <w:noProof/>
                <w:sz w:val="20"/>
                <w:szCs w:val="20"/>
              </w:rPr>
              <w:t>Identifikacija djece s posebnim zdravstvenim potrebama te praćenje i poduzimanje odgovarajućih mjera. Vođenje individualiziranih zdravstvenih kartona. Zdravstveni odgoj djece i usvajanje pravilnih i zdravih navika. Zbrinjavanje lakših ozljeda i, prema potrebi, upućivanje na daljnju obradu. Provođenje preventivnih i protuepidemijskih mjera u svrhu sprječavanja bolesti i unapređenja zdravlja. Praćenje epidemiološke situacije, izostanka i pobola te vođenje evidencije.</w:t>
            </w:r>
          </w:p>
        </w:tc>
        <w:tc>
          <w:tcPr>
            <w:tcW w:w="141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A641D1C" w14:textId="77777777" w:rsidR="00B37F50" w:rsidRPr="00F51F43" w:rsidRDefault="00B37F50" w:rsidP="00B37F50">
            <w:pPr>
              <w:spacing w:after="0" w:line="240" w:lineRule="auto"/>
              <w:jc w:val="center"/>
              <w:rPr>
                <w:noProof/>
                <w:sz w:val="20"/>
                <w:szCs w:val="20"/>
              </w:rPr>
            </w:pPr>
            <w:r w:rsidRPr="00F51F43">
              <w:rPr>
                <w:noProof/>
                <w:sz w:val="20"/>
                <w:szCs w:val="20"/>
              </w:rPr>
              <w:t>tijekom godine</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DBD9589"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28B35E65" w14:textId="77777777" w:rsidTr="00B37F50">
        <w:trPr>
          <w:cantSplit/>
          <w:trHeight w:val="2880"/>
          <w:jc w:val="center"/>
        </w:trPr>
        <w:tc>
          <w:tcPr>
            <w:tcW w:w="759" w:type="dxa"/>
            <w:vMerge/>
            <w:tcBorders>
              <w:top w:val="nil"/>
              <w:left w:val="single" w:sz="4" w:space="0" w:color="auto"/>
              <w:bottom w:val="single" w:sz="4" w:space="0" w:color="000000"/>
              <w:right w:val="single" w:sz="4" w:space="0" w:color="auto"/>
            </w:tcBorders>
            <w:vAlign w:val="center"/>
            <w:hideMark/>
          </w:tcPr>
          <w:p w14:paraId="76DBA876"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3DAAE14"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550ECE" w14:textId="77777777" w:rsidR="00B37F50" w:rsidRPr="00F51F43" w:rsidRDefault="00B37F50" w:rsidP="00B37F50">
            <w:pPr>
              <w:spacing w:after="0" w:line="240" w:lineRule="auto"/>
              <w:jc w:val="center"/>
              <w:rPr>
                <w:noProof/>
                <w:sz w:val="20"/>
                <w:szCs w:val="20"/>
              </w:rPr>
            </w:pPr>
            <w:r w:rsidRPr="00F51F43">
              <w:rPr>
                <w:noProof/>
                <w:sz w:val="20"/>
                <w:szCs w:val="20"/>
              </w:rPr>
              <w:t xml:space="preserve">Konzultacije s roditlejima novoprimljene djece. Individualni sastanci s roditeljima djece s teškoćama u razvoju i posebnim zdravstvenim potrebama. Individualni sastanci s roditlejima djece s posebnim nutritivnim potrebama. Suradnja vezana uz ozljede-izvješće i informacije o mjerama terapije. Sudjelovanje na roditeljskim sastancima i edukacijskim radionicama. Izdrada edukativnih letaka, brošura i materijala za web-stranicu. Informiranje roditelja o epidemiološkoj situaciji u skupini ili cijelom objektu.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525D0FF" w14:textId="77777777" w:rsidR="00B37F50" w:rsidRPr="00F51F43" w:rsidRDefault="00B37F50" w:rsidP="00B37F50">
            <w:pPr>
              <w:spacing w:after="0" w:line="240" w:lineRule="auto"/>
              <w:jc w:val="center"/>
              <w:rPr>
                <w:noProof/>
                <w:sz w:val="20"/>
                <w:szCs w:val="20"/>
              </w:rPr>
            </w:pPr>
            <w:r w:rsidRPr="00F51F43">
              <w:rPr>
                <w:noProof/>
                <w:sz w:val="20"/>
                <w:szCs w:val="20"/>
              </w:rPr>
              <w:t>tijekom godine</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CFB083"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CAD4B1D" w14:textId="77777777" w:rsidTr="00B37F50">
        <w:trPr>
          <w:cantSplit/>
          <w:trHeight w:val="3120"/>
          <w:jc w:val="center"/>
        </w:trPr>
        <w:tc>
          <w:tcPr>
            <w:tcW w:w="759" w:type="dxa"/>
            <w:vMerge/>
            <w:tcBorders>
              <w:top w:val="nil"/>
              <w:left w:val="single" w:sz="4" w:space="0" w:color="auto"/>
              <w:bottom w:val="single" w:sz="4" w:space="0" w:color="000000"/>
              <w:right w:val="single" w:sz="4" w:space="0" w:color="auto"/>
            </w:tcBorders>
            <w:vAlign w:val="center"/>
            <w:hideMark/>
          </w:tcPr>
          <w:p w14:paraId="04390324"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A3A2345"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367C178" w14:textId="77777777" w:rsidR="00B37F50" w:rsidRPr="00F51F43" w:rsidRDefault="00B37F50" w:rsidP="00B37F50">
            <w:pPr>
              <w:spacing w:after="0" w:line="240" w:lineRule="auto"/>
              <w:jc w:val="center"/>
              <w:rPr>
                <w:noProof/>
                <w:sz w:val="20"/>
                <w:szCs w:val="20"/>
              </w:rPr>
            </w:pPr>
            <w:r w:rsidRPr="00F51F43">
              <w:rPr>
                <w:noProof/>
                <w:sz w:val="20"/>
                <w:szCs w:val="20"/>
              </w:rPr>
              <w:t xml:space="preserve">Provedba specifične prehrane kod nutririvnih i drugih zdravstvenih poteškoća. Informiranje odgojitelja o djeci sa zdravstvenim poteškoćama i posebnim zdravstvenim potrebama. Upućivanje u primjenu terapije kod djece s kroničnim oboljenjima te redovita izmjena informacija o zdravstvenom stanju djeteta. Higijenski nadzor nad opremom i didaktikom. Upućivanje zaposlenika na sanitarne preglede i medicinu rada, prema važećim obvezama.  Osiguravanje optimalnih i sigurnih uvjeta za rast i razvoj - sobe dnevnog boravka i igralište.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E75E34B" w14:textId="77777777" w:rsidR="00B37F50" w:rsidRPr="00F51F43" w:rsidRDefault="00B37F50" w:rsidP="00B37F50">
            <w:pPr>
              <w:spacing w:after="0" w:line="240" w:lineRule="auto"/>
              <w:jc w:val="center"/>
              <w:rPr>
                <w:noProof/>
                <w:sz w:val="20"/>
                <w:szCs w:val="20"/>
              </w:rPr>
            </w:pPr>
            <w:r w:rsidRPr="00F51F43">
              <w:rPr>
                <w:noProof/>
                <w:sz w:val="20"/>
                <w:szCs w:val="20"/>
              </w:rPr>
              <w:t>tijekom godine</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B9DB820"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7B0F9111" w14:textId="77777777" w:rsidTr="00B37F50">
        <w:trPr>
          <w:cantSplit/>
          <w:trHeight w:val="1440"/>
          <w:jc w:val="center"/>
        </w:trPr>
        <w:tc>
          <w:tcPr>
            <w:tcW w:w="759" w:type="dxa"/>
            <w:vMerge/>
            <w:tcBorders>
              <w:top w:val="nil"/>
              <w:left w:val="single" w:sz="4" w:space="0" w:color="auto"/>
              <w:bottom w:val="single" w:sz="4" w:space="0" w:color="000000"/>
              <w:right w:val="single" w:sz="4" w:space="0" w:color="auto"/>
            </w:tcBorders>
            <w:vAlign w:val="center"/>
            <w:hideMark/>
          </w:tcPr>
          <w:p w14:paraId="5F2766CF"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59FF3C9"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4581EAA" w14:textId="77777777" w:rsidR="00B37F50" w:rsidRPr="00F51F43" w:rsidRDefault="00B37F50" w:rsidP="00B37F50">
            <w:pPr>
              <w:spacing w:after="0" w:line="240" w:lineRule="auto"/>
              <w:jc w:val="center"/>
              <w:rPr>
                <w:noProof/>
                <w:sz w:val="20"/>
                <w:szCs w:val="20"/>
              </w:rPr>
            </w:pPr>
            <w:r w:rsidRPr="00F51F43">
              <w:rPr>
                <w:noProof/>
                <w:sz w:val="20"/>
                <w:szCs w:val="20"/>
              </w:rPr>
              <w:t>Kontinuirano stručno usavršavanje, suradnja s vanjskim ustanovama, vođenje dokumentacije i evidencija, sudjelovanje u samovrednovanju ustanove, organizacija projekata, manifestacija i obilježavanje važnih datuma, sudjelovanje u izradi kurikuluma, godišnjeg plana i izvješća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39D45E3" w14:textId="77777777" w:rsidR="00B37F50" w:rsidRPr="00F51F43" w:rsidRDefault="00B37F50" w:rsidP="00B37F50">
            <w:pPr>
              <w:spacing w:after="0" w:line="240" w:lineRule="auto"/>
              <w:jc w:val="center"/>
              <w:rPr>
                <w:noProof/>
                <w:sz w:val="20"/>
                <w:szCs w:val="20"/>
              </w:rPr>
            </w:pPr>
            <w:r w:rsidRPr="00F51F43">
              <w:rPr>
                <w:noProof/>
                <w:sz w:val="20"/>
                <w:szCs w:val="20"/>
              </w:rPr>
              <w:t>tijekom godine</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38EDF0B"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25394C7E" w14:textId="77777777" w:rsidTr="00B37F50">
        <w:trPr>
          <w:cantSplit/>
          <w:trHeight w:val="81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1F3D44D8" w14:textId="77777777" w:rsidR="00B37F50" w:rsidRPr="00F51F43" w:rsidRDefault="00B37F50" w:rsidP="00B37F50">
            <w:pPr>
              <w:spacing w:after="0" w:line="240" w:lineRule="auto"/>
              <w:jc w:val="center"/>
              <w:rPr>
                <w:b/>
                <w:bCs/>
                <w:noProof/>
                <w:sz w:val="20"/>
                <w:szCs w:val="20"/>
              </w:rPr>
            </w:pPr>
            <w:r w:rsidRPr="00F51F43">
              <w:rPr>
                <w:b/>
                <w:bCs/>
                <w:noProof/>
                <w:sz w:val="20"/>
                <w:szCs w:val="20"/>
              </w:rPr>
              <w:t>RUJAN</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C86DC20"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CB7804F" w14:textId="77777777" w:rsidR="00B37F50" w:rsidRPr="00F51F43" w:rsidRDefault="00B37F50" w:rsidP="00B37F50">
            <w:pPr>
              <w:spacing w:after="0" w:line="240" w:lineRule="auto"/>
              <w:jc w:val="center"/>
              <w:rPr>
                <w:noProof/>
                <w:sz w:val="20"/>
                <w:szCs w:val="20"/>
              </w:rPr>
            </w:pPr>
            <w:r w:rsidRPr="00F51F43">
              <w:rPr>
                <w:noProof/>
                <w:sz w:val="20"/>
                <w:szCs w:val="20"/>
              </w:rPr>
              <w:t>Praćenje prilagodbe, provjera dokumentacije o zdravstvenom stanju i cijepljenosti</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6C21185" w14:textId="77777777" w:rsidR="00B37F50" w:rsidRPr="00F51F43" w:rsidRDefault="00B37F50" w:rsidP="00B37F50">
            <w:pPr>
              <w:spacing w:after="0" w:line="240" w:lineRule="auto"/>
              <w:jc w:val="center"/>
              <w:rPr>
                <w:noProof/>
                <w:sz w:val="20"/>
                <w:szCs w:val="20"/>
              </w:rPr>
            </w:pPr>
            <w:r w:rsidRPr="00F51F43">
              <w:rPr>
                <w:noProof/>
                <w:sz w:val="20"/>
                <w:szCs w:val="20"/>
              </w:rPr>
              <w:t>rujan</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26E559" w14:textId="77777777" w:rsidR="00B37F50" w:rsidRPr="00F51F43" w:rsidRDefault="00B37F50" w:rsidP="00B37F50">
            <w:pPr>
              <w:spacing w:after="0" w:line="240" w:lineRule="auto"/>
              <w:jc w:val="center"/>
              <w:rPr>
                <w:noProof/>
                <w:sz w:val="20"/>
                <w:szCs w:val="20"/>
              </w:rPr>
            </w:pPr>
            <w:r w:rsidRPr="00F51F43">
              <w:rPr>
                <w:noProof/>
                <w:sz w:val="20"/>
                <w:szCs w:val="20"/>
              </w:rPr>
              <w:t>pedagog, psiholog, zdravstvena voditeljica</w:t>
            </w:r>
          </w:p>
        </w:tc>
      </w:tr>
      <w:tr w:rsidR="00B37F50" w:rsidRPr="00F51F43" w14:paraId="46E0FAC8" w14:textId="77777777" w:rsidTr="00B37F50">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22384A5A"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4892A99"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D34097E" w14:textId="77777777" w:rsidR="00B37F50" w:rsidRPr="00F51F43" w:rsidRDefault="00B37F50" w:rsidP="00B37F50">
            <w:pPr>
              <w:spacing w:after="0" w:line="240" w:lineRule="auto"/>
              <w:jc w:val="center"/>
              <w:rPr>
                <w:noProof/>
                <w:sz w:val="20"/>
                <w:szCs w:val="20"/>
              </w:rPr>
            </w:pPr>
            <w:r w:rsidRPr="00F51F43">
              <w:rPr>
                <w:noProof/>
                <w:sz w:val="20"/>
                <w:szCs w:val="20"/>
              </w:rPr>
              <w:t>roditeljski sastanci</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05D25C7" w14:textId="77777777" w:rsidR="00B37F50" w:rsidRPr="00F51F43" w:rsidRDefault="00B37F50" w:rsidP="00B37F50">
            <w:pPr>
              <w:spacing w:after="0" w:line="240" w:lineRule="auto"/>
              <w:jc w:val="center"/>
              <w:rPr>
                <w:noProof/>
                <w:sz w:val="20"/>
                <w:szCs w:val="20"/>
              </w:rPr>
            </w:pPr>
            <w:r w:rsidRPr="00F51F43">
              <w:rPr>
                <w:noProof/>
                <w:sz w:val="20"/>
                <w:szCs w:val="20"/>
              </w:rPr>
              <w:t>rujan</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07F18A3" w14:textId="77777777" w:rsidR="00B37F50" w:rsidRPr="00F51F43" w:rsidRDefault="00B37F50" w:rsidP="00B37F50">
            <w:pPr>
              <w:spacing w:after="0" w:line="240" w:lineRule="auto"/>
              <w:jc w:val="center"/>
              <w:rPr>
                <w:noProof/>
                <w:sz w:val="20"/>
                <w:szCs w:val="20"/>
              </w:rPr>
            </w:pPr>
            <w:r w:rsidRPr="00F51F43">
              <w:rPr>
                <w:noProof/>
                <w:sz w:val="20"/>
                <w:szCs w:val="20"/>
              </w:rPr>
              <w:t>pedagog, psiholog, zdravstvena voditeljica</w:t>
            </w:r>
          </w:p>
        </w:tc>
      </w:tr>
      <w:tr w:rsidR="00B37F50" w:rsidRPr="00F51F43" w14:paraId="29AE87CF"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001B521"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C8E911A"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4614B51"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3933718"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B5774D"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9F96192"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279CEAF1"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9EDE8C1"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7071FB6"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7585CA9"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3E7AD8B"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19FDB1BF" w14:textId="77777777" w:rsidTr="00B37F50">
        <w:trPr>
          <w:cantSplit/>
          <w:trHeight w:val="720"/>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F210118" w14:textId="77777777" w:rsidR="00B37F50" w:rsidRPr="00F51F43" w:rsidRDefault="00B37F50" w:rsidP="00B37F50">
            <w:pPr>
              <w:spacing w:after="0" w:line="240" w:lineRule="auto"/>
              <w:jc w:val="center"/>
              <w:rPr>
                <w:b/>
                <w:bCs/>
                <w:noProof/>
                <w:sz w:val="20"/>
                <w:szCs w:val="20"/>
              </w:rPr>
            </w:pPr>
            <w:r w:rsidRPr="00F51F43">
              <w:rPr>
                <w:b/>
                <w:bCs/>
                <w:noProof/>
                <w:sz w:val="20"/>
                <w:szCs w:val="20"/>
              </w:rPr>
              <w:t>LISTOPAD</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033D481"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6C2A15" w14:textId="77777777" w:rsidR="00B37F50" w:rsidRPr="00F51F43" w:rsidRDefault="00B37F50" w:rsidP="00B37F50">
            <w:pPr>
              <w:spacing w:after="0" w:line="240" w:lineRule="auto"/>
              <w:jc w:val="center"/>
              <w:rPr>
                <w:noProof/>
                <w:sz w:val="20"/>
                <w:szCs w:val="20"/>
              </w:rPr>
            </w:pPr>
            <w:r w:rsidRPr="00F51F43">
              <w:rPr>
                <w:noProof/>
                <w:sz w:val="20"/>
                <w:szCs w:val="20"/>
              </w:rPr>
              <w:t>Praćenje rasta i razvoja djece-antropometrijska mjerenja;                                        Radionica HZJZ-promocija zdravlja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39763EF" w14:textId="77777777" w:rsidR="00B37F50" w:rsidRPr="00F51F43" w:rsidRDefault="00B37F50" w:rsidP="00B37F50">
            <w:pPr>
              <w:spacing w:after="0" w:line="240" w:lineRule="auto"/>
              <w:jc w:val="center"/>
              <w:rPr>
                <w:noProof/>
                <w:sz w:val="20"/>
                <w:szCs w:val="20"/>
              </w:rPr>
            </w:pPr>
            <w:r w:rsidRPr="00F51F43">
              <w:rPr>
                <w:noProof/>
                <w:sz w:val="20"/>
                <w:szCs w:val="20"/>
              </w:rPr>
              <w:t>listopad</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1E1AEDB"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17318920"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498A9FB"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BDC17F"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DB511A3"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724E49"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A324FF1"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08178762"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6266496B"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91B81F0"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549585"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F91E81"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141932"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5F676082"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9B16397"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546590A"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6D2D5E3"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6425AF"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A06513C"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216DE81F" w14:textId="77777777" w:rsidTr="00B37F50">
        <w:trPr>
          <w:cantSplit/>
          <w:trHeight w:val="408"/>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1BEE4E65" w14:textId="77777777" w:rsidR="00B37F50" w:rsidRPr="00F51F43" w:rsidRDefault="00B37F50" w:rsidP="00B37F50">
            <w:pPr>
              <w:spacing w:after="0" w:line="240" w:lineRule="auto"/>
              <w:jc w:val="center"/>
              <w:rPr>
                <w:b/>
                <w:bCs/>
                <w:noProof/>
                <w:sz w:val="20"/>
                <w:szCs w:val="20"/>
              </w:rPr>
            </w:pPr>
            <w:r w:rsidRPr="00F51F43">
              <w:rPr>
                <w:b/>
                <w:bCs/>
                <w:noProof/>
                <w:sz w:val="20"/>
                <w:szCs w:val="20"/>
              </w:rPr>
              <w:t>STUDENI</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0423323"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6B09344" w14:textId="77777777" w:rsidR="00B37F50" w:rsidRPr="00F51F43" w:rsidRDefault="00B37F50" w:rsidP="00B37F50">
            <w:pPr>
              <w:spacing w:after="0" w:line="240" w:lineRule="auto"/>
              <w:jc w:val="center"/>
              <w:rPr>
                <w:noProof/>
                <w:sz w:val="20"/>
                <w:szCs w:val="20"/>
              </w:rPr>
            </w:pPr>
            <w:r w:rsidRPr="00F51F43">
              <w:rPr>
                <w:noProof/>
                <w:sz w:val="20"/>
                <w:szCs w:val="20"/>
              </w:rPr>
              <w:t>Radionica s Udrugom slijepih</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0E7177" w14:textId="77777777" w:rsidR="00B37F50" w:rsidRPr="00F51F43" w:rsidRDefault="00B37F50" w:rsidP="00B37F50">
            <w:pPr>
              <w:spacing w:after="0" w:line="240" w:lineRule="auto"/>
              <w:jc w:val="center"/>
              <w:rPr>
                <w:noProof/>
                <w:sz w:val="20"/>
                <w:szCs w:val="20"/>
              </w:rPr>
            </w:pPr>
            <w:r w:rsidRPr="00F51F43">
              <w:rPr>
                <w:noProof/>
                <w:sz w:val="20"/>
                <w:szCs w:val="20"/>
              </w:rPr>
              <w:t>listopad</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823D34C"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1F56077E" w14:textId="77777777" w:rsidTr="00B37F50">
        <w:trPr>
          <w:cantSplit/>
          <w:trHeight w:val="408"/>
          <w:jc w:val="center"/>
        </w:trPr>
        <w:tc>
          <w:tcPr>
            <w:tcW w:w="759" w:type="dxa"/>
            <w:vMerge/>
            <w:tcBorders>
              <w:top w:val="nil"/>
              <w:left w:val="single" w:sz="4" w:space="0" w:color="auto"/>
              <w:bottom w:val="single" w:sz="4" w:space="0" w:color="auto"/>
              <w:right w:val="single" w:sz="4" w:space="0" w:color="auto"/>
            </w:tcBorders>
            <w:vAlign w:val="center"/>
            <w:hideMark/>
          </w:tcPr>
          <w:p w14:paraId="106EBB1E"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30D16D0"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830E3C9" w14:textId="77777777" w:rsidR="00B37F50" w:rsidRPr="00F51F43" w:rsidRDefault="00B37F50" w:rsidP="00B37F50">
            <w:pPr>
              <w:spacing w:after="0" w:line="240" w:lineRule="auto"/>
              <w:jc w:val="center"/>
              <w:rPr>
                <w:noProof/>
                <w:sz w:val="20"/>
                <w:szCs w:val="20"/>
              </w:rPr>
            </w:pPr>
            <w:r w:rsidRPr="00F51F43">
              <w:rPr>
                <w:noProof/>
                <w:sz w:val="20"/>
                <w:szCs w:val="20"/>
              </w:rPr>
              <w:t>Informativni letak-jačanje imuniteta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9F4EAA" w14:textId="77777777" w:rsidR="00B37F50" w:rsidRPr="00F51F43" w:rsidRDefault="00B37F50" w:rsidP="00B37F50">
            <w:pPr>
              <w:spacing w:after="0" w:line="240" w:lineRule="auto"/>
              <w:jc w:val="center"/>
              <w:rPr>
                <w:noProof/>
                <w:sz w:val="20"/>
                <w:szCs w:val="20"/>
              </w:rPr>
            </w:pPr>
            <w:r w:rsidRPr="00F51F43">
              <w:rPr>
                <w:noProof/>
                <w:sz w:val="20"/>
                <w:szCs w:val="20"/>
              </w:rPr>
              <w:t>studeni</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899CCE3"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6919C142"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26A3D3F"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0BC76E0"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92932CF"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C8F1B53"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9180237"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03090370"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1C17F38B"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E6EAEB"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ECF27E3"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C3A2C98"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ECDAA40"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A84C4C1"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0BD59D48" w14:textId="77777777" w:rsidR="00B37F50" w:rsidRPr="00F51F43" w:rsidRDefault="00B37F50" w:rsidP="00B37F50">
            <w:pPr>
              <w:spacing w:after="0" w:line="240" w:lineRule="auto"/>
              <w:jc w:val="center"/>
              <w:rPr>
                <w:b/>
                <w:bCs/>
                <w:noProof/>
                <w:sz w:val="20"/>
                <w:szCs w:val="20"/>
              </w:rPr>
            </w:pPr>
            <w:r w:rsidRPr="00F51F43">
              <w:rPr>
                <w:b/>
                <w:bCs/>
                <w:noProof/>
                <w:sz w:val="20"/>
                <w:szCs w:val="20"/>
              </w:rPr>
              <w:t>PROSINAC</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CFF927A"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3A30916"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0A0531D"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1A177FB"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2ACEF173"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127D0186"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0B02A40"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151B868"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1C61D9"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6E2832C"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498B24A9"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601180A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A8233A8"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048076"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C0ECD6"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4A8989"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A4BC38F"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7A0A43B4"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6D44833"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8E2B773" w14:textId="77777777" w:rsidR="00B37F50" w:rsidRPr="00F51F43" w:rsidRDefault="00B37F50" w:rsidP="00B37F50">
            <w:pPr>
              <w:spacing w:after="0" w:line="240" w:lineRule="auto"/>
              <w:jc w:val="center"/>
              <w:rPr>
                <w:noProof/>
                <w:sz w:val="20"/>
                <w:szCs w:val="20"/>
              </w:rPr>
            </w:pPr>
            <w:r w:rsidRPr="00F51F43">
              <w:rPr>
                <w:noProof/>
                <w:sz w:val="20"/>
                <w:szCs w:val="20"/>
              </w:rPr>
              <w:t>Unapređenje jelovnika, razgovor s kuharicama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A49869"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177C1A0"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A3A62C4"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079A13C7" w14:textId="77777777" w:rsidR="00B37F50" w:rsidRPr="00F51F43" w:rsidRDefault="00B37F50" w:rsidP="00B37F50">
            <w:pPr>
              <w:spacing w:after="0" w:line="240" w:lineRule="auto"/>
              <w:jc w:val="center"/>
              <w:rPr>
                <w:b/>
                <w:bCs/>
                <w:noProof/>
                <w:sz w:val="20"/>
                <w:szCs w:val="20"/>
              </w:rPr>
            </w:pPr>
            <w:r w:rsidRPr="00F51F43">
              <w:rPr>
                <w:b/>
                <w:bCs/>
                <w:noProof/>
                <w:sz w:val="20"/>
                <w:szCs w:val="20"/>
              </w:rPr>
              <w:t>SIJEČANJ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F57011"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D90D8D"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E997BD"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76F0C5F"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7BA3831B"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6CEBD344"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14BE48"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CD49D41"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3A1C34C"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CDF7AD"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637C98F3" w14:textId="77777777" w:rsidTr="00B37F50">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4AE9AC27"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17E2C10"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06D17C2" w14:textId="77777777" w:rsidR="00B37F50" w:rsidRPr="00F51F43" w:rsidRDefault="00B37F50" w:rsidP="00B37F50">
            <w:pPr>
              <w:spacing w:after="0" w:line="240" w:lineRule="auto"/>
              <w:jc w:val="center"/>
              <w:rPr>
                <w:noProof/>
                <w:sz w:val="20"/>
                <w:szCs w:val="20"/>
              </w:rPr>
            </w:pPr>
            <w:r w:rsidRPr="00F51F43">
              <w:rPr>
                <w:noProof/>
                <w:sz w:val="20"/>
                <w:szCs w:val="20"/>
              </w:rPr>
              <w:t>ISA-knjige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435654A" w14:textId="77777777" w:rsidR="00B37F50" w:rsidRPr="00F51F43" w:rsidRDefault="00B37F50" w:rsidP="00B37F50">
            <w:pPr>
              <w:spacing w:after="0" w:line="240" w:lineRule="auto"/>
              <w:jc w:val="center"/>
              <w:rPr>
                <w:noProof/>
                <w:sz w:val="20"/>
                <w:szCs w:val="20"/>
              </w:rPr>
            </w:pPr>
            <w:r w:rsidRPr="00F51F43">
              <w:rPr>
                <w:noProof/>
                <w:sz w:val="20"/>
                <w:szCs w:val="20"/>
              </w:rPr>
              <w:t>siječanj</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F7B97D5" w14:textId="77777777" w:rsidR="00B37F50" w:rsidRPr="00F51F43" w:rsidRDefault="00B37F50" w:rsidP="00B37F50">
            <w:pPr>
              <w:spacing w:after="0" w:line="240" w:lineRule="auto"/>
              <w:jc w:val="center"/>
              <w:rPr>
                <w:noProof/>
                <w:sz w:val="20"/>
                <w:szCs w:val="20"/>
              </w:rPr>
            </w:pPr>
            <w:r w:rsidRPr="00F51F43">
              <w:rPr>
                <w:noProof/>
                <w:sz w:val="20"/>
                <w:szCs w:val="20"/>
              </w:rPr>
              <w:t>pedagoginja, psihologinja, zdravstvena voditeljica</w:t>
            </w:r>
          </w:p>
        </w:tc>
      </w:tr>
      <w:tr w:rsidR="00B37F50" w:rsidRPr="00F51F43" w14:paraId="5F675EBB"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E048290"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E119173"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305B907"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98099F"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CB60EED"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76DFEEF8" w14:textId="77777777" w:rsidTr="00B37F50">
        <w:trPr>
          <w:cantSplit/>
          <w:trHeight w:val="408"/>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1BAA1476" w14:textId="77777777" w:rsidR="00B37F50" w:rsidRPr="00F51F43" w:rsidRDefault="00B37F50" w:rsidP="00B37F50">
            <w:pPr>
              <w:spacing w:after="0" w:line="240" w:lineRule="auto"/>
              <w:jc w:val="center"/>
              <w:rPr>
                <w:b/>
                <w:bCs/>
                <w:noProof/>
                <w:sz w:val="20"/>
                <w:szCs w:val="20"/>
              </w:rPr>
            </w:pPr>
            <w:r w:rsidRPr="00F51F43">
              <w:rPr>
                <w:b/>
                <w:bCs/>
                <w:noProof/>
                <w:sz w:val="20"/>
                <w:szCs w:val="20"/>
              </w:rPr>
              <w:t>VELJAČA</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6DFB540"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F3955E8" w14:textId="77777777" w:rsidR="00B37F50" w:rsidRPr="00F51F43" w:rsidRDefault="00B37F50" w:rsidP="00B37F50">
            <w:pPr>
              <w:spacing w:after="0" w:line="240" w:lineRule="auto"/>
              <w:jc w:val="center"/>
              <w:rPr>
                <w:noProof/>
                <w:sz w:val="20"/>
                <w:szCs w:val="20"/>
              </w:rPr>
            </w:pPr>
            <w:r w:rsidRPr="00F51F43">
              <w:rPr>
                <w:noProof/>
                <w:sz w:val="20"/>
                <w:szCs w:val="20"/>
              </w:rPr>
              <w:t>Radionica-Bakterije i virusi</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5A17036" w14:textId="77777777" w:rsidR="00B37F50" w:rsidRPr="00F51F43" w:rsidRDefault="00B37F50" w:rsidP="00B37F50">
            <w:pPr>
              <w:spacing w:after="0" w:line="240" w:lineRule="auto"/>
              <w:jc w:val="center"/>
              <w:rPr>
                <w:noProof/>
                <w:sz w:val="20"/>
                <w:szCs w:val="20"/>
              </w:rPr>
            </w:pPr>
            <w:r w:rsidRPr="00F51F43">
              <w:rPr>
                <w:noProof/>
                <w:sz w:val="20"/>
                <w:szCs w:val="20"/>
              </w:rPr>
              <w:t>veljača</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5A93AB"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0511F465" w14:textId="77777777" w:rsidTr="00B37F50">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07DF96D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7AB25A7"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BD04631" w14:textId="77777777" w:rsidR="00B37F50" w:rsidRPr="00F51F43" w:rsidRDefault="00B37F50" w:rsidP="00B37F50">
            <w:pPr>
              <w:spacing w:after="0" w:line="240" w:lineRule="auto"/>
              <w:jc w:val="center"/>
              <w:rPr>
                <w:noProof/>
                <w:sz w:val="20"/>
                <w:szCs w:val="20"/>
              </w:rPr>
            </w:pPr>
            <w:r w:rsidRPr="00F51F43">
              <w:rPr>
                <w:noProof/>
                <w:sz w:val="20"/>
                <w:szCs w:val="20"/>
              </w:rPr>
              <w:t xml:space="preserve">Roditeljski sastanak-stručna tema, Informativni letak-respiratorne smetnje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021AD6E" w14:textId="77777777" w:rsidR="00B37F50" w:rsidRPr="00F51F43" w:rsidRDefault="00B37F50" w:rsidP="00B37F50">
            <w:pPr>
              <w:spacing w:after="0" w:line="240" w:lineRule="auto"/>
              <w:jc w:val="center"/>
              <w:rPr>
                <w:noProof/>
                <w:sz w:val="20"/>
                <w:szCs w:val="20"/>
              </w:rPr>
            </w:pPr>
            <w:r w:rsidRPr="00F51F43">
              <w:rPr>
                <w:noProof/>
                <w:sz w:val="20"/>
                <w:szCs w:val="20"/>
              </w:rPr>
              <w:t>veljača</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071088"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3BBB624A"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1CD98901"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069BBAF"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3521DFC"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553E97"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14EEBDE"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1E9C6163"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1EB68508"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B1A36B5"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7B19D71"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3F1A9CE"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90C0EB1"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2C57E6FA" w14:textId="77777777" w:rsidTr="00B37F50">
        <w:trPr>
          <w:cantSplit/>
          <w:trHeight w:val="480"/>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7050D892" w14:textId="77777777" w:rsidR="00B37F50" w:rsidRPr="00F51F43" w:rsidRDefault="00B37F50" w:rsidP="00B37F50">
            <w:pPr>
              <w:spacing w:after="0" w:line="240" w:lineRule="auto"/>
              <w:jc w:val="center"/>
              <w:rPr>
                <w:b/>
                <w:bCs/>
                <w:noProof/>
                <w:sz w:val="20"/>
                <w:szCs w:val="20"/>
              </w:rPr>
            </w:pPr>
            <w:r w:rsidRPr="00F51F43">
              <w:rPr>
                <w:b/>
                <w:bCs/>
                <w:noProof/>
                <w:sz w:val="20"/>
                <w:szCs w:val="20"/>
              </w:rPr>
              <w:t>OŽUJAK</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8914F6C"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9A0E223" w14:textId="77777777" w:rsidR="00B37F50" w:rsidRPr="00F51F43" w:rsidRDefault="00B37F50" w:rsidP="00B37F50">
            <w:pPr>
              <w:spacing w:after="0" w:line="240" w:lineRule="auto"/>
              <w:jc w:val="center"/>
              <w:rPr>
                <w:noProof/>
                <w:sz w:val="20"/>
                <w:szCs w:val="20"/>
              </w:rPr>
            </w:pPr>
            <w:r w:rsidRPr="00F51F43">
              <w:rPr>
                <w:noProof/>
                <w:sz w:val="20"/>
                <w:szCs w:val="20"/>
              </w:rPr>
              <w:t>Radionica-Pravilno četkanje zubi i održavanje oralne higijene, DZKKZ</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C1034E1" w14:textId="77777777" w:rsidR="00B37F50" w:rsidRPr="00F51F43" w:rsidRDefault="00B37F50" w:rsidP="00B37F50">
            <w:pPr>
              <w:spacing w:after="0" w:line="240" w:lineRule="auto"/>
              <w:jc w:val="center"/>
              <w:rPr>
                <w:noProof/>
                <w:sz w:val="20"/>
                <w:szCs w:val="20"/>
              </w:rPr>
            </w:pPr>
            <w:r w:rsidRPr="00F51F43">
              <w:rPr>
                <w:noProof/>
                <w:sz w:val="20"/>
                <w:szCs w:val="20"/>
              </w:rPr>
              <w:t>ožujak</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4C95F40"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77803375"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344DEA9"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41ECB11"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C612490"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5C49CE6"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2C415AC"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52DD425"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0C4316C1"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4CC9859"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7FD4495"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A3CCF17"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9E1595B"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550C020"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A307259"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F9F912D"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916B2D"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0C972B2"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B41C5DE"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8575A6E" w14:textId="77777777" w:rsidTr="00B37F50">
        <w:trPr>
          <w:cantSplit/>
          <w:trHeight w:val="408"/>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75E74ED5" w14:textId="77777777" w:rsidR="00B37F50" w:rsidRPr="00F51F43" w:rsidRDefault="00B37F50" w:rsidP="00B37F50">
            <w:pPr>
              <w:spacing w:after="0" w:line="240" w:lineRule="auto"/>
              <w:jc w:val="center"/>
              <w:rPr>
                <w:b/>
                <w:bCs/>
                <w:noProof/>
                <w:sz w:val="20"/>
                <w:szCs w:val="20"/>
              </w:rPr>
            </w:pPr>
            <w:r w:rsidRPr="00F51F43">
              <w:rPr>
                <w:b/>
                <w:bCs/>
                <w:noProof/>
                <w:sz w:val="20"/>
                <w:szCs w:val="20"/>
              </w:rPr>
              <w:t>TRAVANJ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5C83EF5"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242754" w14:textId="77777777" w:rsidR="00B37F50" w:rsidRPr="00F51F43" w:rsidRDefault="00B37F50" w:rsidP="00B37F50">
            <w:pPr>
              <w:spacing w:after="0" w:line="240" w:lineRule="auto"/>
              <w:jc w:val="center"/>
              <w:rPr>
                <w:noProof/>
                <w:sz w:val="20"/>
                <w:szCs w:val="20"/>
              </w:rPr>
            </w:pPr>
            <w:r w:rsidRPr="00F51F43">
              <w:rPr>
                <w:noProof/>
                <w:sz w:val="20"/>
                <w:szCs w:val="20"/>
              </w:rPr>
              <w:t>Radionica-Pokreni svoje tijelo</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0591B1" w14:textId="77777777" w:rsidR="00B37F50" w:rsidRPr="00F51F43" w:rsidRDefault="00B37F50" w:rsidP="00B37F50">
            <w:pPr>
              <w:spacing w:after="0" w:line="240" w:lineRule="auto"/>
              <w:jc w:val="center"/>
              <w:rPr>
                <w:noProof/>
                <w:sz w:val="20"/>
                <w:szCs w:val="20"/>
              </w:rPr>
            </w:pPr>
            <w:r w:rsidRPr="00F51F43">
              <w:rPr>
                <w:noProof/>
                <w:sz w:val="20"/>
                <w:szCs w:val="20"/>
              </w:rPr>
              <w:t>travanj</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B2F46A"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297974BD" w14:textId="77777777" w:rsidTr="00B37F50">
        <w:trPr>
          <w:cantSplit/>
          <w:trHeight w:val="480"/>
          <w:jc w:val="center"/>
        </w:trPr>
        <w:tc>
          <w:tcPr>
            <w:tcW w:w="759" w:type="dxa"/>
            <w:vMerge/>
            <w:tcBorders>
              <w:top w:val="nil"/>
              <w:left w:val="single" w:sz="4" w:space="0" w:color="auto"/>
              <w:bottom w:val="single" w:sz="4" w:space="0" w:color="auto"/>
              <w:right w:val="single" w:sz="4" w:space="0" w:color="auto"/>
            </w:tcBorders>
            <w:vAlign w:val="center"/>
            <w:hideMark/>
          </w:tcPr>
          <w:p w14:paraId="0A34F239"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C3D3A64"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3F5E552" w14:textId="77777777" w:rsidR="00B37F50" w:rsidRPr="00F51F43" w:rsidRDefault="00B37F50" w:rsidP="00B37F50">
            <w:pPr>
              <w:spacing w:after="0" w:line="240" w:lineRule="auto"/>
              <w:jc w:val="center"/>
              <w:rPr>
                <w:noProof/>
                <w:sz w:val="20"/>
                <w:szCs w:val="20"/>
              </w:rPr>
            </w:pPr>
            <w:r w:rsidRPr="00F51F43">
              <w:rPr>
                <w:noProof/>
                <w:sz w:val="20"/>
                <w:szCs w:val="20"/>
              </w:rPr>
              <w:t>Informativni letak-Alergije, Radionica za roditelje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B6B5035" w14:textId="77777777" w:rsidR="00B37F50" w:rsidRPr="00F51F43" w:rsidRDefault="00B37F50" w:rsidP="00B37F50">
            <w:pPr>
              <w:spacing w:after="0" w:line="240" w:lineRule="auto"/>
              <w:jc w:val="center"/>
              <w:rPr>
                <w:noProof/>
                <w:sz w:val="20"/>
                <w:szCs w:val="20"/>
              </w:rPr>
            </w:pPr>
            <w:r w:rsidRPr="00F51F43">
              <w:rPr>
                <w:noProof/>
                <w:sz w:val="20"/>
                <w:szCs w:val="20"/>
              </w:rPr>
              <w:t>travanj</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EF0DDCA"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4A4F656B"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3802EEF"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7954A1C"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548F25C" w14:textId="77777777" w:rsidR="00B37F50" w:rsidRPr="00F51F43" w:rsidRDefault="00B37F50" w:rsidP="00B37F50">
            <w:pPr>
              <w:spacing w:after="0" w:line="240" w:lineRule="auto"/>
              <w:jc w:val="center"/>
              <w:rPr>
                <w:noProof/>
                <w:sz w:val="20"/>
                <w:szCs w:val="20"/>
              </w:rPr>
            </w:pPr>
            <w:r w:rsidRPr="00F51F43">
              <w:rPr>
                <w:noProof/>
                <w:sz w:val="20"/>
                <w:szCs w:val="20"/>
              </w:rPr>
              <w:t>RadionIca za zaposlenike u suradnji s HMP</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A867343" w14:textId="77777777" w:rsidR="00B37F50" w:rsidRPr="00F51F43" w:rsidRDefault="00B37F50" w:rsidP="00B37F50">
            <w:pPr>
              <w:spacing w:after="0" w:line="240" w:lineRule="auto"/>
              <w:jc w:val="center"/>
              <w:rPr>
                <w:noProof/>
                <w:sz w:val="20"/>
                <w:szCs w:val="20"/>
              </w:rPr>
            </w:pPr>
            <w:r w:rsidRPr="00F51F43">
              <w:rPr>
                <w:noProof/>
                <w:sz w:val="20"/>
                <w:szCs w:val="20"/>
              </w:rPr>
              <w:t>travanj</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300A1E4" w14:textId="77777777" w:rsidR="00B37F50" w:rsidRPr="00F51F43" w:rsidRDefault="00B37F50" w:rsidP="00B37F50">
            <w:pPr>
              <w:spacing w:after="0" w:line="240" w:lineRule="auto"/>
              <w:jc w:val="center"/>
              <w:rPr>
                <w:noProof/>
                <w:sz w:val="20"/>
                <w:szCs w:val="20"/>
              </w:rPr>
            </w:pPr>
            <w:r w:rsidRPr="00F51F43">
              <w:rPr>
                <w:noProof/>
                <w:sz w:val="20"/>
                <w:szCs w:val="20"/>
              </w:rPr>
              <w:t>HMP</w:t>
            </w:r>
          </w:p>
        </w:tc>
      </w:tr>
      <w:tr w:rsidR="00B37F50" w:rsidRPr="00F51F43" w14:paraId="5A1ECDDE"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62F29F8D"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0DFC15D"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309B7CB"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6DCCAA0"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F563AE8"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01CD0901" w14:textId="77777777" w:rsidTr="00B37F50">
        <w:trPr>
          <w:cantSplit/>
          <w:trHeight w:val="480"/>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6ACC9397" w14:textId="77777777" w:rsidR="00B37F50" w:rsidRPr="00F51F43" w:rsidRDefault="00B37F50" w:rsidP="00B37F50">
            <w:pPr>
              <w:spacing w:after="0" w:line="240" w:lineRule="auto"/>
              <w:jc w:val="center"/>
              <w:rPr>
                <w:b/>
                <w:bCs/>
                <w:noProof/>
                <w:sz w:val="20"/>
                <w:szCs w:val="20"/>
              </w:rPr>
            </w:pPr>
            <w:r w:rsidRPr="00F51F43">
              <w:rPr>
                <w:b/>
                <w:bCs/>
                <w:noProof/>
                <w:sz w:val="20"/>
                <w:szCs w:val="20"/>
              </w:rPr>
              <w:t>SVIBANJ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546EECF"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D4444DA" w14:textId="77777777" w:rsidR="00B37F50" w:rsidRPr="00F51F43" w:rsidRDefault="00B37F50" w:rsidP="00B37F50">
            <w:pPr>
              <w:spacing w:after="0" w:line="240" w:lineRule="auto"/>
              <w:jc w:val="center"/>
              <w:rPr>
                <w:noProof/>
                <w:sz w:val="20"/>
                <w:szCs w:val="20"/>
              </w:rPr>
            </w:pPr>
            <w:r w:rsidRPr="00F51F43">
              <w:rPr>
                <w:noProof/>
                <w:sz w:val="20"/>
                <w:szCs w:val="20"/>
              </w:rPr>
              <w:t>Antropometrijska mjerenja</w:t>
            </w:r>
            <w:r w:rsidRPr="00F51F43">
              <w:rPr>
                <w:noProof/>
                <w:sz w:val="20"/>
                <w:szCs w:val="20"/>
              </w:rPr>
              <w:br/>
              <w:t>Radionica-Male čiste ruke</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124E3D" w14:textId="77777777" w:rsidR="00B37F50" w:rsidRPr="00F51F43" w:rsidRDefault="00B37F50" w:rsidP="00B37F50">
            <w:pPr>
              <w:spacing w:after="0" w:line="240" w:lineRule="auto"/>
              <w:jc w:val="center"/>
              <w:rPr>
                <w:noProof/>
                <w:sz w:val="20"/>
                <w:szCs w:val="20"/>
              </w:rPr>
            </w:pPr>
            <w:r w:rsidRPr="00F51F43">
              <w:rPr>
                <w:noProof/>
                <w:sz w:val="20"/>
                <w:szCs w:val="20"/>
              </w:rPr>
              <w:t>svibanj</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C505B58" w14:textId="77777777" w:rsidR="00B37F50" w:rsidRPr="00F51F43" w:rsidRDefault="00B37F50" w:rsidP="00B37F50">
            <w:pPr>
              <w:spacing w:after="0" w:line="240" w:lineRule="auto"/>
              <w:jc w:val="center"/>
              <w:rPr>
                <w:noProof/>
                <w:sz w:val="20"/>
                <w:szCs w:val="20"/>
              </w:rPr>
            </w:pPr>
            <w:r w:rsidRPr="00F51F43">
              <w:rPr>
                <w:noProof/>
                <w:sz w:val="20"/>
                <w:szCs w:val="20"/>
              </w:rPr>
              <w:t>zdravstvena voditeljica</w:t>
            </w:r>
          </w:p>
        </w:tc>
      </w:tr>
      <w:tr w:rsidR="00B37F50" w:rsidRPr="00F51F43" w14:paraId="56F7721E"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31DF0A29"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4959379"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9476BDE" w14:textId="77777777" w:rsidR="00B37F50" w:rsidRPr="00F51F43" w:rsidRDefault="00B37F50" w:rsidP="00B37F50">
            <w:pPr>
              <w:spacing w:after="0" w:line="240" w:lineRule="auto"/>
              <w:jc w:val="center"/>
              <w:rPr>
                <w:noProof/>
                <w:sz w:val="20"/>
                <w:szCs w:val="20"/>
              </w:rPr>
            </w:pPr>
            <w:r w:rsidRPr="00F51F43">
              <w:rPr>
                <w:noProof/>
                <w:sz w:val="20"/>
                <w:szCs w:val="20"/>
              </w:rPr>
              <w:t>Informativni letak-prevencija ozljeda</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401CE23"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44DC7D1"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5296A803"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6DE1D6E4"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BFDDB8C"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4DC40EF"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0B3D7B5"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E670E25"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7B144EE4"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78B85D9E"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3EC7121"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0BCED36"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AE4EB82"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B2BD197"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5F582CDF" w14:textId="77777777" w:rsidTr="00B37F50">
        <w:trPr>
          <w:cantSplit/>
          <w:trHeight w:val="81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55237424" w14:textId="77777777" w:rsidR="00B37F50" w:rsidRPr="00F51F43" w:rsidRDefault="00B37F50" w:rsidP="00B37F50">
            <w:pPr>
              <w:spacing w:after="0" w:line="240" w:lineRule="auto"/>
              <w:jc w:val="center"/>
              <w:rPr>
                <w:b/>
                <w:bCs/>
                <w:noProof/>
                <w:sz w:val="20"/>
                <w:szCs w:val="20"/>
              </w:rPr>
            </w:pPr>
            <w:r w:rsidRPr="00F51F43">
              <w:rPr>
                <w:b/>
                <w:bCs/>
                <w:noProof/>
                <w:sz w:val="20"/>
                <w:szCs w:val="20"/>
              </w:rPr>
              <w:lastRenderedPageBreak/>
              <w:t>LIPANJ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C2B77E6"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AA37ED5" w14:textId="77777777" w:rsidR="00B37F50" w:rsidRPr="00F51F43" w:rsidRDefault="00B37F50" w:rsidP="00B37F50">
            <w:pPr>
              <w:spacing w:after="0" w:line="240" w:lineRule="auto"/>
              <w:jc w:val="center"/>
              <w:rPr>
                <w:noProof/>
                <w:sz w:val="20"/>
                <w:szCs w:val="20"/>
              </w:rPr>
            </w:pPr>
            <w:r w:rsidRPr="00F51F43">
              <w:rPr>
                <w:noProof/>
                <w:sz w:val="20"/>
                <w:szCs w:val="20"/>
              </w:rPr>
              <w:t>Inicijalni razgovori</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D4587C6" w14:textId="77777777" w:rsidR="00B37F50" w:rsidRPr="00F51F43" w:rsidRDefault="00B37F50" w:rsidP="00B37F50">
            <w:pPr>
              <w:spacing w:after="0" w:line="240" w:lineRule="auto"/>
              <w:jc w:val="center"/>
              <w:rPr>
                <w:noProof/>
                <w:sz w:val="20"/>
                <w:szCs w:val="20"/>
              </w:rPr>
            </w:pPr>
            <w:r w:rsidRPr="00F51F43">
              <w:rPr>
                <w:noProof/>
                <w:sz w:val="20"/>
                <w:szCs w:val="20"/>
              </w:rPr>
              <w:t>lipanj</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F767AF7" w14:textId="77777777" w:rsidR="00B37F50" w:rsidRPr="00F51F43" w:rsidRDefault="00B37F50" w:rsidP="00B37F50">
            <w:pPr>
              <w:spacing w:after="0" w:line="240" w:lineRule="auto"/>
              <w:jc w:val="center"/>
              <w:rPr>
                <w:noProof/>
                <w:sz w:val="20"/>
                <w:szCs w:val="20"/>
              </w:rPr>
            </w:pPr>
            <w:r w:rsidRPr="00F51F43">
              <w:rPr>
                <w:noProof/>
                <w:sz w:val="20"/>
                <w:szCs w:val="20"/>
              </w:rPr>
              <w:t>pedagoginja, psihologinja, zdravstvena voditeljica</w:t>
            </w:r>
          </w:p>
        </w:tc>
      </w:tr>
      <w:tr w:rsidR="00B37F50" w:rsidRPr="00F51F43" w14:paraId="62054817"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54BE4A5E"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337CC72"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EAAF227" w14:textId="77777777" w:rsidR="00B37F50" w:rsidRPr="00F51F43" w:rsidRDefault="00B37F50" w:rsidP="00B37F50">
            <w:pPr>
              <w:spacing w:after="0" w:line="240" w:lineRule="auto"/>
              <w:jc w:val="center"/>
              <w:rPr>
                <w:noProof/>
                <w:sz w:val="20"/>
                <w:szCs w:val="20"/>
              </w:rPr>
            </w:pPr>
            <w:r w:rsidRPr="00F51F43">
              <w:rPr>
                <w:noProof/>
                <w:sz w:val="20"/>
                <w:szCs w:val="20"/>
              </w:rPr>
              <w:t xml:space="preserve">Roditeljski sastanak za novoupisane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F18999B" w14:textId="77777777" w:rsidR="00B37F50" w:rsidRPr="00F51F43" w:rsidRDefault="00B37F50" w:rsidP="00B37F50">
            <w:pPr>
              <w:spacing w:after="0" w:line="240" w:lineRule="auto"/>
              <w:jc w:val="center"/>
              <w:rPr>
                <w:noProof/>
                <w:sz w:val="20"/>
                <w:szCs w:val="20"/>
              </w:rPr>
            </w:pPr>
            <w:r w:rsidRPr="00F51F43">
              <w:rPr>
                <w:noProof/>
                <w:sz w:val="20"/>
                <w:szCs w:val="20"/>
              </w:rPr>
              <w:t>lipanj</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DC9CE8A"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66F8128D" w14:textId="77777777" w:rsidTr="00B37F50">
        <w:trPr>
          <w:cantSplit/>
          <w:trHeight w:val="816"/>
          <w:jc w:val="center"/>
        </w:trPr>
        <w:tc>
          <w:tcPr>
            <w:tcW w:w="759" w:type="dxa"/>
            <w:vMerge/>
            <w:tcBorders>
              <w:top w:val="nil"/>
              <w:left w:val="single" w:sz="4" w:space="0" w:color="auto"/>
              <w:bottom w:val="single" w:sz="4" w:space="0" w:color="auto"/>
              <w:right w:val="single" w:sz="4" w:space="0" w:color="auto"/>
            </w:tcBorders>
            <w:vAlign w:val="center"/>
            <w:hideMark/>
          </w:tcPr>
          <w:p w14:paraId="7FAB90E3"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3E2624D"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EE21E54" w14:textId="77777777" w:rsidR="00B37F50" w:rsidRPr="00F51F43" w:rsidRDefault="00B37F50" w:rsidP="00B37F50">
            <w:pPr>
              <w:spacing w:after="0" w:line="240" w:lineRule="auto"/>
              <w:jc w:val="center"/>
              <w:rPr>
                <w:noProof/>
                <w:sz w:val="20"/>
                <w:szCs w:val="20"/>
              </w:rPr>
            </w:pPr>
            <w:r w:rsidRPr="00F51F43">
              <w:rPr>
                <w:noProof/>
                <w:sz w:val="20"/>
                <w:szCs w:val="20"/>
              </w:rPr>
              <w:t xml:space="preserve">ISA-knjige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3B26E2E" w14:textId="77777777" w:rsidR="00B37F50" w:rsidRPr="00F51F43" w:rsidRDefault="00B37F50" w:rsidP="00B37F50">
            <w:pPr>
              <w:spacing w:after="0" w:line="240" w:lineRule="auto"/>
              <w:jc w:val="center"/>
              <w:rPr>
                <w:noProof/>
                <w:sz w:val="20"/>
                <w:szCs w:val="20"/>
              </w:rPr>
            </w:pPr>
            <w:r w:rsidRPr="00F51F43">
              <w:rPr>
                <w:noProof/>
                <w:sz w:val="20"/>
                <w:szCs w:val="20"/>
              </w:rPr>
              <w:t>lipanj</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F39C99A" w14:textId="77777777" w:rsidR="00B37F50" w:rsidRPr="00F51F43" w:rsidRDefault="00B37F50" w:rsidP="00B37F50">
            <w:pPr>
              <w:spacing w:after="0" w:line="240" w:lineRule="auto"/>
              <w:jc w:val="center"/>
              <w:rPr>
                <w:noProof/>
                <w:sz w:val="20"/>
                <w:szCs w:val="20"/>
              </w:rPr>
            </w:pPr>
            <w:r w:rsidRPr="00F51F43">
              <w:rPr>
                <w:noProof/>
                <w:sz w:val="20"/>
                <w:szCs w:val="20"/>
              </w:rPr>
              <w:t>pedagoginja, psihologinja, zdravstvena voditeljica</w:t>
            </w:r>
          </w:p>
        </w:tc>
      </w:tr>
      <w:tr w:rsidR="00B37F50" w:rsidRPr="00F51F43" w14:paraId="0EC7DC09"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55ECA3EE"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59D333"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B084163"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6C16888"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4D3DCBB"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6D5BB019"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451008A" w14:textId="77777777" w:rsidR="00B37F50" w:rsidRPr="00F51F43" w:rsidRDefault="00B37F50" w:rsidP="00B37F50">
            <w:pPr>
              <w:spacing w:after="0" w:line="240" w:lineRule="auto"/>
              <w:jc w:val="center"/>
              <w:rPr>
                <w:b/>
                <w:bCs/>
                <w:noProof/>
                <w:sz w:val="20"/>
                <w:szCs w:val="20"/>
              </w:rPr>
            </w:pPr>
            <w:r w:rsidRPr="00F51F43">
              <w:rPr>
                <w:b/>
                <w:bCs/>
                <w:noProof/>
                <w:sz w:val="20"/>
                <w:szCs w:val="20"/>
              </w:rPr>
              <w:t>SRPANJ</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28E7B9C"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28E278"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E84E46C"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B3BBA01"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15A97A15"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717F931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3B85E5"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48C6B3E"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9FB2D8C"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40F2FCC"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46C67DFA"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21BD2A5C"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10EBDC5"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D93312A"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2D2092C"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EB6D2EB"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085E5B19"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7DBBC5B"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3D5D569"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D68FBA1" w14:textId="77777777" w:rsidR="00B37F50" w:rsidRPr="00F51F43" w:rsidRDefault="00B37F50" w:rsidP="00B37F50">
            <w:pPr>
              <w:spacing w:after="0" w:line="240" w:lineRule="auto"/>
              <w:jc w:val="center"/>
              <w:rPr>
                <w:noProof/>
                <w:sz w:val="20"/>
                <w:szCs w:val="20"/>
              </w:rPr>
            </w:pPr>
            <w:r w:rsidRPr="00F51F43">
              <w:rPr>
                <w:noProof/>
                <w:sz w:val="20"/>
                <w:szCs w:val="20"/>
              </w:rPr>
              <w:t>30. godina DV Vrapčić</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F8A2B33"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2A829F5"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5647E49A" w14:textId="77777777" w:rsidTr="00B37F50">
        <w:trPr>
          <w:cantSplit/>
          <w:trHeight w:val="276"/>
          <w:jc w:val="center"/>
        </w:trPr>
        <w:tc>
          <w:tcPr>
            <w:tcW w:w="759" w:type="dxa"/>
            <w:vMerge w:val="restart"/>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textDirection w:val="btLr"/>
            <w:vAlign w:val="center"/>
            <w:hideMark/>
          </w:tcPr>
          <w:p w14:paraId="26D97F50" w14:textId="77777777" w:rsidR="00B37F50" w:rsidRPr="00F51F43" w:rsidRDefault="00B37F50" w:rsidP="00B37F50">
            <w:pPr>
              <w:spacing w:after="0" w:line="240" w:lineRule="auto"/>
              <w:jc w:val="center"/>
              <w:rPr>
                <w:b/>
                <w:bCs/>
                <w:noProof/>
                <w:sz w:val="20"/>
                <w:szCs w:val="20"/>
              </w:rPr>
            </w:pPr>
            <w:r w:rsidRPr="00F51F43">
              <w:rPr>
                <w:b/>
                <w:bCs/>
                <w:noProof/>
                <w:sz w:val="20"/>
                <w:szCs w:val="20"/>
              </w:rPr>
              <w:t>KOLOVOZ</w:t>
            </w: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0F5F780" w14:textId="77777777" w:rsidR="00B37F50" w:rsidRPr="00F51F43" w:rsidRDefault="00B37F50" w:rsidP="00B37F50">
            <w:pPr>
              <w:spacing w:after="0" w:line="240" w:lineRule="auto"/>
              <w:jc w:val="center"/>
              <w:rPr>
                <w:noProof/>
                <w:sz w:val="20"/>
                <w:szCs w:val="20"/>
              </w:rPr>
            </w:pPr>
            <w:r w:rsidRPr="00F51F43">
              <w:rPr>
                <w:noProof/>
                <w:sz w:val="20"/>
                <w:szCs w:val="20"/>
              </w:rPr>
              <w:t>Djeca</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7248CC0"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038A07E"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2771DD6A"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3604DA71"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1F19D186"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87B289" w14:textId="77777777" w:rsidR="00B37F50" w:rsidRPr="00F51F43" w:rsidRDefault="00B37F50" w:rsidP="00B37F50">
            <w:pPr>
              <w:spacing w:after="0" w:line="240" w:lineRule="auto"/>
              <w:jc w:val="center"/>
              <w:rPr>
                <w:noProof/>
                <w:sz w:val="20"/>
                <w:szCs w:val="20"/>
              </w:rPr>
            </w:pPr>
            <w:r w:rsidRPr="00F51F43">
              <w:rPr>
                <w:noProof/>
                <w:sz w:val="20"/>
                <w:szCs w:val="20"/>
              </w:rPr>
              <w:t>Roditelji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CD8F5BB"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57D71B"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46E40E49"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570A5DAD"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733CE54F"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0235F3C0" w14:textId="77777777" w:rsidR="00B37F50" w:rsidRPr="00F51F43" w:rsidRDefault="00B37F50" w:rsidP="00B37F50">
            <w:pPr>
              <w:spacing w:after="0" w:line="240" w:lineRule="auto"/>
              <w:jc w:val="center"/>
              <w:rPr>
                <w:noProof/>
                <w:sz w:val="20"/>
                <w:szCs w:val="20"/>
              </w:rPr>
            </w:pPr>
            <w:r w:rsidRPr="00F51F43">
              <w:rPr>
                <w:noProof/>
                <w:sz w:val="20"/>
                <w:szCs w:val="20"/>
              </w:rPr>
              <w:t>Stručnjaci</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D4BD87"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7E77C766"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54297F6D"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r w:rsidR="00B37F50" w:rsidRPr="00F51F43" w14:paraId="4128AC5A" w14:textId="77777777" w:rsidTr="00B37F50">
        <w:trPr>
          <w:cantSplit/>
          <w:trHeight w:val="276"/>
          <w:jc w:val="center"/>
        </w:trPr>
        <w:tc>
          <w:tcPr>
            <w:tcW w:w="759" w:type="dxa"/>
            <w:vMerge/>
            <w:tcBorders>
              <w:top w:val="nil"/>
              <w:left w:val="single" w:sz="4" w:space="0" w:color="auto"/>
              <w:bottom w:val="single" w:sz="4" w:space="0" w:color="auto"/>
              <w:right w:val="single" w:sz="4" w:space="0" w:color="auto"/>
            </w:tcBorders>
            <w:vAlign w:val="center"/>
            <w:hideMark/>
          </w:tcPr>
          <w:p w14:paraId="43B890F6" w14:textId="77777777" w:rsidR="00B37F50" w:rsidRPr="00F51F43" w:rsidRDefault="00B37F50" w:rsidP="00B37F50">
            <w:pPr>
              <w:spacing w:after="0" w:line="240" w:lineRule="auto"/>
              <w:rPr>
                <w:b/>
                <w:bCs/>
                <w:noProof/>
                <w:sz w:val="20"/>
                <w:szCs w:val="20"/>
              </w:rPr>
            </w:pPr>
          </w:p>
        </w:tc>
        <w:tc>
          <w:tcPr>
            <w:tcW w:w="9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1A9E026A" w14:textId="77777777" w:rsidR="00B37F50" w:rsidRPr="00F51F43" w:rsidRDefault="00B37F50" w:rsidP="00B37F50">
            <w:pPr>
              <w:spacing w:after="0" w:line="240" w:lineRule="auto"/>
              <w:jc w:val="center"/>
              <w:rPr>
                <w:noProof/>
                <w:sz w:val="20"/>
                <w:szCs w:val="20"/>
              </w:rPr>
            </w:pPr>
            <w:r w:rsidRPr="00F51F43">
              <w:rPr>
                <w:noProof/>
                <w:sz w:val="20"/>
                <w:szCs w:val="20"/>
              </w:rPr>
              <w:t>Ostalo</w:t>
            </w:r>
          </w:p>
        </w:tc>
        <w:tc>
          <w:tcPr>
            <w:tcW w:w="454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ACF5634"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41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3F2ADD7C" w14:textId="77777777" w:rsidR="00B37F50" w:rsidRPr="00F51F43" w:rsidRDefault="00B37F50" w:rsidP="00B37F50">
            <w:pPr>
              <w:spacing w:after="0" w:line="240" w:lineRule="auto"/>
              <w:jc w:val="center"/>
              <w:rPr>
                <w:noProof/>
                <w:sz w:val="20"/>
                <w:szCs w:val="20"/>
              </w:rPr>
            </w:pPr>
            <w:r w:rsidRPr="00F51F43">
              <w:rPr>
                <w:noProof/>
                <w:sz w:val="20"/>
                <w:szCs w:val="20"/>
              </w:rPr>
              <w:t> </w:t>
            </w:r>
          </w:p>
        </w:tc>
        <w:tc>
          <w:tcPr>
            <w:tcW w:w="1843"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hideMark/>
          </w:tcPr>
          <w:p w14:paraId="6A7FBAA8" w14:textId="77777777" w:rsidR="00B37F50" w:rsidRPr="00F51F43" w:rsidRDefault="00B37F50" w:rsidP="00B37F50">
            <w:pPr>
              <w:spacing w:after="0" w:line="240" w:lineRule="auto"/>
              <w:jc w:val="center"/>
              <w:rPr>
                <w:noProof/>
                <w:sz w:val="20"/>
                <w:szCs w:val="20"/>
              </w:rPr>
            </w:pPr>
            <w:r w:rsidRPr="00F51F43">
              <w:rPr>
                <w:noProof/>
                <w:sz w:val="20"/>
                <w:szCs w:val="20"/>
              </w:rPr>
              <w:t> </w:t>
            </w:r>
          </w:p>
        </w:tc>
      </w:tr>
    </w:tbl>
    <w:p w14:paraId="5068D30F" w14:textId="77777777" w:rsidR="00B37F50" w:rsidRPr="00F51F43" w:rsidRDefault="00B37F50" w:rsidP="0021392C">
      <w:pPr>
        <w:tabs>
          <w:tab w:val="left" w:pos="709"/>
        </w:tabs>
        <w:rPr>
          <w:bCs/>
        </w:rPr>
      </w:pPr>
    </w:p>
    <w:sectPr w:rsidR="00B37F50" w:rsidRPr="00F51F43" w:rsidSect="000605FC">
      <w:pgSz w:w="11907" w:h="16840" w:code="9"/>
      <w:pgMar w:top="1440" w:right="1417" w:bottom="1440"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7C784" w14:textId="77777777" w:rsidR="00A91286" w:rsidRDefault="00A91286">
      <w:r>
        <w:separator/>
      </w:r>
    </w:p>
  </w:endnote>
  <w:endnote w:type="continuationSeparator" w:id="0">
    <w:p w14:paraId="65291DBE" w14:textId="77777777" w:rsidR="00A91286" w:rsidRDefault="00A9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610317"/>
      <w:docPartObj>
        <w:docPartGallery w:val="Page Numbers (Bottom of Page)"/>
        <w:docPartUnique/>
      </w:docPartObj>
    </w:sdtPr>
    <w:sdtEndPr/>
    <w:sdtContent>
      <w:p w14:paraId="5C69D55F" w14:textId="18A284B2" w:rsidR="00B1564D" w:rsidRDefault="00B1564D">
        <w:pPr>
          <w:pStyle w:val="Podnoje"/>
          <w:spacing w:after="0" w:line="240" w:lineRule="auto"/>
          <w:jc w:val="right"/>
        </w:pPr>
        <w:r>
          <w:fldChar w:fldCharType="begin"/>
        </w:r>
        <w:r>
          <w:instrText>PAGE   \* MERGEFORMAT</w:instrText>
        </w:r>
        <w:r>
          <w:fldChar w:fldCharType="separate"/>
        </w:r>
        <w:r w:rsidR="00693B83">
          <w:rPr>
            <w:noProof/>
          </w:rPr>
          <w:t>2</w:t>
        </w:r>
        <w:r>
          <w:fldChar w:fldCharType="end"/>
        </w:r>
      </w:p>
    </w:sdtContent>
  </w:sdt>
  <w:p w14:paraId="632B8390" w14:textId="77777777" w:rsidR="00B1564D" w:rsidRDefault="00B1564D">
    <w:pPr>
      <w:pStyle w:val="Podnoje"/>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20B7" w14:textId="77777777" w:rsidR="00B1564D" w:rsidRDefault="00B1564D">
    <w:pPr>
      <w:pStyle w:val="Podnoje"/>
      <w:spacing w:after="0" w:line="240" w:lineRule="auto"/>
      <w:jc w:val="center"/>
    </w:pPr>
  </w:p>
  <w:p w14:paraId="6C09F168" w14:textId="77777777" w:rsidR="00B1564D" w:rsidRDefault="00B1564D">
    <w:pPr>
      <w:pStyle w:val="Podnoje"/>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156C7" w14:textId="77777777" w:rsidR="00A91286" w:rsidRDefault="00A91286">
      <w:r>
        <w:separator/>
      </w:r>
    </w:p>
  </w:footnote>
  <w:footnote w:type="continuationSeparator" w:id="0">
    <w:p w14:paraId="633CCEF1" w14:textId="77777777" w:rsidR="00A91286" w:rsidRDefault="00A91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C35657D0"/>
    <w:lvl w:ilvl="0">
      <w:start w:val="1"/>
      <w:numFmt w:val="decimal"/>
      <w:pStyle w:val="Brojevi"/>
      <w:lvlText w:val="%1."/>
      <w:lvlJc w:val="left"/>
      <w:pPr>
        <w:tabs>
          <w:tab w:val="num" w:pos="360"/>
        </w:tabs>
        <w:ind w:left="360" w:hanging="360"/>
      </w:pPr>
    </w:lvl>
  </w:abstractNum>
  <w:abstractNum w:abstractNumId="5" w15:restartNumberingAfterBreak="0">
    <w:nsid w:val="FFFFFF89"/>
    <w:multiLevelType w:val="singleLevel"/>
    <w:tmpl w:val="4BD6AA46"/>
    <w:lvl w:ilvl="0">
      <w:start w:val="1"/>
      <w:numFmt w:val="bullet"/>
      <w:pStyle w:val="Grafikeoznake"/>
      <w:lvlText w:val=""/>
      <w:lvlJc w:val="left"/>
      <w:pPr>
        <w:tabs>
          <w:tab w:val="num" w:pos="360"/>
        </w:tabs>
        <w:ind w:left="360" w:hanging="360"/>
      </w:pPr>
      <w:rPr>
        <w:rFonts w:ascii="Symbol" w:hAnsi="Symbol" w:hint="default"/>
      </w:rPr>
    </w:lvl>
  </w:abstractNum>
  <w:abstractNum w:abstractNumId="6"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Times New Roman" w:eastAsia="Times New Roman" w:hAnsi="Times New Roman" w:cs="Times New Roman"/>
      </w:rPr>
    </w:lvl>
  </w:abstractNum>
  <w:abstractNum w:abstractNumId="7" w15:restartNumberingAfterBreak="0">
    <w:nsid w:val="02982805"/>
    <w:multiLevelType w:val="singleLevel"/>
    <w:tmpl w:val="1960F5E2"/>
    <w:lvl w:ilvl="0">
      <w:numFmt w:val="bullet"/>
      <w:lvlText w:val="-"/>
      <w:lvlJc w:val="left"/>
      <w:pPr>
        <w:tabs>
          <w:tab w:val="num" w:pos="360"/>
        </w:tabs>
        <w:ind w:left="360" w:hanging="360"/>
      </w:pPr>
      <w:rPr>
        <w:rFonts w:ascii="Times New Roman" w:eastAsia="Times New Roman" w:hAnsi="Times New Roman" w:cs="Times New Roman"/>
      </w:rPr>
    </w:lvl>
  </w:abstractNum>
  <w:abstractNum w:abstractNumId="8" w15:restartNumberingAfterBreak="0">
    <w:nsid w:val="05525153"/>
    <w:multiLevelType w:val="multilevel"/>
    <w:tmpl w:val="42F2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6F218A"/>
    <w:multiLevelType w:val="multilevel"/>
    <w:tmpl w:val="A37C6B60"/>
    <w:lvl w:ilvl="0">
      <w:start w:val="12"/>
      <w:numFmt w:val="decimal"/>
      <w:lvlText w:val="%1."/>
      <w:lvlJc w:val="left"/>
      <w:pPr>
        <w:tabs>
          <w:tab w:val="num" w:pos="720"/>
        </w:tabs>
        <w:ind w:left="720" w:hanging="720"/>
      </w:pPr>
      <w:rPr>
        <w:rFonts w:ascii="Times New Roman" w:eastAsia="Times New Roman" w:hAnsi="Times New Roman" w:cs="Times New Roman"/>
      </w:rPr>
    </w:lvl>
    <w:lvl w:ilvl="1">
      <w:start w:val="10"/>
      <w:numFmt w:val="decimal"/>
      <w:lvlText w:val="%1.%2."/>
      <w:lvlJc w:val="left"/>
      <w:pPr>
        <w:tabs>
          <w:tab w:val="num" w:pos="720"/>
        </w:tabs>
        <w:ind w:left="720" w:hanging="720"/>
      </w:pPr>
      <w:rPr>
        <w:rFonts w:ascii="Times New Roman" w:eastAsia="Times New Roman" w:hAnsi="Times New Roman" w:cs="Times New Roman"/>
      </w:rPr>
    </w:lvl>
    <w:lvl w:ilvl="2">
      <w:start w:val="1"/>
      <w:numFmt w:val="decimal"/>
      <w:lvlText w:val="%1.%2.%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ascii="Times New Roman" w:eastAsia="Times New Roman" w:hAnsi="Times New Roman" w:cs="Times New Roman"/>
      </w:rPr>
    </w:lvl>
    <w:lvl w:ilvl="4">
      <w:start w:val="1"/>
      <w:numFmt w:val="decimal"/>
      <w:lvlText w:val="%1.%2.%3.%4.%5."/>
      <w:lvlJc w:val="left"/>
      <w:pPr>
        <w:tabs>
          <w:tab w:val="num" w:pos="1080"/>
        </w:tabs>
        <w:ind w:left="1080" w:hanging="1080"/>
      </w:pPr>
      <w:rPr>
        <w:rFonts w:ascii="Times New Roman" w:eastAsia="Times New Roman" w:hAnsi="Times New Roman" w:cs="Times New Roman"/>
      </w:rPr>
    </w:lvl>
    <w:lvl w:ilvl="5">
      <w:start w:val="1"/>
      <w:numFmt w:val="decimal"/>
      <w:lvlText w:val="%1.%2.%3.%4.%5.%6."/>
      <w:lvlJc w:val="left"/>
      <w:pPr>
        <w:tabs>
          <w:tab w:val="num" w:pos="1080"/>
        </w:tabs>
        <w:ind w:left="1080" w:hanging="1080"/>
      </w:pPr>
      <w:rPr>
        <w:rFonts w:ascii="Times New Roman" w:eastAsia="Times New Roman" w:hAnsi="Times New Roman" w:cs="Times New Roman"/>
      </w:rPr>
    </w:lvl>
    <w:lvl w:ilvl="6">
      <w:start w:val="1"/>
      <w:numFmt w:val="decimal"/>
      <w:lvlText w:val="%1.%2.%3.%4.%5.%6.%7."/>
      <w:lvlJc w:val="left"/>
      <w:pPr>
        <w:tabs>
          <w:tab w:val="num" w:pos="1440"/>
        </w:tabs>
        <w:ind w:left="1440" w:hanging="1440"/>
      </w:pPr>
      <w:rPr>
        <w:rFonts w:ascii="Times New Roman" w:eastAsia="Times New Roman" w:hAnsi="Times New Roman" w:cs="Times New Roman"/>
      </w:rPr>
    </w:lvl>
    <w:lvl w:ilvl="7">
      <w:start w:val="1"/>
      <w:numFmt w:val="decimal"/>
      <w:lvlText w:val="%1.%2.%3.%4.%5.%6.%7.%8."/>
      <w:lvlJc w:val="left"/>
      <w:pPr>
        <w:tabs>
          <w:tab w:val="num" w:pos="1440"/>
        </w:tabs>
        <w:ind w:left="1440" w:hanging="1440"/>
      </w:pPr>
      <w:rPr>
        <w:rFonts w:ascii="Times New Roman" w:eastAsia="Times New Roman" w:hAnsi="Times New Roman" w:cs="Times New Roman"/>
      </w:rPr>
    </w:lvl>
    <w:lvl w:ilvl="8">
      <w:start w:val="1"/>
      <w:numFmt w:val="decimal"/>
      <w:lvlText w:val="%1.%2.%3.%4.%5.%6.%7.%8.%9."/>
      <w:lvlJc w:val="left"/>
      <w:pPr>
        <w:tabs>
          <w:tab w:val="num" w:pos="1800"/>
        </w:tabs>
        <w:ind w:left="1800" w:hanging="1800"/>
      </w:pPr>
      <w:rPr>
        <w:rFonts w:ascii="Times New Roman" w:eastAsia="Times New Roman" w:hAnsi="Times New Roman" w:cs="Times New Roman"/>
      </w:rPr>
    </w:lvl>
  </w:abstractNum>
  <w:abstractNum w:abstractNumId="10" w15:restartNumberingAfterBreak="0">
    <w:nsid w:val="07213962"/>
    <w:multiLevelType w:val="singleLevel"/>
    <w:tmpl w:val="89D8926C"/>
    <w:lvl w:ilvl="0">
      <w:start w:val="1"/>
      <w:numFmt w:val="decimal"/>
      <w:lvlText w:val="%1."/>
      <w:lvlJc w:val="left"/>
      <w:pPr>
        <w:tabs>
          <w:tab w:val="num" w:pos="360"/>
        </w:tabs>
        <w:ind w:left="360" w:hanging="360"/>
      </w:pPr>
      <w:rPr>
        <w:rFonts w:ascii="Times New Roman" w:eastAsia="Times New Roman" w:hAnsi="Times New Roman" w:cs="Times New Roman"/>
        <w:i/>
      </w:rPr>
    </w:lvl>
  </w:abstractNum>
  <w:abstractNum w:abstractNumId="11" w15:restartNumberingAfterBreak="0">
    <w:nsid w:val="08816E03"/>
    <w:multiLevelType w:val="singleLevel"/>
    <w:tmpl w:val="4BC4354A"/>
    <w:lvl w:ilvl="0">
      <w:start w:val="1"/>
      <w:numFmt w:val="bullet"/>
      <w:lvlText w:val="-"/>
      <w:lvlJc w:val="left"/>
      <w:pPr>
        <w:tabs>
          <w:tab w:val="num" w:pos="502"/>
        </w:tabs>
        <w:ind w:left="502" w:hanging="360"/>
      </w:pPr>
      <w:rPr>
        <w:rFonts w:ascii="Times New Roman" w:eastAsia="Times New Roman" w:hAnsi="Times New Roman" w:cs="Times New Roman"/>
      </w:rPr>
    </w:lvl>
  </w:abstractNum>
  <w:abstractNum w:abstractNumId="12" w15:restartNumberingAfterBreak="0">
    <w:nsid w:val="0A150572"/>
    <w:multiLevelType w:val="multilevel"/>
    <w:tmpl w:val="3002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151ADF"/>
    <w:multiLevelType w:val="hybridMultilevel"/>
    <w:tmpl w:val="020843D4"/>
    <w:lvl w:ilvl="0" w:tplc="04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971065"/>
    <w:multiLevelType w:val="hybridMultilevel"/>
    <w:tmpl w:val="3D74190E"/>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F">
      <w:start w:val="1"/>
      <w:numFmt w:val="decimal"/>
      <w:lvlText w:val="%5."/>
      <w:lvlJc w:val="left"/>
      <w:pPr>
        <w:tabs>
          <w:tab w:val="num" w:pos="3600"/>
        </w:tabs>
        <w:ind w:left="3600" w:hanging="360"/>
      </w:pPr>
      <w:rPr>
        <w:rFonts w:ascii="Times New Roman" w:eastAsia="Times New Roman" w:hAnsi="Times New Roman" w:cs="Times New Roman"/>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5C7840"/>
    <w:multiLevelType w:val="multilevel"/>
    <w:tmpl w:val="88989D6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2"/>
      <w:numFmt w:val="decimal"/>
      <w:isLgl/>
      <w:lvlText w:val="%1.%2."/>
      <w:lvlJc w:val="left"/>
      <w:pPr>
        <w:tabs>
          <w:tab w:val="num" w:pos="420"/>
        </w:tabs>
        <w:ind w:left="420" w:hanging="420"/>
      </w:pPr>
      <w:rPr>
        <w:rFonts w:ascii="Times New Roman" w:eastAsia="Times New Roman" w:hAnsi="Times New Roman" w:cs="Times New Roman"/>
      </w:rPr>
    </w:lvl>
    <w:lvl w:ilvl="2">
      <w:start w:val="1"/>
      <w:numFmt w:val="decimal"/>
      <w:isLgl/>
      <w:lvlText w:val="%1.%2.%3."/>
      <w:lvlJc w:val="left"/>
      <w:pPr>
        <w:tabs>
          <w:tab w:val="num" w:pos="720"/>
        </w:tabs>
        <w:ind w:left="720" w:hanging="720"/>
      </w:pPr>
      <w:rPr>
        <w:rFonts w:ascii="Times New Roman" w:eastAsia="Times New Roman" w:hAnsi="Times New Roman" w:cs="Times New Roman"/>
      </w:rPr>
    </w:lvl>
    <w:lvl w:ilvl="3">
      <w:start w:val="1"/>
      <w:numFmt w:val="decimal"/>
      <w:isLgl/>
      <w:lvlText w:val="%1.%2.%3.%4."/>
      <w:lvlJc w:val="left"/>
      <w:pPr>
        <w:tabs>
          <w:tab w:val="num" w:pos="720"/>
        </w:tabs>
        <w:ind w:left="720" w:hanging="720"/>
      </w:pPr>
      <w:rPr>
        <w:rFonts w:ascii="Times New Roman" w:eastAsia="Times New Roman" w:hAnsi="Times New Roman" w:cs="Times New Roman"/>
      </w:rPr>
    </w:lvl>
    <w:lvl w:ilvl="4">
      <w:start w:val="1"/>
      <w:numFmt w:val="decimal"/>
      <w:isLgl/>
      <w:lvlText w:val="%1.%2.%3.%4.%5."/>
      <w:lvlJc w:val="left"/>
      <w:pPr>
        <w:tabs>
          <w:tab w:val="num" w:pos="1080"/>
        </w:tabs>
        <w:ind w:left="1080" w:hanging="1080"/>
      </w:pPr>
      <w:rPr>
        <w:rFonts w:ascii="Times New Roman" w:eastAsia="Times New Roman" w:hAnsi="Times New Roman" w:cs="Times New Roman"/>
      </w:rPr>
    </w:lvl>
    <w:lvl w:ilvl="5">
      <w:start w:val="1"/>
      <w:numFmt w:val="decimal"/>
      <w:isLgl/>
      <w:lvlText w:val="%1.%2.%3.%4.%5.%6."/>
      <w:lvlJc w:val="left"/>
      <w:pPr>
        <w:tabs>
          <w:tab w:val="num" w:pos="1080"/>
        </w:tabs>
        <w:ind w:left="1080" w:hanging="1080"/>
      </w:pPr>
      <w:rPr>
        <w:rFonts w:ascii="Times New Roman" w:eastAsia="Times New Roman" w:hAnsi="Times New Roman" w:cs="Times New Roman"/>
      </w:rPr>
    </w:lvl>
    <w:lvl w:ilvl="6">
      <w:start w:val="1"/>
      <w:numFmt w:val="decimal"/>
      <w:isLgl/>
      <w:lvlText w:val="%1.%2.%3.%4.%5.%6.%7."/>
      <w:lvlJc w:val="left"/>
      <w:pPr>
        <w:tabs>
          <w:tab w:val="num" w:pos="1440"/>
        </w:tabs>
        <w:ind w:left="1440" w:hanging="1440"/>
      </w:pPr>
      <w:rPr>
        <w:rFonts w:ascii="Times New Roman" w:eastAsia="Times New Roman" w:hAnsi="Times New Roman" w:cs="Times New Roman"/>
      </w:rPr>
    </w:lvl>
    <w:lvl w:ilvl="7">
      <w:start w:val="1"/>
      <w:numFmt w:val="decimal"/>
      <w:isLgl/>
      <w:lvlText w:val="%1.%2.%3.%4.%5.%6.%7.%8."/>
      <w:lvlJc w:val="left"/>
      <w:pPr>
        <w:tabs>
          <w:tab w:val="num" w:pos="1440"/>
        </w:tabs>
        <w:ind w:left="1440" w:hanging="1440"/>
      </w:pPr>
      <w:rPr>
        <w:rFonts w:ascii="Times New Roman" w:eastAsia="Times New Roman" w:hAnsi="Times New Roman" w:cs="Times New Roman"/>
      </w:rPr>
    </w:lvl>
    <w:lvl w:ilvl="8">
      <w:start w:val="1"/>
      <w:numFmt w:val="decimal"/>
      <w:isLgl/>
      <w:lvlText w:val="%1.%2.%3.%4.%5.%6.%7.%8.%9."/>
      <w:lvlJc w:val="left"/>
      <w:pPr>
        <w:tabs>
          <w:tab w:val="num" w:pos="1800"/>
        </w:tabs>
        <w:ind w:left="1800" w:hanging="1800"/>
      </w:pPr>
      <w:rPr>
        <w:rFonts w:ascii="Times New Roman" w:eastAsia="Times New Roman" w:hAnsi="Times New Roman" w:cs="Times New Roman"/>
      </w:rPr>
    </w:lvl>
  </w:abstractNum>
  <w:abstractNum w:abstractNumId="16" w15:restartNumberingAfterBreak="0">
    <w:nsid w:val="11E4010F"/>
    <w:multiLevelType w:val="multilevel"/>
    <w:tmpl w:val="92A4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975154"/>
    <w:multiLevelType w:val="multilevel"/>
    <w:tmpl w:val="855EF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AB7547"/>
    <w:multiLevelType w:val="multilevel"/>
    <w:tmpl w:val="DD5E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C05DAD"/>
    <w:multiLevelType w:val="multilevel"/>
    <w:tmpl w:val="4FDC357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2"/>
      <w:numFmt w:val="decimal"/>
      <w:isLgl/>
      <w:lvlText w:val="%1.%2"/>
      <w:lvlJc w:val="left"/>
      <w:pPr>
        <w:tabs>
          <w:tab w:val="num" w:pos="360"/>
        </w:tabs>
        <w:ind w:left="360" w:hanging="360"/>
      </w:pPr>
      <w:rPr>
        <w:rFonts w:ascii="Times New Roman" w:eastAsia="Times New Roman" w:hAnsi="Times New Roman" w:cs="Times New Roman"/>
      </w:rPr>
    </w:lvl>
    <w:lvl w:ilvl="2">
      <w:start w:val="1"/>
      <w:numFmt w:val="decimal"/>
      <w:isLgl/>
      <w:lvlText w:val="%1.%2.%3"/>
      <w:lvlJc w:val="left"/>
      <w:pPr>
        <w:tabs>
          <w:tab w:val="num" w:pos="720"/>
        </w:tabs>
        <w:ind w:left="720" w:hanging="720"/>
      </w:pPr>
      <w:rPr>
        <w:rFonts w:ascii="Times New Roman" w:eastAsia="Times New Roman" w:hAnsi="Times New Roman" w:cs="Times New Roman"/>
      </w:rPr>
    </w:lvl>
    <w:lvl w:ilvl="3">
      <w:start w:val="1"/>
      <w:numFmt w:val="decimal"/>
      <w:isLgl/>
      <w:lvlText w:val="%1.%2.%3.%4"/>
      <w:lvlJc w:val="left"/>
      <w:pPr>
        <w:tabs>
          <w:tab w:val="num" w:pos="720"/>
        </w:tabs>
        <w:ind w:left="720" w:hanging="720"/>
      </w:pPr>
      <w:rPr>
        <w:rFonts w:ascii="Times New Roman" w:eastAsia="Times New Roman" w:hAnsi="Times New Roman" w:cs="Times New Roman"/>
      </w:rPr>
    </w:lvl>
    <w:lvl w:ilvl="4">
      <w:start w:val="1"/>
      <w:numFmt w:val="decimal"/>
      <w:isLgl/>
      <w:lvlText w:val="%1.%2.%3.%4.%5"/>
      <w:lvlJc w:val="left"/>
      <w:pPr>
        <w:tabs>
          <w:tab w:val="num" w:pos="1080"/>
        </w:tabs>
        <w:ind w:left="1080" w:hanging="1080"/>
      </w:pPr>
      <w:rPr>
        <w:rFonts w:ascii="Times New Roman" w:eastAsia="Times New Roman" w:hAnsi="Times New Roman" w:cs="Times New Roman"/>
      </w:rPr>
    </w:lvl>
    <w:lvl w:ilvl="5">
      <w:start w:val="1"/>
      <w:numFmt w:val="decimal"/>
      <w:isLgl/>
      <w:lvlText w:val="%1.%2.%3.%4.%5.%6"/>
      <w:lvlJc w:val="left"/>
      <w:pPr>
        <w:tabs>
          <w:tab w:val="num" w:pos="1080"/>
        </w:tabs>
        <w:ind w:left="1080" w:hanging="1080"/>
      </w:pPr>
      <w:rPr>
        <w:rFonts w:ascii="Times New Roman" w:eastAsia="Times New Roman" w:hAnsi="Times New Roman" w:cs="Times New Roman"/>
      </w:rPr>
    </w:lvl>
    <w:lvl w:ilvl="6">
      <w:start w:val="1"/>
      <w:numFmt w:val="decimal"/>
      <w:isLgl/>
      <w:lvlText w:val="%1.%2.%3.%4.%5.%6.%7"/>
      <w:lvlJc w:val="left"/>
      <w:pPr>
        <w:tabs>
          <w:tab w:val="num" w:pos="1440"/>
        </w:tabs>
        <w:ind w:left="1440" w:hanging="1440"/>
      </w:pPr>
      <w:rPr>
        <w:rFonts w:ascii="Times New Roman" w:eastAsia="Times New Roman" w:hAnsi="Times New Roman" w:cs="Times New Roman"/>
      </w:rPr>
    </w:lvl>
    <w:lvl w:ilvl="7">
      <w:start w:val="1"/>
      <w:numFmt w:val="decimal"/>
      <w:isLgl/>
      <w:lvlText w:val="%1.%2.%3.%4.%5.%6.%7.%8"/>
      <w:lvlJc w:val="left"/>
      <w:pPr>
        <w:tabs>
          <w:tab w:val="num" w:pos="1440"/>
        </w:tabs>
        <w:ind w:left="1440" w:hanging="1440"/>
      </w:pPr>
      <w:rPr>
        <w:rFonts w:ascii="Times New Roman" w:eastAsia="Times New Roman" w:hAnsi="Times New Roman" w:cs="Times New Roman"/>
      </w:rPr>
    </w:lvl>
    <w:lvl w:ilvl="8">
      <w:start w:val="1"/>
      <w:numFmt w:val="decimal"/>
      <w:isLgl/>
      <w:lvlText w:val="%1.%2.%3.%4.%5.%6.%7.%8.%9"/>
      <w:lvlJc w:val="left"/>
      <w:pPr>
        <w:tabs>
          <w:tab w:val="num" w:pos="1800"/>
        </w:tabs>
        <w:ind w:left="1800" w:hanging="1800"/>
      </w:pPr>
      <w:rPr>
        <w:rFonts w:ascii="Times New Roman" w:eastAsia="Times New Roman" w:hAnsi="Times New Roman" w:cs="Times New Roman"/>
      </w:rPr>
    </w:lvl>
  </w:abstractNum>
  <w:abstractNum w:abstractNumId="20" w15:restartNumberingAfterBreak="0">
    <w:nsid w:val="21BC6182"/>
    <w:multiLevelType w:val="multilevel"/>
    <w:tmpl w:val="0380B298"/>
    <w:lvl w:ilvl="0">
      <w:start w:val="1"/>
      <w:numFmt w:val="decimal"/>
      <w:pStyle w:val="StyleHeading114ptBold"/>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1DD4447"/>
    <w:multiLevelType w:val="multilevel"/>
    <w:tmpl w:val="4E78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110DA4"/>
    <w:multiLevelType w:val="multilevel"/>
    <w:tmpl w:val="007A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DD3D2E"/>
    <w:multiLevelType w:val="hybridMultilevel"/>
    <w:tmpl w:val="AA30A6B0"/>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4" w15:restartNumberingAfterBreak="0">
    <w:nsid w:val="241C79BB"/>
    <w:multiLevelType w:val="hybridMultilevel"/>
    <w:tmpl w:val="578280AA"/>
    <w:lvl w:ilvl="0" w:tplc="041A000F">
      <w:start w:val="1"/>
      <w:numFmt w:val="decimal"/>
      <w:lvlText w:val="%1."/>
      <w:lvlJc w:val="left"/>
      <w:pPr>
        <w:tabs>
          <w:tab w:val="num" w:pos="720"/>
        </w:tabs>
        <w:ind w:left="720" w:hanging="360"/>
      </w:pPr>
      <w:rPr>
        <w:rFonts w:ascii="Times New Roman" w:eastAsia="Times New Roman" w:hAnsi="Times New Roman" w:cs="Times New Roman"/>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F">
      <w:start w:val="1"/>
      <w:numFmt w:val="decimal"/>
      <w:lvlText w:val="%5."/>
      <w:lvlJc w:val="left"/>
      <w:pPr>
        <w:tabs>
          <w:tab w:val="num" w:pos="3600"/>
        </w:tabs>
        <w:ind w:left="3600" w:hanging="360"/>
      </w:pPr>
      <w:rPr>
        <w:rFonts w:ascii="Times New Roman" w:eastAsia="Times New Roman" w:hAnsi="Times New Roman" w:cs="Times New Roman"/>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6901833"/>
    <w:multiLevelType w:val="multilevel"/>
    <w:tmpl w:val="2E1A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F022AE"/>
    <w:multiLevelType w:val="hybridMultilevel"/>
    <w:tmpl w:val="F13C47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2C241DCE"/>
    <w:multiLevelType w:val="hybridMultilevel"/>
    <w:tmpl w:val="3EC80BEA"/>
    <w:lvl w:ilvl="0" w:tplc="706672DE">
      <w:start w:val="10"/>
      <w:numFmt w:val="bullet"/>
      <w:lvlText w:val="-"/>
      <w:lvlJc w:val="left"/>
      <w:pPr>
        <w:ind w:left="1068" w:hanging="360"/>
      </w:pPr>
      <w:rPr>
        <w:rFonts w:ascii="Times New Roman" w:eastAsia="Times New Roman" w:hAnsi="Times New Roman" w:cs="Times New Roman"/>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8" w15:restartNumberingAfterBreak="0">
    <w:nsid w:val="2E7C0D41"/>
    <w:multiLevelType w:val="multilevel"/>
    <w:tmpl w:val="73F0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3D63D5"/>
    <w:multiLevelType w:val="multilevel"/>
    <w:tmpl w:val="568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746E25"/>
    <w:multiLevelType w:val="hybridMultilevel"/>
    <w:tmpl w:val="D6DC669E"/>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F">
      <w:start w:val="1"/>
      <w:numFmt w:val="decimal"/>
      <w:lvlText w:val="%5."/>
      <w:lvlJc w:val="left"/>
      <w:pPr>
        <w:tabs>
          <w:tab w:val="num" w:pos="3600"/>
        </w:tabs>
        <w:ind w:left="3600" w:hanging="360"/>
      </w:pPr>
      <w:rPr>
        <w:rFonts w:ascii="Times New Roman" w:eastAsia="Times New Roman" w:hAnsi="Times New Roman" w:cs="Times New Roman"/>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6730953"/>
    <w:multiLevelType w:val="multilevel"/>
    <w:tmpl w:val="DD5E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47068B"/>
    <w:multiLevelType w:val="hybridMultilevel"/>
    <w:tmpl w:val="6D561052"/>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F">
      <w:start w:val="1"/>
      <w:numFmt w:val="decimal"/>
      <w:lvlText w:val="%5."/>
      <w:lvlJc w:val="left"/>
      <w:pPr>
        <w:tabs>
          <w:tab w:val="num" w:pos="3600"/>
        </w:tabs>
        <w:ind w:left="3600" w:hanging="360"/>
      </w:pPr>
      <w:rPr>
        <w:rFonts w:ascii="Times New Roman" w:eastAsia="Times New Roman" w:hAnsi="Times New Roman" w:cs="Times New Roman"/>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C0F472F"/>
    <w:multiLevelType w:val="hybridMultilevel"/>
    <w:tmpl w:val="38CEB10C"/>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F">
      <w:start w:val="1"/>
      <w:numFmt w:val="decimal"/>
      <w:lvlText w:val="%5."/>
      <w:lvlJc w:val="left"/>
      <w:pPr>
        <w:tabs>
          <w:tab w:val="num" w:pos="3600"/>
        </w:tabs>
        <w:ind w:left="3600" w:hanging="360"/>
      </w:pPr>
      <w:rPr>
        <w:rFonts w:ascii="Times New Roman" w:eastAsia="Times New Roman" w:hAnsi="Times New Roman" w:cs="Times New Roman"/>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0A36CDB"/>
    <w:multiLevelType w:val="multilevel"/>
    <w:tmpl w:val="A8C64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CC0D8F"/>
    <w:multiLevelType w:val="hybridMultilevel"/>
    <w:tmpl w:val="A8AEA026"/>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F">
      <w:start w:val="1"/>
      <w:numFmt w:val="decimal"/>
      <w:lvlText w:val="%5."/>
      <w:lvlJc w:val="left"/>
      <w:pPr>
        <w:tabs>
          <w:tab w:val="num" w:pos="3600"/>
        </w:tabs>
        <w:ind w:left="3600" w:hanging="360"/>
      </w:pPr>
      <w:rPr>
        <w:rFonts w:ascii="Times New Roman" w:eastAsia="Times New Roman" w:hAnsi="Times New Roman" w:cs="Times New Roman"/>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1B0976"/>
    <w:multiLevelType w:val="multilevel"/>
    <w:tmpl w:val="2B06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EA0B7A"/>
    <w:multiLevelType w:val="hybridMultilevel"/>
    <w:tmpl w:val="8A66DC8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5B767EE1"/>
    <w:multiLevelType w:val="hybridMultilevel"/>
    <w:tmpl w:val="9E40857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25C298B"/>
    <w:multiLevelType w:val="hybridMultilevel"/>
    <w:tmpl w:val="DFA8E778"/>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F">
      <w:start w:val="1"/>
      <w:numFmt w:val="decimal"/>
      <w:lvlText w:val="%5."/>
      <w:lvlJc w:val="left"/>
      <w:pPr>
        <w:tabs>
          <w:tab w:val="num" w:pos="3600"/>
        </w:tabs>
        <w:ind w:left="3600" w:hanging="360"/>
      </w:pPr>
      <w:rPr>
        <w:rFonts w:ascii="Times New Roman" w:eastAsia="Times New Roman" w:hAnsi="Times New Roman" w:cs="Times New Roman"/>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224389"/>
    <w:multiLevelType w:val="hybridMultilevel"/>
    <w:tmpl w:val="1C22C12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7267432"/>
    <w:multiLevelType w:val="hybridMultilevel"/>
    <w:tmpl w:val="67D4B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C93681"/>
    <w:multiLevelType w:val="hybridMultilevel"/>
    <w:tmpl w:val="521C8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7C7E8D"/>
    <w:multiLevelType w:val="hybridMultilevel"/>
    <w:tmpl w:val="62749C60"/>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4" w15:restartNumberingAfterBreak="0">
    <w:nsid w:val="787611E0"/>
    <w:multiLevelType w:val="hybridMultilevel"/>
    <w:tmpl w:val="C35EA598"/>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5" w15:restartNumberingAfterBreak="0">
    <w:nsid w:val="7A450749"/>
    <w:multiLevelType w:val="multilevel"/>
    <w:tmpl w:val="4784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454CC4"/>
    <w:multiLevelType w:val="multilevel"/>
    <w:tmpl w:val="82B2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4A2917"/>
    <w:multiLevelType w:val="hybridMultilevel"/>
    <w:tmpl w:val="1BBE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28636A"/>
    <w:multiLevelType w:val="multilevel"/>
    <w:tmpl w:val="46A4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550B78"/>
    <w:multiLevelType w:val="multilevel"/>
    <w:tmpl w:val="4E00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9"/>
  </w:num>
  <w:num w:numId="3">
    <w:abstractNumId w:val="10"/>
  </w:num>
  <w:num w:numId="4">
    <w:abstractNumId w:val="7"/>
  </w:num>
  <w:num w:numId="5">
    <w:abstractNumId w:val="15"/>
  </w:num>
  <w:num w:numId="6">
    <w:abstractNumId w:val="9"/>
  </w:num>
  <w:num w:numId="7">
    <w:abstractNumId w:val="20"/>
  </w:num>
  <w:num w:numId="8">
    <w:abstractNumId w:val="37"/>
  </w:num>
  <w:num w:numId="9">
    <w:abstractNumId w:val="27"/>
  </w:num>
  <w:num w:numId="10">
    <w:abstractNumId w:val="40"/>
  </w:num>
  <w:num w:numId="11">
    <w:abstractNumId w:val="43"/>
  </w:num>
  <w:num w:numId="12">
    <w:abstractNumId w:val="44"/>
  </w:num>
  <w:num w:numId="13">
    <w:abstractNumId w:val="24"/>
  </w:num>
  <w:num w:numId="14">
    <w:abstractNumId w:val="14"/>
  </w:num>
  <w:num w:numId="15">
    <w:abstractNumId w:val="33"/>
  </w:num>
  <w:num w:numId="16">
    <w:abstractNumId w:val="39"/>
  </w:num>
  <w:num w:numId="17">
    <w:abstractNumId w:val="35"/>
  </w:num>
  <w:num w:numId="18">
    <w:abstractNumId w:val="32"/>
  </w:num>
  <w:num w:numId="19">
    <w:abstractNumId w:val="30"/>
  </w:num>
  <w:num w:numId="20">
    <w:abstractNumId w:val="38"/>
  </w:num>
  <w:num w:numId="21">
    <w:abstractNumId w:val="26"/>
  </w:num>
  <w:num w:numId="22">
    <w:abstractNumId w:val="5"/>
  </w:num>
  <w:num w:numId="23">
    <w:abstractNumId w:val="4"/>
  </w:num>
  <w:num w:numId="24">
    <w:abstractNumId w:val="3"/>
  </w:num>
  <w:num w:numId="25">
    <w:abstractNumId w:val="2"/>
  </w:num>
  <w:num w:numId="26">
    <w:abstractNumId w:val="1"/>
  </w:num>
  <w:num w:numId="27">
    <w:abstractNumId w:val="0"/>
  </w:num>
  <w:num w:numId="28">
    <w:abstractNumId w:val="49"/>
  </w:num>
  <w:num w:numId="29">
    <w:abstractNumId w:val="21"/>
  </w:num>
  <w:num w:numId="30">
    <w:abstractNumId w:val="17"/>
  </w:num>
  <w:num w:numId="31">
    <w:abstractNumId w:val="34"/>
  </w:num>
  <w:num w:numId="32">
    <w:abstractNumId w:val="8"/>
  </w:num>
  <w:num w:numId="33">
    <w:abstractNumId w:val="42"/>
  </w:num>
  <w:num w:numId="34">
    <w:abstractNumId w:val="41"/>
  </w:num>
  <w:num w:numId="35">
    <w:abstractNumId w:val="45"/>
  </w:num>
  <w:num w:numId="36">
    <w:abstractNumId w:val="18"/>
  </w:num>
  <w:num w:numId="37">
    <w:abstractNumId w:val="13"/>
  </w:num>
  <w:num w:numId="38">
    <w:abstractNumId w:val="46"/>
  </w:num>
  <w:num w:numId="39">
    <w:abstractNumId w:val="23"/>
  </w:num>
  <w:num w:numId="40">
    <w:abstractNumId w:val="16"/>
  </w:num>
  <w:num w:numId="41">
    <w:abstractNumId w:val="25"/>
  </w:num>
  <w:num w:numId="42">
    <w:abstractNumId w:val="22"/>
  </w:num>
  <w:num w:numId="43">
    <w:abstractNumId w:val="28"/>
  </w:num>
  <w:num w:numId="44">
    <w:abstractNumId w:val="48"/>
  </w:num>
  <w:num w:numId="45">
    <w:abstractNumId w:val="29"/>
  </w:num>
  <w:num w:numId="46">
    <w:abstractNumId w:val="36"/>
  </w:num>
  <w:num w:numId="47">
    <w:abstractNumId w:val="12"/>
  </w:num>
  <w:num w:numId="48">
    <w:abstractNumId w:val="47"/>
  </w:num>
  <w:num w:numId="49">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ctiveWritingStyle w:appName="MSWord" w:lang="en-GB" w:vendorID="8" w:dllVersion="513" w:checkStyle="1"/>
  <w:activeWritingStyle w:appName="MSWord" w:lang="en-US" w:vendorID="8" w:dllVersion="513" w:checkStyle="1"/>
  <w:activeWritingStyle w:appName="MSWord" w:lang="it-IT" w:vendorID="3" w:dllVersion="517" w:checkStyle="1"/>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71D"/>
    <w:rsid w:val="000004C9"/>
    <w:rsid w:val="00000CD4"/>
    <w:rsid w:val="0000279A"/>
    <w:rsid w:val="00002B30"/>
    <w:rsid w:val="00003DC5"/>
    <w:rsid w:val="00005625"/>
    <w:rsid w:val="0000781B"/>
    <w:rsid w:val="00010159"/>
    <w:rsid w:val="00011911"/>
    <w:rsid w:val="00011EFD"/>
    <w:rsid w:val="000138B6"/>
    <w:rsid w:val="00013ABD"/>
    <w:rsid w:val="0001581F"/>
    <w:rsid w:val="00016E11"/>
    <w:rsid w:val="00017600"/>
    <w:rsid w:val="00020182"/>
    <w:rsid w:val="00020509"/>
    <w:rsid w:val="00020667"/>
    <w:rsid w:val="00020C79"/>
    <w:rsid w:val="00021B8F"/>
    <w:rsid w:val="00022B75"/>
    <w:rsid w:val="000234D0"/>
    <w:rsid w:val="00023578"/>
    <w:rsid w:val="00023B1A"/>
    <w:rsid w:val="00023BE5"/>
    <w:rsid w:val="00023F0E"/>
    <w:rsid w:val="00024157"/>
    <w:rsid w:val="000248DE"/>
    <w:rsid w:val="00027528"/>
    <w:rsid w:val="00032993"/>
    <w:rsid w:val="00032B22"/>
    <w:rsid w:val="00033474"/>
    <w:rsid w:val="0003480C"/>
    <w:rsid w:val="0003529A"/>
    <w:rsid w:val="00036E49"/>
    <w:rsid w:val="00040428"/>
    <w:rsid w:val="00040C07"/>
    <w:rsid w:val="000422EE"/>
    <w:rsid w:val="00042E80"/>
    <w:rsid w:val="000433B1"/>
    <w:rsid w:val="00044530"/>
    <w:rsid w:val="000473DD"/>
    <w:rsid w:val="00050F00"/>
    <w:rsid w:val="00051A55"/>
    <w:rsid w:val="00052782"/>
    <w:rsid w:val="000529E7"/>
    <w:rsid w:val="00052EA7"/>
    <w:rsid w:val="000550AA"/>
    <w:rsid w:val="000555A3"/>
    <w:rsid w:val="00055D08"/>
    <w:rsid w:val="00055F9C"/>
    <w:rsid w:val="00057C46"/>
    <w:rsid w:val="00057DD5"/>
    <w:rsid w:val="000601A6"/>
    <w:rsid w:val="000605FC"/>
    <w:rsid w:val="00061335"/>
    <w:rsid w:val="000613A1"/>
    <w:rsid w:val="00062B26"/>
    <w:rsid w:val="00062D2C"/>
    <w:rsid w:val="00065558"/>
    <w:rsid w:val="00065916"/>
    <w:rsid w:val="000702C3"/>
    <w:rsid w:val="00070421"/>
    <w:rsid w:val="00071CAD"/>
    <w:rsid w:val="000728C8"/>
    <w:rsid w:val="000731B7"/>
    <w:rsid w:val="00074BBD"/>
    <w:rsid w:val="00074E68"/>
    <w:rsid w:val="000772A1"/>
    <w:rsid w:val="0008002C"/>
    <w:rsid w:val="00081DE5"/>
    <w:rsid w:val="00081EA6"/>
    <w:rsid w:val="000820CB"/>
    <w:rsid w:val="00082269"/>
    <w:rsid w:val="00082FF9"/>
    <w:rsid w:val="00083123"/>
    <w:rsid w:val="00084A9A"/>
    <w:rsid w:val="000854DF"/>
    <w:rsid w:val="00085FA4"/>
    <w:rsid w:val="00086CE5"/>
    <w:rsid w:val="00091198"/>
    <w:rsid w:val="0009215F"/>
    <w:rsid w:val="000932E3"/>
    <w:rsid w:val="00095F5B"/>
    <w:rsid w:val="0009619E"/>
    <w:rsid w:val="0009624B"/>
    <w:rsid w:val="00096949"/>
    <w:rsid w:val="00096F2F"/>
    <w:rsid w:val="000A22A7"/>
    <w:rsid w:val="000A26A8"/>
    <w:rsid w:val="000A41E1"/>
    <w:rsid w:val="000A4238"/>
    <w:rsid w:val="000A4B90"/>
    <w:rsid w:val="000A4CD6"/>
    <w:rsid w:val="000A4F3B"/>
    <w:rsid w:val="000A6E49"/>
    <w:rsid w:val="000A7C01"/>
    <w:rsid w:val="000A7D02"/>
    <w:rsid w:val="000B107A"/>
    <w:rsid w:val="000B1FAE"/>
    <w:rsid w:val="000B535D"/>
    <w:rsid w:val="000B5FBD"/>
    <w:rsid w:val="000B67B3"/>
    <w:rsid w:val="000B6CC7"/>
    <w:rsid w:val="000B7E59"/>
    <w:rsid w:val="000C0BDA"/>
    <w:rsid w:val="000C1C17"/>
    <w:rsid w:val="000C3411"/>
    <w:rsid w:val="000C3560"/>
    <w:rsid w:val="000C3774"/>
    <w:rsid w:val="000C3951"/>
    <w:rsid w:val="000C4A70"/>
    <w:rsid w:val="000C5444"/>
    <w:rsid w:val="000C6415"/>
    <w:rsid w:val="000C681F"/>
    <w:rsid w:val="000D0E20"/>
    <w:rsid w:val="000D17D8"/>
    <w:rsid w:val="000D430F"/>
    <w:rsid w:val="000D456C"/>
    <w:rsid w:val="000D5D12"/>
    <w:rsid w:val="000D6F77"/>
    <w:rsid w:val="000E098A"/>
    <w:rsid w:val="000E19B4"/>
    <w:rsid w:val="000E1FAF"/>
    <w:rsid w:val="000E27EC"/>
    <w:rsid w:val="000E2805"/>
    <w:rsid w:val="000E532C"/>
    <w:rsid w:val="000E5BC9"/>
    <w:rsid w:val="000F353D"/>
    <w:rsid w:val="000F3A0B"/>
    <w:rsid w:val="000F48AC"/>
    <w:rsid w:val="000F4C82"/>
    <w:rsid w:val="000F57E0"/>
    <w:rsid w:val="000F5806"/>
    <w:rsid w:val="000F711A"/>
    <w:rsid w:val="000F7F70"/>
    <w:rsid w:val="00100302"/>
    <w:rsid w:val="00100E25"/>
    <w:rsid w:val="001031D7"/>
    <w:rsid w:val="001040E4"/>
    <w:rsid w:val="0010421C"/>
    <w:rsid w:val="00104856"/>
    <w:rsid w:val="00105045"/>
    <w:rsid w:val="00107580"/>
    <w:rsid w:val="001075FD"/>
    <w:rsid w:val="00110930"/>
    <w:rsid w:val="00111D2B"/>
    <w:rsid w:val="001128A2"/>
    <w:rsid w:val="00114676"/>
    <w:rsid w:val="0011505C"/>
    <w:rsid w:val="00115B75"/>
    <w:rsid w:val="00115E18"/>
    <w:rsid w:val="00117040"/>
    <w:rsid w:val="00120BB8"/>
    <w:rsid w:val="00121622"/>
    <w:rsid w:val="00122618"/>
    <w:rsid w:val="00122FF5"/>
    <w:rsid w:val="0012314E"/>
    <w:rsid w:val="001251D3"/>
    <w:rsid w:val="00125C93"/>
    <w:rsid w:val="00125DA2"/>
    <w:rsid w:val="001261F6"/>
    <w:rsid w:val="001266F3"/>
    <w:rsid w:val="00126FEE"/>
    <w:rsid w:val="00130EEA"/>
    <w:rsid w:val="00132ED8"/>
    <w:rsid w:val="00136143"/>
    <w:rsid w:val="001370D4"/>
    <w:rsid w:val="001378AB"/>
    <w:rsid w:val="0014074D"/>
    <w:rsid w:val="0014108E"/>
    <w:rsid w:val="00142235"/>
    <w:rsid w:val="00142B7C"/>
    <w:rsid w:val="00143E2E"/>
    <w:rsid w:val="001445EF"/>
    <w:rsid w:val="001446CE"/>
    <w:rsid w:val="0014505A"/>
    <w:rsid w:val="00145D8D"/>
    <w:rsid w:val="001463C5"/>
    <w:rsid w:val="0014726A"/>
    <w:rsid w:val="00150ED2"/>
    <w:rsid w:val="00152987"/>
    <w:rsid w:val="00154325"/>
    <w:rsid w:val="001552F2"/>
    <w:rsid w:val="00157AC5"/>
    <w:rsid w:val="00160311"/>
    <w:rsid w:val="00161DDD"/>
    <w:rsid w:val="0016275B"/>
    <w:rsid w:val="001638AF"/>
    <w:rsid w:val="00163EA8"/>
    <w:rsid w:val="0016645D"/>
    <w:rsid w:val="001670E4"/>
    <w:rsid w:val="00167344"/>
    <w:rsid w:val="001675A0"/>
    <w:rsid w:val="00167600"/>
    <w:rsid w:val="00167762"/>
    <w:rsid w:val="001719ED"/>
    <w:rsid w:val="001731FF"/>
    <w:rsid w:val="0017323C"/>
    <w:rsid w:val="0017504F"/>
    <w:rsid w:val="001769C8"/>
    <w:rsid w:val="00177939"/>
    <w:rsid w:val="00177BBC"/>
    <w:rsid w:val="0018014B"/>
    <w:rsid w:val="001809D3"/>
    <w:rsid w:val="00180E70"/>
    <w:rsid w:val="001815E1"/>
    <w:rsid w:val="00182E2A"/>
    <w:rsid w:val="001844D0"/>
    <w:rsid w:val="0018497C"/>
    <w:rsid w:val="001855B7"/>
    <w:rsid w:val="00187349"/>
    <w:rsid w:val="001905B9"/>
    <w:rsid w:val="001933DA"/>
    <w:rsid w:val="0019375D"/>
    <w:rsid w:val="00194265"/>
    <w:rsid w:val="00194465"/>
    <w:rsid w:val="00197557"/>
    <w:rsid w:val="00197B1D"/>
    <w:rsid w:val="001A029B"/>
    <w:rsid w:val="001A1F1A"/>
    <w:rsid w:val="001A2160"/>
    <w:rsid w:val="001A364A"/>
    <w:rsid w:val="001A3BF8"/>
    <w:rsid w:val="001A3D27"/>
    <w:rsid w:val="001A4609"/>
    <w:rsid w:val="001A6137"/>
    <w:rsid w:val="001A694E"/>
    <w:rsid w:val="001B0A10"/>
    <w:rsid w:val="001B23C9"/>
    <w:rsid w:val="001B451E"/>
    <w:rsid w:val="001B5A37"/>
    <w:rsid w:val="001C03E2"/>
    <w:rsid w:val="001C0554"/>
    <w:rsid w:val="001C1B5D"/>
    <w:rsid w:val="001C226A"/>
    <w:rsid w:val="001C313C"/>
    <w:rsid w:val="001C44EC"/>
    <w:rsid w:val="001C4D80"/>
    <w:rsid w:val="001C4F51"/>
    <w:rsid w:val="001C7482"/>
    <w:rsid w:val="001C75B1"/>
    <w:rsid w:val="001D0262"/>
    <w:rsid w:val="001D0D29"/>
    <w:rsid w:val="001D3D2C"/>
    <w:rsid w:val="001D3F96"/>
    <w:rsid w:val="001D495C"/>
    <w:rsid w:val="001D59B5"/>
    <w:rsid w:val="001D5E00"/>
    <w:rsid w:val="001D5F4A"/>
    <w:rsid w:val="001D6929"/>
    <w:rsid w:val="001D6BA3"/>
    <w:rsid w:val="001D79C1"/>
    <w:rsid w:val="001D7E58"/>
    <w:rsid w:val="001E0C84"/>
    <w:rsid w:val="001E4882"/>
    <w:rsid w:val="001E4B44"/>
    <w:rsid w:val="001E50B3"/>
    <w:rsid w:val="001E5721"/>
    <w:rsid w:val="001E686A"/>
    <w:rsid w:val="001E6E11"/>
    <w:rsid w:val="001E70A2"/>
    <w:rsid w:val="001F0D0A"/>
    <w:rsid w:val="001F3027"/>
    <w:rsid w:val="001F40F3"/>
    <w:rsid w:val="001F6861"/>
    <w:rsid w:val="001F6912"/>
    <w:rsid w:val="001F74C9"/>
    <w:rsid w:val="001F7EC4"/>
    <w:rsid w:val="00201048"/>
    <w:rsid w:val="002010D7"/>
    <w:rsid w:val="00201587"/>
    <w:rsid w:val="00202307"/>
    <w:rsid w:val="00203417"/>
    <w:rsid w:val="002046BC"/>
    <w:rsid w:val="002057B8"/>
    <w:rsid w:val="0020703C"/>
    <w:rsid w:val="00207EFB"/>
    <w:rsid w:val="0021008C"/>
    <w:rsid w:val="002105E9"/>
    <w:rsid w:val="00212C2B"/>
    <w:rsid w:val="0021392C"/>
    <w:rsid w:val="00214DD2"/>
    <w:rsid w:val="00216BAD"/>
    <w:rsid w:val="00221CB2"/>
    <w:rsid w:val="00221D83"/>
    <w:rsid w:val="00222380"/>
    <w:rsid w:val="002275B5"/>
    <w:rsid w:val="00227FE5"/>
    <w:rsid w:val="002305DF"/>
    <w:rsid w:val="002333ED"/>
    <w:rsid w:val="00233E23"/>
    <w:rsid w:val="002340F6"/>
    <w:rsid w:val="00234E9E"/>
    <w:rsid w:val="002365D3"/>
    <w:rsid w:val="00237A6E"/>
    <w:rsid w:val="0024025E"/>
    <w:rsid w:val="00241344"/>
    <w:rsid w:val="002422CA"/>
    <w:rsid w:val="00243698"/>
    <w:rsid w:val="00243DB7"/>
    <w:rsid w:val="0024429A"/>
    <w:rsid w:val="0024621F"/>
    <w:rsid w:val="00251ABD"/>
    <w:rsid w:val="00251C9D"/>
    <w:rsid w:val="00252946"/>
    <w:rsid w:val="00252954"/>
    <w:rsid w:val="002558B7"/>
    <w:rsid w:val="00255E4D"/>
    <w:rsid w:val="00255E54"/>
    <w:rsid w:val="0025600C"/>
    <w:rsid w:val="00256E0A"/>
    <w:rsid w:val="00256FC2"/>
    <w:rsid w:val="0025767A"/>
    <w:rsid w:val="002608C1"/>
    <w:rsid w:val="00260B08"/>
    <w:rsid w:val="00261144"/>
    <w:rsid w:val="0026181A"/>
    <w:rsid w:val="0026285F"/>
    <w:rsid w:val="00262B36"/>
    <w:rsid w:val="00262F5B"/>
    <w:rsid w:val="00264378"/>
    <w:rsid w:val="002644E2"/>
    <w:rsid w:val="00265162"/>
    <w:rsid w:val="002651BD"/>
    <w:rsid w:val="00266F4E"/>
    <w:rsid w:val="0027002A"/>
    <w:rsid w:val="0027006B"/>
    <w:rsid w:val="00270710"/>
    <w:rsid w:val="00270806"/>
    <w:rsid w:val="00271813"/>
    <w:rsid w:val="00272C95"/>
    <w:rsid w:val="002755FD"/>
    <w:rsid w:val="00275EEE"/>
    <w:rsid w:val="0027698E"/>
    <w:rsid w:val="00276BD0"/>
    <w:rsid w:val="00280234"/>
    <w:rsid w:val="002803A2"/>
    <w:rsid w:val="00284DB2"/>
    <w:rsid w:val="00285AD1"/>
    <w:rsid w:val="00286B52"/>
    <w:rsid w:val="00286BBF"/>
    <w:rsid w:val="00287BC3"/>
    <w:rsid w:val="00287D77"/>
    <w:rsid w:val="00287F09"/>
    <w:rsid w:val="00290A38"/>
    <w:rsid w:val="0029132A"/>
    <w:rsid w:val="00292720"/>
    <w:rsid w:val="00293F1A"/>
    <w:rsid w:val="00293FD9"/>
    <w:rsid w:val="0029601F"/>
    <w:rsid w:val="00297BC2"/>
    <w:rsid w:val="00297D26"/>
    <w:rsid w:val="002A22B8"/>
    <w:rsid w:val="002A2FBA"/>
    <w:rsid w:val="002A371B"/>
    <w:rsid w:val="002A7868"/>
    <w:rsid w:val="002B0ABD"/>
    <w:rsid w:val="002B208F"/>
    <w:rsid w:val="002B23CB"/>
    <w:rsid w:val="002B348C"/>
    <w:rsid w:val="002B34EE"/>
    <w:rsid w:val="002B39FD"/>
    <w:rsid w:val="002B4B1E"/>
    <w:rsid w:val="002B500F"/>
    <w:rsid w:val="002B57FD"/>
    <w:rsid w:val="002B6A20"/>
    <w:rsid w:val="002C1721"/>
    <w:rsid w:val="002C25A6"/>
    <w:rsid w:val="002C43B2"/>
    <w:rsid w:val="002C4A19"/>
    <w:rsid w:val="002C4C34"/>
    <w:rsid w:val="002C5145"/>
    <w:rsid w:val="002C57E9"/>
    <w:rsid w:val="002C5D92"/>
    <w:rsid w:val="002C63FB"/>
    <w:rsid w:val="002D5FAC"/>
    <w:rsid w:val="002E01BB"/>
    <w:rsid w:val="002E0261"/>
    <w:rsid w:val="002E0DE5"/>
    <w:rsid w:val="002E103E"/>
    <w:rsid w:val="002E12DD"/>
    <w:rsid w:val="002E4900"/>
    <w:rsid w:val="002E4DC3"/>
    <w:rsid w:val="002E51BF"/>
    <w:rsid w:val="002E52EB"/>
    <w:rsid w:val="002E7FA6"/>
    <w:rsid w:val="002F138D"/>
    <w:rsid w:val="002F181F"/>
    <w:rsid w:val="002F2D9A"/>
    <w:rsid w:val="002F366C"/>
    <w:rsid w:val="002F3C75"/>
    <w:rsid w:val="002F5C6B"/>
    <w:rsid w:val="002F5DA7"/>
    <w:rsid w:val="003000E0"/>
    <w:rsid w:val="0030045D"/>
    <w:rsid w:val="00300695"/>
    <w:rsid w:val="0030071D"/>
    <w:rsid w:val="003022D0"/>
    <w:rsid w:val="00302341"/>
    <w:rsid w:val="00303356"/>
    <w:rsid w:val="003036FD"/>
    <w:rsid w:val="003046C2"/>
    <w:rsid w:val="0030570E"/>
    <w:rsid w:val="003059B2"/>
    <w:rsid w:val="003064E9"/>
    <w:rsid w:val="00307ADD"/>
    <w:rsid w:val="00310965"/>
    <w:rsid w:val="003115BD"/>
    <w:rsid w:val="00313978"/>
    <w:rsid w:val="003148F4"/>
    <w:rsid w:val="0031763A"/>
    <w:rsid w:val="003178C0"/>
    <w:rsid w:val="00317CE7"/>
    <w:rsid w:val="00321A98"/>
    <w:rsid w:val="00321BD2"/>
    <w:rsid w:val="003222CC"/>
    <w:rsid w:val="0032504D"/>
    <w:rsid w:val="00326E1F"/>
    <w:rsid w:val="00327124"/>
    <w:rsid w:val="003274DB"/>
    <w:rsid w:val="00327D3C"/>
    <w:rsid w:val="00330C6C"/>
    <w:rsid w:val="00332056"/>
    <w:rsid w:val="003321C8"/>
    <w:rsid w:val="00334511"/>
    <w:rsid w:val="0033530B"/>
    <w:rsid w:val="00335718"/>
    <w:rsid w:val="0034012D"/>
    <w:rsid w:val="00341209"/>
    <w:rsid w:val="00341F20"/>
    <w:rsid w:val="00342090"/>
    <w:rsid w:val="00344528"/>
    <w:rsid w:val="00345650"/>
    <w:rsid w:val="00347316"/>
    <w:rsid w:val="003477AB"/>
    <w:rsid w:val="003500BF"/>
    <w:rsid w:val="003505B4"/>
    <w:rsid w:val="003515C4"/>
    <w:rsid w:val="00351795"/>
    <w:rsid w:val="0035237B"/>
    <w:rsid w:val="003523F5"/>
    <w:rsid w:val="00354DD5"/>
    <w:rsid w:val="00355E59"/>
    <w:rsid w:val="00356432"/>
    <w:rsid w:val="0035722D"/>
    <w:rsid w:val="00360C04"/>
    <w:rsid w:val="003624C0"/>
    <w:rsid w:val="003629FA"/>
    <w:rsid w:val="00362B34"/>
    <w:rsid w:val="00362B6D"/>
    <w:rsid w:val="00364B1A"/>
    <w:rsid w:val="00364C43"/>
    <w:rsid w:val="00365427"/>
    <w:rsid w:val="003668F1"/>
    <w:rsid w:val="003671A3"/>
    <w:rsid w:val="003707B9"/>
    <w:rsid w:val="00371FE5"/>
    <w:rsid w:val="00372517"/>
    <w:rsid w:val="00373169"/>
    <w:rsid w:val="00374A00"/>
    <w:rsid w:val="003751D2"/>
    <w:rsid w:val="003755E4"/>
    <w:rsid w:val="0037662B"/>
    <w:rsid w:val="00376EAD"/>
    <w:rsid w:val="00376FAF"/>
    <w:rsid w:val="00377FB8"/>
    <w:rsid w:val="0038066F"/>
    <w:rsid w:val="0038275F"/>
    <w:rsid w:val="00386DED"/>
    <w:rsid w:val="00387524"/>
    <w:rsid w:val="00387A7A"/>
    <w:rsid w:val="00387AAD"/>
    <w:rsid w:val="00391ADF"/>
    <w:rsid w:val="00391FFE"/>
    <w:rsid w:val="00393AC5"/>
    <w:rsid w:val="00393D96"/>
    <w:rsid w:val="00394071"/>
    <w:rsid w:val="00396AC2"/>
    <w:rsid w:val="0039790A"/>
    <w:rsid w:val="003A072A"/>
    <w:rsid w:val="003A0AC9"/>
    <w:rsid w:val="003A180B"/>
    <w:rsid w:val="003A1CB8"/>
    <w:rsid w:val="003A2F68"/>
    <w:rsid w:val="003A5BB7"/>
    <w:rsid w:val="003A5F89"/>
    <w:rsid w:val="003A6D1E"/>
    <w:rsid w:val="003A7CBF"/>
    <w:rsid w:val="003B0B8F"/>
    <w:rsid w:val="003B0FD1"/>
    <w:rsid w:val="003B24A4"/>
    <w:rsid w:val="003B4A83"/>
    <w:rsid w:val="003B508C"/>
    <w:rsid w:val="003B760E"/>
    <w:rsid w:val="003C0498"/>
    <w:rsid w:val="003C09D1"/>
    <w:rsid w:val="003C34BB"/>
    <w:rsid w:val="003C35FA"/>
    <w:rsid w:val="003C762A"/>
    <w:rsid w:val="003D0C5E"/>
    <w:rsid w:val="003D2D3E"/>
    <w:rsid w:val="003D365B"/>
    <w:rsid w:val="003D4BC9"/>
    <w:rsid w:val="003D69AC"/>
    <w:rsid w:val="003D7468"/>
    <w:rsid w:val="003E07AA"/>
    <w:rsid w:val="003E12AD"/>
    <w:rsid w:val="003E17DC"/>
    <w:rsid w:val="003E2088"/>
    <w:rsid w:val="003E338F"/>
    <w:rsid w:val="003E53F8"/>
    <w:rsid w:val="003E5552"/>
    <w:rsid w:val="003E569A"/>
    <w:rsid w:val="003E5E06"/>
    <w:rsid w:val="003E6042"/>
    <w:rsid w:val="003E6792"/>
    <w:rsid w:val="003E7506"/>
    <w:rsid w:val="003E7B6E"/>
    <w:rsid w:val="003F16F2"/>
    <w:rsid w:val="003F1FD3"/>
    <w:rsid w:val="003F2ADE"/>
    <w:rsid w:val="003F2DDF"/>
    <w:rsid w:val="003F5595"/>
    <w:rsid w:val="003F5D0C"/>
    <w:rsid w:val="003F6233"/>
    <w:rsid w:val="003F6650"/>
    <w:rsid w:val="003F6B30"/>
    <w:rsid w:val="003F7AF9"/>
    <w:rsid w:val="00404C13"/>
    <w:rsid w:val="00406493"/>
    <w:rsid w:val="0040712C"/>
    <w:rsid w:val="004077D5"/>
    <w:rsid w:val="00407902"/>
    <w:rsid w:val="00411918"/>
    <w:rsid w:val="00411C0A"/>
    <w:rsid w:val="00413DA7"/>
    <w:rsid w:val="00414264"/>
    <w:rsid w:val="0041470E"/>
    <w:rsid w:val="0041522C"/>
    <w:rsid w:val="00415A65"/>
    <w:rsid w:val="00417FDE"/>
    <w:rsid w:val="00420120"/>
    <w:rsid w:val="00420997"/>
    <w:rsid w:val="00422E25"/>
    <w:rsid w:val="00422FEE"/>
    <w:rsid w:val="00423F24"/>
    <w:rsid w:val="00424B4C"/>
    <w:rsid w:val="00424BFE"/>
    <w:rsid w:val="00424F99"/>
    <w:rsid w:val="00425955"/>
    <w:rsid w:val="00426994"/>
    <w:rsid w:val="00426B09"/>
    <w:rsid w:val="0042792F"/>
    <w:rsid w:val="004302DD"/>
    <w:rsid w:val="004339D9"/>
    <w:rsid w:val="0043611D"/>
    <w:rsid w:val="004362CC"/>
    <w:rsid w:val="00436DD5"/>
    <w:rsid w:val="00436EA4"/>
    <w:rsid w:val="004370B6"/>
    <w:rsid w:val="00437298"/>
    <w:rsid w:val="004409A1"/>
    <w:rsid w:val="00440ED2"/>
    <w:rsid w:val="0044130E"/>
    <w:rsid w:val="00441A3C"/>
    <w:rsid w:val="00441EE3"/>
    <w:rsid w:val="00442DA1"/>
    <w:rsid w:val="00443817"/>
    <w:rsid w:val="00443940"/>
    <w:rsid w:val="004457F4"/>
    <w:rsid w:val="00446107"/>
    <w:rsid w:val="00447C44"/>
    <w:rsid w:val="004501FB"/>
    <w:rsid w:val="0045401C"/>
    <w:rsid w:val="0045516A"/>
    <w:rsid w:val="00455ACF"/>
    <w:rsid w:val="00455AF6"/>
    <w:rsid w:val="0045618C"/>
    <w:rsid w:val="00457C86"/>
    <w:rsid w:val="004632C7"/>
    <w:rsid w:val="0046369B"/>
    <w:rsid w:val="00464574"/>
    <w:rsid w:val="004653E5"/>
    <w:rsid w:val="004657A8"/>
    <w:rsid w:val="00466E57"/>
    <w:rsid w:val="00467345"/>
    <w:rsid w:val="0046768D"/>
    <w:rsid w:val="00467FEB"/>
    <w:rsid w:val="00470D12"/>
    <w:rsid w:val="00471402"/>
    <w:rsid w:val="00472D55"/>
    <w:rsid w:val="00473ADB"/>
    <w:rsid w:val="004749E4"/>
    <w:rsid w:val="004840D3"/>
    <w:rsid w:val="0048595A"/>
    <w:rsid w:val="004867C9"/>
    <w:rsid w:val="00487214"/>
    <w:rsid w:val="00490B37"/>
    <w:rsid w:val="00491525"/>
    <w:rsid w:val="0049323D"/>
    <w:rsid w:val="0049401F"/>
    <w:rsid w:val="004940CA"/>
    <w:rsid w:val="004957DC"/>
    <w:rsid w:val="00496DE9"/>
    <w:rsid w:val="004979ED"/>
    <w:rsid w:val="004A22F5"/>
    <w:rsid w:val="004A2AD7"/>
    <w:rsid w:val="004A2D0B"/>
    <w:rsid w:val="004A2F76"/>
    <w:rsid w:val="004A34AE"/>
    <w:rsid w:val="004A6B73"/>
    <w:rsid w:val="004B096E"/>
    <w:rsid w:val="004B0F1D"/>
    <w:rsid w:val="004B1411"/>
    <w:rsid w:val="004B1459"/>
    <w:rsid w:val="004B3950"/>
    <w:rsid w:val="004B3EBC"/>
    <w:rsid w:val="004B7077"/>
    <w:rsid w:val="004C1B5F"/>
    <w:rsid w:val="004C20BC"/>
    <w:rsid w:val="004C2176"/>
    <w:rsid w:val="004C27B7"/>
    <w:rsid w:val="004C2B39"/>
    <w:rsid w:val="004C3ED7"/>
    <w:rsid w:val="004C5FFA"/>
    <w:rsid w:val="004C6F78"/>
    <w:rsid w:val="004C7BC1"/>
    <w:rsid w:val="004C7F69"/>
    <w:rsid w:val="004D3499"/>
    <w:rsid w:val="004D5536"/>
    <w:rsid w:val="004D6522"/>
    <w:rsid w:val="004E0B3B"/>
    <w:rsid w:val="004E121A"/>
    <w:rsid w:val="004E1996"/>
    <w:rsid w:val="004E24E0"/>
    <w:rsid w:val="004E33FD"/>
    <w:rsid w:val="004E4228"/>
    <w:rsid w:val="004E5686"/>
    <w:rsid w:val="004E580A"/>
    <w:rsid w:val="004E6A43"/>
    <w:rsid w:val="004F011F"/>
    <w:rsid w:val="004F017F"/>
    <w:rsid w:val="004F0E7A"/>
    <w:rsid w:val="004F16C5"/>
    <w:rsid w:val="004F3912"/>
    <w:rsid w:val="004F3A35"/>
    <w:rsid w:val="004F5A15"/>
    <w:rsid w:val="004F6D0E"/>
    <w:rsid w:val="004F6D99"/>
    <w:rsid w:val="004F73C4"/>
    <w:rsid w:val="00501879"/>
    <w:rsid w:val="00503247"/>
    <w:rsid w:val="00505B9E"/>
    <w:rsid w:val="0050625C"/>
    <w:rsid w:val="005109F4"/>
    <w:rsid w:val="00510C9A"/>
    <w:rsid w:val="00510DE1"/>
    <w:rsid w:val="00511157"/>
    <w:rsid w:val="0051293E"/>
    <w:rsid w:val="00512C38"/>
    <w:rsid w:val="0051513F"/>
    <w:rsid w:val="00515488"/>
    <w:rsid w:val="00515889"/>
    <w:rsid w:val="00515F76"/>
    <w:rsid w:val="00516E41"/>
    <w:rsid w:val="00520411"/>
    <w:rsid w:val="005210FB"/>
    <w:rsid w:val="0052184B"/>
    <w:rsid w:val="00522156"/>
    <w:rsid w:val="00524275"/>
    <w:rsid w:val="005258A7"/>
    <w:rsid w:val="005304BF"/>
    <w:rsid w:val="0053058B"/>
    <w:rsid w:val="00530D26"/>
    <w:rsid w:val="0053200A"/>
    <w:rsid w:val="00532D3C"/>
    <w:rsid w:val="005335DC"/>
    <w:rsid w:val="00533B63"/>
    <w:rsid w:val="00537A11"/>
    <w:rsid w:val="005405C3"/>
    <w:rsid w:val="00540836"/>
    <w:rsid w:val="00540FE7"/>
    <w:rsid w:val="0054115F"/>
    <w:rsid w:val="00541570"/>
    <w:rsid w:val="00541A28"/>
    <w:rsid w:val="00542DE6"/>
    <w:rsid w:val="00542F8C"/>
    <w:rsid w:val="00544BD0"/>
    <w:rsid w:val="00544FF6"/>
    <w:rsid w:val="005454FF"/>
    <w:rsid w:val="00545994"/>
    <w:rsid w:val="00545AFC"/>
    <w:rsid w:val="00546521"/>
    <w:rsid w:val="005473D0"/>
    <w:rsid w:val="0054757E"/>
    <w:rsid w:val="0054794E"/>
    <w:rsid w:val="00550C3F"/>
    <w:rsid w:val="00551A88"/>
    <w:rsid w:val="0055299D"/>
    <w:rsid w:val="005550AC"/>
    <w:rsid w:val="00556FB9"/>
    <w:rsid w:val="00557E73"/>
    <w:rsid w:val="00560D19"/>
    <w:rsid w:val="00560F2D"/>
    <w:rsid w:val="00562EE6"/>
    <w:rsid w:val="00562F64"/>
    <w:rsid w:val="00563BFB"/>
    <w:rsid w:val="0056585F"/>
    <w:rsid w:val="00567217"/>
    <w:rsid w:val="005673DE"/>
    <w:rsid w:val="00567EF7"/>
    <w:rsid w:val="00571D57"/>
    <w:rsid w:val="00572931"/>
    <w:rsid w:val="0057316F"/>
    <w:rsid w:val="005778A4"/>
    <w:rsid w:val="0057790F"/>
    <w:rsid w:val="005808A0"/>
    <w:rsid w:val="00582CA5"/>
    <w:rsid w:val="00583C81"/>
    <w:rsid w:val="00584060"/>
    <w:rsid w:val="005843D4"/>
    <w:rsid w:val="00584648"/>
    <w:rsid w:val="0059178B"/>
    <w:rsid w:val="00591CE8"/>
    <w:rsid w:val="00591E75"/>
    <w:rsid w:val="00592C18"/>
    <w:rsid w:val="00593A25"/>
    <w:rsid w:val="00595856"/>
    <w:rsid w:val="0059586B"/>
    <w:rsid w:val="0059628F"/>
    <w:rsid w:val="0059698B"/>
    <w:rsid w:val="005A06B4"/>
    <w:rsid w:val="005A087B"/>
    <w:rsid w:val="005A0AA9"/>
    <w:rsid w:val="005A1492"/>
    <w:rsid w:val="005A4854"/>
    <w:rsid w:val="005A4A8E"/>
    <w:rsid w:val="005B12D3"/>
    <w:rsid w:val="005B353C"/>
    <w:rsid w:val="005B6E1E"/>
    <w:rsid w:val="005C2E3A"/>
    <w:rsid w:val="005C3279"/>
    <w:rsid w:val="005C5E7D"/>
    <w:rsid w:val="005C5F3B"/>
    <w:rsid w:val="005C603B"/>
    <w:rsid w:val="005C6EE3"/>
    <w:rsid w:val="005D04D2"/>
    <w:rsid w:val="005D071B"/>
    <w:rsid w:val="005D3E04"/>
    <w:rsid w:val="005D3FB3"/>
    <w:rsid w:val="005D5190"/>
    <w:rsid w:val="005D6081"/>
    <w:rsid w:val="005E10EF"/>
    <w:rsid w:val="005E2C5F"/>
    <w:rsid w:val="005E3279"/>
    <w:rsid w:val="005E5AB2"/>
    <w:rsid w:val="005E7763"/>
    <w:rsid w:val="005E7E87"/>
    <w:rsid w:val="005E7F99"/>
    <w:rsid w:val="005F01A3"/>
    <w:rsid w:val="005F1F68"/>
    <w:rsid w:val="005F3242"/>
    <w:rsid w:val="005F3DF6"/>
    <w:rsid w:val="005F5288"/>
    <w:rsid w:val="005F7081"/>
    <w:rsid w:val="005F7AA5"/>
    <w:rsid w:val="00601CB0"/>
    <w:rsid w:val="006024C4"/>
    <w:rsid w:val="00602DE2"/>
    <w:rsid w:val="006033E6"/>
    <w:rsid w:val="0060382B"/>
    <w:rsid w:val="00604CD1"/>
    <w:rsid w:val="006077BC"/>
    <w:rsid w:val="00607A89"/>
    <w:rsid w:val="00607BDE"/>
    <w:rsid w:val="0061143F"/>
    <w:rsid w:val="006114A0"/>
    <w:rsid w:val="006116B5"/>
    <w:rsid w:val="006125DB"/>
    <w:rsid w:val="006126F2"/>
    <w:rsid w:val="0061311D"/>
    <w:rsid w:val="00613C69"/>
    <w:rsid w:val="00614885"/>
    <w:rsid w:val="006161E4"/>
    <w:rsid w:val="0061653B"/>
    <w:rsid w:val="0061741C"/>
    <w:rsid w:val="0062273E"/>
    <w:rsid w:val="00622E71"/>
    <w:rsid w:val="00623ECC"/>
    <w:rsid w:val="00624611"/>
    <w:rsid w:val="00627777"/>
    <w:rsid w:val="006305F9"/>
    <w:rsid w:val="006324C3"/>
    <w:rsid w:val="00633995"/>
    <w:rsid w:val="006378BB"/>
    <w:rsid w:val="00637BD6"/>
    <w:rsid w:val="00640929"/>
    <w:rsid w:val="006419DB"/>
    <w:rsid w:val="00642B92"/>
    <w:rsid w:val="00643A6E"/>
    <w:rsid w:val="00644C9E"/>
    <w:rsid w:val="00645475"/>
    <w:rsid w:val="0064676C"/>
    <w:rsid w:val="00651C7C"/>
    <w:rsid w:val="0065278B"/>
    <w:rsid w:val="00652E99"/>
    <w:rsid w:val="00657D23"/>
    <w:rsid w:val="00657E42"/>
    <w:rsid w:val="00662C4D"/>
    <w:rsid w:val="00663A0E"/>
    <w:rsid w:val="0066454A"/>
    <w:rsid w:val="00664B4A"/>
    <w:rsid w:val="00667836"/>
    <w:rsid w:val="00670095"/>
    <w:rsid w:val="00670B52"/>
    <w:rsid w:val="0067101C"/>
    <w:rsid w:val="00672FB8"/>
    <w:rsid w:val="006757E0"/>
    <w:rsid w:val="006763E4"/>
    <w:rsid w:val="006776C7"/>
    <w:rsid w:val="006776EC"/>
    <w:rsid w:val="006779FF"/>
    <w:rsid w:val="00680349"/>
    <w:rsid w:val="00681CB3"/>
    <w:rsid w:val="00681F16"/>
    <w:rsid w:val="006820D2"/>
    <w:rsid w:val="00683B0D"/>
    <w:rsid w:val="00684196"/>
    <w:rsid w:val="0068642A"/>
    <w:rsid w:val="00690D2C"/>
    <w:rsid w:val="00691F57"/>
    <w:rsid w:val="00693B23"/>
    <w:rsid w:val="00693B83"/>
    <w:rsid w:val="00696594"/>
    <w:rsid w:val="006A14C2"/>
    <w:rsid w:val="006A162E"/>
    <w:rsid w:val="006A2A87"/>
    <w:rsid w:val="006A2EC5"/>
    <w:rsid w:val="006A5AF9"/>
    <w:rsid w:val="006A6094"/>
    <w:rsid w:val="006A7152"/>
    <w:rsid w:val="006B015E"/>
    <w:rsid w:val="006B0EEF"/>
    <w:rsid w:val="006B1DE7"/>
    <w:rsid w:val="006B45CA"/>
    <w:rsid w:val="006B4996"/>
    <w:rsid w:val="006B59FA"/>
    <w:rsid w:val="006B5FF9"/>
    <w:rsid w:val="006B7089"/>
    <w:rsid w:val="006B75B2"/>
    <w:rsid w:val="006C1286"/>
    <w:rsid w:val="006C1B9E"/>
    <w:rsid w:val="006C2D55"/>
    <w:rsid w:val="006C3D0B"/>
    <w:rsid w:val="006C3FE4"/>
    <w:rsid w:val="006C5301"/>
    <w:rsid w:val="006C593F"/>
    <w:rsid w:val="006C68BC"/>
    <w:rsid w:val="006C72D8"/>
    <w:rsid w:val="006D08F3"/>
    <w:rsid w:val="006D0B8F"/>
    <w:rsid w:val="006D1B4E"/>
    <w:rsid w:val="006D1CDB"/>
    <w:rsid w:val="006D2DF1"/>
    <w:rsid w:val="006D42C0"/>
    <w:rsid w:val="006D4654"/>
    <w:rsid w:val="006D6EE5"/>
    <w:rsid w:val="006D71BC"/>
    <w:rsid w:val="006E076C"/>
    <w:rsid w:val="006E10E7"/>
    <w:rsid w:val="006E1479"/>
    <w:rsid w:val="006E14BD"/>
    <w:rsid w:val="006E3DD8"/>
    <w:rsid w:val="006E478C"/>
    <w:rsid w:val="006E6427"/>
    <w:rsid w:val="006E6C23"/>
    <w:rsid w:val="006E752F"/>
    <w:rsid w:val="006F0ACB"/>
    <w:rsid w:val="006F0F05"/>
    <w:rsid w:val="006F12A0"/>
    <w:rsid w:val="006F3626"/>
    <w:rsid w:val="006F4273"/>
    <w:rsid w:val="006F45A0"/>
    <w:rsid w:val="006F467D"/>
    <w:rsid w:val="006F5527"/>
    <w:rsid w:val="006F67E2"/>
    <w:rsid w:val="0070155B"/>
    <w:rsid w:val="00704708"/>
    <w:rsid w:val="007055B4"/>
    <w:rsid w:val="00706C86"/>
    <w:rsid w:val="00707097"/>
    <w:rsid w:val="007076E9"/>
    <w:rsid w:val="00710A23"/>
    <w:rsid w:val="00711682"/>
    <w:rsid w:val="00712A44"/>
    <w:rsid w:val="00712C83"/>
    <w:rsid w:val="00713118"/>
    <w:rsid w:val="007135C8"/>
    <w:rsid w:val="007137E3"/>
    <w:rsid w:val="00714D87"/>
    <w:rsid w:val="00715DE7"/>
    <w:rsid w:val="00717E42"/>
    <w:rsid w:val="007211AA"/>
    <w:rsid w:val="007234BB"/>
    <w:rsid w:val="00725A09"/>
    <w:rsid w:val="00725A19"/>
    <w:rsid w:val="00725D38"/>
    <w:rsid w:val="007261D6"/>
    <w:rsid w:val="00726CFA"/>
    <w:rsid w:val="00726E1E"/>
    <w:rsid w:val="00727316"/>
    <w:rsid w:val="00727344"/>
    <w:rsid w:val="00727B47"/>
    <w:rsid w:val="00730078"/>
    <w:rsid w:val="00730B36"/>
    <w:rsid w:val="00732360"/>
    <w:rsid w:val="00734803"/>
    <w:rsid w:val="00734B1E"/>
    <w:rsid w:val="00734C73"/>
    <w:rsid w:val="00735913"/>
    <w:rsid w:val="0073604D"/>
    <w:rsid w:val="007368B6"/>
    <w:rsid w:val="007370A1"/>
    <w:rsid w:val="00737165"/>
    <w:rsid w:val="00737167"/>
    <w:rsid w:val="00740183"/>
    <w:rsid w:val="007411A4"/>
    <w:rsid w:val="00741BAB"/>
    <w:rsid w:val="00742524"/>
    <w:rsid w:val="00742C39"/>
    <w:rsid w:val="00744088"/>
    <w:rsid w:val="007443A6"/>
    <w:rsid w:val="00744B04"/>
    <w:rsid w:val="00745149"/>
    <w:rsid w:val="0074697F"/>
    <w:rsid w:val="0075024C"/>
    <w:rsid w:val="00751035"/>
    <w:rsid w:val="007520EF"/>
    <w:rsid w:val="00752FC4"/>
    <w:rsid w:val="0075413F"/>
    <w:rsid w:val="0075472E"/>
    <w:rsid w:val="0075739D"/>
    <w:rsid w:val="00757ED3"/>
    <w:rsid w:val="00761513"/>
    <w:rsid w:val="00761A73"/>
    <w:rsid w:val="007646C2"/>
    <w:rsid w:val="00765D92"/>
    <w:rsid w:val="00767FA2"/>
    <w:rsid w:val="00770B76"/>
    <w:rsid w:val="00770C59"/>
    <w:rsid w:val="00771D0D"/>
    <w:rsid w:val="00773005"/>
    <w:rsid w:val="00774CEA"/>
    <w:rsid w:val="007752F5"/>
    <w:rsid w:val="00775D53"/>
    <w:rsid w:val="00777679"/>
    <w:rsid w:val="00780EEB"/>
    <w:rsid w:val="00781E92"/>
    <w:rsid w:val="007820B2"/>
    <w:rsid w:val="00783E25"/>
    <w:rsid w:val="00785BCB"/>
    <w:rsid w:val="007912D7"/>
    <w:rsid w:val="00791314"/>
    <w:rsid w:val="0079179B"/>
    <w:rsid w:val="0079267C"/>
    <w:rsid w:val="007937AF"/>
    <w:rsid w:val="00793B2F"/>
    <w:rsid w:val="007952D8"/>
    <w:rsid w:val="00797529"/>
    <w:rsid w:val="00797C06"/>
    <w:rsid w:val="007A1795"/>
    <w:rsid w:val="007A188A"/>
    <w:rsid w:val="007A1D97"/>
    <w:rsid w:val="007A2222"/>
    <w:rsid w:val="007A2C33"/>
    <w:rsid w:val="007A4A24"/>
    <w:rsid w:val="007A58ED"/>
    <w:rsid w:val="007A648C"/>
    <w:rsid w:val="007B1CAB"/>
    <w:rsid w:val="007B1D4D"/>
    <w:rsid w:val="007B5C18"/>
    <w:rsid w:val="007B631C"/>
    <w:rsid w:val="007C29E8"/>
    <w:rsid w:val="007C3F0A"/>
    <w:rsid w:val="007C4986"/>
    <w:rsid w:val="007C530B"/>
    <w:rsid w:val="007C553A"/>
    <w:rsid w:val="007C665E"/>
    <w:rsid w:val="007C69B1"/>
    <w:rsid w:val="007D0C57"/>
    <w:rsid w:val="007D25C4"/>
    <w:rsid w:val="007D2BE3"/>
    <w:rsid w:val="007D2C23"/>
    <w:rsid w:val="007D2E19"/>
    <w:rsid w:val="007D33F5"/>
    <w:rsid w:val="007D4391"/>
    <w:rsid w:val="007D4757"/>
    <w:rsid w:val="007D6DEA"/>
    <w:rsid w:val="007E054B"/>
    <w:rsid w:val="007E0E7F"/>
    <w:rsid w:val="007E1066"/>
    <w:rsid w:val="007E1B0B"/>
    <w:rsid w:val="007E26BC"/>
    <w:rsid w:val="007E2CCA"/>
    <w:rsid w:val="007E45BA"/>
    <w:rsid w:val="007E561D"/>
    <w:rsid w:val="007E57BE"/>
    <w:rsid w:val="007E581D"/>
    <w:rsid w:val="007E7228"/>
    <w:rsid w:val="007E79A0"/>
    <w:rsid w:val="007F0DFF"/>
    <w:rsid w:val="007F16E8"/>
    <w:rsid w:val="007F1BFB"/>
    <w:rsid w:val="007F2C74"/>
    <w:rsid w:val="007F4E98"/>
    <w:rsid w:val="007F6E88"/>
    <w:rsid w:val="0080237C"/>
    <w:rsid w:val="0080239C"/>
    <w:rsid w:val="00803F24"/>
    <w:rsid w:val="00804638"/>
    <w:rsid w:val="00805908"/>
    <w:rsid w:val="0080659C"/>
    <w:rsid w:val="00807BC9"/>
    <w:rsid w:val="00810307"/>
    <w:rsid w:val="00810B3F"/>
    <w:rsid w:val="00810C98"/>
    <w:rsid w:val="00812D11"/>
    <w:rsid w:val="00813B1D"/>
    <w:rsid w:val="00814C85"/>
    <w:rsid w:val="00814EA1"/>
    <w:rsid w:val="008150C7"/>
    <w:rsid w:val="00815731"/>
    <w:rsid w:val="00815C4A"/>
    <w:rsid w:val="0081617B"/>
    <w:rsid w:val="0081791D"/>
    <w:rsid w:val="00817A69"/>
    <w:rsid w:val="0082176B"/>
    <w:rsid w:val="0082196E"/>
    <w:rsid w:val="00823545"/>
    <w:rsid w:val="008236FB"/>
    <w:rsid w:val="00824034"/>
    <w:rsid w:val="008243E1"/>
    <w:rsid w:val="00824C17"/>
    <w:rsid w:val="00824ECB"/>
    <w:rsid w:val="00825991"/>
    <w:rsid w:val="008268FD"/>
    <w:rsid w:val="00827022"/>
    <w:rsid w:val="00827393"/>
    <w:rsid w:val="008312C6"/>
    <w:rsid w:val="00831FBF"/>
    <w:rsid w:val="0083345D"/>
    <w:rsid w:val="00833A32"/>
    <w:rsid w:val="00834752"/>
    <w:rsid w:val="008355B8"/>
    <w:rsid w:val="008359A6"/>
    <w:rsid w:val="008427A2"/>
    <w:rsid w:val="00842DBD"/>
    <w:rsid w:val="00843512"/>
    <w:rsid w:val="00845419"/>
    <w:rsid w:val="008457E4"/>
    <w:rsid w:val="0084623F"/>
    <w:rsid w:val="00847354"/>
    <w:rsid w:val="00847484"/>
    <w:rsid w:val="00851B04"/>
    <w:rsid w:val="00851F47"/>
    <w:rsid w:val="0085290E"/>
    <w:rsid w:val="00853489"/>
    <w:rsid w:val="00854345"/>
    <w:rsid w:val="008555BD"/>
    <w:rsid w:val="00856C2E"/>
    <w:rsid w:val="00856C66"/>
    <w:rsid w:val="008572DF"/>
    <w:rsid w:val="00857BC0"/>
    <w:rsid w:val="008601FB"/>
    <w:rsid w:val="00861697"/>
    <w:rsid w:val="008625D7"/>
    <w:rsid w:val="00864357"/>
    <w:rsid w:val="00865452"/>
    <w:rsid w:val="00871FBD"/>
    <w:rsid w:val="0087215F"/>
    <w:rsid w:val="00872472"/>
    <w:rsid w:val="00872AEF"/>
    <w:rsid w:val="00872F69"/>
    <w:rsid w:val="00872F8C"/>
    <w:rsid w:val="00873507"/>
    <w:rsid w:val="00873623"/>
    <w:rsid w:val="008739F5"/>
    <w:rsid w:val="0087793F"/>
    <w:rsid w:val="00880315"/>
    <w:rsid w:val="00880434"/>
    <w:rsid w:val="008811A1"/>
    <w:rsid w:val="00882EE3"/>
    <w:rsid w:val="00885488"/>
    <w:rsid w:val="0088571C"/>
    <w:rsid w:val="00885B25"/>
    <w:rsid w:val="00885DA9"/>
    <w:rsid w:val="008869A4"/>
    <w:rsid w:val="00887126"/>
    <w:rsid w:val="00887530"/>
    <w:rsid w:val="00891AE7"/>
    <w:rsid w:val="00891BD8"/>
    <w:rsid w:val="00891C7E"/>
    <w:rsid w:val="00891CAE"/>
    <w:rsid w:val="00892196"/>
    <w:rsid w:val="0089242A"/>
    <w:rsid w:val="008925CA"/>
    <w:rsid w:val="00892989"/>
    <w:rsid w:val="00894523"/>
    <w:rsid w:val="008950D4"/>
    <w:rsid w:val="0089677E"/>
    <w:rsid w:val="00897072"/>
    <w:rsid w:val="008974A8"/>
    <w:rsid w:val="00897863"/>
    <w:rsid w:val="00897BBD"/>
    <w:rsid w:val="008A232C"/>
    <w:rsid w:val="008A312B"/>
    <w:rsid w:val="008A31D1"/>
    <w:rsid w:val="008A4461"/>
    <w:rsid w:val="008B00B4"/>
    <w:rsid w:val="008B0ABF"/>
    <w:rsid w:val="008B0C29"/>
    <w:rsid w:val="008B3B97"/>
    <w:rsid w:val="008B3D9C"/>
    <w:rsid w:val="008B5D32"/>
    <w:rsid w:val="008B6119"/>
    <w:rsid w:val="008C4523"/>
    <w:rsid w:val="008C5B2F"/>
    <w:rsid w:val="008C6ACE"/>
    <w:rsid w:val="008C78D3"/>
    <w:rsid w:val="008D0655"/>
    <w:rsid w:val="008D16AE"/>
    <w:rsid w:val="008D30E7"/>
    <w:rsid w:val="008D4CAA"/>
    <w:rsid w:val="008D6AE3"/>
    <w:rsid w:val="008D7162"/>
    <w:rsid w:val="008E0693"/>
    <w:rsid w:val="008E0D68"/>
    <w:rsid w:val="008E122B"/>
    <w:rsid w:val="008E1696"/>
    <w:rsid w:val="008E350A"/>
    <w:rsid w:val="008E44EA"/>
    <w:rsid w:val="008E4729"/>
    <w:rsid w:val="008E5D3D"/>
    <w:rsid w:val="008E627E"/>
    <w:rsid w:val="008E653E"/>
    <w:rsid w:val="008E6A0A"/>
    <w:rsid w:val="008F0FDB"/>
    <w:rsid w:val="008F3121"/>
    <w:rsid w:val="008F37FA"/>
    <w:rsid w:val="0090039E"/>
    <w:rsid w:val="0090065D"/>
    <w:rsid w:val="009009AC"/>
    <w:rsid w:val="00900EA8"/>
    <w:rsid w:val="00904901"/>
    <w:rsid w:val="009049BF"/>
    <w:rsid w:val="0090508A"/>
    <w:rsid w:val="00905129"/>
    <w:rsid w:val="00906B8F"/>
    <w:rsid w:val="0090734D"/>
    <w:rsid w:val="00910B6C"/>
    <w:rsid w:val="00910EDE"/>
    <w:rsid w:val="0091196E"/>
    <w:rsid w:val="00911DD5"/>
    <w:rsid w:val="00913182"/>
    <w:rsid w:val="00915E5F"/>
    <w:rsid w:val="00917502"/>
    <w:rsid w:val="00917D19"/>
    <w:rsid w:val="0092029B"/>
    <w:rsid w:val="00921113"/>
    <w:rsid w:val="009221A9"/>
    <w:rsid w:val="0092575F"/>
    <w:rsid w:val="0092601B"/>
    <w:rsid w:val="00926B14"/>
    <w:rsid w:val="009272B6"/>
    <w:rsid w:val="00927319"/>
    <w:rsid w:val="00934ED8"/>
    <w:rsid w:val="00935D09"/>
    <w:rsid w:val="00935DC8"/>
    <w:rsid w:val="00936BB8"/>
    <w:rsid w:val="009372A0"/>
    <w:rsid w:val="00937723"/>
    <w:rsid w:val="009378EE"/>
    <w:rsid w:val="00940B6A"/>
    <w:rsid w:val="00940BAC"/>
    <w:rsid w:val="00944B87"/>
    <w:rsid w:val="00945CAC"/>
    <w:rsid w:val="00946AFD"/>
    <w:rsid w:val="00947C3A"/>
    <w:rsid w:val="00950283"/>
    <w:rsid w:val="009512A3"/>
    <w:rsid w:val="0095175E"/>
    <w:rsid w:val="009547CB"/>
    <w:rsid w:val="00954ED8"/>
    <w:rsid w:val="009569CC"/>
    <w:rsid w:val="00957324"/>
    <w:rsid w:val="00957D95"/>
    <w:rsid w:val="00960AF7"/>
    <w:rsid w:val="009622AC"/>
    <w:rsid w:val="00963B50"/>
    <w:rsid w:val="009640B9"/>
    <w:rsid w:val="00965A47"/>
    <w:rsid w:val="00967131"/>
    <w:rsid w:val="00967602"/>
    <w:rsid w:val="00970697"/>
    <w:rsid w:val="00972216"/>
    <w:rsid w:val="0097237E"/>
    <w:rsid w:val="0097293D"/>
    <w:rsid w:val="00976291"/>
    <w:rsid w:val="009762B8"/>
    <w:rsid w:val="00981414"/>
    <w:rsid w:val="0098290C"/>
    <w:rsid w:val="00982AFE"/>
    <w:rsid w:val="00983299"/>
    <w:rsid w:val="0098345B"/>
    <w:rsid w:val="00984C0E"/>
    <w:rsid w:val="00985631"/>
    <w:rsid w:val="00987505"/>
    <w:rsid w:val="00987ABC"/>
    <w:rsid w:val="0099053A"/>
    <w:rsid w:val="00990C01"/>
    <w:rsid w:val="00991286"/>
    <w:rsid w:val="009940B6"/>
    <w:rsid w:val="00995A99"/>
    <w:rsid w:val="00997B94"/>
    <w:rsid w:val="009A0975"/>
    <w:rsid w:val="009A2748"/>
    <w:rsid w:val="009A2F87"/>
    <w:rsid w:val="009A472C"/>
    <w:rsid w:val="009B0552"/>
    <w:rsid w:val="009B12EE"/>
    <w:rsid w:val="009B1360"/>
    <w:rsid w:val="009B2483"/>
    <w:rsid w:val="009B2ACB"/>
    <w:rsid w:val="009B333D"/>
    <w:rsid w:val="009B4B64"/>
    <w:rsid w:val="009B7502"/>
    <w:rsid w:val="009C15D8"/>
    <w:rsid w:val="009C250D"/>
    <w:rsid w:val="009C2E60"/>
    <w:rsid w:val="009C4707"/>
    <w:rsid w:val="009C7D89"/>
    <w:rsid w:val="009D047E"/>
    <w:rsid w:val="009D2BA3"/>
    <w:rsid w:val="009D32A1"/>
    <w:rsid w:val="009D3927"/>
    <w:rsid w:val="009D3D08"/>
    <w:rsid w:val="009D5D53"/>
    <w:rsid w:val="009E06E7"/>
    <w:rsid w:val="009E0A1A"/>
    <w:rsid w:val="009E0F6D"/>
    <w:rsid w:val="009E2A78"/>
    <w:rsid w:val="009E4F2C"/>
    <w:rsid w:val="009E61CF"/>
    <w:rsid w:val="009E626C"/>
    <w:rsid w:val="009E675B"/>
    <w:rsid w:val="009F28E8"/>
    <w:rsid w:val="009F3A2D"/>
    <w:rsid w:val="009F4417"/>
    <w:rsid w:val="009F7AC2"/>
    <w:rsid w:val="00A00D3D"/>
    <w:rsid w:val="00A01757"/>
    <w:rsid w:val="00A0226A"/>
    <w:rsid w:val="00A022DE"/>
    <w:rsid w:val="00A02E13"/>
    <w:rsid w:val="00A02FA6"/>
    <w:rsid w:val="00A0318D"/>
    <w:rsid w:val="00A03AD3"/>
    <w:rsid w:val="00A047EF"/>
    <w:rsid w:val="00A04A40"/>
    <w:rsid w:val="00A1007A"/>
    <w:rsid w:val="00A125A4"/>
    <w:rsid w:val="00A12DAE"/>
    <w:rsid w:val="00A1395D"/>
    <w:rsid w:val="00A1465E"/>
    <w:rsid w:val="00A14952"/>
    <w:rsid w:val="00A150E6"/>
    <w:rsid w:val="00A1765B"/>
    <w:rsid w:val="00A17C37"/>
    <w:rsid w:val="00A234B4"/>
    <w:rsid w:val="00A237FA"/>
    <w:rsid w:val="00A2513A"/>
    <w:rsid w:val="00A25CCC"/>
    <w:rsid w:val="00A2602A"/>
    <w:rsid w:val="00A2773E"/>
    <w:rsid w:val="00A30371"/>
    <w:rsid w:val="00A314F4"/>
    <w:rsid w:val="00A31695"/>
    <w:rsid w:val="00A31D0E"/>
    <w:rsid w:val="00A322A8"/>
    <w:rsid w:val="00A328D7"/>
    <w:rsid w:val="00A33268"/>
    <w:rsid w:val="00A35D84"/>
    <w:rsid w:val="00A35F86"/>
    <w:rsid w:val="00A36642"/>
    <w:rsid w:val="00A37449"/>
    <w:rsid w:val="00A37752"/>
    <w:rsid w:val="00A41306"/>
    <w:rsid w:val="00A430EB"/>
    <w:rsid w:val="00A435D8"/>
    <w:rsid w:val="00A43DD9"/>
    <w:rsid w:val="00A44403"/>
    <w:rsid w:val="00A52623"/>
    <w:rsid w:val="00A534EF"/>
    <w:rsid w:val="00A53CA7"/>
    <w:rsid w:val="00A54F90"/>
    <w:rsid w:val="00A55612"/>
    <w:rsid w:val="00A5780E"/>
    <w:rsid w:val="00A62AEA"/>
    <w:rsid w:val="00A63597"/>
    <w:rsid w:val="00A636C9"/>
    <w:rsid w:val="00A65A5D"/>
    <w:rsid w:val="00A670A9"/>
    <w:rsid w:val="00A671A7"/>
    <w:rsid w:val="00A74DB7"/>
    <w:rsid w:val="00A74E97"/>
    <w:rsid w:val="00A75694"/>
    <w:rsid w:val="00A76B5C"/>
    <w:rsid w:val="00A77DBA"/>
    <w:rsid w:val="00A809E0"/>
    <w:rsid w:val="00A8346F"/>
    <w:rsid w:val="00A83844"/>
    <w:rsid w:val="00A83856"/>
    <w:rsid w:val="00A85C27"/>
    <w:rsid w:val="00A869E7"/>
    <w:rsid w:val="00A908B5"/>
    <w:rsid w:val="00A9114C"/>
    <w:rsid w:val="00A91286"/>
    <w:rsid w:val="00A934DB"/>
    <w:rsid w:val="00A93689"/>
    <w:rsid w:val="00A93F42"/>
    <w:rsid w:val="00A95827"/>
    <w:rsid w:val="00A95A3E"/>
    <w:rsid w:val="00A97C32"/>
    <w:rsid w:val="00AA0155"/>
    <w:rsid w:val="00AA134B"/>
    <w:rsid w:val="00AA290F"/>
    <w:rsid w:val="00AA2E29"/>
    <w:rsid w:val="00AA3171"/>
    <w:rsid w:val="00AA39F9"/>
    <w:rsid w:val="00AA3E09"/>
    <w:rsid w:val="00AA5656"/>
    <w:rsid w:val="00AA5CC9"/>
    <w:rsid w:val="00AA6BEC"/>
    <w:rsid w:val="00AA706B"/>
    <w:rsid w:val="00AB093F"/>
    <w:rsid w:val="00AB1873"/>
    <w:rsid w:val="00AB25FC"/>
    <w:rsid w:val="00AB63AB"/>
    <w:rsid w:val="00AB6D7B"/>
    <w:rsid w:val="00AB7ABE"/>
    <w:rsid w:val="00AC07EF"/>
    <w:rsid w:val="00AC2B12"/>
    <w:rsid w:val="00AC4008"/>
    <w:rsid w:val="00AC48BE"/>
    <w:rsid w:val="00AC61D3"/>
    <w:rsid w:val="00AC64DE"/>
    <w:rsid w:val="00AC789E"/>
    <w:rsid w:val="00AD042A"/>
    <w:rsid w:val="00AD0441"/>
    <w:rsid w:val="00AD062A"/>
    <w:rsid w:val="00AD0C8E"/>
    <w:rsid w:val="00AD30C0"/>
    <w:rsid w:val="00AD4B04"/>
    <w:rsid w:val="00AD51F7"/>
    <w:rsid w:val="00AD7465"/>
    <w:rsid w:val="00AD7CDD"/>
    <w:rsid w:val="00AE23A6"/>
    <w:rsid w:val="00AE6B25"/>
    <w:rsid w:val="00AE74A3"/>
    <w:rsid w:val="00AF5426"/>
    <w:rsid w:val="00AF58C7"/>
    <w:rsid w:val="00B013C5"/>
    <w:rsid w:val="00B01DEF"/>
    <w:rsid w:val="00B0247D"/>
    <w:rsid w:val="00B02658"/>
    <w:rsid w:val="00B04E53"/>
    <w:rsid w:val="00B05486"/>
    <w:rsid w:val="00B055D0"/>
    <w:rsid w:val="00B1189C"/>
    <w:rsid w:val="00B126CD"/>
    <w:rsid w:val="00B14392"/>
    <w:rsid w:val="00B15091"/>
    <w:rsid w:val="00B1564D"/>
    <w:rsid w:val="00B15B3E"/>
    <w:rsid w:val="00B15C82"/>
    <w:rsid w:val="00B17F1B"/>
    <w:rsid w:val="00B22AA1"/>
    <w:rsid w:val="00B237FE"/>
    <w:rsid w:val="00B255FE"/>
    <w:rsid w:val="00B266D7"/>
    <w:rsid w:val="00B30132"/>
    <w:rsid w:val="00B3029C"/>
    <w:rsid w:val="00B3355D"/>
    <w:rsid w:val="00B34367"/>
    <w:rsid w:val="00B35084"/>
    <w:rsid w:val="00B3709A"/>
    <w:rsid w:val="00B37F50"/>
    <w:rsid w:val="00B40161"/>
    <w:rsid w:val="00B40DE8"/>
    <w:rsid w:val="00B42498"/>
    <w:rsid w:val="00B4616D"/>
    <w:rsid w:val="00B4673C"/>
    <w:rsid w:val="00B472AD"/>
    <w:rsid w:val="00B50F09"/>
    <w:rsid w:val="00B510AD"/>
    <w:rsid w:val="00B512FB"/>
    <w:rsid w:val="00B517E6"/>
    <w:rsid w:val="00B51AC6"/>
    <w:rsid w:val="00B52A7D"/>
    <w:rsid w:val="00B5321A"/>
    <w:rsid w:val="00B534E5"/>
    <w:rsid w:val="00B543E0"/>
    <w:rsid w:val="00B5446A"/>
    <w:rsid w:val="00B54994"/>
    <w:rsid w:val="00B5558A"/>
    <w:rsid w:val="00B56D50"/>
    <w:rsid w:val="00B57259"/>
    <w:rsid w:val="00B577ED"/>
    <w:rsid w:val="00B6125F"/>
    <w:rsid w:val="00B61429"/>
    <w:rsid w:val="00B614FC"/>
    <w:rsid w:val="00B61B47"/>
    <w:rsid w:val="00B64310"/>
    <w:rsid w:val="00B64599"/>
    <w:rsid w:val="00B6660E"/>
    <w:rsid w:val="00B66BAF"/>
    <w:rsid w:val="00B673DD"/>
    <w:rsid w:val="00B67708"/>
    <w:rsid w:val="00B70CEC"/>
    <w:rsid w:val="00B71FA3"/>
    <w:rsid w:val="00B720FC"/>
    <w:rsid w:val="00B73264"/>
    <w:rsid w:val="00B7685D"/>
    <w:rsid w:val="00B76BA3"/>
    <w:rsid w:val="00B80ECD"/>
    <w:rsid w:val="00B80F75"/>
    <w:rsid w:val="00B80FF7"/>
    <w:rsid w:val="00B82D47"/>
    <w:rsid w:val="00B8374B"/>
    <w:rsid w:val="00B837D7"/>
    <w:rsid w:val="00B83C0A"/>
    <w:rsid w:val="00B84D5A"/>
    <w:rsid w:val="00B86018"/>
    <w:rsid w:val="00B86798"/>
    <w:rsid w:val="00B86DD2"/>
    <w:rsid w:val="00B87290"/>
    <w:rsid w:val="00B878DE"/>
    <w:rsid w:val="00B92690"/>
    <w:rsid w:val="00B92C0B"/>
    <w:rsid w:val="00B94AF7"/>
    <w:rsid w:val="00B95994"/>
    <w:rsid w:val="00B96EAD"/>
    <w:rsid w:val="00BA0571"/>
    <w:rsid w:val="00BA1CCE"/>
    <w:rsid w:val="00BA35FA"/>
    <w:rsid w:val="00BA3922"/>
    <w:rsid w:val="00BA57E1"/>
    <w:rsid w:val="00BA5EF3"/>
    <w:rsid w:val="00BA6448"/>
    <w:rsid w:val="00BA6A81"/>
    <w:rsid w:val="00BA6DE3"/>
    <w:rsid w:val="00BB15CD"/>
    <w:rsid w:val="00BB3BC8"/>
    <w:rsid w:val="00BB446E"/>
    <w:rsid w:val="00BB468E"/>
    <w:rsid w:val="00BB65ED"/>
    <w:rsid w:val="00BB6759"/>
    <w:rsid w:val="00BB6FC7"/>
    <w:rsid w:val="00BC079C"/>
    <w:rsid w:val="00BC2F00"/>
    <w:rsid w:val="00BC3A5C"/>
    <w:rsid w:val="00BC451A"/>
    <w:rsid w:val="00BC7113"/>
    <w:rsid w:val="00BC7555"/>
    <w:rsid w:val="00BD00A5"/>
    <w:rsid w:val="00BD1776"/>
    <w:rsid w:val="00BD23E8"/>
    <w:rsid w:val="00BD314D"/>
    <w:rsid w:val="00BD34D5"/>
    <w:rsid w:val="00BD5915"/>
    <w:rsid w:val="00BD5ED4"/>
    <w:rsid w:val="00BD7379"/>
    <w:rsid w:val="00BD768F"/>
    <w:rsid w:val="00BE205B"/>
    <w:rsid w:val="00BE27BD"/>
    <w:rsid w:val="00BE46B4"/>
    <w:rsid w:val="00BE4A19"/>
    <w:rsid w:val="00BE4BEE"/>
    <w:rsid w:val="00BE5760"/>
    <w:rsid w:val="00BE6835"/>
    <w:rsid w:val="00BE6897"/>
    <w:rsid w:val="00BF1F65"/>
    <w:rsid w:val="00BF29F5"/>
    <w:rsid w:val="00BF4308"/>
    <w:rsid w:val="00BF5004"/>
    <w:rsid w:val="00BF665F"/>
    <w:rsid w:val="00BF6A91"/>
    <w:rsid w:val="00BF7C01"/>
    <w:rsid w:val="00BF7EFD"/>
    <w:rsid w:val="00C02514"/>
    <w:rsid w:val="00C02B19"/>
    <w:rsid w:val="00C06C4B"/>
    <w:rsid w:val="00C103C8"/>
    <w:rsid w:val="00C10D5D"/>
    <w:rsid w:val="00C112F3"/>
    <w:rsid w:val="00C123CD"/>
    <w:rsid w:val="00C13AF3"/>
    <w:rsid w:val="00C14BF8"/>
    <w:rsid w:val="00C15916"/>
    <w:rsid w:val="00C21CC8"/>
    <w:rsid w:val="00C25417"/>
    <w:rsid w:val="00C25BCA"/>
    <w:rsid w:val="00C26993"/>
    <w:rsid w:val="00C2765E"/>
    <w:rsid w:val="00C27E6F"/>
    <w:rsid w:val="00C302C2"/>
    <w:rsid w:val="00C319AA"/>
    <w:rsid w:val="00C3365B"/>
    <w:rsid w:val="00C338FB"/>
    <w:rsid w:val="00C33B77"/>
    <w:rsid w:val="00C33D41"/>
    <w:rsid w:val="00C34331"/>
    <w:rsid w:val="00C34899"/>
    <w:rsid w:val="00C34B0A"/>
    <w:rsid w:val="00C34BF1"/>
    <w:rsid w:val="00C3579E"/>
    <w:rsid w:val="00C36608"/>
    <w:rsid w:val="00C3661B"/>
    <w:rsid w:val="00C36B86"/>
    <w:rsid w:val="00C37470"/>
    <w:rsid w:val="00C37CDF"/>
    <w:rsid w:val="00C400D3"/>
    <w:rsid w:val="00C4098F"/>
    <w:rsid w:val="00C41582"/>
    <w:rsid w:val="00C41980"/>
    <w:rsid w:val="00C442F0"/>
    <w:rsid w:val="00C45082"/>
    <w:rsid w:val="00C45756"/>
    <w:rsid w:val="00C45811"/>
    <w:rsid w:val="00C46FFE"/>
    <w:rsid w:val="00C4775B"/>
    <w:rsid w:val="00C47E96"/>
    <w:rsid w:val="00C50F86"/>
    <w:rsid w:val="00C5323E"/>
    <w:rsid w:val="00C54A5D"/>
    <w:rsid w:val="00C54EAE"/>
    <w:rsid w:val="00C54F87"/>
    <w:rsid w:val="00C56CE4"/>
    <w:rsid w:val="00C56FC4"/>
    <w:rsid w:val="00C60305"/>
    <w:rsid w:val="00C60EF0"/>
    <w:rsid w:val="00C637B8"/>
    <w:rsid w:val="00C63E5D"/>
    <w:rsid w:val="00C64CC4"/>
    <w:rsid w:val="00C65CE8"/>
    <w:rsid w:val="00C66EDA"/>
    <w:rsid w:val="00C67081"/>
    <w:rsid w:val="00C707AF"/>
    <w:rsid w:val="00C70C17"/>
    <w:rsid w:val="00C72292"/>
    <w:rsid w:val="00C7307B"/>
    <w:rsid w:val="00C737CE"/>
    <w:rsid w:val="00C75157"/>
    <w:rsid w:val="00C757BD"/>
    <w:rsid w:val="00C80AAB"/>
    <w:rsid w:val="00C81D11"/>
    <w:rsid w:val="00C82D37"/>
    <w:rsid w:val="00C83CF3"/>
    <w:rsid w:val="00C8599B"/>
    <w:rsid w:val="00C90A43"/>
    <w:rsid w:val="00C919D3"/>
    <w:rsid w:val="00C9243A"/>
    <w:rsid w:val="00C9302F"/>
    <w:rsid w:val="00C937A5"/>
    <w:rsid w:val="00C95E9A"/>
    <w:rsid w:val="00C96D19"/>
    <w:rsid w:val="00C97F16"/>
    <w:rsid w:val="00CA0414"/>
    <w:rsid w:val="00CA0A02"/>
    <w:rsid w:val="00CA1C36"/>
    <w:rsid w:val="00CA2D64"/>
    <w:rsid w:val="00CA3C2D"/>
    <w:rsid w:val="00CA41F5"/>
    <w:rsid w:val="00CA4C5E"/>
    <w:rsid w:val="00CA6410"/>
    <w:rsid w:val="00CA68E5"/>
    <w:rsid w:val="00CA7B5A"/>
    <w:rsid w:val="00CB0299"/>
    <w:rsid w:val="00CB52D6"/>
    <w:rsid w:val="00CB5DF4"/>
    <w:rsid w:val="00CC1C50"/>
    <w:rsid w:val="00CC2B98"/>
    <w:rsid w:val="00CC579C"/>
    <w:rsid w:val="00CC65EB"/>
    <w:rsid w:val="00CC6AFD"/>
    <w:rsid w:val="00CD210D"/>
    <w:rsid w:val="00CD279F"/>
    <w:rsid w:val="00CD4B1E"/>
    <w:rsid w:val="00CD68A5"/>
    <w:rsid w:val="00CD694E"/>
    <w:rsid w:val="00CD7F6C"/>
    <w:rsid w:val="00CE15C9"/>
    <w:rsid w:val="00CE1F52"/>
    <w:rsid w:val="00CE2218"/>
    <w:rsid w:val="00CE40E8"/>
    <w:rsid w:val="00CE445D"/>
    <w:rsid w:val="00CE46CF"/>
    <w:rsid w:val="00CE5F0B"/>
    <w:rsid w:val="00CE6567"/>
    <w:rsid w:val="00CE6AD7"/>
    <w:rsid w:val="00CF16F7"/>
    <w:rsid w:val="00CF526E"/>
    <w:rsid w:val="00D005C6"/>
    <w:rsid w:val="00D01333"/>
    <w:rsid w:val="00D0174D"/>
    <w:rsid w:val="00D038B9"/>
    <w:rsid w:val="00D03A30"/>
    <w:rsid w:val="00D03F4C"/>
    <w:rsid w:val="00D042D9"/>
    <w:rsid w:val="00D060B2"/>
    <w:rsid w:val="00D06405"/>
    <w:rsid w:val="00D065B2"/>
    <w:rsid w:val="00D10C26"/>
    <w:rsid w:val="00D1201E"/>
    <w:rsid w:val="00D15146"/>
    <w:rsid w:val="00D154AD"/>
    <w:rsid w:val="00D15D8D"/>
    <w:rsid w:val="00D177B7"/>
    <w:rsid w:val="00D20DA7"/>
    <w:rsid w:val="00D20DEB"/>
    <w:rsid w:val="00D21227"/>
    <w:rsid w:val="00D22C3B"/>
    <w:rsid w:val="00D22D1C"/>
    <w:rsid w:val="00D23EC9"/>
    <w:rsid w:val="00D255EA"/>
    <w:rsid w:val="00D25EFC"/>
    <w:rsid w:val="00D2629B"/>
    <w:rsid w:val="00D26ED1"/>
    <w:rsid w:val="00D3008E"/>
    <w:rsid w:val="00D310B5"/>
    <w:rsid w:val="00D31DD2"/>
    <w:rsid w:val="00D332BB"/>
    <w:rsid w:val="00D33ACA"/>
    <w:rsid w:val="00D346B2"/>
    <w:rsid w:val="00D364F8"/>
    <w:rsid w:val="00D3694F"/>
    <w:rsid w:val="00D378B3"/>
    <w:rsid w:val="00D37A6C"/>
    <w:rsid w:val="00D41955"/>
    <w:rsid w:val="00D4197F"/>
    <w:rsid w:val="00D4271F"/>
    <w:rsid w:val="00D42893"/>
    <w:rsid w:val="00D46086"/>
    <w:rsid w:val="00D4608F"/>
    <w:rsid w:val="00D46C22"/>
    <w:rsid w:val="00D47930"/>
    <w:rsid w:val="00D47AFE"/>
    <w:rsid w:val="00D47FDD"/>
    <w:rsid w:val="00D502AB"/>
    <w:rsid w:val="00D503FE"/>
    <w:rsid w:val="00D508DF"/>
    <w:rsid w:val="00D51137"/>
    <w:rsid w:val="00D521DA"/>
    <w:rsid w:val="00D53296"/>
    <w:rsid w:val="00D533C8"/>
    <w:rsid w:val="00D53441"/>
    <w:rsid w:val="00D54B11"/>
    <w:rsid w:val="00D54FB4"/>
    <w:rsid w:val="00D55D2E"/>
    <w:rsid w:val="00D561B7"/>
    <w:rsid w:val="00D56562"/>
    <w:rsid w:val="00D56632"/>
    <w:rsid w:val="00D577F6"/>
    <w:rsid w:val="00D60763"/>
    <w:rsid w:val="00D64EF9"/>
    <w:rsid w:val="00D66FC1"/>
    <w:rsid w:val="00D6756A"/>
    <w:rsid w:val="00D67B81"/>
    <w:rsid w:val="00D67C5C"/>
    <w:rsid w:val="00D700CA"/>
    <w:rsid w:val="00D7124A"/>
    <w:rsid w:val="00D72A7C"/>
    <w:rsid w:val="00D742B1"/>
    <w:rsid w:val="00D74DB9"/>
    <w:rsid w:val="00D76429"/>
    <w:rsid w:val="00D77844"/>
    <w:rsid w:val="00D80CF2"/>
    <w:rsid w:val="00D812BB"/>
    <w:rsid w:val="00D81E8E"/>
    <w:rsid w:val="00D82D19"/>
    <w:rsid w:val="00D83F23"/>
    <w:rsid w:val="00D83F93"/>
    <w:rsid w:val="00D83FEA"/>
    <w:rsid w:val="00D87474"/>
    <w:rsid w:val="00D91D7D"/>
    <w:rsid w:val="00D93577"/>
    <w:rsid w:val="00D944EA"/>
    <w:rsid w:val="00D94CA7"/>
    <w:rsid w:val="00D9624C"/>
    <w:rsid w:val="00DA0A1F"/>
    <w:rsid w:val="00DA3A37"/>
    <w:rsid w:val="00DA4332"/>
    <w:rsid w:val="00DA4C0B"/>
    <w:rsid w:val="00DA5698"/>
    <w:rsid w:val="00DA593F"/>
    <w:rsid w:val="00DA6579"/>
    <w:rsid w:val="00DB0EE3"/>
    <w:rsid w:val="00DB0FBC"/>
    <w:rsid w:val="00DB253F"/>
    <w:rsid w:val="00DB2FA8"/>
    <w:rsid w:val="00DB44A9"/>
    <w:rsid w:val="00DB5C67"/>
    <w:rsid w:val="00DB7E9D"/>
    <w:rsid w:val="00DC0592"/>
    <w:rsid w:val="00DC162F"/>
    <w:rsid w:val="00DC1A71"/>
    <w:rsid w:val="00DC4D65"/>
    <w:rsid w:val="00DC6AB6"/>
    <w:rsid w:val="00DD1099"/>
    <w:rsid w:val="00DD28A5"/>
    <w:rsid w:val="00DD2BAC"/>
    <w:rsid w:val="00DD33B1"/>
    <w:rsid w:val="00DD7778"/>
    <w:rsid w:val="00DD7F58"/>
    <w:rsid w:val="00DE3845"/>
    <w:rsid w:val="00DE433A"/>
    <w:rsid w:val="00DE4AEC"/>
    <w:rsid w:val="00DE5664"/>
    <w:rsid w:val="00DE5C98"/>
    <w:rsid w:val="00DE5D96"/>
    <w:rsid w:val="00DE6677"/>
    <w:rsid w:val="00DE7311"/>
    <w:rsid w:val="00DE749D"/>
    <w:rsid w:val="00DE7EE4"/>
    <w:rsid w:val="00DF0B7F"/>
    <w:rsid w:val="00DF15E6"/>
    <w:rsid w:val="00DF1A74"/>
    <w:rsid w:val="00DF26DB"/>
    <w:rsid w:val="00DF2D96"/>
    <w:rsid w:val="00DF441D"/>
    <w:rsid w:val="00DF55DB"/>
    <w:rsid w:val="00DF66E9"/>
    <w:rsid w:val="00DF6F0B"/>
    <w:rsid w:val="00DF7294"/>
    <w:rsid w:val="00DF74D2"/>
    <w:rsid w:val="00DF7E7A"/>
    <w:rsid w:val="00E00005"/>
    <w:rsid w:val="00E01559"/>
    <w:rsid w:val="00E02D60"/>
    <w:rsid w:val="00E03E7E"/>
    <w:rsid w:val="00E04358"/>
    <w:rsid w:val="00E049CA"/>
    <w:rsid w:val="00E06607"/>
    <w:rsid w:val="00E0735C"/>
    <w:rsid w:val="00E106FB"/>
    <w:rsid w:val="00E11B98"/>
    <w:rsid w:val="00E12235"/>
    <w:rsid w:val="00E13044"/>
    <w:rsid w:val="00E13B15"/>
    <w:rsid w:val="00E13B21"/>
    <w:rsid w:val="00E13DA0"/>
    <w:rsid w:val="00E16B4C"/>
    <w:rsid w:val="00E205F0"/>
    <w:rsid w:val="00E20C24"/>
    <w:rsid w:val="00E214B0"/>
    <w:rsid w:val="00E223D4"/>
    <w:rsid w:val="00E240CF"/>
    <w:rsid w:val="00E25C2C"/>
    <w:rsid w:val="00E25E3C"/>
    <w:rsid w:val="00E26221"/>
    <w:rsid w:val="00E2635D"/>
    <w:rsid w:val="00E2672B"/>
    <w:rsid w:val="00E27631"/>
    <w:rsid w:val="00E30A88"/>
    <w:rsid w:val="00E30BBC"/>
    <w:rsid w:val="00E31EDA"/>
    <w:rsid w:val="00E32FD0"/>
    <w:rsid w:val="00E34BBD"/>
    <w:rsid w:val="00E36091"/>
    <w:rsid w:val="00E367C0"/>
    <w:rsid w:val="00E40296"/>
    <w:rsid w:val="00E40593"/>
    <w:rsid w:val="00E41B1E"/>
    <w:rsid w:val="00E424DC"/>
    <w:rsid w:val="00E43AD6"/>
    <w:rsid w:val="00E459F3"/>
    <w:rsid w:val="00E45F0E"/>
    <w:rsid w:val="00E471A2"/>
    <w:rsid w:val="00E475E5"/>
    <w:rsid w:val="00E507C6"/>
    <w:rsid w:val="00E50C57"/>
    <w:rsid w:val="00E52537"/>
    <w:rsid w:val="00E53F5A"/>
    <w:rsid w:val="00E540B2"/>
    <w:rsid w:val="00E556E6"/>
    <w:rsid w:val="00E63561"/>
    <w:rsid w:val="00E639F2"/>
    <w:rsid w:val="00E63D83"/>
    <w:rsid w:val="00E6501A"/>
    <w:rsid w:val="00E65A7B"/>
    <w:rsid w:val="00E65EB7"/>
    <w:rsid w:val="00E66E46"/>
    <w:rsid w:val="00E67879"/>
    <w:rsid w:val="00E72EF8"/>
    <w:rsid w:val="00E72F7F"/>
    <w:rsid w:val="00E7493F"/>
    <w:rsid w:val="00E77640"/>
    <w:rsid w:val="00E77B0A"/>
    <w:rsid w:val="00E82D5F"/>
    <w:rsid w:val="00E84B28"/>
    <w:rsid w:val="00E85A31"/>
    <w:rsid w:val="00E862D4"/>
    <w:rsid w:val="00E866A1"/>
    <w:rsid w:val="00E909E7"/>
    <w:rsid w:val="00E91365"/>
    <w:rsid w:val="00E934AD"/>
    <w:rsid w:val="00E960A4"/>
    <w:rsid w:val="00E96154"/>
    <w:rsid w:val="00E969FE"/>
    <w:rsid w:val="00E97506"/>
    <w:rsid w:val="00E977FA"/>
    <w:rsid w:val="00E97EEE"/>
    <w:rsid w:val="00E97FD5"/>
    <w:rsid w:val="00EA0FBA"/>
    <w:rsid w:val="00EA147A"/>
    <w:rsid w:val="00EA5125"/>
    <w:rsid w:val="00EA622E"/>
    <w:rsid w:val="00EB3115"/>
    <w:rsid w:val="00EB44AC"/>
    <w:rsid w:val="00EB4561"/>
    <w:rsid w:val="00EB4F07"/>
    <w:rsid w:val="00EB77A9"/>
    <w:rsid w:val="00EB7896"/>
    <w:rsid w:val="00EB78DF"/>
    <w:rsid w:val="00EC102C"/>
    <w:rsid w:val="00EC25EA"/>
    <w:rsid w:val="00EC3C08"/>
    <w:rsid w:val="00EC752D"/>
    <w:rsid w:val="00EC7867"/>
    <w:rsid w:val="00ED17BE"/>
    <w:rsid w:val="00ED3280"/>
    <w:rsid w:val="00ED3AF5"/>
    <w:rsid w:val="00ED547A"/>
    <w:rsid w:val="00ED5525"/>
    <w:rsid w:val="00ED5B2F"/>
    <w:rsid w:val="00ED5EDB"/>
    <w:rsid w:val="00EE0F3A"/>
    <w:rsid w:val="00EE10EF"/>
    <w:rsid w:val="00EE39E0"/>
    <w:rsid w:val="00EE4573"/>
    <w:rsid w:val="00EE4B8C"/>
    <w:rsid w:val="00EE542A"/>
    <w:rsid w:val="00EE5CDA"/>
    <w:rsid w:val="00EF07C1"/>
    <w:rsid w:val="00EF0EDC"/>
    <w:rsid w:val="00EF2EF1"/>
    <w:rsid w:val="00EF3968"/>
    <w:rsid w:val="00EF49C9"/>
    <w:rsid w:val="00EF5A76"/>
    <w:rsid w:val="00EF7BFD"/>
    <w:rsid w:val="00F00549"/>
    <w:rsid w:val="00F00AE0"/>
    <w:rsid w:val="00F00B4A"/>
    <w:rsid w:val="00F00F9A"/>
    <w:rsid w:val="00F07E0C"/>
    <w:rsid w:val="00F11803"/>
    <w:rsid w:val="00F11B49"/>
    <w:rsid w:val="00F12830"/>
    <w:rsid w:val="00F144AF"/>
    <w:rsid w:val="00F14EC0"/>
    <w:rsid w:val="00F16062"/>
    <w:rsid w:val="00F161E8"/>
    <w:rsid w:val="00F16715"/>
    <w:rsid w:val="00F200C8"/>
    <w:rsid w:val="00F21866"/>
    <w:rsid w:val="00F220AD"/>
    <w:rsid w:val="00F22158"/>
    <w:rsid w:val="00F24514"/>
    <w:rsid w:val="00F2474B"/>
    <w:rsid w:val="00F249CC"/>
    <w:rsid w:val="00F25A41"/>
    <w:rsid w:val="00F27EBE"/>
    <w:rsid w:val="00F3426D"/>
    <w:rsid w:val="00F3583E"/>
    <w:rsid w:val="00F40D4A"/>
    <w:rsid w:val="00F40F14"/>
    <w:rsid w:val="00F4183B"/>
    <w:rsid w:val="00F43D3F"/>
    <w:rsid w:val="00F44BBF"/>
    <w:rsid w:val="00F4556D"/>
    <w:rsid w:val="00F45AEB"/>
    <w:rsid w:val="00F46260"/>
    <w:rsid w:val="00F47241"/>
    <w:rsid w:val="00F5013A"/>
    <w:rsid w:val="00F506CA"/>
    <w:rsid w:val="00F51F43"/>
    <w:rsid w:val="00F52D54"/>
    <w:rsid w:val="00F566AF"/>
    <w:rsid w:val="00F5680D"/>
    <w:rsid w:val="00F56B14"/>
    <w:rsid w:val="00F57D43"/>
    <w:rsid w:val="00F62203"/>
    <w:rsid w:val="00F62B3B"/>
    <w:rsid w:val="00F62BC9"/>
    <w:rsid w:val="00F6541F"/>
    <w:rsid w:val="00F65A67"/>
    <w:rsid w:val="00F66EBC"/>
    <w:rsid w:val="00F71486"/>
    <w:rsid w:val="00F717D8"/>
    <w:rsid w:val="00F72F44"/>
    <w:rsid w:val="00F73699"/>
    <w:rsid w:val="00F76F12"/>
    <w:rsid w:val="00F808FC"/>
    <w:rsid w:val="00F812D8"/>
    <w:rsid w:val="00F8164C"/>
    <w:rsid w:val="00F8171B"/>
    <w:rsid w:val="00F84C7D"/>
    <w:rsid w:val="00F84FB1"/>
    <w:rsid w:val="00F8618F"/>
    <w:rsid w:val="00F86236"/>
    <w:rsid w:val="00F87B78"/>
    <w:rsid w:val="00F905D7"/>
    <w:rsid w:val="00F9117D"/>
    <w:rsid w:val="00F9150B"/>
    <w:rsid w:val="00F93B35"/>
    <w:rsid w:val="00F94EB1"/>
    <w:rsid w:val="00F97031"/>
    <w:rsid w:val="00FA024D"/>
    <w:rsid w:val="00FA169D"/>
    <w:rsid w:val="00FA18C6"/>
    <w:rsid w:val="00FA28DE"/>
    <w:rsid w:val="00FA3541"/>
    <w:rsid w:val="00FA3CB1"/>
    <w:rsid w:val="00FA53DE"/>
    <w:rsid w:val="00FA6034"/>
    <w:rsid w:val="00FA78C0"/>
    <w:rsid w:val="00FB0824"/>
    <w:rsid w:val="00FB0DF4"/>
    <w:rsid w:val="00FB1562"/>
    <w:rsid w:val="00FB38EB"/>
    <w:rsid w:val="00FB6B5F"/>
    <w:rsid w:val="00FC0E18"/>
    <w:rsid w:val="00FC299E"/>
    <w:rsid w:val="00FC2ADC"/>
    <w:rsid w:val="00FC3DC1"/>
    <w:rsid w:val="00FC3FBC"/>
    <w:rsid w:val="00FC5AD4"/>
    <w:rsid w:val="00FC78D4"/>
    <w:rsid w:val="00FC7E87"/>
    <w:rsid w:val="00FD1EDA"/>
    <w:rsid w:val="00FD23E0"/>
    <w:rsid w:val="00FD275E"/>
    <w:rsid w:val="00FD2F35"/>
    <w:rsid w:val="00FD3AC8"/>
    <w:rsid w:val="00FD5A74"/>
    <w:rsid w:val="00FD7126"/>
    <w:rsid w:val="00FD770A"/>
    <w:rsid w:val="00FD781A"/>
    <w:rsid w:val="00FD7C55"/>
    <w:rsid w:val="00FE1291"/>
    <w:rsid w:val="00FE1B30"/>
    <w:rsid w:val="00FE1CA5"/>
    <w:rsid w:val="00FE2E76"/>
    <w:rsid w:val="00FE4055"/>
    <w:rsid w:val="00FE53E9"/>
    <w:rsid w:val="00FE6BA8"/>
    <w:rsid w:val="00FE6C62"/>
    <w:rsid w:val="00FE74C7"/>
    <w:rsid w:val="00FF0950"/>
    <w:rsid w:val="00FF27E0"/>
    <w:rsid w:val="00FF2C09"/>
    <w:rsid w:val="00FF31A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DDAC0A"/>
  <w15:docId w15:val="{112DD32D-F842-48F8-8860-DC244B16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F43"/>
    <w:pPr>
      <w:spacing w:after="120" w:line="360" w:lineRule="auto"/>
      <w:jc w:val="both"/>
    </w:pPr>
    <w:rPr>
      <w:color w:val="000000"/>
      <w:sz w:val="24"/>
      <w:szCs w:val="24"/>
    </w:rPr>
  </w:style>
  <w:style w:type="paragraph" w:styleId="Naslov1">
    <w:name w:val="heading 1"/>
    <w:basedOn w:val="Normal"/>
    <w:next w:val="Normal"/>
    <w:link w:val="Naslov1Char"/>
    <w:uiPriority w:val="9"/>
    <w:qFormat/>
    <w:rsid w:val="0000781B"/>
    <w:pPr>
      <w:keepNext/>
      <w:pageBreakBefore/>
      <w:spacing w:after="240"/>
      <w:jc w:val="left"/>
      <w:outlineLvl w:val="0"/>
    </w:pPr>
    <w:rPr>
      <w:b/>
      <w:bCs/>
      <w:sz w:val="30"/>
      <w:szCs w:val="30"/>
    </w:rPr>
  </w:style>
  <w:style w:type="paragraph" w:styleId="Naslov2">
    <w:name w:val="heading 2"/>
    <w:basedOn w:val="Normal"/>
    <w:next w:val="Normal"/>
    <w:link w:val="Naslov2Char"/>
    <w:uiPriority w:val="9"/>
    <w:qFormat/>
    <w:rsid w:val="00F51F43"/>
    <w:pPr>
      <w:keepNext/>
      <w:spacing w:before="360"/>
      <w:jc w:val="left"/>
      <w:outlineLvl w:val="1"/>
    </w:pPr>
    <w:rPr>
      <w:b/>
      <w:bCs/>
      <w:sz w:val="28"/>
      <w:szCs w:val="28"/>
    </w:rPr>
  </w:style>
  <w:style w:type="paragraph" w:styleId="Naslov3">
    <w:name w:val="heading 3"/>
    <w:basedOn w:val="Normal"/>
    <w:next w:val="Normal"/>
    <w:link w:val="Naslov3Char"/>
    <w:uiPriority w:val="9"/>
    <w:qFormat/>
    <w:rsid w:val="0000781B"/>
    <w:pPr>
      <w:keepNext/>
      <w:spacing w:before="360"/>
      <w:jc w:val="left"/>
      <w:outlineLvl w:val="2"/>
    </w:pPr>
    <w:rPr>
      <w:b/>
      <w:bCs/>
      <w:sz w:val="26"/>
      <w:szCs w:val="26"/>
    </w:rPr>
  </w:style>
  <w:style w:type="paragraph" w:styleId="Naslov4">
    <w:name w:val="heading 4"/>
    <w:basedOn w:val="Normal"/>
    <w:next w:val="Normal"/>
    <w:link w:val="Naslov4Char"/>
    <w:uiPriority w:val="9"/>
    <w:qFormat/>
    <w:rsid w:val="0000781B"/>
    <w:pPr>
      <w:keepNext/>
      <w:outlineLvl w:val="3"/>
    </w:pPr>
    <w:rPr>
      <w:b/>
      <w:sz w:val="28"/>
    </w:rPr>
  </w:style>
  <w:style w:type="paragraph" w:styleId="Naslov5">
    <w:name w:val="heading 5"/>
    <w:basedOn w:val="Normal"/>
    <w:next w:val="Normal"/>
    <w:link w:val="Naslov5Char"/>
    <w:uiPriority w:val="9"/>
    <w:qFormat/>
    <w:rsid w:val="0000781B"/>
    <w:pPr>
      <w:keepNext/>
      <w:outlineLvl w:val="4"/>
    </w:pPr>
    <w:rPr>
      <w:b/>
    </w:rPr>
  </w:style>
  <w:style w:type="paragraph" w:styleId="Naslov6">
    <w:name w:val="heading 6"/>
    <w:basedOn w:val="Normal"/>
    <w:next w:val="Normal"/>
    <w:link w:val="Naslov6Char"/>
    <w:uiPriority w:val="9"/>
    <w:qFormat/>
    <w:rsid w:val="0000781B"/>
    <w:pPr>
      <w:keepNext/>
      <w:jc w:val="center"/>
      <w:outlineLvl w:val="5"/>
    </w:pPr>
  </w:style>
  <w:style w:type="paragraph" w:styleId="Naslov7">
    <w:name w:val="heading 7"/>
    <w:basedOn w:val="Normal"/>
    <w:next w:val="Normal"/>
    <w:link w:val="Naslov7Char"/>
    <w:uiPriority w:val="9"/>
    <w:qFormat/>
    <w:rsid w:val="0000781B"/>
    <w:pPr>
      <w:keepNext/>
      <w:ind w:left="4320"/>
      <w:outlineLvl w:val="6"/>
    </w:pPr>
  </w:style>
  <w:style w:type="paragraph" w:styleId="Naslov8">
    <w:name w:val="heading 8"/>
    <w:basedOn w:val="Normal"/>
    <w:next w:val="Normal"/>
    <w:link w:val="Naslov8Char"/>
    <w:uiPriority w:val="9"/>
    <w:qFormat/>
    <w:rsid w:val="0000781B"/>
    <w:pPr>
      <w:keepNext/>
      <w:ind w:left="5040"/>
      <w:outlineLvl w:val="7"/>
    </w:pPr>
  </w:style>
  <w:style w:type="paragraph" w:styleId="Naslov9">
    <w:name w:val="heading 9"/>
    <w:basedOn w:val="Normal"/>
    <w:next w:val="Normal"/>
    <w:link w:val="Naslov9Char"/>
    <w:uiPriority w:val="9"/>
    <w:qFormat/>
    <w:rsid w:val="0000781B"/>
    <w:pPr>
      <w:keepNext/>
      <w:jc w:val="center"/>
      <w:outlineLvl w:val="8"/>
    </w:pPr>
    <w:rPr>
      <w:b/>
      <w:sz w:val="3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555A3"/>
    <w:rPr>
      <w:color w:val="000000"/>
      <w:sz w:val="24"/>
    </w:rPr>
  </w:style>
  <w:style w:type="character" w:customStyle="1" w:styleId="Naslov2Char">
    <w:name w:val="Naslov 2 Char"/>
    <w:basedOn w:val="Zadanifontodlomka"/>
    <w:link w:val="Naslov2"/>
    <w:uiPriority w:val="9"/>
    <w:rsid w:val="00F51F43"/>
    <w:rPr>
      <w:b/>
      <w:color w:val="000000"/>
      <w:sz w:val="22"/>
    </w:rPr>
  </w:style>
  <w:style w:type="character" w:customStyle="1" w:styleId="Naslov3Char">
    <w:name w:val="Naslov 3 Char"/>
    <w:basedOn w:val="Zadanifontodlomka"/>
    <w:link w:val="Naslov3"/>
    <w:uiPriority w:val="9"/>
    <w:rsid w:val="000555A3"/>
    <w:rPr>
      <w:i/>
      <w:color w:val="000000"/>
      <w:sz w:val="24"/>
    </w:rPr>
  </w:style>
  <w:style w:type="character" w:customStyle="1" w:styleId="Naslov4Char">
    <w:name w:val="Naslov 4 Char"/>
    <w:basedOn w:val="Zadanifontodlomka"/>
    <w:link w:val="Naslov4"/>
    <w:uiPriority w:val="9"/>
    <w:rsid w:val="000555A3"/>
    <w:rPr>
      <w:b/>
      <w:color w:val="000000"/>
      <w:sz w:val="28"/>
    </w:rPr>
  </w:style>
  <w:style w:type="character" w:customStyle="1" w:styleId="Naslov5Char">
    <w:name w:val="Naslov 5 Char"/>
    <w:basedOn w:val="Zadanifontodlomka"/>
    <w:link w:val="Naslov5"/>
    <w:uiPriority w:val="9"/>
    <w:rsid w:val="000555A3"/>
    <w:rPr>
      <w:b/>
      <w:color w:val="000000"/>
      <w:sz w:val="24"/>
    </w:rPr>
  </w:style>
  <w:style w:type="character" w:customStyle="1" w:styleId="Naslov6Char">
    <w:name w:val="Naslov 6 Char"/>
    <w:basedOn w:val="Zadanifontodlomka"/>
    <w:link w:val="Naslov6"/>
    <w:uiPriority w:val="9"/>
    <w:rsid w:val="000555A3"/>
    <w:rPr>
      <w:color w:val="000000"/>
      <w:sz w:val="24"/>
    </w:rPr>
  </w:style>
  <w:style w:type="character" w:customStyle="1" w:styleId="Naslov7Char">
    <w:name w:val="Naslov 7 Char"/>
    <w:basedOn w:val="Zadanifontodlomka"/>
    <w:link w:val="Naslov7"/>
    <w:uiPriority w:val="9"/>
    <w:rsid w:val="000555A3"/>
    <w:rPr>
      <w:color w:val="000000"/>
      <w:sz w:val="24"/>
    </w:rPr>
  </w:style>
  <w:style w:type="character" w:customStyle="1" w:styleId="Naslov8Char">
    <w:name w:val="Naslov 8 Char"/>
    <w:basedOn w:val="Zadanifontodlomka"/>
    <w:link w:val="Naslov8"/>
    <w:uiPriority w:val="9"/>
    <w:rsid w:val="000555A3"/>
    <w:rPr>
      <w:color w:val="000000"/>
      <w:sz w:val="24"/>
    </w:rPr>
  </w:style>
  <w:style w:type="character" w:customStyle="1" w:styleId="Naslov9Char">
    <w:name w:val="Naslov 9 Char"/>
    <w:basedOn w:val="Zadanifontodlomka"/>
    <w:link w:val="Naslov9"/>
    <w:uiPriority w:val="9"/>
    <w:rsid w:val="000555A3"/>
    <w:rPr>
      <w:b/>
      <w:color w:val="000000"/>
      <w:sz w:val="36"/>
    </w:rPr>
  </w:style>
  <w:style w:type="paragraph" w:styleId="Tijeloteksta">
    <w:name w:val="Body Text"/>
    <w:basedOn w:val="Normal"/>
    <w:link w:val="TijelotekstaChar"/>
    <w:uiPriority w:val="99"/>
    <w:rsid w:val="0000781B"/>
  </w:style>
  <w:style w:type="character" w:customStyle="1" w:styleId="TijelotekstaChar">
    <w:name w:val="Tijelo teksta Char"/>
    <w:basedOn w:val="Zadanifontodlomka"/>
    <w:link w:val="Tijeloteksta"/>
    <w:uiPriority w:val="99"/>
    <w:rsid w:val="006A2A87"/>
    <w:rPr>
      <w:color w:val="000000"/>
      <w:sz w:val="24"/>
    </w:rPr>
  </w:style>
  <w:style w:type="paragraph" w:styleId="Tijeloteksta2">
    <w:name w:val="Body Text 2"/>
    <w:basedOn w:val="Normal"/>
    <w:link w:val="Tijeloteksta2Char"/>
    <w:uiPriority w:val="99"/>
    <w:rsid w:val="0000781B"/>
    <w:rPr>
      <w:b/>
    </w:rPr>
  </w:style>
  <w:style w:type="character" w:customStyle="1" w:styleId="Tijeloteksta2Char">
    <w:name w:val="Tijelo teksta 2 Char"/>
    <w:basedOn w:val="Zadanifontodlomka"/>
    <w:link w:val="Tijeloteksta2"/>
    <w:uiPriority w:val="99"/>
    <w:rsid w:val="000555A3"/>
    <w:rPr>
      <w:b/>
      <w:color w:val="000000"/>
      <w:sz w:val="24"/>
    </w:rPr>
  </w:style>
  <w:style w:type="paragraph" w:styleId="Tijeloteksta3">
    <w:name w:val="Body Text 3"/>
    <w:basedOn w:val="Normal"/>
    <w:link w:val="Tijeloteksta3Char"/>
    <w:uiPriority w:val="99"/>
    <w:rsid w:val="0000781B"/>
    <w:rPr>
      <w:b/>
      <w:i/>
    </w:rPr>
  </w:style>
  <w:style w:type="character" w:customStyle="1" w:styleId="Tijeloteksta3Char">
    <w:name w:val="Tijelo teksta 3 Char"/>
    <w:basedOn w:val="Zadanifontodlomka"/>
    <w:link w:val="Tijeloteksta3"/>
    <w:uiPriority w:val="99"/>
    <w:rsid w:val="000555A3"/>
    <w:rPr>
      <w:b/>
      <w:i/>
      <w:color w:val="000000"/>
      <w:sz w:val="24"/>
    </w:rPr>
  </w:style>
  <w:style w:type="paragraph" w:styleId="Uvuenotijeloteksta">
    <w:name w:val="Body Text Indent"/>
    <w:basedOn w:val="Normal"/>
    <w:semiHidden/>
    <w:rsid w:val="0000781B"/>
    <w:pPr>
      <w:ind w:left="142"/>
      <w:jc w:val="center"/>
    </w:pPr>
  </w:style>
  <w:style w:type="paragraph" w:styleId="Tijeloteksta-uvlaka2">
    <w:name w:val="Body Text Indent 2"/>
    <w:aliases w:val="  uvlaka 2"/>
    <w:basedOn w:val="Normal"/>
    <w:semiHidden/>
    <w:rsid w:val="0000781B"/>
    <w:pPr>
      <w:ind w:left="5040"/>
    </w:pPr>
  </w:style>
  <w:style w:type="paragraph" w:styleId="Tijeloteksta-uvlaka3">
    <w:name w:val="Body Text Indent 3"/>
    <w:aliases w:val=" uvlaka 3"/>
    <w:basedOn w:val="Normal"/>
    <w:semiHidden/>
    <w:rsid w:val="0000781B"/>
    <w:pPr>
      <w:ind w:left="5103"/>
    </w:pPr>
  </w:style>
  <w:style w:type="paragraph" w:styleId="Zaglavlje">
    <w:name w:val="header"/>
    <w:basedOn w:val="Normal"/>
    <w:link w:val="ZaglavljeChar"/>
    <w:uiPriority w:val="99"/>
    <w:rsid w:val="0000781B"/>
    <w:pPr>
      <w:tabs>
        <w:tab w:val="center" w:pos="4320"/>
        <w:tab w:val="right" w:pos="8640"/>
      </w:tabs>
    </w:pPr>
  </w:style>
  <w:style w:type="character" w:customStyle="1" w:styleId="ZaglavljeChar">
    <w:name w:val="Zaglavlje Char"/>
    <w:basedOn w:val="Zadanifontodlomka"/>
    <w:link w:val="Zaglavlje"/>
    <w:uiPriority w:val="99"/>
    <w:rsid w:val="000555A3"/>
    <w:rPr>
      <w:color w:val="000000"/>
      <w:sz w:val="24"/>
    </w:rPr>
  </w:style>
  <w:style w:type="paragraph" w:styleId="Podnoje">
    <w:name w:val="footer"/>
    <w:basedOn w:val="Normal"/>
    <w:link w:val="PodnojeChar"/>
    <w:uiPriority w:val="99"/>
    <w:rsid w:val="0000781B"/>
    <w:pPr>
      <w:tabs>
        <w:tab w:val="center" w:pos="4320"/>
        <w:tab w:val="right" w:pos="8640"/>
      </w:tabs>
    </w:pPr>
  </w:style>
  <w:style w:type="character" w:customStyle="1" w:styleId="PodnojeChar">
    <w:name w:val="Podnožje Char"/>
    <w:link w:val="Podnoje"/>
    <w:uiPriority w:val="99"/>
    <w:rsid w:val="00EC3C08"/>
    <w:rPr>
      <w:color w:val="000000"/>
      <w:sz w:val="24"/>
      <w:lang w:val="en-GB"/>
    </w:rPr>
  </w:style>
  <w:style w:type="character" w:styleId="Brojstranice">
    <w:name w:val="page number"/>
    <w:basedOn w:val="Zadanifontodlomka"/>
    <w:semiHidden/>
    <w:rsid w:val="0000781B"/>
    <w:rPr>
      <w:color w:val="000000"/>
    </w:rPr>
  </w:style>
  <w:style w:type="paragraph" w:styleId="Kartadokumenta">
    <w:name w:val="Document Map"/>
    <w:basedOn w:val="Normal"/>
    <w:semiHidden/>
    <w:rsid w:val="0000781B"/>
    <w:pPr>
      <w:shd w:val="clear" w:color="auto" w:fill="000080"/>
    </w:pPr>
  </w:style>
  <w:style w:type="paragraph" w:styleId="StandardWeb">
    <w:name w:val="Normal (Web)"/>
    <w:basedOn w:val="Normal"/>
    <w:uiPriority w:val="99"/>
    <w:semiHidden/>
    <w:rsid w:val="0000781B"/>
    <w:pPr>
      <w:spacing w:before="100" w:beforeAutospacing="1" w:after="100" w:afterAutospacing="1"/>
    </w:pPr>
  </w:style>
  <w:style w:type="character" w:styleId="SlijeenaHiperveza">
    <w:name w:val="FollowedHyperlink"/>
    <w:semiHidden/>
    <w:rsid w:val="0000781B"/>
    <w:rPr>
      <w:color w:val="000000"/>
      <w:u w:val="single"/>
    </w:rPr>
  </w:style>
  <w:style w:type="paragraph" w:customStyle="1" w:styleId="StyleHeading114ptBold">
    <w:name w:val="Style Heading 1 + 14 pt Bold"/>
    <w:basedOn w:val="Naslov1"/>
    <w:rsid w:val="0000781B"/>
    <w:pPr>
      <w:numPr>
        <w:numId w:val="7"/>
      </w:numPr>
    </w:pPr>
    <w:rPr>
      <w:sz w:val="28"/>
    </w:rPr>
  </w:style>
  <w:style w:type="paragraph" w:customStyle="1" w:styleId="NASLOVPARAGRAFA">
    <w:name w:val="NASLOV PARAGRAFA"/>
    <w:basedOn w:val="StyleHeading114ptBold"/>
    <w:rsid w:val="0000781B"/>
    <w:pPr>
      <w:ind w:left="357" w:hanging="357"/>
    </w:pPr>
  </w:style>
  <w:style w:type="paragraph" w:styleId="Sadraj1">
    <w:name w:val="toc 1"/>
    <w:basedOn w:val="Normal"/>
    <w:next w:val="Normal"/>
    <w:autoRedefine/>
    <w:uiPriority w:val="39"/>
    <w:rsid w:val="00897BBD"/>
    <w:pPr>
      <w:tabs>
        <w:tab w:val="right" w:leader="dot" w:pos="9062"/>
      </w:tabs>
    </w:pPr>
    <w:rPr>
      <w:noProof/>
    </w:rPr>
  </w:style>
  <w:style w:type="paragraph" w:styleId="Sadraj2">
    <w:name w:val="toc 2"/>
    <w:basedOn w:val="Normal"/>
    <w:next w:val="Normal"/>
    <w:autoRedefine/>
    <w:uiPriority w:val="39"/>
    <w:rsid w:val="0000781B"/>
  </w:style>
  <w:style w:type="paragraph" w:styleId="Sadraj3">
    <w:name w:val="toc 3"/>
    <w:basedOn w:val="Normal"/>
    <w:next w:val="Normal"/>
    <w:autoRedefine/>
    <w:uiPriority w:val="39"/>
    <w:rsid w:val="0000781B"/>
    <w:pPr>
      <w:ind w:left="200"/>
    </w:pPr>
  </w:style>
  <w:style w:type="paragraph" w:styleId="Sadraj4">
    <w:name w:val="toc 4"/>
    <w:basedOn w:val="Normal"/>
    <w:next w:val="Normal"/>
    <w:autoRedefine/>
    <w:uiPriority w:val="39"/>
    <w:rsid w:val="0000781B"/>
    <w:pPr>
      <w:ind w:left="400"/>
    </w:pPr>
  </w:style>
  <w:style w:type="paragraph" w:styleId="Sadraj5">
    <w:name w:val="toc 5"/>
    <w:basedOn w:val="Normal"/>
    <w:next w:val="Normal"/>
    <w:autoRedefine/>
    <w:uiPriority w:val="39"/>
    <w:rsid w:val="0000781B"/>
    <w:pPr>
      <w:ind w:left="600"/>
    </w:pPr>
  </w:style>
  <w:style w:type="paragraph" w:styleId="Sadraj6">
    <w:name w:val="toc 6"/>
    <w:basedOn w:val="Normal"/>
    <w:next w:val="Normal"/>
    <w:autoRedefine/>
    <w:uiPriority w:val="39"/>
    <w:rsid w:val="0000781B"/>
    <w:pPr>
      <w:ind w:left="800"/>
    </w:pPr>
  </w:style>
  <w:style w:type="paragraph" w:styleId="Sadraj7">
    <w:name w:val="toc 7"/>
    <w:basedOn w:val="Normal"/>
    <w:next w:val="Normal"/>
    <w:autoRedefine/>
    <w:uiPriority w:val="39"/>
    <w:rsid w:val="0000781B"/>
    <w:pPr>
      <w:ind w:left="1000"/>
    </w:pPr>
  </w:style>
  <w:style w:type="paragraph" w:styleId="Sadraj8">
    <w:name w:val="toc 8"/>
    <w:basedOn w:val="Normal"/>
    <w:next w:val="Normal"/>
    <w:autoRedefine/>
    <w:uiPriority w:val="39"/>
    <w:rsid w:val="0000781B"/>
    <w:pPr>
      <w:ind w:left="1200"/>
    </w:pPr>
  </w:style>
  <w:style w:type="paragraph" w:styleId="Sadraj9">
    <w:name w:val="toc 9"/>
    <w:basedOn w:val="Normal"/>
    <w:next w:val="Normal"/>
    <w:autoRedefine/>
    <w:uiPriority w:val="39"/>
    <w:rsid w:val="0000781B"/>
    <w:pPr>
      <w:ind w:left="1400"/>
    </w:pPr>
  </w:style>
  <w:style w:type="character" w:styleId="Hiperveza">
    <w:name w:val="Hyperlink"/>
    <w:uiPriority w:val="99"/>
    <w:rsid w:val="0000781B"/>
    <w:rPr>
      <w:color w:val="000000"/>
      <w:u w:val="single"/>
    </w:rPr>
  </w:style>
  <w:style w:type="paragraph" w:styleId="Tekstbalonia">
    <w:name w:val="Balloon Text"/>
    <w:basedOn w:val="Normal"/>
    <w:link w:val="TekstbaloniaChar"/>
    <w:uiPriority w:val="99"/>
    <w:semiHidden/>
    <w:unhideWhenUsed/>
    <w:rsid w:val="008D30E7"/>
    <w:rPr>
      <w:sz w:val="16"/>
      <w:szCs w:val="16"/>
    </w:rPr>
  </w:style>
  <w:style w:type="character" w:customStyle="1" w:styleId="TekstbaloniaChar">
    <w:name w:val="Tekst balončića Char"/>
    <w:link w:val="Tekstbalonia"/>
    <w:uiPriority w:val="99"/>
    <w:semiHidden/>
    <w:rsid w:val="008D30E7"/>
    <w:rPr>
      <w:rFonts w:ascii="Times New Roman" w:eastAsia="Times New Roman" w:hAnsi="Times New Roman" w:cs="Times New Roman"/>
      <w:color w:val="000000"/>
      <w:sz w:val="16"/>
      <w:szCs w:val="16"/>
      <w:lang w:val="en-GB"/>
    </w:rPr>
  </w:style>
  <w:style w:type="paragraph" w:styleId="Odlomakpopisa">
    <w:name w:val="List Paragraph"/>
    <w:basedOn w:val="Normal"/>
    <w:uiPriority w:val="34"/>
    <w:qFormat/>
    <w:rsid w:val="00515488"/>
    <w:pPr>
      <w:spacing w:after="200" w:line="276" w:lineRule="auto"/>
      <w:ind w:left="720"/>
      <w:contextualSpacing/>
    </w:pPr>
    <w:rPr>
      <w:szCs w:val="22"/>
      <w:lang w:val="en-US" w:eastAsia="en-US" w:bidi="en-US"/>
    </w:rPr>
  </w:style>
  <w:style w:type="table" w:styleId="Reetkatablice">
    <w:name w:val="Table Grid"/>
    <w:basedOn w:val="Obinatablica"/>
    <w:uiPriority w:val="59"/>
    <w:rsid w:val="00B0247D"/>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59"/>
    <w:rsid w:val="00B15C82"/>
    <w:rPr>
      <w:color w:val="000000"/>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zproredaChar">
    <w:name w:val="Bez proreda Char"/>
    <w:basedOn w:val="Zadanifontodlomka"/>
    <w:link w:val="Bezproreda"/>
    <w:uiPriority w:val="1"/>
    <w:locked/>
    <w:rsid w:val="00321A98"/>
    <w:rPr>
      <w:color w:val="000000"/>
      <w:sz w:val="22"/>
      <w:szCs w:val="22"/>
      <w:lang w:val="en-US" w:eastAsia="en-US" w:bidi="en-US"/>
    </w:rPr>
  </w:style>
  <w:style w:type="paragraph" w:styleId="Bezproreda">
    <w:name w:val="No Spacing"/>
    <w:basedOn w:val="Normal"/>
    <w:link w:val="BezproredaChar"/>
    <w:uiPriority w:val="1"/>
    <w:qFormat/>
    <w:rsid w:val="00321A98"/>
    <w:rPr>
      <w:szCs w:val="22"/>
      <w:lang w:val="en-US" w:eastAsia="en-US" w:bidi="en-US"/>
    </w:rPr>
  </w:style>
  <w:style w:type="table" w:customStyle="1" w:styleId="Reetkatablice2">
    <w:name w:val="Rešetka tablice2"/>
    <w:basedOn w:val="Obinatablica"/>
    <w:next w:val="Reetkatablice"/>
    <w:uiPriority w:val="59"/>
    <w:rsid w:val="004C2176"/>
    <w:rPr>
      <w:color w:val="00000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slovknjige">
    <w:name w:val="Book Title"/>
    <w:uiPriority w:val="33"/>
    <w:qFormat/>
    <w:rsid w:val="00C56FC4"/>
    <w:rPr>
      <w:i/>
      <w:iCs/>
      <w:smallCaps/>
      <w:color w:val="000000"/>
      <w:spacing w:val="5"/>
    </w:rPr>
  </w:style>
  <w:style w:type="paragraph" w:styleId="TOCNaslov">
    <w:name w:val="TOC Heading"/>
    <w:basedOn w:val="Naslov1"/>
    <w:next w:val="Normal"/>
    <w:uiPriority w:val="39"/>
    <w:unhideWhenUsed/>
    <w:qFormat/>
    <w:rsid w:val="00373169"/>
    <w:pPr>
      <w:keepLines/>
      <w:spacing w:before="240" w:line="259" w:lineRule="auto"/>
      <w:outlineLvl w:val="9"/>
    </w:pPr>
  </w:style>
  <w:style w:type="character" w:styleId="Naglaeno">
    <w:name w:val="Strong"/>
    <w:basedOn w:val="Zadanifontodlomka"/>
    <w:uiPriority w:val="22"/>
    <w:qFormat/>
    <w:rsid w:val="00872AEF"/>
    <w:rPr>
      <w:b/>
      <w:bCs/>
      <w:color w:val="000000"/>
    </w:rPr>
  </w:style>
  <w:style w:type="paragraph" w:styleId="Grafikeoznake">
    <w:name w:val="List Bullet"/>
    <w:basedOn w:val="Normal"/>
    <w:uiPriority w:val="99"/>
    <w:unhideWhenUsed/>
    <w:rsid w:val="00FC3FBC"/>
    <w:pPr>
      <w:numPr>
        <w:numId w:val="22"/>
      </w:numPr>
      <w:spacing w:after="200" w:line="276" w:lineRule="auto"/>
      <w:contextualSpacing/>
    </w:pPr>
    <w:rPr>
      <w:sz w:val="21"/>
      <w:szCs w:val="22"/>
      <w:lang w:val="en-US" w:eastAsia="en-US"/>
    </w:rPr>
  </w:style>
  <w:style w:type="paragraph" w:styleId="Brojevi">
    <w:name w:val="List Number"/>
    <w:basedOn w:val="Normal"/>
    <w:uiPriority w:val="99"/>
    <w:unhideWhenUsed/>
    <w:rsid w:val="00FC3FBC"/>
    <w:pPr>
      <w:numPr>
        <w:numId w:val="23"/>
      </w:numPr>
      <w:spacing w:after="200" w:line="276" w:lineRule="auto"/>
      <w:contextualSpacing/>
    </w:pPr>
    <w:rPr>
      <w:sz w:val="21"/>
      <w:szCs w:val="22"/>
      <w:lang w:val="en-US" w:eastAsia="en-US"/>
    </w:rPr>
  </w:style>
  <w:style w:type="paragraph" w:styleId="Naslov">
    <w:name w:val="Title"/>
    <w:basedOn w:val="Normal"/>
    <w:next w:val="Normal"/>
    <w:link w:val="NaslovChar"/>
    <w:uiPriority w:val="10"/>
    <w:qFormat/>
    <w:rsid w:val="000555A3"/>
    <w:pPr>
      <w:pBdr>
        <w:bottom w:val="single" w:sz="8" w:space="4" w:color="4F81BD" w:themeColor="accent1"/>
      </w:pBdr>
      <w:spacing w:after="300"/>
      <w:contextualSpacing/>
    </w:pPr>
    <w:rPr>
      <w:spacing w:val="5"/>
      <w:kern w:val="28"/>
      <w:sz w:val="52"/>
      <w:szCs w:val="52"/>
      <w:lang w:val="en-US" w:eastAsia="en-US"/>
    </w:rPr>
  </w:style>
  <w:style w:type="character" w:customStyle="1" w:styleId="NaslovChar">
    <w:name w:val="Naslov Char"/>
    <w:basedOn w:val="Zadanifontodlomka"/>
    <w:link w:val="Naslov"/>
    <w:uiPriority w:val="10"/>
    <w:rsid w:val="000555A3"/>
    <w:rPr>
      <w:rFonts w:ascii="Times New Roman" w:eastAsia="Times New Roman" w:hAnsi="Times New Roman" w:cs="Times New Roman"/>
      <w:color w:val="000000"/>
      <w:spacing w:val="5"/>
      <w:kern w:val="28"/>
      <w:sz w:val="52"/>
      <w:szCs w:val="52"/>
      <w:lang w:val="en-US" w:eastAsia="en-US"/>
    </w:rPr>
  </w:style>
  <w:style w:type="paragraph" w:styleId="Podnaslov">
    <w:name w:val="Subtitle"/>
    <w:basedOn w:val="Normal"/>
    <w:next w:val="Normal"/>
    <w:link w:val="PodnaslovChar"/>
    <w:uiPriority w:val="11"/>
    <w:qFormat/>
    <w:rsid w:val="000555A3"/>
    <w:pPr>
      <w:numPr>
        <w:ilvl w:val="1"/>
      </w:numPr>
      <w:spacing w:after="200" w:line="276" w:lineRule="auto"/>
    </w:pPr>
    <w:rPr>
      <w:i/>
      <w:iCs/>
      <w:spacing w:val="15"/>
      <w:lang w:val="en-US" w:eastAsia="en-US"/>
    </w:rPr>
  </w:style>
  <w:style w:type="character" w:customStyle="1" w:styleId="PodnaslovChar">
    <w:name w:val="Podnaslov Char"/>
    <w:basedOn w:val="Zadanifontodlomka"/>
    <w:link w:val="Podnaslov"/>
    <w:uiPriority w:val="11"/>
    <w:rsid w:val="000555A3"/>
    <w:rPr>
      <w:rFonts w:ascii="Times New Roman" w:eastAsia="Times New Roman" w:hAnsi="Times New Roman" w:cs="Times New Roman"/>
      <w:i/>
      <w:iCs/>
      <w:color w:val="000000"/>
      <w:spacing w:val="15"/>
      <w:sz w:val="24"/>
      <w:szCs w:val="24"/>
      <w:lang w:val="en-US" w:eastAsia="en-US"/>
    </w:rPr>
  </w:style>
  <w:style w:type="paragraph" w:styleId="Popis">
    <w:name w:val="List"/>
    <w:basedOn w:val="Normal"/>
    <w:uiPriority w:val="99"/>
    <w:unhideWhenUsed/>
    <w:rsid w:val="000555A3"/>
    <w:pPr>
      <w:spacing w:after="200" w:line="276" w:lineRule="auto"/>
      <w:ind w:left="360" w:hanging="360"/>
      <w:contextualSpacing/>
    </w:pPr>
    <w:rPr>
      <w:sz w:val="20"/>
      <w:szCs w:val="22"/>
      <w:lang w:val="en-US" w:eastAsia="en-US"/>
    </w:rPr>
  </w:style>
  <w:style w:type="paragraph" w:styleId="Popis2">
    <w:name w:val="List 2"/>
    <w:basedOn w:val="Normal"/>
    <w:uiPriority w:val="99"/>
    <w:unhideWhenUsed/>
    <w:rsid w:val="000555A3"/>
    <w:pPr>
      <w:spacing w:after="200" w:line="276" w:lineRule="auto"/>
      <w:ind w:left="720" w:hanging="360"/>
      <w:contextualSpacing/>
    </w:pPr>
    <w:rPr>
      <w:sz w:val="20"/>
      <w:szCs w:val="22"/>
      <w:lang w:val="en-US" w:eastAsia="en-US"/>
    </w:rPr>
  </w:style>
  <w:style w:type="paragraph" w:styleId="Popis3">
    <w:name w:val="List 3"/>
    <w:basedOn w:val="Normal"/>
    <w:uiPriority w:val="99"/>
    <w:unhideWhenUsed/>
    <w:rsid w:val="000555A3"/>
    <w:pPr>
      <w:spacing w:after="200" w:line="276" w:lineRule="auto"/>
      <w:ind w:left="1080" w:hanging="360"/>
      <w:contextualSpacing/>
    </w:pPr>
    <w:rPr>
      <w:sz w:val="20"/>
      <w:szCs w:val="22"/>
      <w:lang w:val="en-US" w:eastAsia="en-US"/>
    </w:rPr>
  </w:style>
  <w:style w:type="paragraph" w:styleId="Grafikeoznake2">
    <w:name w:val="List Bullet 2"/>
    <w:basedOn w:val="Normal"/>
    <w:uiPriority w:val="99"/>
    <w:unhideWhenUsed/>
    <w:rsid w:val="000555A3"/>
    <w:pPr>
      <w:numPr>
        <w:numId w:val="24"/>
      </w:numPr>
      <w:spacing w:after="200" w:line="276" w:lineRule="auto"/>
      <w:contextualSpacing/>
    </w:pPr>
    <w:rPr>
      <w:sz w:val="20"/>
      <w:szCs w:val="22"/>
      <w:lang w:val="en-US" w:eastAsia="en-US"/>
    </w:rPr>
  </w:style>
  <w:style w:type="paragraph" w:styleId="Grafikeoznake3">
    <w:name w:val="List Bullet 3"/>
    <w:basedOn w:val="Normal"/>
    <w:uiPriority w:val="99"/>
    <w:unhideWhenUsed/>
    <w:rsid w:val="000555A3"/>
    <w:pPr>
      <w:numPr>
        <w:numId w:val="25"/>
      </w:numPr>
      <w:spacing w:after="200" w:line="276" w:lineRule="auto"/>
      <w:contextualSpacing/>
    </w:pPr>
    <w:rPr>
      <w:sz w:val="20"/>
      <w:szCs w:val="22"/>
      <w:lang w:val="en-US" w:eastAsia="en-US"/>
    </w:rPr>
  </w:style>
  <w:style w:type="paragraph" w:styleId="Brojevi2">
    <w:name w:val="List Number 2"/>
    <w:basedOn w:val="Normal"/>
    <w:uiPriority w:val="99"/>
    <w:unhideWhenUsed/>
    <w:rsid w:val="000555A3"/>
    <w:pPr>
      <w:numPr>
        <w:numId w:val="26"/>
      </w:numPr>
      <w:spacing w:after="200" w:line="276" w:lineRule="auto"/>
      <w:contextualSpacing/>
    </w:pPr>
    <w:rPr>
      <w:sz w:val="20"/>
      <w:szCs w:val="22"/>
      <w:lang w:val="en-US" w:eastAsia="en-US"/>
    </w:rPr>
  </w:style>
  <w:style w:type="paragraph" w:styleId="Brojevi3">
    <w:name w:val="List Number 3"/>
    <w:basedOn w:val="Normal"/>
    <w:uiPriority w:val="99"/>
    <w:unhideWhenUsed/>
    <w:rsid w:val="000555A3"/>
    <w:pPr>
      <w:numPr>
        <w:numId w:val="27"/>
      </w:numPr>
      <w:spacing w:after="200" w:line="276" w:lineRule="auto"/>
      <w:contextualSpacing/>
    </w:pPr>
    <w:rPr>
      <w:sz w:val="20"/>
      <w:szCs w:val="22"/>
      <w:lang w:val="en-US" w:eastAsia="en-US"/>
    </w:rPr>
  </w:style>
  <w:style w:type="paragraph" w:styleId="Nastavakpopisa">
    <w:name w:val="List Continue"/>
    <w:basedOn w:val="Normal"/>
    <w:uiPriority w:val="99"/>
    <w:unhideWhenUsed/>
    <w:rsid w:val="000555A3"/>
    <w:pPr>
      <w:spacing w:line="276" w:lineRule="auto"/>
      <w:ind w:left="360"/>
      <w:contextualSpacing/>
    </w:pPr>
    <w:rPr>
      <w:sz w:val="20"/>
      <w:szCs w:val="22"/>
      <w:lang w:val="en-US" w:eastAsia="en-US"/>
    </w:rPr>
  </w:style>
  <w:style w:type="paragraph" w:styleId="Nastavakpopisa2">
    <w:name w:val="List Continue 2"/>
    <w:basedOn w:val="Normal"/>
    <w:uiPriority w:val="99"/>
    <w:unhideWhenUsed/>
    <w:rsid w:val="000555A3"/>
    <w:pPr>
      <w:spacing w:line="276" w:lineRule="auto"/>
      <w:ind w:left="720"/>
      <w:contextualSpacing/>
    </w:pPr>
    <w:rPr>
      <w:sz w:val="20"/>
      <w:szCs w:val="22"/>
      <w:lang w:val="en-US" w:eastAsia="en-US"/>
    </w:rPr>
  </w:style>
  <w:style w:type="paragraph" w:styleId="Nastavakpopisa3">
    <w:name w:val="List Continue 3"/>
    <w:basedOn w:val="Normal"/>
    <w:uiPriority w:val="99"/>
    <w:unhideWhenUsed/>
    <w:rsid w:val="000555A3"/>
    <w:pPr>
      <w:spacing w:line="276" w:lineRule="auto"/>
      <w:ind w:left="1080"/>
      <w:contextualSpacing/>
    </w:pPr>
    <w:rPr>
      <w:sz w:val="20"/>
      <w:szCs w:val="22"/>
      <w:lang w:val="en-US" w:eastAsia="en-US"/>
    </w:rPr>
  </w:style>
  <w:style w:type="paragraph" w:styleId="Tekstmakronaredbe">
    <w:name w:val="macro"/>
    <w:link w:val="TekstmakronaredbeChar"/>
    <w:uiPriority w:val="99"/>
    <w:unhideWhenUsed/>
    <w:rsid w:val="000555A3"/>
    <w:pPr>
      <w:tabs>
        <w:tab w:val="left" w:pos="576"/>
        <w:tab w:val="left" w:pos="1152"/>
        <w:tab w:val="left" w:pos="1728"/>
        <w:tab w:val="left" w:pos="2304"/>
        <w:tab w:val="left" w:pos="2880"/>
        <w:tab w:val="left" w:pos="3456"/>
        <w:tab w:val="left" w:pos="4032"/>
      </w:tabs>
      <w:spacing w:after="200" w:line="276" w:lineRule="auto"/>
    </w:pPr>
    <w:rPr>
      <w:color w:val="000000"/>
      <w:lang w:val="en-US" w:eastAsia="en-US"/>
    </w:rPr>
  </w:style>
  <w:style w:type="character" w:customStyle="1" w:styleId="TekstmakronaredbeChar">
    <w:name w:val="Tekst makronaredbe Char"/>
    <w:basedOn w:val="Zadanifontodlomka"/>
    <w:link w:val="Tekstmakronaredbe"/>
    <w:uiPriority w:val="99"/>
    <w:rsid w:val="000555A3"/>
    <w:rPr>
      <w:rFonts w:ascii="Times New Roman" w:eastAsia="Times New Roman" w:hAnsi="Times New Roman" w:cs="Times New Roman"/>
      <w:color w:val="000000"/>
      <w:lang w:val="en-US" w:eastAsia="en-US"/>
    </w:rPr>
  </w:style>
  <w:style w:type="paragraph" w:styleId="Citat">
    <w:name w:val="Quote"/>
    <w:basedOn w:val="Normal"/>
    <w:next w:val="Normal"/>
    <w:link w:val="CitatChar"/>
    <w:uiPriority w:val="29"/>
    <w:qFormat/>
    <w:rsid w:val="000555A3"/>
    <w:pPr>
      <w:spacing w:after="200" w:line="276" w:lineRule="auto"/>
    </w:pPr>
    <w:rPr>
      <w:i/>
      <w:iCs/>
      <w:sz w:val="20"/>
      <w:szCs w:val="22"/>
      <w:lang w:val="en-US" w:eastAsia="en-US"/>
    </w:rPr>
  </w:style>
  <w:style w:type="character" w:customStyle="1" w:styleId="CitatChar">
    <w:name w:val="Citat Char"/>
    <w:basedOn w:val="Zadanifontodlomka"/>
    <w:link w:val="Citat"/>
    <w:uiPriority w:val="29"/>
    <w:rsid w:val="000555A3"/>
    <w:rPr>
      <w:rFonts w:ascii="Times New Roman" w:eastAsia="Times New Roman" w:hAnsi="Times New Roman" w:cs="Times New Roman"/>
      <w:i/>
      <w:iCs/>
      <w:color w:val="000000"/>
      <w:szCs w:val="22"/>
      <w:lang w:val="en-US" w:eastAsia="en-US"/>
    </w:rPr>
  </w:style>
  <w:style w:type="character" w:styleId="Istaknuto">
    <w:name w:val="Emphasis"/>
    <w:basedOn w:val="Zadanifontodlomka"/>
    <w:uiPriority w:val="20"/>
    <w:qFormat/>
    <w:rsid w:val="000555A3"/>
    <w:rPr>
      <w:i/>
      <w:iCs/>
      <w:color w:val="000000"/>
    </w:rPr>
  </w:style>
  <w:style w:type="paragraph" w:styleId="Naglaencitat">
    <w:name w:val="Intense Quote"/>
    <w:basedOn w:val="Normal"/>
    <w:next w:val="Normal"/>
    <w:link w:val="NaglaencitatChar"/>
    <w:uiPriority w:val="30"/>
    <w:qFormat/>
    <w:rsid w:val="000555A3"/>
    <w:pPr>
      <w:pBdr>
        <w:bottom w:val="single" w:sz="4" w:space="4" w:color="4F81BD" w:themeColor="accent1"/>
      </w:pBdr>
      <w:spacing w:before="200" w:after="280" w:line="276" w:lineRule="auto"/>
      <w:ind w:left="936" w:right="936"/>
    </w:pPr>
    <w:rPr>
      <w:b/>
      <w:bCs/>
      <w:i/>
      <w:iCs/>
      <w:sz w:val="20"/>
      <w:szCs w:val="22"/>
      <w:lang w:val="en-US" w:eastAsia="en-US"/>
    </w:rPr>
  </w:style>
  <w:style w:type="character" w:customStyle="1" w:styleId="NaglaencitatChar">
    <w:name w:val="Naglašen citat Char"/>
    <w:basedOn w:val="Zadanifontodlomka"/>
    <w:link w:val="Naglaencitat"/>
    <w:uiPriority w:val="30"/>
    <w:rsid w:val="000555A3"/>
    <w:rPr>
      <w:rFonts w:ascii="Times New Roman" w:eastAsia="Times New Roman" w:hAnsi="Times New Roman" w:cs="Times New Roman"/>
      <w:b/>
      <w:bCs/>
      <w:i/>
      <w:iCs/>
      <w:color w:val="000000"/>
      <w:szCs w:val="22"/>
      <w:lang w:val="en-US" w:eastAsia="en-US"/>
    </w:rPr>
  </w:style>
  <w:style w:type="character" w:styleId="Neupadljivoisticanje">
    <w:name w:val="Subtle Emphasis"/>
    <w:basedOn w:val="Zadanifontodlomka"/>
    <w:uiPriority w:val="19"/>
    <w:qFormat/>
    <w:rsid w:val="000555A3"/>
    <w:rPr>
      <w:i/>
      <w:iCs/>
      <w:color w:val="000000"/>
    </w:rPr>
  </w:style>
  <w:style w:type="character" w:styleId="Jakoisticanje">
    <w:name w:val="Intense Emphasis"/>
    <w:basedOn w:val="Zadanifontodlomka"/>
    <w:uiPriority w:val="21"/>
    <w:qFormat/>
    <w:rsid w:val="000555A3"/>
    <w:rPr>
      <w:b/>
      <w:bCs/>
      <w:i/>
      <w:iCs/>
      <w:color w:val="000000"/>
    </w:rPr>
  </w:style>
  <w:style w:type="character" w:styleId="Neupadljivareferenca">
    <w:name w:val="Subtle Reference"/>
    <w:basedOn w:val="Zadanifontodlomka"/>
    <w:uiPriority w:val="31"/>
    <w:qFormat/>
    <w:rsid w:val="000555A3"/>
    <w:rPr>
      <w:smallCaps/>
      <w:color w:val="000000"/>
      <w:u w:val="single"/>
    </w:rPr>
  </w:style>
  <w:style w:type="character" w:styleId="Istaknutareferenca">
    <w:name w:val="Intense Reference"/>
    <w:basedOn w:val="Zadanifontodlomka"/>
    <w:uiPriority w:val="32"/>
    <w:qFormat/>
    <w:rsid w:val="000555A3"/>
    <w:rPr>
      <w:b/>
      <w:bCs/>
      <w:smallCaps/>
      <w:color w:val="000000"/>
      <w:spacing w:val="5"/>
      <w:u w:val="single"/>
    </w:rPr>
  </w:style>
  <w:style w:type="paragraph" w:styleId="Opisslike">
    <w:name w:val="caption"/>
    <w:basedOn w:val="Normal"/>
    <w:next w:val="Normal"/>
    <w:uiPriority w:val="35"/>
    <w:semiHidden/>
    <w:unhideWhenUsed/>
    <w:qFormat/>
    <w:rsid w:val="00871FBD"/>
    <w:pPr>
      <w:spacing w:after="200"/>
    </w:pPr>
    <w:rPr>
      <w:b/>
      <w:bCs/>
      <w:sz w:val="18"/>
      <w:szCs w:val="18"/>
      <w:lang w:val="en-US" w:eastAsia="en-US"/>
    </w:rPr>
  </w:style>
  <w:style w:type="table" w:styleId="Svijetlosjenanje">
    <w:name w:val="Light Shading"/>
    <w:basedOn w:val="Obinatablica"/>
    <w:uiPriority w:val="60"/>
    <w:rsid w:val="00871FBD"/>
    <w:rPr>
      <w:color w:val="000000"/>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871FBD"/>
    <w:rPr>
      <w:color w:val="000000"/>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871FBD"/>
    <w:rPr>
      <w:color w:val="000000"/>
      <w:sz w:val="22"/>
      <w:szCs w:val="22"/>
      <w:lang w:val="en-US"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871FBD"/>
    <w:rPr>
      <w:color w:val="000000"/>
      <w:sz w:val="22"/>
      <w:szCs w:val="22"/>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871FBD"/>
    <w:rPr>
      <w:color w:val="000000"/>
      <w:sz w:val="22"/>
      <w:szCs w:val="22"/>
      <w:lang w:val="en-US"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871FBD"/>
    <w:rPr>
      <w:color w:val="000000"/>
      <w:sz w:val="22"/>
      <w:szCs w:val="22"/>
      <w:lang w:val="en-US"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871FBD"/>
    <w:rPr>
      <w:color w:val="000000"/>
      <w:sz w:val="22"/>
      <w:szCs w:val="22"/>
      <w:lang w:val="en-US"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871FBD"/>
    <w:rPr>
      <w:color w:val="000000"/>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871FBD"/>
    <w:rPr>
      <w:color w:val="000000"/>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871FBD"/>
    <w:rPr>
      <w:color w:val="000000"/>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871FBD"/>
    <w:rPr>
      <w:color w:val="000000"/>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871FBD"/>
    <w:rPr>
      <w:color w:val="000000"/>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871FBD"/>
    <w:rPr>
      <w:color w:val="000000"/>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871FBD"/>
    <w:rPr>
      <w:color w:val="000000"/>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871FBD"/>
    <w:rPr>
      <w:color w:val="000000"/>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871FBD"/>
    <w:rPr>
      <w:color w:val="000000"/>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871FBD"/>
    <w:rPr>
      <w:color w:val="000000"/>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871FBD"/>
    <w:rPr>
      <w:color w:val="000000"/>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871FBD"/>
    <w:rPr>
      <w:color w:val="000000"/>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871FBD"/>
    <w:rPr>
      <w:color w:val="000000"/>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871FBD"/>
    <w:rPr>
      <w:color w:val="000000"/>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871FBD"/>
    <w:rPr>
      <w:color w:val="000000"/>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871FBD"/>
    <w:rPr>
      <w:color w:val="000000"/>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871FBD"/>
    <w:rPr>
      <w:color w:val="000000"/>
      <w:sz w:val="22"/>
      <w:szCs w:val="22"/>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871FBD"/>
    <w:rPr>
      <w:color w:val="000000"/>
      <w:sz w:val="22"/>
      <w:szCs w:val="22"/>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871FBD"/>
    <w:rPr>
      <w:color w:val="000000"/>
      <w:sz w:val="22"/>
      <w:szCs w:val="22"/>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871FBD"/>
    <w:rPr>
      <w:color w:val="000000"/>
      <w:sz w:val="22"/>
      <w:szCs w:val="22"/>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871FBD"/>
    <w:rPr>
      <w:color w:val="000000"/>
      <w:sz w:val="22"/>
      <w:szCs w:val="22"/>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871FBD"/>
    <w:rPr>
      <w:color w:val="000000"/>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871FBD"/>
    <w:rPr>
      <w:color w:val="000000"/>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871FBD"/>
    <w:rPr>
      <w:color w:val="000000"/>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871FBD"/>
    <w:rPr>
      <w:color w:val="000000"/>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871FBD"/>
    <w:rPr>
      <w:color w:val="000000"/>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871FBD"/>
    <w:rPr>
      <w:color w:val="000000"/>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871FBD"/>
    <w:rPr>
      <w:color w:val="000000"/>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871FBD"/>
    <w:rPr>
      <w:color w:val="000000"/>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871FBD"/>
    <w:rPr>
      <w:color w:val="000000"/>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871FBD"/>
    <w:rPr>
      <w:color w:val="000000"/>
      <w:sz w:val="22"/>
      <w:szCs w:val="22"/>
      <w:lang w:val="en-US"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871FBD"/>
    <w:rPr>
      <w:color w:val="000000"/>
      <w:sz w:val="22"/>
      <w:szCs w:val="22"/>
      <w:lang w:val="en-US"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871FBD"/>
    <w:rPr>
      <w:color w:val="000000"/>
      <w:sz w:val="22"/>
      <w:szCs w:val="22"/>
      <w:lang w:val="en-US"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871FBD"/>
    <w:rPr>
      <w:color w:val="000000"/>
      <w:sz w:val="22"/>
      <w:szCs w:val="22"/>
      <w:lang w:val="en-US"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871FBD"/>
    <w:rPr>
      <w:color w:val="000000"/>
      <w:sz w:val="22"/>
      <w:szCs w:val="22"/>
      <w:lang w:val="en-US"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871FBD"/>
    <w:rPr>
      <w:color w:val="000000"/>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871FBD"/>
    <w:rPr>
      <w:color w:val="000000"/>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871FBD"/>
    <w:rPr>
      <w:color w:val="000000"/>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871FBD"/>
    <w:rPr>
      <w:color w:val="000000"/>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871FBD"/>
    <w:rPr>
      <w:color w:val="000000"/>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871FBD"/>
    <w:rPr>
      <w:color w:val="000000"/>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871FBD"/>
    <w:rPr>
      <w:color w:val="000000"/>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871FBD"/>
    <w:rPr>
      <w:color w:val="000000"/>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871FBD"/>
    <w:rPr>
      <w:color w:val="000000"/>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871FBD"/>
    <w:rPr>
      <w:color w:val="000000"/>
      <w:sz w:val="22"/>
      <w:szCs w:val="22"/>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871FBD"/>
    <w:rPr>
      <w:color w:val="000000"/>
      <w:sz w:val="22"/>
      <w:szCs w:val="22"/>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871FBD"/>
    <w:rPr>
      <w:color w:val="000000"/>
      <w:sz w:val="22"/>
      <w:szCs w:val="22"/>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871FBD"/>
    <w:rPr>
      <w:color w:val="000000"/>
      <w:sz w:val="22"/>
      <w:szCs w:val="22"/>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871FBD"/>
    <w:rPr>
      <w:color w:val="000000"/>
      <w:sz w:val="22"/>
      <w:szCs w:val="22"/>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871FBD"/>
    <w:rPr>
      <w:color w:val="000000"/>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871FBD"/>
    <w:rPr>
      <w:color w:val="000000"/>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871FBD"/>
    <w:rPr>
      <w:color w:val="000000"/>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871FBD"/>
    <w:rPr>
      <w:color w:val="000000"/>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871FBD"/>
    <w:rPr>
      <w:color w:val="000000"/>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871FBD"/>
    <w:rPr>
      <w:color w:val="000000"/>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871FBD"/>
    <w:rPr>
      <w:color w:val="000000"/>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871FBD"/>
    <w:rPr>
      <w:color w:val="000000"/>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871FBD"/>
    <w:rPr>
      <w:color w:val="000000"/>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871FBD"/>
    <w:rPr>
      <w:color w:val="000000"/>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871FBD"/>
    <w:rPr>
      <w:color w:val="000000"/>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871FBD"/>
    <w:rPr>
      <w:color w:val="000000"/>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871FBD"/>
    <w:rPr>
      <w:color w:val="000000"/>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871FBD"/>
    <w:rPr>
      <w:color w:val="000000"/>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871FBD"/>
    <w:rPr>
      <w:color w:val="000000"/>
      <w:sz w:val="22"/>
      <w:szCs w:val="22"/>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871FBD"/>
    <w:rPr>
      <w:color w:val="000000"/>
      <w:sz w:val="22"/>
      <w:szCs w:val="22"/>
      <w:lang w:val="en-US"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871FBD"/>
    <w:rPr>
      <w:color w:val="000000"/>
      <w:sz w:val="22"/>
      <w:szCs w:val="22"/>
      <w:lang w:val="en-US"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871FBD"/>
    <w:rPr>
      <w:color w:val="000000"/>
      <w:sz w:val="22"/>
      <w:szCs w:val="22"/>
      <w:lang w:val="en-US"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871FBD"/>
    <w:rPr>
      <w:color w:val="000000"/>
      <w:sz w:val="22"/>
      <w:szCs w:val="22"/>
      <w:lang w:val="en-US"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871FBD"/>
    <w:rPr>
      <w:color w:val="000000"/>
      <w:sz w:val="22"/>
      <w:szCs w:val="22"/>
      <w:lang w:val="en-US"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871FBD"/>
    <w:rPr>
      <w:color w:val="000000"/>
      <w:sz w:val="22"/>
      <w:szCs w:val="22"/>
      <w:lang w:val="en-US"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871FBD"/>
    <w:rPr>
      <w:color w:val="000000"/>
      <w:sz w:val="22"/>
      <w:szCs w:val="22"/>
      <w:lang w:val="en-US"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871FBD"/>
    <w:rPr>
      <w:color w:val="000000"/>
      <w:sz w:val="22"/>
      <w:szCs w:val="22"/>
      <w:lang w:val="en-US"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871FBD"/>
    <w:rPr>
      <w:color w:val="000000"/>
      <w:sz w:val="22"/>
      <w:szCs w:val="22"/>
      <w:lang w:val="en-US"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871FBD"/>
    <w:rPr>
      <w:color w:val="000000"/>
      <w:sz w:val="22"/>
      <w:szCs w:val="22"/>
      <w:lang w:val="en-US"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871FBD"/>
    <w:rPr>
      <w:color w:val="000000"/>
      <w:sz w:val="22"/>
      <w:szCs w:val="22"/>
      <w:lang w:val="en-US"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871FBD"/>
    <w:rPr>
      <w:color w:val="000000"/>
      <w:sz w:val="22"/>
      <w:szCs w:val="22"/>
      <w:lang w:val="en-US"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871FBD"/>
    <w:rPr>
      <w:color w:val="000000"/>
      <w:sz w:val="22"/>
      <w:szCs w:val="22"/>
      <w:lang w:val="en-US"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871FBD"/>
    <w:rPr>
      <w:color w:val="000000"/>
      <w:sz w:val="22"/>
      <w:szCs w:val="22"/>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871FBD"/>
    <w:rPr>
      <w:color w:val="000000"/>
      <w:sz w:val="22"/>
      <w:szCs w:val="22"/>
      <w:lang w:val="en-US"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871FBD"/>
    <w:rPr>
      <w:color w:val="000000"/>
      <w:sz w:val="22"/>
      <w:szCs w:val="22"/>
      <w:lang w:val="en-US"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871FBD"/>
    <w:rPr>
      <w:color w:val="000000"/>
      <w:sz w:val="22"/>
      <w:szCs w:val="22"/>
      <w:lang w:val="en-US"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871FBD"/>
    <w:rPr>
      <w:color w:val="000000"/>
      <w:sz w:val="22"/>
      <w:szCs w:val="22"/>
      <w:lang w:val="en-US"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871FBD"/>
    <w:rPr>
      <w:color w:val="000000"/>
      <w:sz w:val="22"/>
      <w:szCs w:val="22"/>
      <w:lang w:val="en-US"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871FBD"/>
    <w:rPr>
      <w:color w:val="000000"/>
      <w:sz w:val="22"/>
      <w:szCs w:val="22"/>
      <w:lang w:val="en-US"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871FBD"/>
    <w:rPr>
      <w:color w:val="000000"/>
      <w:sz w:val="22"/>
      <w:szCs w:val="22"/>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871FBD"/>
    <w:rPr>
      <w:color w:val="000000"/>
      <w:sz w:val="22"/>
      <w:szCs w:val="22"/>
      <w:lang w:val="en-US"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871FBD"/>
    <w:rPr>
      <w:color w:val="000000"/>
      <w:sz w:val="22"/>
      <w:szCs w:val="22"/>
      <w:lang w:val="en-US"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871FBD"/>
    <w:rPr>
      <w:color w:val="000000"/>
      <w:sz w:val="22"/>
      <w:szCs w:val="22"/>
      <w:lang w:val="en-US"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871FBD"/>
    <w:rPr>
      <w:color w:val="000000"/>
      <w:sz w:val="22"/>
      <w:szCs w:val="22"/>
      <w:lang w:val="en-US"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871FBD"/>
    <w:rPr>
      <w:color w:val="000000"/>
      <w:sz w:val="22"/>
      <w:szCs w:val="22"/>
      <w:lang w:val="en-US"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871FBD"/>
    <w:rPr>
      <w:color w:val="000000"/>
      <w:sz w:val="22"/>
      <w:szCs w:val="22"/>
      <w:lang w:val="en-US"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3477AB"/>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51449">
      <w:bodyDiv w:val="1"/>
      <w:marLeft w:val="0"/>
      <w:marRight w:val="0"/>
      <w:marTop w:val="0"/>
      <w:marBottom w:val="0"/>
      <w:divBdr>
        <w:top w:val="none" w:sz="0" w:space="0" w:color="auto"/>
        <w:left w:val="none" w:sz="0" w:space="0" w:color="auto"/>
        <w:bottom w:val="none" w:sz="0" w:space="0" w:color="auto"/>
        <w:right w:val="none" w:sz="0" w:space="0" w:color="auto"/>
      </w:divBdr>
    </w:div>
    <w:div w:id="69154329">
      <w:bodyDiv w:val="1"/>
      <w:marLeft w:val="0"/>
      <w:marRight w:val="0"/>
      <w:marTop w:val="0"/>
      <w:marBottom w:val="0"/>
      <w:divBdr>
        <w:top w:val="none" w:sz="0" w:space="0" w:color="auto"/>
        <w:left w:val="none" w:sz="0" w:space="0" w:color="auto"/>
        <w:bottom w:val="none" w:sz="0" w:space="0" w:color="auto"/>
        <w:right w:val="none" w:sz="0" w:space="0" w:color="auto"/>
      </w:divBdr>
    </w:div>
    <w:div w:id="82069626">
      <w:bodyDiv w:val="1"/>
      <w:marLeft w:val="0"/>
      <w:marRight w:val="0"/>
      <w:marTop w:val="0"/>
      <w:marBottom w:val="0"/>
      <w:divBdr>
        <w:top w:val="none" w:sz="0" w:space="0" w:color="auto"/>
        <w:left w:val="none" w:sz="0" w:space="0" w:color="auto"/>
        <w:bottom w:val="none" w:sz="0" w:space="0" w:color="auto"/>
        <w:right w:val="none" w:sz="0" w:space="0" w:color="auto"/>
      </w:divBdr>
    </w:div>
    <w:div w:id="179852827">
      <w:bodyDiv w:val="1"/>
      <w:marLeft w:val="0"/>
      <w:marRight w:val="0"/>
      <w:marTop w:val="0"/>
      <w:marBottom w:val="0"/>
      <w:divBdr>
        <w:top w:val="none" w:sz="0" w:space="0" w:color="auto"/>
        <w:left w:val="none" w:sz="0" w:space="0" w:color="auto"/>
        <w:bottom w:val="none" w:sz="0" w:space="0" w:color="auto"/>
        <w:right w:val="none" w:sz="0" w:space="0" w:color="auto"/>
      </w:divBdr>
    </w:div>
    <w:div w:id="216667153">
      <w:bodyDiv w:val="1"/>
      <w:marLeft w:val="0"/>
      <w:marRight w:val="0"/>
      <w:marTop w:val="0"/>
      <w:marBottom w:val="0"/>
      <w:divBdr>
        <w:top w:val="none" w:sz="0" w:space="0" w:color="auto"/>
        <w:left w:val="none" w:sz="0" w:space="0" w:color="auto"/>
        <w:bottom w:val="none" w:sz="0" w:space="0" w:color="auto"/>
        <w:right w:val="none" w:sz="0" w:space="0" w:color="auto"/>
      </w:divBdr>
    </w:div>
    <w:div w:id="282004974">
      <w:bodyDiv w:val="1"/>
      <w:marLeft w:val="0"/>
      <w:marRight w:val="0"/>
      <w:marTop w:val="0"/>
      <w:marBottom w:val="0"/>
      <w:divBdr>
        <w:top w:val="none" w:sz="0" w:space="0" w:color="auto"/>
        <w:left w:val="none" w:sz="0" w:space="0" w:color="auto"/>
        <w:bottom w:val="none" w:sz="0" w:space="0" w:color="auto"/>
        <w:right w:val="none" w:sz="0" w:space="0" w:color="auto"/>
      </w:divBdr>
    </w:div>
    <w:div w:id="283736944">
      <w:bodyDiv w:val="1"/>
      <w:marLeft w:val="0"/>
      <w:marRight w:val="0"/>
      <w:marTop w:val="0"/>
      <w:marBottom w:val="0"/>
      <w:divBdr>
        <w:top w:val="none" w:sz="0" w:space="0" w:color="auto"/>
        <w:left w:val="none" w:sz="0" w:space="0" w:color="auto"/>
        <w:bottom w:val="none" w:sz="0" w:space="0" w:color="auto"/>
        <w:right w:val="none" w:sz="0" w:space="0" w:color="auto"/>
      </w:divBdr>
    </w:div>
    <w:div w:id="376659807">
      <w:bodyDiv w:val="1"/>
      <w:marLeft w:val="0"/>
      <w:marRight w:val="0"/>
      <w:marTop w:val="0"/>
      <w:marBottom w:val="0"/>
      <w:divBdr>
        <w:top w:val="none" w:sz="0" w:space="0" w:color="auto"/>
        <w:left w:val="none" w:sz="0" w:space="0" w:color="auto"/>
        <w:bottom w:val="none" w:sz="0" w:space="0" w:color="auto"/>
        <w:right w:val="none" w:sz="0" w:space="0" w:color="auto"/>
      </w:divBdr>
      <w:divsChild>
        <w:div w:id="1546091359">
          <w:marLeft w:val="0"/>
          <w:marRight w:val="0"/>
          <w:marTop w:val="0"/>
          <w:marBottom w:val="0"/>
          <w:divBdr>
            <w:top w:val="none" w:sz="0" w:space="0" w:color="auto"/>
            <w:left w:val="none" w:sz="0" w:space="0" w:color="auto"/>
            <w:bottom w:val="none" w:sz="0" w:space="0" w:color="auto"/>
            <w:right w:val="none" w:sz="0" w:space="0" w:color="auto"/>
          </w:divBdr>
          <w:divsChild>
            <w:div w:id="1358433587">
              <w:marLeft w:val="0"/>
              <w:marRight w:val="0"/>
              <w:marTop w:val="0"/>
              <w:marBottom w:val="0"/>
              <w:divBdr>
                <w:top w:val="none" w:sz="0" w:space="0" w:color="auto"/>
                <w:left w:val="none" w:sz="0" w:space="0" w:color="auto"/>
                <w:bottom w:val="none" w:sz="0" w:space="0" w:color="auto"/>
                <w:right w:val="none" w:sz="0" w:space="0" w:color="auto"/>
              </w:divBdr>
              <w:divsChild>
                <w:div w:id="609358778">
                  <w:marLeft w:val="0"/>
                  <w:marRight w:val="0"/>
                  <w:marTop w:val="0"/>
                  <w:marBottom w:val="0"/>
                  <w:divBdr>
                    <w:top w:val="none" w:sz="0" w:space="0" w:color="auto"/>
                    <w:left w:val="none" w:sz="0" w:space="0" w:color="auto"/>
                    <w:bottom w:val="none" w:sz="0" w:space="0" w:color="auto"/>
                    <w:right w:val="none" w:sz="0" w:space="0" w:color="auto"/>
                  </w:divBdr>
                  <w:divsChild>
                    <w:div w:id="1969624954">
                      <w:marLeft w:val="0"/>
                      <w:marRight w:val="0"/>
                      <w:marTop w:val="0"/>
                      <w:marBottom w:val="0"/>
                      <w:divBdr>
                        <w:top w:val="none" w:sz="0" w:space="0" w:color="auto"/>
                        <w:left w:val="none" w:sz="0" w:space="0" w:color="auto"/>
                        <w:bottom w:val="none" w:sz="0" w:space="0" w:color="auto"/>
                        <w:right w:val="none" w:sz="0" w:space="0" w:color="auto"/>
                      </w:divBdr>
                      <w:divsChild>
                        <w:div w:id="1440754337">
                          <w:marLeft w:val="0"/>
                          <w:marRight w:val="0"/>
                          <w:marTop w:val="0"/>
                          <w:marBottom w:val="0"/>
                          <w:divBdr>
                            <w:top w:val="none" w:sz="0" w:space="0" w:color="auto"/>
                            <w:left w:val="none" w:sz="0" w:space="0" w:color="auto"/>
                            <w:bottom w:val="none" w:sz="0" w:space="0" w:color="auto"/>
                            <w:right w:val="none" w:sz="0" w:space="0" w:color="auto"/>
                          </w:divBdr>
                          <w:divsChild>
                            <w:div w:id="287049887">
                              <w:marLeft w:val="0"/>
                              <w:marRight w:val="0"/>
                              <w:marTop w:val="0"/>
                              <w:marBottom w:val="0"/>
                              <w:divBdr>
                                <w:top w:val="none" w:sz="0" w:space="0" w:color="auto"/>
                                <w:left w:val="none" w:sz="0" w:space="0" w:color="auto"/>
                                <w:bottom w:val="none" w:sz="0" w:space="0" w:color="auto"/>
                                <w:right w:val="none" w:sz="0" w:space="0" w:color="auto"/>
                              </w:divBdr>
                              <w:divsChild>
                                <w:div w:id="38267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134954">
      <w:bodyDiv w:val="1"/>
      <w:marLeft w:val="0"/>
      <w:marRight w:val="0"/>
      <w:marTop w:val="0"/>
      <w:marBottom w:val="0"/>
      <w:divBdr>
        <w:top w:val="none" w:sz="0" w:space="0" w:color="auto"/>
        <w:left w:val="none" w:sz="0" w:space="0" w:color="auto"/>
        <w:bottom w:val="none" w:sz="0" w:space="0" w:color="auto"/>
        <w:right w:val="none" w:sz="0" w:space="0" w:color="auto"/>
      </w:divBdr>
    </w:div>
    <w:div w:id="415520623">
      <w:bodyDiv w:val="1"/>
      <w:marLeft w:val="0"/>
      <w:marRight w:val="0"/>
      <w:marTop w:val="0"/>
      <w:marBottom w:val="0"/>
      <w:divBdr>
        <w:top w:val="none" w:sz="0" w:space="0" w:color="auto"/>
        <w:left w:val="none" w:sz="0" w:space="0" w:color="auto"/>
        <w:bottom w:val="none" w:sz="0" w:space="0" w:color="auto"/>
        <w:right w:val="none" w:sz="0" w:space="0" w:color="auto"/>
      </w:divBdr>
    </w:div>
    <w:div w:id="464588531">
      <w:bodyDiv w:val="1"/>
      <w:marLeft w:val="0"/>
      <w:marRight w:val="0"/>
      <w:marTop w:val="0"/>
      <w:marBottom w:val="0"/>
      <w:divBdr>
        <w:top w:val="none" w:sz="0" w:space="0" w:color="auto"/>
        <w:left w:val="none" w:sz="0" w:space="0" w:color="auto"/>
        <w:bottom w:val="none" w:sz="0" w:space="0" w:color="auto"/>
        <w:right w:val="none" w:sz="0" w:space="0" w:color="auto"/>
      </w:divBdr>
    </w:div>
    <w:div w:id="535041565">
      <w:bodyDiv w:val="1"/>
      <w:marLeft w:val="0"/>
      <w:marRight w:val="0"/>
      <w:marTop w:val="0"/>
      <w:marBottom w:val="0"/>
      <w:divBdr>
        <w:top w:val="none" w:sz="0" w:space="0" w:color="auto"/>
        <w:left w:val="none" w:sz="0" w:space="0" w:color="auto"/>
        <w:bottom w:val="none" w:sz="0" w:space="0" w:color="auto"/>
        <w:right w:val="none" w:sz="0" w:space="0" w:color="auto"/>
      </w:divBdr>
    </w:div>
    <w:div w:id="561018594">
      <w:bodyDiv w:val="1"/>
      <w:marLeft w:val="0"/>
      <w:marRight w:val="0"/>
      <w:marTop w:val="0"/>
      <w:marBottom w:val="0"/>
      <w:divBdr>
        <w:top w:val="none" w:sz="0" w:space="0" w:color="auto"/>
        <w:left w:val="none" w:sz="0" w:space="0" w:color="auto"/>
        <w:bottom w:val="none" w:sz="0" w:space="0" w:color="auto"/>
        <w:right w:val="none" w:sz="0" w:space="0" w:color="auto"/>
      </w:divBdr>
    </w:div>
    <w:div w:id="561796621">
      <w:bodyDiv w:val="1"/>
      <w:marLeft w:val="0"/>
      <w:marRight w:val="0"/>
      <w:marTop w:val="0"/>
      <w:marBottom w:val="0"/>
      <w:divBdr>
        <w:top w:val="none" w:sz="0" w:space="0" w:color="auto"/>
        <w:left w:val="none" w:sz="0" w:space="0" w:color="auto"/>
        <w:bottom w:val="none" w:sz="0" w:space="0" w:color="auto"/>
        <w:right w:val="none" w:sz="0" w:space="0" w:color="auto"/>
      </w:divBdr>
    </w:div>
    <w:div w:id="593712392">
      <w:bodyDiv w:val="1"/>
      <w:marLeft w:val="0"/>
      <w:marRight w:val="0"/>
      <w:marTop w:val="0"/>
      <w:marBottom w:val="0"/>
      <w:divBdr>
        <w:top w:val="none" w:sz="0" w:space="0" w:color="auto"/>
        <w:left w:val="none" w:sz="0" w:space="0" w:color="auto"/>
        <w:bottom w:val="none" w:sz="0" w:space="0" w:color="auto"/>
        <w:right w:val="none" w:sz="0" w:space="0" w:color="auto"/>
      </w:divBdr>
    </w:div>
    <w:div w:id="662588417">
      <w:bodyDiv w:val="1"/>
      <w:marLeft w:val="0"/>
      <w:marRight w:val="0"/>
      <w:marTop w:val="0"/>
      <w:marBottom w:val="0"/>
      <w:divBdr>
        <w:top w:val="none" w:sz="0" w:space="0" w:color="auto"/>
        <w:left w:val="none" w:sz="0" w:space="0" w:color="auto"/>
        <w:bottom w:val="none" w:sz="0" w:space="0" w:color="auto"/>
        <w:right w:val="none" w:sz="0" w:space="0" w:color="auto"/>
      </w:divBdr>
    </w:div>
    <w:div w:id="682975300">
      <w:bodyDiv w:val="1"/>
      <w:marLeft w:val="0"/>
      <w:marRight w:val="0"/>
      <w:marTop w:val="0"/>
      <w:marBottom w:val="0"/>
      <w:divBdr>
        <w:top w:val="none" w:sz="0" w:space="0" w:color="auto"/>
        <w:left w:val="none" w:sz="0" w:space="0" w:color="auto"/>
        <w:bottom w:val="none" w:sz="0" w:space="0" w:color="auto"/>
        <w:right w:val="none" w:sz="0" w:space="0" w:color="auto"/>
      </w:divBdr>
    </w:div>
    <w:div w:id="688141596">
      <w:bodyDiv w:val="1"/>
      <w:marLeft w:val="0"/>
      <w:marRight w:val="0"/>
      <w:marTop w:val="0"/>
      <w:marBottom w:val="0"/>
      <w:divBdr>
        <w:top w:val="none" w:sz="0" w:space="0" w:color="auto"/>
        <w:left w:val="none" w:sz="0" w:space="0" w:color="auto"/>
        <w:bottom w:val="none" w:sz="0" w:space="0" w:color="auto"/>
        <w:right w:val="none" w:sz="0" w:space="0" w:color="auto"/>
      </w:divBdr>
    </w:div>
    <w:div w:id="719397463">
      <w:bodyDiv w:val="1"/>
      <w:marLeft w:val="0"/>
      <w:marRight w:val="0"/>
      <w:marTop w:val="0"/>
      <w:marBottom w:val="0"/>
      <w:divBdr>
        <w:top w:val="none" w:sz="0" w:space="0" w:color="auto"/>
        <w:left w:val="none" w:sz="0" w:space="0" w:color="auto"/>
        <w:bottom w:val="none" w:sz="0" w:space="0" w:color="auto"/>
        <w:right w:val="none" w:sz="0" w:space="0" w:color="auto"/>
      </w:divBdr>
    </w:div>
    <w:div w:id="760417393">
      <w:bodyDiv w:val="1"/>
      <w:marLeft w:val="0"/>
      <w:marRight w:val="0"/>
      <w:marTop w:val="0"/>
      <w:marBottom w:val="0"/>
      <w:divBdr>
        <w:top w:val="none" w:sz="0" w:space="0" w:color="auto"/>
        <w:left w:val="none" w:sz="0" w:space="0" w:color="auto"/>
        <w:bottom w:val="none" w:sz="0" w:space="0" w:color="auto"/>
        <w:right w:val="none" w:sz="0" w:space="0" w:color="auto"/>
      </w:divBdr>
    </w:div>
    <w:div w:id="906381896">
      <w:bodyDiv w:val="1"/>
      <w:marLeft w:val="0"/>
      <w:marRight w:val="0"/>
      <w:marTop w:val="0"/>
      <w:marBottom w:val="0"/>
      <w:divBdr>
        <w:top w:val="none" w:sz="0" w:space="0" w:color="auto"/>
        <w:left w:val="none" w:sz="0" w:space="0" w:color="auto"/>
        <w:bottom w:val="none" w:sz="0" w:space="0" w:color="auto"/>
        <w:right w:val="none" w:sz="0" w:space="0" w:color="auto"/>
      </w:divBdr>
    </w:div>
    <w:div w:id="910164223">
      <w:bodyDiv w:val="1"/>
      <w:marLeft w:val="0"/>
      <w:marRight w:val="0"/>
      <w:marTop w:val="0"/>
      <w:marBottom w:val="0"/>
      <w:divBdr>
        <w:top w:val="none" w:sz="0" w:space="0" w:color="auto"/>
        <w:left w:val="none" w:sz="0" w:space="0" w:color="auto"/>
        <w:bottom w:val="none" w:sz="0" w:space="0" w:color="auto"/>
        <w:right w:val="none" w:sz="0" w:space="0" w:color="auto"/>
      </w:divBdr>
    </w:div>
    <w:div w:id="958340339">
      <w:bodyDiv w:val="1"/>
      <w:marLeft w:val="0"/>
      <w:marRight w:val="0"/>
      <w:marTop w:val="0"/>
      <w:marBottom w:val="0"/>
      <w:divBdr>
        <w:top w:val="none" w:sz="0" w:space="0" w:color="auto"/>
        <w:left w:val="none" w:sz="0" w:space="0" w:color="auto"/>
        <w:bottom w:val="none" w:sz="0" w:space="0" w:color="auto"/>
        <w:right w:val="none" w:sz="0" w:space="0" w:color="auto"/>
      </w:divBdr>
    </w:div>
    <w:div w:id="985813704">
      <w:bodyDiv w:val="1"/>
      <w:marLeft w:val="0"/>
      <w:marRight w:val="0"/>
      <w:marTop w:val="0"/>
      <w:marBottom w:val="0"/>
      <w:divBdr>
        <w:top w:val="none" w:sz="0" w:space="0" w:color="auto"/>
        <w:left w:val="none" w:sz="0" w:space="0" w:color="auto"/>
        <w:bottom w:val="none" w:sz="0" w:space="0" w:color="auto"/>
        <w:right w:val="none" w:sz="0" w:space="0" w:color="auto"/>
      </w:divBdr>
    </w:div>
    <w:div w:id="1001395919">
      <w:bodyDiv w:val="1"/>
      <w:marLeft w:val="0"/>
      <w:marRight w:val="0"/>
      <w:marTop w:val="0"/>
      <w:marBottom w:val="0"/>
      <w:divBdr>
        <w:top w:val="none" w:sz="0" w:space="0" w:color="auto"/>
        <w:left w:val="none" w:sz="0" w:space="0" w:color="auto"/>
        <w:bottom w:val="none" w:sz="0" w:space="0" w:color="auto"/>
        <w:right w:val="none" w:sz="0" w:space="0" w:color="auto"/>
      </w:divBdr>
    </w:div>
    <w:div w:id="1040983090">
      <w:bodyDiv w:val="1"/>
      <w:marLeft w:val="0"/>
      <w:marRight w:val="0"/>
      <w:marTop w:val="0"/>
      <w:marBottom w:val="0"/>
      <w:divBdr>
        <w:top w:val="none" w:sz="0" w:space="0" w:color="auto"/>
        <w:left w:val="none" w:sz="0" w:space="0" w:color="auto"/>
        <w:bottom w:val="none" w:sz="0" w:space="0" w:color="auto"/>
        <w:right w:val="none" w:sz="0" w:space="0" w:color="auto"/>
      </w:divBdr>
    </w:div>
    <w:div w:id="1058237551">
      <w:bodyDiv w:val="1"/>
      <w:marLeft w:val="0"/>
      <w:marRight w:val="0"/>
      <w:marTop w:val="0"/>
      <w:marBottom w:val="0"/>
      <w:divBdr>
        <w:top w:val="none" w:sz="0" w:space="0" w:color="auto"/>
        <w:left w:val="none" w:sz="0" w:space="0" w:color="auto"/>
        <w:bottom w:val="none" w:sz="0" w:space="0" w:color="auto"/>
        <w:right w:val="none" w:sz="0" w:space="0" w:color="auto"/>
      </w:divBdr>
    </w:div>
    <w:div w:id="1100561261">
      <w:bodyDiv w:val="1"/>
      <w:marLeft w:val="0"/>
      <w:marRight w:val="0"/>
      <w:marTop w:val="0"/>
      <w:marBottom w:val="0"/>
      <w:divBdr>
        <w:top w:val="none" w:sz="0" w:space="0" w:color="auto"/>
        <w:left w:val="none" w:sz="0" w:space="0" w:color="auto"/>
        <w:bottom w:val="none" w:sz="0" w:space="0" w:color="auto"/>
        <w:right w:val="none" w:sz="0" w:space="0" w:color="auto"/>
      </w:divBdr>
    </w:div>
    <w:div w:id="1178889744">
      <w:bodyDiv w:val="1"/>
      <w:marLeft w:val="0"/>
      <w:marRight w:val="0"/>
      <w:marTop w:val="0"/>
      <w:marBottom w:val="0"/>
      <w:divBdr>
        <w:top w:val="none" w:sz="0" w:space="0" w:color="auto"/>
        <w:left w:val="none" w:sz="0" w:space="0" w:color="auto"/>
        <w:bottom w:val="none" w:sz="0" w:space="0" w:color="auto"/>
        <w:right w:val="none" w:sz="0" w:space="0" w:color="auto"/>
      </w:divBdr>
    </w:div>
    <w:div w:id="1241060297">
      <w:bodyDiv w:val="1"/>
      <w:marLeft w:val="0"/>
      <w:marRight w:val="0"/>
      <w:marTop w:val="0"/>
      <w:marBottom w:val="0"/>
      <w:divBdr>
        <w:top w:val="none" w:sz="0" w:space="0" w:color="auto"/>
        <w:left w:val="none" w:sz="0" w:space="0" w:color="auto"/>
        <w:bottom w:val="none" w:sz="0" w:space="0" w:color="auto"/>
        <w:right w:val="none" w:sz="0" w:space="0" w:color="auto"/>
      </w:divBdr>
    </w:div>
    <w:div w:id="1323705297">
      <w:bodyDiv w:val="1"/>
      <w:marLeft w:val="0"/>
      <w:marRight w:val="0"/>
      <w:marTop w:val="0"/>
      <w:marBottom w:val="0"/>
      <w:divBdr>
        <w:top w:val="none" w:sz="0" w:space="0" w:color="auto"/>
        <w:left w:val="none" w:sz="0" w:space="0" w:color="auto"/>
        <w:bottom w:val="none" w:sz="0" w:space="0" w:color="auto"/>
        <w:right w:val="none" w:sz="0" w:space="0" w:color="auto"/>
      </w:divBdr>
    </w:div>
    <w:div w:id="1390684437">
      <w:bodyDiv w:val="1"/>
      <w:marLeft w:val="0"/>
      <w:marRight w:val="0"/>
      <w:marTop w:val="0"/>
      <w:marBottom w:val="0"/>
      <w:divBdr>
        <w:top w:val="none" w:sz="0" w:space="0" w:color="auto"/>
        <w:left w:val="none" w:sz="0" w:space="0" w:color="auto"/>
        <w:bottom w:val="none" w:sz="0" w:space="0" w:color="auto"/>
        <w:right w:val="none" w:sz="0" w:space="0" w:color="auto"/>
      </w:divBdr>
    </w:div>
    <w:div w:id="1417744419">
      <w:bodyDiv w:val="1"/>
      <w:marLeft w:val="0"/>
      <w:marRight w:val="0"/>
      <w:marTop w:val="0"/>
      <w:marBottom w:val="0"/>
      <w:divBdr>
        <w:top w:val="none" w:sz="0" w:space="0" w:color="auto"/>
        <w:left w:val="none" w:sz="0" w:space="0" w:color="auto"/>
        <w:bottom w:val="none" w:sz="0" w:space="0" w:color="auto"/>
        <w:right w:val="none" w:sz="0" w:space="0" w:color="auto"/>
      </w:divBdr>
      <w:divsChild>
        <w:div w:id="350450485">
          <w:marLeft w:val="0"/>
          <w:marRight w:val="0"/>
          <w:marTop w:val="0"/>
          <w:marBottom w:val="0"/>
          <w:divBdr>
            <w:top w:val="none" w:sz="0" w:space="0" w:color="auto"/>
            <w:left w:val="none" w:sz="0" w:space="0" w:color="auto"/>
            <w:bottom w:val="none" w:sz="0" w:space="0" w:color="auto"/>
            <w:right w:val="none" w:sz="0" w:space="0" w:color="auto"/>
          </w:divBdr>
          <w:divsChild>
            <w:div w:id="95849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08367">
      <w:bodyDiv w:val="1"/>
      <w:marLeft w:val="0"/>
      <w:marRight w:val="0"/>
      <w:marTop w:val="0"/>
      <w:marBottom w:val="0"/>
      <w:divBdr>
        <w:top w:val="none" w:sz="0" w:space="0" w:color="auto"/>
        <w:left w:val="none" w:sz="0" w:space="0" w:color="auto"/>
        <w:bottom w:val="none" w:sz="0" w:space="0" w:color="auto"/>
        <w:right w:val="none" w:sz="0" w:space="0" w:color="auto"/>
      </w:divBdr>
    </w:div>
    <w:div w:id="1462847923">
      <w:bodyDiv w:val="1"/>
      <w:marLeft w:val="0"/>
      <w:marRight w:val="0"/>
      <w:marTop w:val="0"/>
      <w:marBottom w:val="0"/>
      <w:divBdr>
        <w:top w:val="none" w:sz="0" w:space="0" w:color="auto"/>
        <w:left w:val="none" w:sz="0" w:space="0" w:color="auto"/>
        <w:bottom w:val="none" w:sz="0" w:space="0" w:color="auto"/>
        <w:right w:val="none" w:sz="0" w:space="0" w:color="auto"/>
      </w:divBdr>
    </w:div>
    <w:div w:id="1487235500">
      <w:bodyDiv w:val="1"/>
      <w:marLeft w:val="0"/>
      <w:marRight w:val="0"/>
      <w:marTop w:val="0"/>
      <w:marBottom w:val="0"/>
      <w:divBdr>
        <w:top w:val="none" w:sz="0" w:space="0" w:color="auto"/>
        <w:left w:val="none" w:sz="0" w:space="0" w:color="auto"/>
        <w:bottom w:val="none" w:sz="0" w:space="0" w:color="auto"/>
        <w:right w:val="none" w:sz="0" w:space="0" w:color="auto"/>
      </w:divBdr>
    </w:div>
    <w:div w:id="1492015470">
      <w:bodyDiv w:val="1"/>
      <w:marLeft w:val="0"/>
      <w:marRight w:val="0"/>
      <w:marTop w:val="0"/>
      <w:marBottom w:val="0"/>
      <w:divBdr>
        <w:top w:val="none" w:sz="0" w:space="0" w:color="auto"/>
        <w:left w:val="none" w:sz="0" w:space="0" w:color="auto"/>
        <w:bottom w:val="none" w:sz="0" w:space="0" w:color="auto"/>
        <w:right w:val="none" w:sz="0" w:space="0" w:color="auto"/>
      </w:divBdr>
    </w:div>
    <w:div w:id="1493253448">
      <w:bodyDiv w:val="1"/>
      <w:marLeft w:val="0"/>
      <w:marRight w:val="0"/>
      <w:marTop w:val="0"/>
      <w:marBottom w:val="0"/>
      <w:divBdr>
        <w:top w:val="none" w:sz="0" w:space="0" w:color="auto"/>
        <w:left w:val="none" w:sz="0" w:space="0" w:color="auto"/>
        <w:bottom w:val="none" w:sz="0" w:space="0" w:color="auto"/>
        <w:right w:val="none" w:sz="0" w:space="0" w:color="auto"/>
      </w:divBdr>
    </w:div>
    <w:div w:id="1517574154">
      <w:bodyDiv w:val="1"/>
      <w:marLeft w:val="0"/>
      <w:marRight w:val="0"/>
      <w:marTop w:val="0"/>
      <w:marBottom w:val="0"/>
      <w:divBdr>
        <w:top w:val="none" w:sz="0" w:space="0" w:color="auto"/>
        <w:left w:val="none" w:sz="0" w:space="0" w:color="auto"/>
        <w:bottom w:val="none" w:sz="0" w:space="0" w:color="auto"/>
        <w:right w:val="none" w:sz="0" w:space="0" w:color="auto"/>
      </w:divBdr>
    </w:div>
    <w:div w:id="1557667945">
      <w:bodyDiv w:val="1"/>
      <w:marLeft w:val="0"/>
      <w:marRight w:val="0"/>
      <w:marTop w:val="0"/>
      <w:marBottom w:val="0"/>
      <w:divBdr>
        <w:top w:val="none" w:sz="0" w:space="0" w:color="auto"/>
        <w:left w:val="none" w:sz="0" w:space="0" w:color="auto"/>
        <w:bottom w:val="none" w:sz="0" w:space="0" w:color="auto"/>
        <w:right w:val="none" w:sz="0" w:space="0" w:color="auto"/>
      </w:divBdr>
    </w:div>
    <w:div w:id="1597787236">
      <w:bodyDiv w:val="1"/>
      <w:marLeft w:val="0"/>
      <w:marRight w:val="0"/>
      <w:marTop w:val="0"/>
      <w:marBottom w:val="0"/>
      <w:divBdr>
        <w:top w:val="none" w:sz="0" w:space="0" w:color="auto"/>
        <w:left w:val="none" w:sz="0" w:space="0" w:color="auto"/>
        <w:bottom w:val="none" w:sz="0" w:space="0" w:color="auto"/>
        <w:right w:val="none" w:sz="0" w:space="0" w:color="auto"/>
      </w:divBdr>
      <w:divsChild>
        <w:div w:id="506018903">
          <w:marLeft w:val="0"/>
          <w:marRight w:val="0"/>
          <w:marTop w:val="0"/>
          <w:marBottom w:val="43"/>
          <w:divBdr>
            <w:top w:val="none" w:sz="0" w:space="0" w:color="auto"/>
            <w:left w:val="none" w:sz="0" w:space="0" w:color="auto"/>
            <w:bottom w:val="none" w:sz="0" w:space="0" w:color="auto"/>
            <w:right w:val="none" w:sz="0" w:space="0" w:color="auto"/>
          </w:divBdr>
        </w:div>
        <w:div w:id="1168640995">
          <w:marLeft w:val="0"/>
          <w:marRight w:val="0"/>
          <w:marTop w:val="0"/>
          <w:marBottom w:val="43"/>
          <w:divBdr>
            <w:top w:val="none" w:sz="0" w:space="0" w:color="auto"/>
            <w:left w:val="none" w:sz="0" w:space="0" w:color="auto"/>
            <w:bottom w:val="none" w:sz="0" w:space="0" w:color="auto"/>
            <w:right w:val="none" w:sz="0" w:space="0" w:color="auto"/>
          </w:divBdr>
        </w:div>
      </w:divsChild>
    </w:div>
    <w:div w:id="1648318840">
      <w:bodyDiv w:val="1"/>
      <w:marLeft w:val="0"/>
      <w:marRight w:val="0"/>
      <w:marTop w:val="0"/>
      <w:marBottom w:val="0"/>
      <w:divBdr>
        <w:top w:val="none" w:sz="0" w:space="0" w:color="auto"/>
        <w:left w:val="none" w:sz="0" w:space="0" w:color="auto"/>
        <w:bottom w:val="none" w:sz="0" w:space="0" w:color="auto"/>
        <w:right w:val="none" w:sz="0" w:space="0" w:color="auto"/>
      </w:divBdr>
    </w:div>
    <w:div w:id="1717854117">
      <w:bodyDiv w:val="1"/>
      <w:marLeft w:val="0"/>
      <w:marRight w:val="0"/>
      <w:marTop w:val="0"/>
      <w:marBottom w:val="0"/>
      <w:divBdr>
        <w:top w:val="none" w:sz="0" w:space="0" w:color="auto"/>
        <w:left w:val="none" w:sz="0" w:space="0" w:color="auto"/>
        <w:bottom w:val="none" w:sz="0" w:space="0" w:color="auto"/>
        <w:right w:val="none" w:sz="0" w:space="0" w:color="auto"/>
      </w:divBdr>
    </w:div>
    <w:div w:id="1748267467">
      <w:bodyDiv w:val="1"/>
      <w:marLeft w:val="0"/>
      <w:marRight w:val="0"/>
      <w:marTop w:val="0"/>
      <w:marBottom w:val="0"/>
      <w:divBdr>
        <w:top w:val="none" w:sz="0" w:space="0" w:color="auto"/>
        <w:left w:val="none" w:sz="0" w:space="0" w:color="auto"/>
        <w:bottom w:val="none" w:sz="0" w:space="0" w:color="auto"/>
        <w:right w:val="none" w:sz="0" w:space="0" w:color="auto"/>
      </w:divBdr>
    </w:div>
    <w:div w:id="1825047851">
      <w:bodyDiv w:val="1"/>
      <w:marLeft w:val="0"/>
      <w:marRight w:val="0"/>
      <w:marTop w:val="0"/>
      <w:marBottom w:val="0"/>
      <w:divBdr>
        <w:top w:val="none" w:sz="0" w:space="0" w:color="auto"/>
        <w:left w:val="none" w:sz="0" w:space="0" w:color="auto"/>
        <w:bottom w:val="none" w:sz="0" w:space="0" w:color="auto"/>
        <w:right w:val="none" w:sz="0" w:space="0" w:color="auto"/>
      </w:divBdr>
    </w:div>
    <w:div w:id="1841432715">
      <w:bodyDiv w:val="1"/>
      <w:marLeft w:val="0"/>
      <w:marRight w:val="0"/>
      <w:marTop w:val="0"/>
      <w:marBottom w:val="0"/>
      <w:divBdr>
        <w:top w:val="none" w:sz="0" w:space="0" w:color="auto"/>
        <w:left w:val="none" w:sz="0" w:space="0" w:color="auto"/>
        <w:bottom w:val="none" w:sz="0" w:space="0" w:color="auto"/>
        <w:right w:val="none" w:sz="0" w:space="0" w:color="auto"/>
      </w:divBdr>
    </w:div>
    <w:div w:id="1871184699">
      <w:bodyDiv w:val="1"/>
      <w:marLeft w:val="0"/>
      <w:marRight w:val="0"/>
      <w:marTop w:val="0"/>
      <w:marBottom w:val="0"/>
      <w:divBdr>
        <w:top w:val="none" w:sz="0" w:space="0" w:color="auto"/>
        <w:left w:val="none" w:sz="0" w:space="0" w:color="auto"/>
        <w:bottom w:val="none" w:sz="0" w:space="0" w:color="auto"/>
        <w:right w:val="none" w:sz="0" w:space="0" w:color="auto"/>
      </w:divBdr>
    </w:div>
    <w:div w:id="1902405678">
      <w:bodyDiv w:val="1"/>
      <w:marLeft w:val="0"/>
      <w:marRight w:val="0"/>
      <w:marTop w:val="0"/>
      <w:marBottom w:val="0"/>
      <w:divBdr>
        <w:top w:val="none" w:sz="0" w:space="0" w:color="auto"/>
        <w:left w:val="none" w:sz="0" w:space="0" w:color="auto"/>
        <w:bottom w:val="none" w:sz="0" w:space="0" w:color="auto"/>
        <w:right w:val="none" w:sz="0" w:space="0" w:color="auto"/>
      </w:divBdr>
    </w:div>
    <w:div w:id="1971739442">
      <w:bodyDiv w:val="1"/>
      <w:marLeft w:val="0"/>
      <w:marRight w:val="0"/>
      <w:marTop w:val="0"/>
      <w:marBottom w:val="0"/>
      <w:divBdr>
        <w:top w:val="none" w:sz="0" w:space="0" w:color="auto"/>
        <w:left w:val="none" w:sz="0" w:space="0" w:color="auto"/>
        <w:bottom w:val="none" w:sz="0" w:space="0" w:color="auto"/>
        <w:right w:val="none" w:sz="0" w:space="0" w:color="auto"/>
      </w:divBdr>
      <w:divsChild>
        <w:div w:id="354187550">
          <w:marLeft w:val="0"/>
          <w:marRight w:val="0"/>
          <w:marTop w:val="0"/>
          <w:marBottom w:val="43"/>
          <w:divBdr>
            <w:top w:val="none" w:sz="0" w:space="0" w:color="auto"/>
            <w:left w:val="none" w:sz="0" w:space="0" w:color="auto"/>
            <w:bottom w:val="none" w:sz="0" w:space="0" w:color="auto"/>
            <w:right w:val="none" w:sz="0" w:space="0" w:color="auto"/>
          </w:divBdr>
        </w:div>
        <w:div w:id="699359071">
          <w:marLeft w:val="0"/>
          <w:marRight w:val="0"/>
          <w:marTop w:val="0"/>
          <w:marBottom w:val="43"/>
          <w:divBdr>
            <w:top w:val="none" w:sz="0" w:space="0" w:color="auto"/>
            <w:left w:val="none" w:sz="0" w:space="0" w:color="auto"/>
            <w:bottom w:val="none" w:sz="0" w:space="0" w:color="auto"/>
            <w:right w:val="none" w:sz="0" w:space="0" w:color="auto"/>
          </w:divBdr>
        </w:div>
      </w:divsChild>
    </w:div>
    <w:div w:id="1998729671">
      <w:bodyDiv w:val="1"/>
      <w:marLeft w:val="0"/>
      <w:marRight w:val="0"/>
      <w:marTop w:val="0"/>
      <w:marBottom w:val="0"/>
      <w:divBdr>
        <w:top w:val="none" w:sz="0" w:space="0" w:color="auto"/>
        <w:left w:val="none" w:sz="0" w:space="0" w:color="auto"/>
        <w:bottom w:val="none" w:sz="0" w:space="0" w:color="auto"/>
        <w:right w:val="none" w:sz="0" w:space="0" w:color="auto"/>
      </w:divBdr>
      <w:divsChild>
        <w:div w:id="314797857">
          <w:marLeft w:val="0"/>
          <w:marRight w:val="0"/>
          <w:marTop w:val="0"/>
          <w:marBottom w:val="0"/>
          <w:divBdr>
            <w:top w:val="none" w:sz="0" w:space="0" w:color="auto"/>
            <w:left w:val="none" w:sz="0" w:space="0" w:color="auto"/>
            <w:bottom w:val="none" w:sz="0" w:space="0" w:color="auto"/>
            <w:right w:val="none" w:sz="0" w:space="0" w:color="auto"/>
          </w:divBdr>
          <w:divsChild>
            <w:div w:id="187526592">
              <w:marLeft w:val="0"/>
              <w:marRight w:val="0"/>
              <w:marTop w:val="0"/>
              <w:marBottom w:val="0"/>
              <w:divBdr>
                <w:top w:val="none" w:sz="0" w:space="0" w:color="auto"/>
                <w:left w:val="none" w:sz="0" w:space="0" w:color="auto"/>
                <w:bottom w:val="none" w:sz="0" w:space="0" w:color="auto"/>
                <w:right w:val="none" w:sz="0" w:space="0" w:color="auto"/>
              </w:divBdr>
              <w:divsChild>
                <w:div w:id="232666029">
                  <w:marLeft w:val="0"/>
                  <w:marRight w:val="0"/>
                  <w:marTop w:val="0"/>
                  <w:marBottom w:val="0"/>
                  <w:divBdr>
                    <w:top w:val="none" w:sz="0" w:space="0" w:color="auto"/>
                    <w:left w:val="none" w:sz="0" w:space="0" w:color="auto"/>
                    <w:bottom w:val="none" w:sz="0" w:space="0" w:color="auto"/>
                    <w:right w:val="none" w:sz="0" w:space="0" w:color="auto"/>
                  </w:divBdr>
                  <w:divsChild>
                    <w:div w:id="1161854034">
                      <w:marLeft w:val="0"/>
                      <w:marRight w:val="0"/>
                      <w:marTop w:val="0"/>
                      <w:marBottom w:val="0"/>
                      <w:divBdr>
                        <w:top w:val="none" w:sz="0" w:space="0" w:color="auto"/>
                        <w:left w:val="none" w:sz="0" w:space="0" w:color="auto"/>
                        <w:bottom w:val="none" w:sz="0" w:space="0" w:color="auto"/>
                        <w:right w:val="none" w:sz="0" w:space="0" w:color="auto"/>
                      </w:divBdr>
                      <w:divsChild>
                        <w:div w:id="97019980">
                          <w:marLeft w:val="0"/>
                          <w:marRight w:val="0"/>
                          <w:marTop w:val="0"/>
                          <w:marBottom w:val="0"/>
                          <w:divBdr>
                            <w:top w:val="none" w:sz="0" w:space="0" w:color="auto"/>
                            <w:left w:val="none" w:sz="0" w:space="0" w:color="auto"/>
                            <w:bottom w:val="none" w:sz="0" w:space="0" w:color="auto"/>
                            <w:right w:val="none" w:sz="0" w:space="0" w:color="auto"/>
                          </w:divBdr>
                          <w:divsChild>
                            <w:div w:id="498883747">
                              <w:marLeft w:val="0"/>
                              <w:marRight w:val="0"/>
                              <w:marTop w:val="0"/>
                              <w:marBottom w:val="0"/>
                              <w:divBdr>
                                <w:top w:val="none" w:sz="0" w:space="0" w:color="auto"/>
                                <w:left w:val="none" w:sz="0" w:space="0" w:color="auto"/>
                                <w:bottom w:val="none" w:sz="0" w:space="0" w:color="auto"/>
                                <w:right w:val="none" w:sz="0" w:space="0" w:color="auto"/>
                              </w:divBdr>
                              <w:divsChild>
                                <w:div w:id="48255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490580">
      <w:bodyDiv w:val="1"/>
      <w:marLeft w:val="0"/>
      <w:marRight w:val="0"/>
      <w:marTop w:val="0"/>
      <w:marBottom w:val="0"/>
      <w:divBdr>
        <w:top w:val="none" w:sz="0" w:space="0" w:color="auto"/>
        <w:left w:val="none" w:sz="0" w:space="0" w:color="auto"/>
        <w:bottom w:val="none" w:sz="0" w:space="0" w:color="auto"/>
        <w:right w:val="none" w:sz="0" w:space="0" w:color="auto"/>
      </w:divBdr>
    </w:div>
    <w:div w:id="207993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vpotocickopbregi@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rtic.ivancica.ivanec@gmail.com" TargetMode="External"/><Relationship Id="rId4" Type="http://schemas.openxmlformats.org/officeDocument/2006/relationships/settings" Target="settings.xml"/><Relationship Id="rId9" Type="http://schemas.openxmlformats.org/officeDocument/2006/relationships/hyperlink" Target="mailto:pedagoginja@vrapcic-djecji-vrtic.hr"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37FDF-540B-44D8-BDF2-A5D393485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1</Pages>
  <Words>32154</Words>
  <Characters>183281</Characters>
  <Application>Microsoft Office Word</Application>
  <DocSecurity>0</DocSecurity>
  <Lines>1527</Lines>
  <Paragraphs>430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GODIŠNJI PLAN i PROGRAM RADA ZA 2003/04</vt:lpstr>
      <vt:lpstr>GODIŠNJI PLAN i PROGRAM RADA ZA 2003/04</vt:lpstr>
    </vt:vector>
  </TitlesOfParts>
  <Company>DV Poletarac</Company>
  <LinksUpToDate>false</LinksUpToDate>
  <CharactersWithSpaces>215005</CharactersWithSpaces>
  <SharedDoc>false</SharedDoc>
  <HLinks>
    <vt:vector size="42" baseType="variant">
      <vt:variant>
        <vt:i4>1703993</vt:i4>
      </vt:variant>
      <vt:variant>
        <vt:i4>20</vt:i4>
      </vt:variant>
      <vt:variant>
        <vt:i4>0</vt:i4>
      </vt:variant>
      <vt:variant>
        <vt:i4>5</vt:i4>
      </vt:variant>
      <vt:variant>
        <vt:lpwstr/>
      </vt:variant>
      <vt:variant>
        <vt:lpwstr>_Toc179890823</vt:lpwstr>
      </vt:variant>
      <vt:variant>
        <vt:i4>1703993</vt:i4>
      </vt:variant>
      <vt:variant>
        <vt:i4>17</vt:i4>
      </vt:variant>
      <vt:variant>
        <vt:i4>0</vt:i4>
      </vt:variant>
      <vt:variant>
        <vt:i4>5</vt:i4>
      </vt:variant>
      <vt:variant>
        <vt:lpwstr/>
      </vt:variant>
      <vt:variant>
        <vt:lpwstr>_Toc179890822</vt:lpwstr>
      </vt:variant>
      <vt:variant>
        <vt:i4>1703993</vt:i4>
      </vt:variant>
      <vt:variant>
        <vt:i4>14</vt:i4>
      </vt:variant>
      <vt:variant>
        <vt:i4>0</vt:i4>
      </vt:variant>
      <vt:variant>
        <vt:i4>5</vt:i4>
      </vt:variant>
      <vt:variant>
        <vt:lpwstr/>
      </vt:variant>
      <vt:variant>
        <vt:lpwstr>_Toc179890821</vt:lpwstr>
      </vt:variant>
      <vt:variant>
        <vt:i4>1703993</vt:i4>
      </vt:variant>
      <vt:variant>
        <vt:i4>11</vt:i4>
      </vt:variant>
      <vt:variant>
        <vt:i4>0</vt:i4>
      </vt:variant>
      <vt:variant>
        <vt:i4>5</vt:i4>
      </vt:variant>
      <vt:variant>
        <vt:lpwstr/>
      </vt:variant>
      <vt:variant>
        <vt:lpwstr>_Toc179890820</vt:lpwstr>
      </vt:variant>
      <vt:variant>
        <vt:i4>1572921</vt:i4>
      </vt:variant>
      <vt:variant>
        <vt:i4>8</vt:i4>
      </vt:variant>
      <vt:variant>
        <vt:i4>0</vt:i4>
      </vt:variant>
      <vt:variant>
        <vt:i4>5</vt:i4>
      </vt:variant>
      <vt:variant>
        <vt:lpwstr/>
      </vt:variant>
      <vt:variant>
        <vt:lpwstr>_Toc179890807</vt:lpwstr>
      </vt:variant>
      <vt:variant>
        <vt:i4>1572921</vt:i4>
      </vt:variant>
      <vt:variant>
        <vt:i4>5</vt:i4>
      </vt:variant>
      <vt:variant>
        <vt:i4>0</vt:i4>
      </vt:variant>
      <vt:variant>
        <vt:i4>5</vt:i4>
      </vt:variant>
      <vt:variant>
        <vt:lpwstr/>
      </vt:variant>
      <vt:variant>
        <vt:lpwstr>_Toc179890806</vt:lpwstr>
      </vt:variant>
      <vt:variant>
        <vt:i4>1572921</vt:i4>
      </vt:variant>
      <vt:variant>
        <vt:i4>2</vt:i4>
      </vt:variant>
      <vt:variant>
        <vt:i4>0</vt:i4>
      </vt:variant>
      <vt:variant>
        <vt:i4>5</vt:i4>
      </vt:variant>
      <vt:variant>
        <vt:lpwstr/>
      </vt:variant>
      <vt:variant>
        <vt:lpwstr>_Toc179890805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PLAN i PROGRAM RADA ZA 2003/04</dc:title>
  <dc:creator>Ranka Kopun</dc:creator>
  <cp:lastModifiedBy>Vrtic Vrapčić</cp:lastModifiedBy>
  <cp:revision>52</cp:revision>
  <cp:lastPrinted>2025-10-15T09:03:00Z</cp:lastPrinted>
  <dcterms:created xsi:type="dcterms:W3CDTF">2026-08-26T08:27:00Z</dcterms:created>
  <dcterms:modified xsi:type="dcterms:W3CDTF">2026-10-07T09:58:00Z</dcterms:modified>
</cp:coreProperties>
</file>